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6D7173D6" w14:textId="77777777">
        <w:trPr>
          <w:cantSplit/>
          <w:jc w:val="center"/>
        </w:trPr>
        <w:tc>
          <w:tcPr>
            <w:tcW w:w="14060" w:type="dxa"/>
            <w:gridSpan w:val="6"/>
            <w:tcMar>
              <w:top w:w="70" w:type="dxa"/>
              <w:left w:w="90" w:type="dxa"/>
              <w:bottom w:w="70" w:type="dxa"/>
              <w:right w:w="90" w:type="dxa"/>
            </w:tcMar>
            <w:vAlign w:val="center"/>
          </w:tcPr>
          <w:p w14:paraId="46FCDB2F" w14:textId="77777777" w:rsidR="00623E5F" w:rsidRDefault="00000000">
            <w:pPr>
              <w:jc w:val="center"/>
            </w:pPr>
            <w:r>
              <w:rPr>
                <w:b/>
                <w:color w:val="000000"/>
                <w:sz w:val="24"/>
              </w:rPr>
              <w:t>UČNA PRIPRAVA 1/39</w:t>
            </w:r>
          </w:p>
        </w:tc>
      </w:tr>
      <w:tr w:rsidR="00623E5F" w14:paraId="435A7BA9" w14:textId="77777777">
        <w:trPr>
          <w:jc w:val="center"/>
        </w:trPr>
        <w:tc>
          <w:tcPr>
            <w:tcW w:w="2665" w:type="dxa"/>
            <w:tcMar>
              <w:top w:w="70" w:type="dxa"/>
              <w:left w:w="90" w:type="dxa"/>
              <w:bottom w:w="70" w:type="dxa"/>
              <w:right w:w="90" w:type="dxa"/>
            </w:tcMar>
            <w:vAlign w:val="center"/>
          </w:tcPr>
          <w:p w14:paraId="3475C9CF"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5CBE7C9"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1A87DED7"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97CA942" w14:textId="77777777" w:rsidR="00623E5F" w:rsidRDefault="00000000">
            <w:r>
              <w:rPr>
                <w:b/>
                <w:color w:val="000000"/>
                <w:sz w:val="16"/>
              </w:rPr>
              <w:t xml:space="preserve">NAČRTOVANI TERMIN: </w:t>
            </w:r>
            <w:r>
              <w:rPr>
                <w:color w:val="000000"/>
                <w:sz w:val="16"/>
              </w:rPr>
              <w:t>1. teden • 1.–4. 9. 2026</w:t>
            </w:r>
          </w:p>
        </w:tc>
        <w:tc>
          <w:tcPr>
            <w:tcW w:w="2268" w:type="dxa"/>
            <w:tcMar>
              <w:top w:w="70" w:type="dxa"/>
              <w:left w:w="90" w:type="dxa"/>
              <w:bottom w:w="70" w:type="dxa"/>
              <w:right w:w="90" w:type="dxa"/>
            </w:tcMar>
            <w:vAlign w:val="center"/>
          </w:tcPr>
          <w:p w14:paraId="6E7629EE"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6339150" w14:textId="77777777" w:rsidR="00623E5F" w:rsidRDefault="00000000">
            <w:r>
              <w:rPr>
                <w:b/>
                <w:color w:val="000000"/>
                <w:sz w:val="16"/>
              </w:rPr>
              <w:t xml:space="preserve">ŠTEVILO UR: </w:t>
            </w:r>
            <w:r>
              <w:rPr>
                <w:color w:val="000000"/>
                <w:sz w:val="16"/>
              </w:rPr>
              <w:t>3</w:t>
            </w:r>
          </w:p>
        </w:tc>
      </w:tr>
      <w:tr w:rsidR="00623E5F" w14:paraId="155F2846" w14:textId="77777777">
        <w:trPr>
          <w:jc w:val="center"/>
        </w:trPr>
        <w:tc>
          <w:tcPr>
            <w:tcW w:w="14061" w:type="dxa"/>
            <w:gridSpan w:val="6"/>
            <w:tcMar>
              <w:top w:w="70" w:type="dxa"/>
              <w:left w:w="90" w:type="dxa"/>
              <w:bottom w:w="70" w:type="dxa"/>
              <w:right w:w="90" w:type="dxa"/>
            </w:tcMar>
            <w:vAlign w:val="center"/>
          </w:tcPr>
          <w:p w14:paraId="0146D4D2"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64D03269" w14:textId="77777777">
        <w:trPr>
          <w:cantSplit/>
          <w:jc w:val="center"/>
        </w:trPr>
        <w:tc>
          <w:tcPr>
            <w:tcW w:w="14060" w:type="dxa"/>
            <w:gridSpan w:val="6"/>
            <w:tcMar>
              <w:top w:w="70" w:type="dxa"/>
              <w:left w:w="90" w:type="dxa"/>
              <w:bottom w:w="70" w:type="dxa"/>
              <w:right w:w="90" w:type="dxa"/>
            </w:tcMar>
            <w:vAlign w:val="center"/>
          </w:tcPr>
          <w:p w14:paraId="7E98D0CE" w14:textId="77777777" w:rsidR="00623E5F" w:rsidRDefault="00623E5F"/>
          <w:p w14:paraId="478F7033" w14:textId="77777777" w:rsidR="00623E5F" w:rsidRDefault="00000000">
            <w:pPr>
              <w:spacing w:line="245" w:lineRule="auto"/>
            </w:pPr>
            <w:r>
              <w:rPr>
                <w:b/>
                <w:color w:val="000000"/>
                <w:sz w:val="15"/>
              </w:rPr>
              <w:t xml:space="preserve">UČNI SKLOP: </w:t>
            </w:r>
            <w:r>
              <w:rPr>
                <w:color w:val="000000"/>
                <w:sz w:val="15"/>
              </w:rPr>
              <w:t>V ŠOLO – JAZ, ODNOSI IN UČENJE</w:t>
            </w:r>
          </w:p>
        </w:tc>
      </w:tr>
      <w:tr w:rsidR="00623E5F" w14:paraId="440A7E63" w14:textId="77777777">
        <w:trPr>
          <w:cantSplit/>
          <w:jc w:val="center"/>
        </w:trPr>
        <w:tc>
          <w:tcPr>
            <w:tcW w:w="14060" w:type="dxa"/>
            <w:gridSpan w:val="6"/>
            <w:tcMar>
              <w:top w:w="70" w:type="dxa"/>
              <w:left w:w="90" w:type="dxa"/>
              <w:bottom w:w="70" w:type="dxa"/>
              <w:right w:w="90" w:type="dxa"/>
            </w:tcMar>
            <w:vAlign w:val="center"/>
          </w:tcPr>
          <w:p w14:paraId="222AD6D7" w14:textId="77777777" w:rsidR="00623E5F" w:rsidRDefault="00623E5F"/>
          <w:p w14:paraId="6080B0C6" w14:textId="77777777" w:rsidR="00623E5F" w:rsidRDefault="00000000">
            <w:pPr>
              <w:spacing w:line="245" w:lineRule="auto"/>
            </w:pPr>
            <w:r>
              <w:rPr>
                <w:b/>
                <w:color w:val="000000"/>
                <w:sz w:val="15"/>
              </w:rPr>
              <w:t xml:space="preserve">UČNA TEMA: </w:t>
            </w:r>
            <w:r>
              <w:rPr>
                <w:color w:val="000000"/>
                <w:sz w:val="15"/>
              </w:rPr>
              <w:t>VARNO SE GIBAM</w:t>
            </w:r>
          </w:p>
        </w:tc>
      </w:tr>
      <w:tr w:rsidR="00623E5F" w14:paraId="1F0A77C5" w14:textId="77777777">
        <w:trPr>
          <w:cantSplit/>
          <w:jc w:val="center"/>
        </w:trPr>
        <w:tc>
          <w:tcPr>
            <w:tcW w:w="14060" w:type="dxa"/>
            <w:gridSpan w:val="6"/>
            <w:tcMar>
              <w:top w:w="70" w:type="dxa"/>
              <w:left w:w="90" w:type="dxa"/>
              <w:bottom w:w="70" w:type="dxa"/>
              <w:right w:w="90" w:type="dxa"/>
            </w:tcMar>
            <w:vAlign w:val="center"/>
          </w:tcPr>
          <w:p w14:paraId="619F695D" w14:textId="77777777" w:rsidR="00623E5F" w:rsidRDefault="00623E5F"/>
          <w:p w14:paraId="3B9A06FA" w14:textId="77777777" w:rsidR="00623E5F" w:rsidRDefault="00000000">
            <w:pPr>
              <w:spacing w:line="245" w:lineRule="auto"/>
            </w:pPr>
            <w:r>
              <w:rPr>
                <w:b/>
                <w:color w:val="000000"/>
                <w:sz w:val="15"/>
              </w:rPr>
              <w:t xml:space="preserve">KNJIŽEVNO / MOTIVNO IZHODIŠČE: </w:t>
            </w:r>
            <w:r>
              <w:rPr>
                <w:color w:val="000000"/>
                <w:sz w:val="15"/>
              </w:rPr>
              <w:t>»Muca Copatarica« – Ela Peroci • urejenost, odgovornost in pripadnost razredu</w:t>
            </w:r>
          </w:p>
        </w:tc>
      </w:tr>
      <w:tr w:rsidR="00623E5F" w14:paraId="4633EA52" w14:textId="77777777">
        <w:trPr>
          <w:cantSplit/>
          <w:jc w:val="center"/>
        </w:trPr>
        <w:tc>
          <w:tcPr>
            <w:tcW w:w="14060" w:type="dxa"/>
            <w:gridSpan w:val="6"/>
            <w:tcMar>
              <w:top w:w="70" w:type="dxa"/>
              <w:left w:w="90" w:type="dxa"/>
              <w:bottom w:w="70" w:type="dxa"/>
              <w:right w:w="90" w:type="dxa"/>
            </w:tcMar>
            <w:vAlign w:val="center"/>
          </w:tcPr>
          <w:p w14:paraId="6FA176F6" w14:textId="77777777" w:rsidR="00623E5F" w:rsidRDefault="00623E5F"/>
          <w:p w14:paraId="205DB6A0" w14:textId="77777777" w:rsidR="00623E5F" w:rsidRDefault="00000000">
            <w:pPr>
              <w:spacing w:line="245" w:lineRule="auto"/>
            </w:pPr>
            <w:r>
              <w:rPr>
                <w:b/>
                <w:color w:val="000000"/>
                <w:sz w:val="15"/>
              </w:rPr>
              <w:t xml:space="preserve">GIBALNO IZHODIŠČE / MOTIVACIJA: </w:t>
            </w:r>
            <w:r>
              <w:rPr>
                <w:color w:val="000000"/>
                <w:sz w:val="15"/>
              </w:rPr>
              <w:t>na tleh se pojavi pot stopinj, puščic in varnih ovir; učenci z gibalno napovedjo iščejo različne rešitve za temo »varno se gibam«. Tedenski gibalni izziv: izvede gibalno igro »Poišči svoj par copat«.</w:t>
            </w:r>
          </w:p>
        </w:tc>
      </w:tr>
      <w:tr w:rsidR="00623E5F" w14:paraId="7C66F8BD" w14:textId="77777777">
        <w:trPr>
          <w:cantSplit/>
          <w:jc w:val="center"/>
        </w:trPr>
        <w:tc>
          <w:tcPr>
            <w:tcW w:w="14060" w:type="dxa"/>
            <w:gridSpan w:val="6"/>
            <w:tcMar>
              <w:top w:w="70" w:type="dxa"/>
              <w:left w:w="90" w:type="dxa"/>
              <w:bottom w:w="70" w:type="dxa"/>
              <w:right w:w="90" w:type="dxa"/>
            </w:tcMar>
            <w:vAlign w:val="center"/>
          </w:tcPr>
          <w:p w14:paraId="50B12F98" w14:textId="77777777" w:rsidR="00623E5F" w:rsidRDefault="00623E5F"/>
          <w:p w14:paraId="387BB1F6" w14:textId="77777777" w:rsidR="00623E5F" w:rsidRDefault="00000000">
            <w:pPr>
              <w:spacing w:line="245" w:lineRule="auto"/>
            </w:pPr>
            <w:r>
              <w:rPr>
                <w:b/>
                <w:color w:val="000000"/>
                <w:sz w:val="15"/>
              </w:rPr>
              <w:t xml:space="preserve">UČNE ENOTE: </w:t>
            </w:r>
            <w:r>
              <w:rPr>
                <w:color w:val="000000"/>
                <w:sz w:val="15"/>
              </w:rPr>
              <w:t>1. ura – Varno se gibam – Ogrejem se in usvojim gib • 2. ura – Varno se gibam – Vadim na postajah • 3. ura – Varno se gibam – Uporabim v igri</w:t>
            </w:r>
          </w:p>
        </w:tc>
      </w:tr>
      <w:tr w:rsidR="00623E5F" w14:paraId="3A8FA97C" w14:textId="77777777">
        <w:trPr>
          <w:cantSplit/>
          <w:jc w:val="center"/>
        </w:trPr>
        <w:tc>
          <w:tcPr>
            <w:tcW w:w="14060" w:type="dxa"/>
            <w:gridSpan w:val="6"/>
            <w:tcMar>
              <w:top w:w="70" w:type="dxa"/>
              <w:left w:w="90" w:type="dxa"/>
              <w:bottom w:w="70" w:type="dxa"/>
              <w:right w:w="90" w:type="dxa"/>
            </w:tcMar>
            <w:vAlign w:val="center"/>
          </w:tcPr>
          <w:p w14:paraId="15616AB7" w14:textId="77777777" w:rsidR="00623E5F" w:rsidRDefault="00623E5F"/>
          <w:p w14:paraId="5547B24A"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68108128" w14:textId="77777777">
        <w:trPr>
          <w:cantSplit/>
          <w:jc w:val="center"/>
        </w:trPr>
        <w:tc>
          <w:tcPr>
            <w:tcW w:w="14060" w:type="dxa"/>
            <w:gridSpan w:val="6"/>
            <w:tcMar>
              <w:top w:w="70" w:type="dxa"/>
              <w:left w:w="90" w:type="dxa"/>
              <w:bottom w:w="70" w:type="dxa"/>
              <w:right w:w="90" w:type="dxa"/>
            </w:tcMar>
            <w:vAlign w:val="center"/>
          </w:tcPr>
          <w:p w14:paraId="3465C367" w14:textId="77777777" w:rsidR="00623E5F" w:rsidRDefault="00623E5F"/>
          <w:p w14:paraId="3F061997"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16A452BE" w14:textId="77777777">
        <w:trPr>
          <w:cantSplit/>
          <w:jc w:val="center"/>
        </w:trPr>
        <w:tc>
          <w:tcPr>
            <w:tcW w:w="14060" w:type="dxa"/>
            <w:gridSpan w:val="6"/>
            <w:tcMar>
              <w:top w:w="70" w:type="dxa"/>
              <w:left w:w="90" w:type="dxa"/>
              <w:bottom w:w="70" w:type="dxa"/>
              <w:right w:w="90" w:type="dxa"/>
            </w:tcMar>
            <w:vAlign w:val="center"/>
          </w:tcPr>
          <w:p w14:paraId="5C37CA6C" w14:textId="77777777" w:rsidR="00623E5F" w:rsidRDefault="00623E5F"/>
          <w:p w14:paraId="635D8AD7"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03F212AB" w14:textId="77777777">
        <w:trPr>
          <w:cantSplit/>
          <w:jc w:val="center"/>
        </w:trPr>
        <w:tc>
          <w:tcPr>
            <w:tcW w:w="14060" w:type="dxa"/>
            <w:gridSpan w:val="6"/>
            <w:tcMar>
              <w:top w:w="70" w:type="dxa"/>
              <w:left w:w="90" w:type="dxa"/>
              <w:bottom w:w="70" w:type="dxa"/>
              <w:right w:w="90" w:type="dxa"/>
            </w:tcMar>
            <w:vAlign w:val="center"/>
          </w:tcPr>
          <w:p w14:paraId="3907076F" w14:textId="77777777" w:rsidR="00623E5F" w:rsidRDefault="00623E5F"/>
          <w:p w14:paraId="5DB500F1" w14:textId="77777777" w:rsidR="00623E5F" w:rsidRDefault="00000000">
            <w:pPr>
              <w:spacing w:line="245" w:lineRule="auto"/>
            </w:pPr>
            <w:r>
              <w:rPr>
                <w:b/>
                <w:color w:val="000000"/>
                <w:sz w:val="15"/>
              </w:rPr>
              <w:t xml:space="preserve">MEDPREDMETNE POVEZAVE: </w:t>
            </w:r>
            <w:r>
              <w:rPr>
                <w:color w:val="000000"/>
                <w:sz w:val="15"/>
              </w:rPr>
              <w:t>SPO – urejenost, odgovornost in pripadnost razredu,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3B1B3A70" w14:textId="77777777">
        <w:trPr>
          <w:cantSplit/>
          <w:jc w:val="center"/>
        </w:trPr>
        <w:tc>
          <w:tcPr>
            <w:tcW w:w="14060" w:type="dxa"/>
            <w:gridSpan w:val="6"/>
            <w:tcMar>
              <w:top w:w="70" w:type="dxa"/>
              <w:left w:w="90" w:type="dxa"/>
              <w:bottom w:w="70" w:type="dxa"/>
              <w:right w:w="90" w:type="dxa"/>
            </w:tcMar>
            <w:vAlign w:val="center"/>
          </w:tcPr>
          <w:p w14:paraId="78C2D9EC" w14:textId="77777777" w:rsidR="00623E5F" w:rsidRDefault="00623E5F"/>
          <w:p w14:paraId="662F2E97" w14:textId="77777777" w:rsidR="00623E5F" w:rsidRDefault="00000000">
            <w:pPr>
              <w:spacing w:line="245" w:lineRule="auto"/>
            </w:pPr>
            <w:r>
              <w:rPr>
                <w:b/>
                <w:color w:val="000000"/>
                <w:sz w:val="15"/>
              </w:rPr>
              <w:t xml:space="preserve">UČNA SREDSTVA IN PRIPOMOČKI: </w:t>
            </w:r>
            <w:r>
              <w:rPr>
                <w:color w:val="000000"/>
                <w:sz w:val="15"/>
              </w:rPr>
              <w:t>stožci, talne oznake, obroči, vrvi, klopi, letveniki ali nizka plezala, blazine in mehke ovire; kartice namena in kriterijev; oznake štirih postaj; opazovalni list; semafor napora in mapa dokazov</w:t>
            </w:r>
          </w:p>
        </w:tc>
      </w:tr>
      <w:tr w:rsidR="00623E5F" w14:paraId="6336F96F" w14:textId="77777777">
        <w:trPr>
          <w:cantSplit/>
          <w:jc w:val="center"/>
        </w:trPr>
        <w:tc>
          <w:tcPr>
            <w:tcW w:w="14060" w:type="dxa"/>
            <w:gridSpan w:val="6"/>
            <w:tcMar>
              <w:top w:w="70" w:type="dxa"/>
              <w:left w:w="90" w:type="dxa"/>
              <w:bottom w:w="70" w:type="dxa"/>
              <w:right w:w="90" w:type="dxa"/>
            </w:tcMar>
            <w:vAlign w:val="center"/>
          </w:tcPr>
          <w:p w14:paraId="1E9D9D87" w14:textId="77777777" w:rsidR="00623E5F" w:rsidRDefault="00623E5F"/>
          <w:p w14:paraId="1FB0F86C"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2E0EFDB6" w14:textId="77777777">
        <w:trPr>
          <w:cantSplit/>
          <w:jc w:val="center"/>
        </w:trPr>
        <w:tc>
          <w:tcPr>
            <w:tcW w:w="14060" w:type="dxa"/>
            <w:gridSpan w:val="6"/>
            <w:tcMar>
              <w:top w:w="70" w:type="dxa"/>
              <w:left w:w="90" w:type="dxa"/>
              <w:bottom w:w="70" w:type="dxa"/>
              <w:right w:w="90" w:type="dxa"/>
            </w:tcMar>
            <w:vAlign w:val="center"/>
          </w:tcPr>
          <w:p w14:paraId="4F0C0BFD" w14:textId="77777777" w:rsidR="00623E5F" w:rsidRDefault="00623E5F"/>
          <w:p w14:paraId="1C34BBA2"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2412A165" w14:textId="77777777">
        <w:trPr>
          <w:cantSplit/>
          <w:jc w:val="center"/>
        </w:trPr>
        <w:tc>
          <w:tcPr>
            <w:tcW w:w="14060" w:type="dxa"/>
            <w:gridSpan w:val="6"/>
            <w:tcMar>
              <w:top w:w="70" w:type="dxa"/>
              <w:left w:w="90" w:type="dxa"/>
              <w:bottom w:w="70" w:type="dxa"/>
              <w:right w:w="90" w:type="dxa"/>
            </w:tcMar>
            <w:vAlign w:val="center"/>
          </w:tcPr>
          <w:p w14:paraId="1027EA04" w14:textId="77777777" w:rsidR="00623E5F" w:rsidRDefault="00623E5F"/>
          <w:p w14:paraId="66494616"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79C66CA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9D7B82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C42BE52"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78C3B9D" w14:textId="77777777" w:rsidR="00623E5F" w:rsidRDefault="00000000">
            <w:pPr>
              <w:jc w:val="center"/>
            </w:pPr>
            <w:r>
              <w:rPr>
                <w:b/>
                <w:color w:val="000000"/>
                <w:sz w:val="20"/>
              </w:rPr>
              <w:t>UČNE DEJAVNOSTI, METODE IN FORMATIVNO SPREMLJANJE</w:t>
            </w:r>
          </w:p>
        </w:tc>
      </w:tr>
      <w:tr w:rsidR="00623E5F" w14:paraId="44FD749A" w14:textId="77777777">
        <w:trPr>
          <w:tblHeader/>
          <w:jc w:val="center"/>
        </w:trPr>
        <w:tc>
          <w:tcPr>
            <w:tcW w:w="4422" w:type="dxa"/>
            <w:vMerge/>
            <w:tcMar>
              <w:top w:w="70" w:type="dxa"/>
              <w:left w:w="90" w:type="dxa"/>
              <w:bottom w:w="70" w:type="dxa"/>
              <w:right w:w="90" w:type="dxa"/>
            </w:tcMar>
            <w:vAlign w:val="center"/>
          </w:tcPr>
          <w:p w14:paraId="03BF5F0C" w14:textId="77777777" w:rsidR="00623E5F" w:rsidRDefault="00623E5F"/>
        </w:tc>
        <w:tc>
          <w:tcPr>
            <w:tcW w:w="7087" w:type="dxa"/>
            <w:shd w:val="clear" w:color="auto" w:fill="FFFFFF"/>
            <w:tcMar>
              <w:top w:w="70" w:type="dxa"/>
              <w:left w:w="90" w:type="dxa"/>
              <w:bottom w:w="70" w:type="dxa"/>
              <w:right w:w="90" w:type="dxa"/>
            </w:tcMar>
            <w:vAlign w:val="center"/>
          </w:tcPr>
          <w:p w14:paraId="5FAE0468"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1EBFAB3" w14:textId="77777777" w:rsidR="00623E5F" w:rsidRDefault="00000000">
            <w:pPr>
              <w:jc w:val="center"/>
            </w:pPr>
            <w:r>
              <w:rPr>
                <w:b/>
                <w:color w:val="000000"/>
              </w:rPr>
              <w:t>UČENEC</w:t>
            </w:r>
          </w:p>
        </w:tc>
      </w:tr>
      <w:tr w:rsidR="00623E5F" w14:paraId="07643A6A" w14:textId="77777777">
        <w:trPr>
          <w:jc w:val="center"/>
        </w:trPr>
        <w:tc>
          <w:tcPr>
            <w:tcW w:w="4422" w:type="dxa"/>
            <w:tcMar>
              <w:top w:w="70" w:type="dxa"/>
              <w:left w:w="90" w:type="dxa"/>
              <w:bottom w:w="70" w:type="dxa"/>
              <w:right w:w="90" w:type="dxa"/>
            </w:tcMar>
          </w:tcPr>
          <w:p w14:paraId="4A6F0E0A" w14:textId="77777777" w:rsidR="00623E5F" w:rsidRDefault="00623E5F"/>
          <w:p w14:paraId="217A6429" w14:textId="77777777" w:rsidR="00623E5F" w:rsidRDefault="00000000">
            <w:pPr>
              <w:spacing w:after="60" w:line="245" w:lineRule="auto"/>
            </w:pPr>
            <w:r>
              <w:rPr>
                <w:b/>
                <w:color w:val="000000"/>
              </w:rPr>
              <w:t>UČNI CILJI</w:t>
            </w:r>
          </w:p>
          <w:p w14:paraId="6F613A28" w14:textId="77777777" w:rsidR="00623E5F" w:rsidRDefault="00000000">
            <w:pPr>
              <w:spacing w:after="20" w:line="245" w:lineRule="auto"/>
            </w:pPr>
            <w:r>
              <w:rPr>
                <w:b/>
                <w:color w:val="000000"/>
                <w:sz w:val="17"/>
              </w:rPr>
              <w:t>SPLOŠNI</w:t>
            </w:r>
          </w:p>
          <w:p w14:paraId="0000F264"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3F5FA27F" w14:textId="77777777" w:rsidR="00623E5F" w:rsidRDefault="00000000">
            <w:pPr>
              <w:pStyle w:val="Oznaenseznam"/>
              <w:spacing w:after="16"/>
            </w:pPr>
            <w:r>
              <w:rPr>
                <w:color w:val="000000"/>
                <w:sz w:val="15"/>
              </w:rPr>
              <w:t>varno hodi, teče, skače, meče, pleza, se plazi, lovi, ravnoteži, pleše in uporablja različne rekvizite</w:t>
            </w:r>
          </w:p>
          <w:p w14:paraId="52E9B682" w14:textId="77777777" w:rsidR="00623E5F" w:rsidRDefault="00000000">
            <w:pPr>
              <w:pStyle w:val="Oznaenseznam"/>
              <w:spacing w:after="16"/>
            </w:pPr>
            <w:r>
              <w:rPr>
                <w:color w:val="000000"/>
                <w:sz w:val="15"/>
              </w:rPr>
              <w:t>razume pomen rednega gibanja, ogrevanja, higiene, primerne opreme, počitka in varnega ravnanja</w:t>
            </w:r>
          </w:p>
          <w:p w14:paraId="6B0B6EB8"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30A36C5A" w14:textId="77777777" w:rsidR="00623E5F" w:rsidRDefault="00000000">
            <w:pPr>
              <w:spacing w:before="40" w:after="20" w:line="245" w:lineRule="auto"/>
            </w:pPr>
            <w:r>
              <w:rPr>
                <w:b/>
                <w:color w:val="000000"/>
                <w:sz w:val="17"/>
              </w:rPr>
              <w:t>OPERATIVNI</w:t>
            </w:r>
          </w:p>
          <w:p w14:paraId="08807491" w14:textId="77777777" w:rsidR="00623E5F" w:rsidRDefault="00000000">
            <w:pPr>
              <w:pStyle w:val="Oznaenseznam"/>
              <w:spacing w:after="16"/>
            </w:pPr>
            <w:r>
              <w:rPr>
                <w:color w:val="000000"/>
                <w:sz w:val="15"/>
              </w:rPr>
              <w:t>spozna prostor za vadbo</w:t>
            </w:r>
          </w:p>
          <w:p w14:paraId="4304972C" w14:textId="77777777" w:rsidR="00623E5F" w:rsidRDefault="00000000">
            <w:pPr>
              <w:pStyle w:val="Oznaenseznam"/>
              <w:spacing w:after="16"/>
            </w:pPr>
            <w:r>
              <w:rPr>
                <w:color w:val="000000"/>
                <w:sz w:val="15"/>
              </w:rPr>
              <w:t>hodi in teče v različnih smereh</w:t>
            </w:r>
          </w:p>
          <w:p w14:paraId="22284B2D" w14:textId="77777777" w:rsidR="00623E5F" w:rsidRDefault="00000000">
            <w:pPr>
              <w:pStyle w:val="Oznaenseznam"/>
              <w:spacing w:after="16"/>
            </w:pPr>
            <w:r>
              <w:rPr>
                <w:color w:val="000000"/>
                <w:sz w:val="15"/>
              </w:rPr>
              <w:t>upošteva varnostni dogovor</w:t>
            </w:r>
          </w:p>
          <w:p w14:paraId="7ED8CF2A" w14:textId="77777777" w:rsidR="00623E5F" w:rsidRDefault="00000000">
            <w:pPr>
              <w:spacing w:before="40" w:after="20" w:line="245" w:lineRule="auto"/>
            </w:pPr>
            <w:r>
              <w:rPr>
                <w:b/>
                <w:color w:val="000000"/>
                <w:sz w:val="17"/>
              </w:rPr>
              <w:t>PRIČAKOVANI DOSEŽKI / MINIMALNI POUDARKI</w:t>
            </w:r>
          </w:p>
          <w:p w14:paraId="5E908BF2" w14:textId="77777777" w:rsidR="00623E5F" w:rsidRDefault="00000000">
            <w:pPr>
              <w:pStyle w:val="Oznaenseznam"/>
              <w:spacing w:after="16"/>
            </w:pPr>
            <w:r>
              <w:rPr>
                <w:color w:val="000000"/>
                <w:sz w:val="15"/>
              </w:rPr>
              <w:t>učenec samostojno oziroma z dogovorjeno oporo spozna prostor za vadbo</w:t>
            </w:r>
          </w:p>
          <w:p w14:paraId="6A55AF55" w14:textId="77777777" w:rsidR="00623E5F" w:rsidRDefault="00000000">
            <w:pPr>
              <w:pStyle w:val="Oznaenseznam"/>
              <w:spacing w:after="16"/>
            </w:pPr>
            <w:r>
              <w:rPr>
                <w:color w:val="000000"/>
                <w:sz w:val="15"/>
              </w:rPr>
              <w:t>učenec samostojno oziroma z dogovorjeno oporo hodi in teče v različnih smereh</w:t>
            </w:r>
          </w:p>
          <w:p w14:paraId="743449B6" w14:textId="77777777" w:rsidR="00623E5F" w:rsidRDefault="00000000">
            <w:pPr>
              <w:pStyle w:val="Oznaenseznam"/>
              <w:spacing w:after="16"/>
            </w:pPr>
            <w:r>
              <w:rPr>
                <w:color w:val="000000"/>
                <w:sz w:val="15"/>
              </w:rPr>
              <w:t>učenec samostojno oziroma z dogovorjeno oporo upošteva varnostni dogovor</w:t>
            </w:r>
          </w:p>
        </w:tc>
        <w:tc>
          <w:tcPr>
            <w:tcW w:w="7087" w:type="dxa"/>
            <w:tcMar>
              <w:top w:w="70" w:type="dxa"/>
              <w:left w:w="90" w:type="dxa"/>
              <w:bottom w:w="70" w:type="dxa"/>
              <w:right w:w="90" w:type="dxa"/>
            </w:tcMar>
          </w:tcPr>
          <w:p w14:paraId="14FCB24C"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EBE72A5" w14:textId="77777777">
              <w:trPr>
                <w:jc w:val="center"/>
              </w:trPr>
              <w:tc>
                <w:tcPr>
                  <w:tcW w:w="7087" w:type="dxa"/>
                  <w:shd w:val="clear" w:color="auto" w:fill="C6E7F3"/>
                  <w:tcMar>
                    <w:top w:w="45" w:type="dxa"/>
                    <w:left w:w="70" w:type="dxa"/>
                    <w:bottom w:w="45" w:type="dxa"/>
                    <w:right w:w="70" w:type="dxa"/>
                  </w:tcMar>
                </w:tcPr>
                <w:p w14:paraId="3D50C5BB" w14:textId="77777777" w:rsidR="00623E5F" w:rsidRDefault="00000000">
                  <w:pPr>
                    <w:keepNext/>
                  </w:pPr>
                  <w:r>
                    <w:rPr>
                      <w:b/>
                      <w:color w:val="000000"/>
                    </w:rPr>
                    <w:t>UVODNI DEL – POČUTJE, GIBALNI NAMIG, PREDZNANJE IN NAMEN UČENJA (7–10 min)</w:t>
                  </w:r>
                </w:p>
              </w:tc>
            </w:tr>
          </w:tbl>
          <w:p w14:paraId="4B410A5E" w14:textId="77777777" w:rsidR="00623E5F" w:rsidRDefault="00623E5F">
            <w:pPr>
              <w:spacing w:line="20" w:lineRule="exact"/>
            </w:pPr>
          </w:p>
          <w:p w14:paraId="19379D9B" w14:textId="77777777" w:rsidR="00623E5F" w:rsidRDefault="00000000">
            <w:pPr>
              <w:spacing w:before="40" w:after="60" w:line="245" w:lineRule="auto"/>
            </w:pPr>
            <w:r>
              <w:rPr>
                <w:color w:val="000000"/>
                <w:sz w:val="15"/>
              </w:rPr>
              <w:t>Ob književnem motivu »Muca Copatarica« – Ela Peroci učenci vstopijo v temo urejenost, odgovornost in pripadnost razredu. Učiteljica pripravi kratek gibalni namig: na tleh se pojavi pot stopinj, puščic in varnih ovir; učenci z gibalno napovedjo iščejo različne rešitve za temo »varno se gibam«. Tedenski gibalni izziv: izvede gibalno igro »Poišči svoj par copat«.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4AA31292" w14:textId="77777777">
              <w:trPr>
                <w:jc w:val="center"/>
              </w:trPr>
              <w:tc>
                <w:tcPr>
                  <w:tcW w:w="7087" w:type="dxa"/>
                  <w:shd w:val="clear" w:color="auto" w:fill="EDC9EA"/>
                  <w:tcMar>
                    <w:top w:w="45" w:type="dxa"/>
                    <w:left w:w="70" w:type="dxa"/>
                    <w:bottom w:w="45" w:type="dxa"/>
                    <w:right w:w="70" w:type="dxa"/>
                  </w:tcMar>
                </w:tcPr>
                <w:p w14:paraId="05A5F48A" w14:textId="77777777" w:rsidR="00623E5F" w:rsidRDefault="00000000">
                  <w:pPr>
                    <w:keepNext/>
                  </w:pPr>
                  <w:r>
                    <w:rPr>
                      <w:b/>
                      <w:color w:val="000000"/>
                    </w:rPr>
                    <w:t>NAMENI UČENJA</w:t>
                  </w:r>
                </w:p>
              </w:tc>
            </w:tr>
          </w:tbl>
          <w:p w14:paraId="6D0C4CF8" w14:textId="77777777" w:rsidR="00623E5F" w:rsidRDefault="00623E5F">
            <w:pPr>
              <w:spacing w:line="20" w:lineRule="exact"/>
            </w:pPr>
          </w:p>
          <w:p w14:paraId="0BF1AF72"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51E46AE0" w14:textId="77777777" w:rsidR="00623E5F" w:rsidRDefault="00000000">
            <w:pPr>
              <w:pStyle w:val="Oznaenseznam"/>
              <w:spacing w:after="16"/>
            </w:pPr>
            <w:r>
              <w:rPr>
                <w:color w:val="000000"/>
                <w:sz w:val="15"/>
              </w:rPr>
              <w:t>spoznam prostor za vadbo</w:t>
            </w:r>
          </w:p>
          <w:p w14:paraId="42E4F1A3" w14:textId="77777777" w:rsidR="00623E5F" w:rsidRDefault="00000000">
            <w:pPr>
              <w:pStyle w:val="Oznaenseznam"/>
              <w:spacing w:after="16"/>
            </w:pPr>
            <w:r>
              <w:rPr>
                <w:color w:val="000000"/>
                <w:sz w:val="15"/>
              </w:rPr>
              <w:t>hodim in tečem v različnih smereh</w:t>
            </w:r>
          </w:p>
          <w:p w14:paraId="6416C105" w14:textId="77777777" w:rsidR="00623E5F" w:rsidRDefault="00000000">
            <w:pPr>
              <w:pStyle w:val="Oznaenseznam"/>
              <w:spacing w:after="16"/>
            </w:pPr>
            <w:r>
              <w:rPr>
                <w:color w:val="000000"/>
                <w:sz w:val="15"/>
              </w:rPr>
              <w:t>upoštevam varnostni dogovor</w:t>
            </w:r>
          </w:p>
          <w:tbl>
            <w:tblPr>
              <w:tblStyle w:val="Tabelamrea"/>
              <w:tblW w:w="0" w:type="auto"/>
              <w:jc w:val="center"/>
              <w:tblLayout w:type="fixed"/>
              <w:tblLook w:val="04A0" w:firstRow="1" w:lastRow="0" w:firstColumn="1" w:lastColumn="0" w:noHBand="0" w:noVBand="1"/>
            </w:tblPr>
            <w:tblGrid>
              <w:gridCol w:w="7087"/>
            </w:tblGrid>
            <w:tr w:rsidR="00623E5F" w14:paraId="58E451A3" w14:textId="77777777">
              <w:trPr>
                <w:jc w:val="center"/>
              </w:trPr>
              <w:tc>
                <w:tcPr>
                  <w:tcW w:w="7087" w:type="dxa"/>
                  <w:shd w:val="clear" w:color="auto" w:fill="EDC9EA"/>
                  <w:tcMar>
                    <w:top w:w="45" w:type="dxa"/>
                    <w:left w:w="70" w:type="dxa"/>
                    <w:bottom w:w="45" w:type="dxa"/>
                    <w:right w:w="70" w:type="dxa"/>
                  </w:tcMar>
                </w:tcPr>
                <w:p w14:paraId="57F7CF9B" w14:textId="77777777" w:rsidR="00623E5F" w:rsidRDefault="00000000">
                  <w:pPr>
                    <w:keepNext/>
                  </w:pPr>
                  <w:r>
                    <w:rPr>
                      <w:b/>
                      <w:color w:val="000000"/>
                    </w:rPr>
                    <w:t>PREVERJANJE PREDZNANJA</w:t>
                  </w:r>
                </w:p>
              </w:tc>
            </w:tr>
          </w:tbl>
          <w:p w14:paraId="4A1CBC5F" w14:textId="77777777" w:rsidR="00623E5F" w:rsidRDefault="00623E5F">
            <w:pPr>
              <w:spacing w:line="20" w:lineRule="exact"/>
            </w:pPr>
          </w:p>
          <w:p w14:paraId="4B736067" w14:textId="77777777" w:rsidR="00623E5F" w:rsidRDefault="00000000">
            <w:pPr>
              <w:pStyle w:val="Oznaenseznam"/>
              <w:spacing w:after="16"/>
            </w:pPr>
            <w:r>
              <w:rPr>
                <w:color w:val="000000"/>
                <w:sz w:val="15"/>
              </w:rPr>
              <w:t>Kaj moje telo in prostor že znata pokazati pri temi »VARNO SE GIBAM«?</w:t>
            </w:r>
          </w:p>
          <w:p w14:paraId="24462BBB" w14:textId="77777777" w:rsidR="00623E5F" w:rsidRDefault="00000000">
            <w:pPr>
              <w:pStyle w:val="Oznaenseznam"/>
              <w:spacing w:after="16"/>
            </w:pPr>
            <w:r>
              <w:rPr>
                <w:color w:val="000000"/>
                <w:sz w:val="15"/>
              </w:rPr>
              <w:t>Katero varnostno pravilo, gibalni korak ali strategijo že obvladam in kaj bi najprej preizkusil/-a?</w:t>
            </w:r>
          </w:p>
          <w:p w14:paraId="33087662"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6203F094" w14:textId="77777777">
              <w:trPr>
                <w:jc w:val="center"/>
              </w:trPr>
              <w:tc>
                <w:tcPr>
                  <w:tcW w:w="7087" w:type="dxa"/>
                  <w:shd w:val="clear" w:color="auto" w:fill="EDC9EA"/>
                  <w:tcMar>
                    <w:top w:w="45" w:type="dxa"/>
                    <w:left w:w="70" w:type="dxa"/>
                    <w:bottom w:w="45" w:type="dxa"/>
                    <w:right w:w="70" w:type="dxa"/>
                  </w:tcMar>
                </w:tcPr>
                <w:p w14:paraId="66B25216" w14:textId="77777777" w:rsidR="00623E5F" w:rsidRDefault="00000000">
                  <w:pPr>
                    <w:keepNext/>
                  </w:pPr>
                  <w:r>
                    <w:rPr>
                      <w:b/>
                      <w:color w:val="000000"/>
                    </w:rPr>
                    <w:t>KRITERIJI USPEŠNOSTI</w:t>
                  </w:r>
                </w:p>
              </w:tc>
            </w:tr>
          </w:tbl>
          <w:p w14:paraId="4C314EC2" w14:textId="77777777" w:rsidR="00623E5F" w:rsidRDefault="00623E5F"/>
          <w:p w14:paraId="1AA73F05" w14:textId="77777777" w:rsidR="00623E5F" w:rsidRDefault="00000000">
            <w:pPr>
              <w:spacing w:before="20" w:after="20" w:line="245" w:lineRule="auto"/>
            </w:pPr>
            <w:r>
              <w:rPr>
                <w:b/>
                <w:color w:val="000000"/>
                <w:sz w:val="16"/>
              </w:rPr>
              <w:t>Uspešen/-na bom, ko:</w:t>
            </w:r>
          </w:p>
          <w:p w14:paraId="1D2974CA" w14:textId="77777777" w:rsidR="00623E5F" w:rsidRDefault="00000000">
            <w:pPr>
              <w:pStyle w:val="Oznaenseznam"/>
              <w:spacing w:after="16"/>
            </w:pPr>
            <w:r>
              <w:rPr>
                <w:color w:val="000000"/>
                <w:sz w:val="15"/>
              </w:rPr>
              <w:t>spoznam prostor za vadbo</w:t>
            </w:r>
          </w:p>
          <w:p w14:paraId="5A723848" w14:textId="77777777" w:rsidR="00623E5F" w:rsidRDefault="00000000">
            <w:pPr>
              <w:pStyle w:val="Oznaenseznam"/>
              <w:spacing w:after="16"/>
            </w:pPr>
            <w:r>
              <w:rPr>
                <w:color w:val="000000"/>
                <w:sz w:val="15"/>
              </w:rPr>
              <w:t>hodim in tečem v različnih smereh</w:t>
            </w:r>
          </w:p>
          <w:p w14:paraId="6AE60642" w14:textId="77777777" w:rsidR="00623E5F" w:rsidRDefault="00000000">
            <w:pPr>
              <w:pStyle w:val="Oznaenseznam"/>
              <w:spacing w:after="16"/>
            </w:pPr>
            <w:r>
              <w:rPr>
                <w:color w:val="000000"/>
                <w:sz w:val="15"/>
              </w:rPr>
              <w:t>upoštevam varnostni dogovor</w:t>
            </w:r>
          </w:p>
          <w:p w14:paraId="158B0598" w14:textId="77777777" w:rsidR="00623E5F" w:rsidRDefault="00000000">
            <w:pPr>
              <w:pStyle w:val="Oznaenseznam"/>
              <w:spacing w:after="16"/>
            </w:pPr>
            <w:r>
              <w:rPr>
                <w:color w:val="000000"/>
                <w:sz w:val="15"/>
              </w:rPr>
              <w:t>pred začetkom preverim prostor in opremo, ohranjam razdaljo ter se na znak varno ustavim</w:t>
            </w:r>
          </w:p>
          <w:p w14:paraId="11625630"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04912B3C" w14:textId="77777777" w:rsidR="00623E5F" w:rsidRDefault="00623E5F"/>
          <w:p w14:paraId="50344E53"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01ADA278"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7D3E80AD" w14:textId="77777777" w:rsidR="00623E5F" w:rsidRDefault="00000000">
            <w:pPr>
              <w:spacing w:after="100" w:line="245" w:lineRule="auto"/>
            </w:pPr>
            <w:r>
              <w:rPr>
                <w:color w:val="000000"/>
                <w:sz w:val="15"/>
              </w:rPr>
              <w:t>Sodeluje pri razumevanju namena, vidnih meril, varnostnih pravil, prehodov in načina dokazovanja.</w:t>
            </w:r>
          </w:p>
          <w:p w14:paraId="61DB57B2" w14:textId="77777777" w:rsidR="00623E5F" w:rsidRDefault="00000000">
            <w:pPr>
              <w:spacing w:after="20" w:line="245" w:lineRule="auto"/>
            </w:pPr>
            <w:r>
              <w:rPr>
                <w:b/>
                <w:color w:val="D95BC6"/>
                <w:sz w:val="17"/>
              </w:rPr>
              <w:t>DOKAZ O UČENJU</w:t>
            </w:r>
          </w:p>
          <w:p w14:paraId="36C03955"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2B21A16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B8AD1A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4394B99"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516175A" w14:textId="77777777" w:rsidR="00623E5F" w:rsidRDefault="00000000">
            <w:pPr>
              <w:jc w:val="center"/>
            </w:pPr>
            <w:r>
              <w:rPr>
                <w:b/>
                <w:color w:val="000000"/>
                <w:sz w:val="20"/>
              </w:rPr>
              <w:t>UČNE DEJAVNOSTI, METODE IN FORMATIVNO SPREMLJANJE</w:t>
            </w:r>
          </w:p>
        </w:tc>
      </w:tr>
      <w:tr w:rsidR="00623E5F" w14:paraId="532647D8" w14:textId="77777777">
        <w:trPr>
          <w:tblHeader/>
          <w:jc w:val="center"/>
        </w:trPr>
        <w:tc>
          <w:tcPr>
            <w:tcW w:w="4422" w:type="dxa"/>
            <w:vMerge/>
            <w:tcMar>
              <w:top w:w="70" w:type="dxa"/>
              <w:left w:w="90" w:type="dxa"/>
              <w:bottom w:w="70" w:type="dxa"/>
              <w:right w:w="90" w:type="dxa"/>
            </w:tcMar>
            <w:vAlign w:val="center"/>
          </w:tcPr>
          <w:p w14:paraId="379ACEF6" w14:textId="77777777" w:rsidR="00623E5F" w:rsidRDefault="00623E5F"/>
        </w:tc>
        <w:tc>
          <w:tcPr>
            <w:tcW w:w="7087" w:type="dxa"/>
            <w:shd w:val="clear" w:color="auto" w:fill="FFFFFF"/>
            <w:tcMar>
              <w:top w:w="70" w:type="dxa"/>
              <w:left w:w="90" w:type="dxa"/>
              <w:bottom w:w="70" w:type="dxa"/>
              <w:right w:w="90" w:type="dxa"/>
            </w:tcMar>
            <w:vAlign w:val="center"/>
          </w:tcPr>
          <w:p w14:paraId="49028989"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1632244" w14:textId="77777777" w:rsidR="00623E5F" w:rsidRDefault="00000000">
            <w:pPr>
              <w:jc w:val="center"/>
            </w:pPr>
            <w:r>
              <w:rPr>
                <w:b/>
                <w:color w:val="000000"/>
              </w:rPr>
              <w:t>UČENEC</w:t>
            </w:r>
          </w:p>
        </w:tc>
      </w:tr>
      <w:tr w:rsidR="00623E5F" w14:paraId="6AFF5CD3" w14:textId="77777777">
        <w:trPr>
          <w:jc w:val="center"/>
        </w:trPr>
        <w:tc>
          <w:tcPr>
            <w:tcW w:w="4422" w:type="dxa"/>
            <w:tcMar>
              <w:top w:w="70" w:type="dxa"/>
              <w:left w:w="90" w:type="dxa"/>
              <w:bottom w:w="70" w:type="dxa"/>
              <w:right w:w="90" w:type="dxa"/>
            </w:tcMar>
          </w:tcPr>
          <w:p w14:paraId="7E9F0BB3" w14:textId="77777777" w:rsidR="00623E5F" w:rsidRDefault="00623E5F"/>
          <w:p w14:paraId="3690BC5A" w14:textId="77777777" w:rsidR="00623E5F" w:rsidRDefault="00000000">
            <w:pPr>
              <w:spacing w:after="40" w:line="245" w:lineRule="auto"/>
            </w:pPr>
            <w:r>
              <w:rPr>
                <w:b/>
                <w:color w:val="000000"/>
                <w:sz w:val="17"/>
              </w:rPr>
              <w:t>KLJUČNI ŠPORTNI IN GIBALNI POJMI</w:t>
            </w:r>
          </w:p>
          <w:p w14:paraId="699698F1"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hoja, tek, lazenje, plazenje, valjanje, opora, ovira, poligon, doskok</w:t>
            </w:r>
          </w:p>
          <w:p w14:paraId="517643FF" w14:textId="77777777" w:rsidR="00623E5F" w:rsidRDefault="00000000">
            <w:pPr>
              <w:spacing w:after="20" w:line="245" w:lineRule="auto"/>
            </w:pPr>
            <w:r>
              <w:rPr>
                <w:b/>
                <w:color w:val="000000"/>
                <w:sz w:val="17"/>
              </w:rPr>
              <w:t>DOKAZI O UČENJU</w:t>
            </w:r>
          </w:p>
          <w:p w14:paraId="411B5D70" w14:textId="77777777" w:rsidR="00623E5F" w:rsidRDefault="00000000">
            <w:pPr>
              <w:pStyle w:val="Oznaenseznam"/>
              <w:spacing w:after="7"/>
            </w:pPr>
            <w:r>
              <w:rPr>
                <w:color w:val="000000"/>
                <w:sz w:val="14"/>
              </w:rPr>
              <w:t>varen odziv na znak, začetni poskus prvine in ustno varnostno pravilo.</w:t>
            </w:r>
          </w:p>
          <w:p w14:paraId="51DC5652" w14:textId="77777777" w:rsidR="00623E5F" w:rsidRDefault="00000000">
            <w:pPr>
              <w:pStyle w:val="Oznaenseznam"/>
              <w:spacing w:after="7"/>
            </w:pPr>
            <w:r>
              <w:rPr>
                <w:color w:val="000000"/>
                <w:sz w:val="14"/>
              </w:rPr>
              <w:t>opazovalna kartica, izvedba na izbrani ravni in učiteljev zapis o napredku.</w:t>
            </w:r>
          </w:p>
          <w:p w14:paraId="0CE87051" w14:textId="77777777" w:rsidR="00623E5F" w:rsidRDefault="00000000">
            <w:pPr>
              <w:pStyle w:val="Oznaenseznam"/>
              <w:spacing w:after="7"/>
            </w:pPr>
            <w:r>
              <w:rPr>
                <w:color w:val="000000"/>
                <w:sz w:val="14"/>
              </w:rPr>
              <w:t>uporaba prvine v igri, sodelovanje, upoštevanje pravil in osebno samovrednotenje.</w:t>
            </w:r>
          </w:p>
          <w:p w14:paraId="4C2995D0" w14:textId="77777777" w:rsidR="00623E5F" w:rsidRDefault="00000000">
            <w:pPr>
              <w:spacing w:before="40" w:after="20" w:line="245" w:lineRule="auto"/>
            </w:pPr>
            <w:r>
              <w:rPr>
                <w:b/>
                <w:color w:val="000000"/>
                <w:sz w:val="16"/>
              </w:rPr>
              <w:t>GIBALNO DOŽIVETJE IN IZKUŠENJSKI POUK</w:t>
            </w:r>
          </w:p>
          <w:p w14:paraId="726523DA"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2D1D537D" w14:textId="77777777" w:rsidR="00623E5F" w:rsidRDefault="00000000">
            <w:pPr>
              <w:spacing w:after="20" w:line="245" w:lineRule="auto"/>
            </w:pPr>
            <w:r>
              <w:rPr>
                <w:b/>
                <w:color w:val="000000"/>
                <w:sz w:val="16"/>
              </w:rPr>
              <w:t>POUČEVANJE V GIBANJU</w:t>
            </w:r>
          </w:p>
          <w:p w14:paraId="5918AE76"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22E9CCB8" w14:textId="77777777" w:rsidR="00623E5F" w:rsidRDefault="00000000">
            <w:pPr>
              <w:spacing w:after="20" w:line="245" w:lineRule="auto"/>
            </w:pPr>
            <w:r>
              <w:rPr>
                <w:b/>
                <w:color w:val="000000"/>
                <w:sz w:val="16"/>
              </w:rPr>
              <w:t>DELO PO ŠTIRIH POSTAJAH</w:t>
            </w:r>
          </w:p>
          <w:p w14:paraId="7E5F7F3D"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30A1438B" w14:textId="77777777" w:rsidR="00623E5F" w:rsidRDefault="00000000">
            <w:pPr>
              <w:spacing w:after="7" w:line="245" w:lineRule="auto"/>
            </w:pPr>
            <w:r>
              <w:rPr>
                <w:color w:val="000000"/>
                <w:sz w:val="14"/>
              </w:rPr>
              <w:t>1. Tehnična: po talnih oznakah in modelu večkrat vadim cilj »spoznam prostor za vadbo« na izbrani ravni.</w:t>
            </w:r>
          </w:p>
          <w:p w14:paraId="35A8F30E" w14:textId="77777777" w:rsidR="00623E5F" w:rsidRDefault="00000000">
            <w:pPr>
              <w:spacing w:after="7" w:line="245" w:lineRule="auto"/>
            </w:pPr>
            <w:r>
              <w:rPr>
                <w:color w:val="000000"/>
                <w:sz w:val="14"/>
              </w:rPr>
              <w:t>2. Ravnotežno-koordinacijska: z linijo, obroči, nizko oviro ali blazino uresničujem cilj »hodim in tečem v različnih smereh«.</w:t>
            </w:r>
          </w:p>
          <w:p w14:paraId="2D812579" w14:textId="77777777" w:rsidR="00623E5F" w:rsidRDefault="00000000">
            <w:pPr>
              <w:spacing w:after="7" w:line="245" w:lineRule="auto"/>
            </w:pPr>
            <w:r>
              <w:rPr>
                <w:color w:val="000000"/>
                <w:sz w:val="14"/>
              </w:rPr>
              <w:t>3. Povezovalni poligon: v varen niz povežem tri osnovne oblike gibanja, smer, spremembo nivoja in ustavitev.</w:t>
            </w:r>
          </w:p>
          <w:p w14:paraId="4E874E13" w14:textId="77777777" w:rsidR="00623E5F" w:rsidRDefault="00000000">
            <w:pPr>
              <w:spacing w:after="7" w:line="245" w:lineRule="auto"/>
            </w:pPr>
            <w:r>
              <w:rPr>
                <w:color w:val="000000"/>
                <w:sz w:val="14"/>
              </w:rPr>
              <w:t>4. Igralno-refleksivna: spretnost uporabim v igri brez izločanja ter s semaforjem pokažem, kako »upoštevam varnostni dogovor«.</w:t>
            </w:r>
          </w:p>
          <w:p w14:paraId="37CB14CE" w14:textId="77777777" w:rsidR="00623E5F" w:rsidRDefault="00000000">
            <w:pPr>
              <w:spacing w:after="20" w:line="245" w:lineRule="auto"/>
            </w:pPr>
            <w:r>
              <w:rPr>
                <w:b/>
                <w:color w:val="000000"/>
                <w:sz w:val="16"/>
              </w:rPr>
              <w:t>DIFERENCIACIJA IN VKLJUČEVANJE</w:t>
            </w:r>
          </w:p>
          <w:p w14:paraId="04E9FDE1"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1FBD4874" w14:textId="77777777" w:rsidR="00623E5F" w:rsidRDefault="00000000">
            <w:pPr>
              <w:spacing w:after="20" w:line="245" w:lineRule="auto"/>
            </w:pPr>
            <w:r>
              <w:rPr>
                <w:b/>
                <w:color w:val="000000"/>
                <w:sz w:val="16"/>
              </w:rPr>
              <w:t>SPREMLJANJE</w:t>
            </w:r>
          </w:p>
          <w:p w14:paraId="3B9147F5"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4F825639"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0841BAA" w14:textId="77777777">
              <w:trPr>
                <w:jc w:val="center"/>
              </w:trPr>
              <w:tc>
                <w:tcPr>
                  <w:tcW w:w="7087" w:type="dxa"/>
                  <w:shd w:val="clear" w:color="auto" w:fill="C6E7F3"/>
                  <w:tcMar>
                    <w:top w:w="45" w:type="dxa"/>
                    <w:left w:w="70" w:type="dxa"/>
                    <w:bottom w:w="45" w:type="dxa"/>
                    <w:right w:w="70" w:type="dxa"/>
                  </w:tcMar>
                </w:tcPr>
                <w:p w14:paraId="5632A8D7" w14:textId="77777777" w:rsidR="00623E5F" w:rsidRDefault="00000000">
                  <w:pPr>
                    <w:keepNext/>
                  </w:pPr>
                  <w:r>
                    <w:rPr>
                      <w:b/>
                      <w:color w:val="000000"/>
                      <w:sz w:val="16"/>
                    </w:rPr>
                    <w:t>GLAVNI DEL – GIBALNI IZZIV, VADBA NA ŠTIRIH POSTAJAH IN IGRA (3 šolske ure)</w:t>
                  </w:r>
                </w:p>
              </w:tc>
            </w:tr>
          </w:tbl>
          <w:p w14:paraId="1726479D" w14:textId="77777777" w:rsidR="00623E5F" w:rsidRDefault="00623E5F">
            <w:pPr>
              <w:spacing w:line="20" w:lineRule="exact"/>
            </w:pPr>
          </w:p>
          <w:p w14:paraId="32961971" w14:textId="77777777" w:rsidR="00623E5F" w:rsidRDefault="00000000">
            <w:pPr>
              <w:keepNext/>
              <w:spacing w:before="16" w:after="6" w:line="245" w:lineRule="auto"/>
            </w:pPr>
            <w:r>
              <w:rPr>
                <w:b/>
                <w:color w:val="000000"/>
                <w:sz w:val="15"/>
              </w:rPr>
              <w:t>1. URA – Varno se gibam – Ogrejem se in usvojim gib</w:t>
            </w:r>
          </w:p>
          <w:p w14:paraId="435AE1DC"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»Muca Copatarica« – Ela Peroci. Osrednji del 30': 32' – Preveri prostor in opremo, predstavi varnostni znak ter skozi gibalno zgodbo modelira ključno prvino po korakih.</w:t>
            </w:r>
          </w:p>
          <w:p w14:paraId="10979EA6"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23AE0519" w14:textId="77777777" w:rsidR="00623E5F" w:rsidRDefault="00000000">
            <w:pPr>
              <w:spacing w:after="15" w:line="245" w:lineRule="auto"/>
            </w:pPr>
            <w:r>
              <w:rPr>
                <w:i/>
                <w:color w:val="D95BC6"/>
                <w:sz w:val="14"/>
              </w:rPr>
              <w:t>Predvideni dokaz: varen odziv na znak, začetni poskus prvine in ustno varnostno pravilo..</w:t>
            </w:r>
          </w:p>
          <w:p w14:paraId="66064BCC" w14:textId="77777777" w:rsidR="00623E5F" w:rsidRDefault="00000000">
            <w:pPr>
              <w:keepNext/>
              <w:spacing w:before="16" w:after="6" w:line="245" w:lineRule="auto"/>
            </w:pPr>
            <w:r>
              <w:rPr>
                <w:b/>
                <w:color w:val="000000"/>
                <w:sz w:val="15"/>
              </w:rPr>
              <w:t>2. URA – Varno se gibam – Vadim na postajah</w:t>
            </w:r>
          </w:p>
          <w:p w14:paraId="1A96C866"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»Muca Copatarica« – Ela Peroci. Osrednji del 30': 32' – Pripravi 4–6 postaj z enosmernimi prehodi, pokaže tri ravni izziva in opazovalcu dodeli en jasen kriterij.</w:t>
            </w:r>
          </w:p>
          <w:p w14:paraId="2592AB20"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06BBBBB4" w14:textId="77777777" w:rsidR="00623E5F" w:rsidRDefault="00000000">
            <w:pPr>
              <w:spacing w:after="15" w:line="245" w:lineRule="auto"/>
            </w:pPr>
            <w:r>
              <w:rPr>
                <w:i/>
                <w:color w:val="D95BC6"/>
                <w:sz w:val="14"/>
              </w:rPr>
              <w:t>Predvideni dokaz: opazovalna kartica, izvedba na izbrani ravni in učiteljev zapis o napredku..</w:t>
            </w:r>
          </w:p>
          <w:p w14:paraId="6B1C8A08" w14:textId="77777777" w:rsidR="00623E5F" w:rsidRDefault="00000000">
            <w:pPr>
              <w:keepNext/>
              <w:spacing w:before="16" w:after="6" w:line="245" w:lineRule="auto"/>
            </w:pPr>
            <w:r>
              <w:rPr>
                <w:b/>
                <w:color w:val="000000"/>
                <w:sz w:val="15"/>
              </w:rPr>
              <w:t>3. URA – Varno se gibam – Uporabim v igri</w:t>
            </w:r>
          </w:p>
          <w:p w14:paraId="40E8441A"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»Muca Copatarica« – Ela Peroci. Osrednji del 30': 32' – Organizira vključujočo igro ali izziv brez izločanja, spremlja varnost, pošteno igro in uporabo naučene prvine.</w:t>
            </w:r>
          </w:p>
          <w:p w14:paraId="29896234"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168926AE"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092115CD" w14:textId="77777777">
              <w:trPr>
                <w:jc w:val="center"/>
              </w:trPr>
              <w:tc>
                <w:tcPr>
                  <w:tcW w:w="7087" w:type="dxa"/>
                  <w:shd w:val="clear" w:color="auto" w:fill="EDC9EA"/>
                  <w:tcMar>
                    <w:top w:w="45" w:type="dxa"/>
                    <w:left w:w="70" w:type="dxa"/>
                    <w:bottom w:w="45" w:type="dxa"/>
                    <w:right w:w="70" w:type="dxa"/>
                  </w:tcMar>
                </w:tcPr>
                <w:p w14:paraId="269DA71F" w14:textId="77777777" w:rsidR="00623E5F" w:rsidRDefault="00000000">
                  <w:pPr>
                    <w:keepNext/>
                  </w:pPr>
                  <w:r>
                    <w:rPr>
                      <w:b/>
                      <w:color w:val="000000"/>
                      <w:sz w:val="16"/>
                    </w:rPr>
                    <w:t>ORGANIZACIJA POSTAJ, PREHODOV IN AKTIVNEGA ČASA</w:t>
                  </w:r>
                </w:p>
              </w:tc>
            </w:tr>
          </w:tbl>
          <w:p w14:paraId="554DFC2A" w14:textId="77777777" w:rsidR="00623E5F" w:rsidRDefault="00623E5F"/>
          <w:p w14:paraId="2BCFB4EB" w14:textId="77777777" w:rsidR="00623E5F" w:rsidRDefault="00000000">
            <w:pPr>
              <w:spacing w:before="5" w:after="6" w:line="245" w:lineRule="auto"/>
            </w:pPr>
            <w:r>
              <w:rPr>
                <w:color w:val="000000"/>
                <w:sz w:val="14"/>
              </w:rPr>
              <w:t>Postaja 1: Tehnična: po talnih oznakah in modelu večkrat vadim cilj »spoznam prostor za vadbo« na izbrani ravni.</w:t>
            </w:r>
          </w:p>
          <w:p w14:paraId="5A5C7728" w14:textId="77777777" w:rsidR="00623E5F" w:rsidRDefault="00000000">
            <w:pPr>
              <w:spacing w:before="5" w:after="6" w:line="245" w:lineRule="auto"/>
            </w:pPr>
            <w:r>
              <w:rPr>
                <w:color w:val="000000"/>
                <w:sz w:val="14"/>
              </w:rPr>
              <w:t>Postaja 2: Ravnotežno-koordinacijska: z linijo, obroči, nizko oviro ali blazino uresničujem cilj »hodim in tečem v različnih smereh«.</w:t>
            </w:r>
          </w:p>
          <w:p w14:paraId="285426EE" w14:textId="77777777" w:rsidR="00623E5F" w:rsidRDefault="00000000">
            <w:pPr>
              <w:spacing w:before="5" w:after="6" w:line="245" w:lineRule="auto"/>
            </w:pPr>
            <w:r>
              <w:rPr>
                <w:color w:val="000000"/>
                <w:sz w:val="14"/>
              </w:rPr>
              <w:t>Postaja 3: Povezovalni poligon: v varen niz povežem tri osnovne oblike gibanja, smer, spremembo nivoja in ustavitev.</w:t>
            </w:r>
          </w:p>
          <w:p w14:paraId="3F66336E" w14:textId="77777777" w:rsidR="00623E5F" w:rsidRDefault="00000000">
            <w:pPr>
              <w:spacing w:before="5" w:after="6" w:line="245" w:lineRule="auto"/>
            </w:pPr>
            <w:r>
              <w:rPr>
                <w:color w:val="000000"/>
                <w:sz w:val="14"/>
              </w:rPr>
              <w:t>Postaja 4: Igralno-refleksivna: spretnost uporabim v igri brez izločanja ter s semaforjem pokažem, kako »upoštevam varnostni dogovor«.</w:t>
            </w:r>
          </w:p>
          <w:p w14:paraId="4ECFDAED"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170E9961" w14:textId="77777777" w:rsidR="00623E5F" w:rsidRDefault="00623E5F"/>
          <w:p w14:paraId="261EEB91" w14:textId="77777777" w:rsidR="00623E5F" w:rsidRDefault="00000000">
            <w:pPr>
              <w:spacing w:after="5" w:line="245" w:lineRule="auto"/>
            </w:pPr>
            <w:r>
              <w:rPr>
                <w:b/>
                <w:color w:val="000000"/>
                <w:sz w:val="15"/>
              </w:rPr>
              <w:t>1. URA – Varno se gibam – Ogrejem se in usvojim gib</w:t>
            </w:r>
          </w:p>
          <w:p w14:paraId="0B3FDE8A"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2C4904D6" w14:textId="77777777" w:rsidR="00623E5F" w:rsidRDefault="00000000">
            <w:pPr>
              <w:spacing w:after="14" w:line="245" w:lineRule="auto"/>
            </w:pPr>
            <w:r>
              <w:rPr>
                <w:color w:val="D95BC6"/>
                <w:sz w:val="13"/>
              </w:rPr>
              <w:t>Dokaz: varen odziv na znak, začetni poskus prvine in ustno varnostno pravilo.</w:t>
            </w:r>
          </w:p>
          <w:p w14:paraId="084B6222" w14:textId="77777777" w:rsidR="00623E5F" w:rsidRDefault="00000000">
            <w:pPr>
              <w:spacing w:after="5" w:line="245" w:lineRule="auto"/>
            </w:pPr>
            <w:r>
              <w:rPr>
                <w:b/>
                <w:color w:val="000000"/>
                <w:sz w:val="15"/>
              </w:rPr>
              <w:t>2. URA – Varno se gibam – Vadim na postajah</w:t>
            </w:r>
          </w:p>
          <w:p w14:paraId="4F006467"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5D18AA25" w14:textId="77777777" w:rsidR="00623E5F" w:rsidRDefault="00000000">
            <w:pPr>
              <w:spacing w:after="14" w:line="245" w:lineRule="auto"/>
            </w:pPr>
            <w:r>
              <w:rPr>
                <w:color w:val="D95BC6"/>
                <w:sz w:val="13"/>
              </w:rPr>
              <w:t>Dokaz: opazovalna kartica, izvedba na izbrani ravni in učiteljev zapis o napredku.</w:t>
            </w:r>
          </w:p>
          <w:p w14:paraId="16442868" w14:textId="77777777" w:rsidR="00623E5F" w:rsidRDefault="00000000">
            <w:pPr>
              <w:spacing w:after="5" w:line="245" w:lineRule="auto"/>
            </w:pPr>
            <w:r>
              <w:rPr>
                <w:b/>
                <w:color w:val="000000"/>
                <w:sz w:val="15"/>
              </w:rPr>
              <w:t>3. URA – Varno se gibam – Uporabim v igri</w:t>
            </w:r>
          </w:p>
          <w:p w14:paraId="4FCEE4E3"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F2FC0C4" w14:textId="77777777" w:rsidR="00623E5F" w:rsidRDefault="00000000">
            <w:pPr>
              <w:spacing w:after="14" w:line="245" w:lineRule="auto"/>
            </w:pPr>
            <w:r>
              <w:rPr>
                <w:color w:val="D95BC6"/>
                <w:sz w:val="13"/>
              </w:rPr>
              <w:t>Dokaz: uporaba prvine v igri, sodelovanje, upoštevanje pravil in osebno.</w:t>
            </w:r>
          </w:p>
          <w:p w14:paraId="7602F30B" w14:textId="77777777" w:rsidR="00623E5F" w:rsidRDefault="00000000">
            <w:pPr>
              <w:spacing w:before="30" w:after="14" w:line="245" w:lineRule="auto"/>
            </w:pPr>
            <w:r>
              <w:rPr>
                <w:b/>
                <w:color w:val="D95BC6"/>
                <w:sz w:val="16"/>
              </w:rPr>
              <w:t>MOJ KROG POSTAJ</w:t>
            </w:r>
          </w:p>
          <w:p w14:paraId="6A32F703" w14:textId="77777777" w:rsidR="00623E5F" w:rsidRDefault="00000000">
            <w:pPr>
              <w:spacing w:after="8" w:line="245" w:lineRule="auto"/>
            </w:pPr>
            <w:r>
              <w:rPr>
                <w:color w:val="000000"/>
                <w:sz w:val="13"/>
              </w:rPr>
              <w:t>1. Tehnična: po talnih oznakah in modelu večkrat vadim cilj »spoznam prostor za.</w:t>
            </w:r>
          </w:p>
          <w:p w14:paraId="403B1E68" w14:textId="77777777" w:rsidR="00623E5F" w:rsidRDefault="00000000">
            <w:pPr>
              <w:spacing w:after="8" w:line="245" w:lineRule="auto"/>
            </w:pPr>
            <w:r>
              <w:rPr>
                <w:color w:val="000000"/>
                <w:sz w:val="13"/>
              </w:rPr>
              <w:t>2. Ravnotežno-koordinacijska: z linijo, obroči, nizko oviro ali blazino uresničujem.</w:t>
            </w:r>
          </w:p>
          <w:p w14:paraId="370A6056" w14:textId="77777777" w:rsidR="00623E5F" w:rsidRDefault="00000000">
            <w:pPr>
              <w:spacing w:after="8" w:line="245" w:lineRule="auto"/>
            </w:pPr>
            <w:r>
              <w:rPr>
                <w:color w:val="000000"/>
                <w:sz w:val="13"/>
              </w:rPr>
              <w:t>3. Povezovalni poligon: v varen niz povežem tri osnovne oblike gibanja, smer.</w:t>
            </w:r>
          </w:p>
          <w:p w14:paraId="241E93F1" w14:textId="77777777" w:rsidR="00623E5F" w:rsidRDefault="00000000">
            <w:pPr>
              <w:spacing w:after="8" w:line="245" w:lineRule="auto"/>
            </w:pPr>
            <w:r>
              <w:rPr>
                <w:color w:val="000000"/>
                <w:sz w:val="13"/>
              </w:rPr>
              <w:t>4. Igralno-refleksivna: spretnost uporabim v igri brez izločanja ter s semaforjem.</w:t>
            </w:r>
          </w:p>
          <w:p w14:paraId="441E5014"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59F2ECB3" w14:textId="77777777" w:rsidR="00623E5F" w:rsidRDefault="00000000">
            <w:pPr>
              <w:spacing w:after="14" w:line="245" w:lineRule="auto"/>
            </w:pPr>
            <w:r>
              <w:rPr>
                <w:b/>
                <w:color w:val="D95BC6"/>
                <w:sz w:val="16"/>
              </w:rPr>
              <w:t>DOKAZ O UČENJU</w:t>
            </w:r>
          </w:p>
          <w:p w14:paraId="576F7C46"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6198EADC"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4DCC34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276DC74"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4F42282" w14:textId="77777777" w:rsidR="00623E5F" w:rsidRDefault="00000000">
            <w:pPr>
              <w:jc w:val="center"/>
            </w:pPr>
            <w:r>
              <w:rPr>
                <w:b/>
                <w:color w:val="000000"/>
                <w:sz w:val="20"/>
              </w:rPr>
              <w:t>UČNE DEJAVNOSTI, METODE IN FORMATIVNO SPREMLJANJE</w:t>
            </w:r>
          </w:p>
        </w:tc>
      </w:tr>
      <w:tr w:rsidR="00623E5F" w14:paraId="63323834" w14:textId="77777777">
        <w:trPr>
          <w:tblHeader/>
          <w:jc w:val="center"/>
        </w:trPr>
        <w:tc>
          <w:tcPr>
            <w:tcW w:w="4422" w:type="dxa"/>
            <w:vMerge/>
            <w:tcMar>
              <w:top w:w="70" w:type="dxa"/>
              <w:left w:w="90" w:type="dxa"/>
              <w:bottom w:w="70" w:type="dxa"/>
              <w:right w:w="90" w:type="dxa"/>
            </w:tcMar>
            <w:vAlign w:val="center"/>
          </w:tcPr>
          <w:p w14:paraId="243D0DEF" w14:textId="77777777" w:rsidR="00623E5F" w:rsidRDefault="00623E5F"/>
        </w:tc>
        <w:tc>
          <w:tcPr>
            <w:tcW w:w="7087" w:type="dxa"/>
            <w:shd w:val="clear" w:color="auto" w:fill="FFFFFF"/>
            <w:tcMar>
              <w:top w:w="70" w:type="dxa"/>
              <w:left w:w="90" w:type="dxa"/>
              <w:bottom w:w="70" w:type="dxa"/>
              <w:right w:w="90" w:type="dxa"/>
            </w:tcMar>
            <w:vAlign w:val="center"/>
          </w:tcPr>
          <w:p w14:paraId="554C3CB3"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8C185AD" w14:textId="77777777" w:rsidR="00623E5F" w:rsidRDefault="00000000">
            <w:pPr>
              <w:jc w:val="center"/>
            </w:pPr>
            <w:r>
              <w:rPr>
                <w:b/>
                <w:color w:val="000000"/>
              </w:rPr>
              <w:t>UČENEC</w:t>
            </w:r>
          </w:p>
        </w:tc>
      </w:tr>
      <w:tr w:rsidR="00623E5F" w14:paraId="7E76211D" w14:textId="77777777">
        <w:trPr>
          <w:jc w:val="center"/>
        </w:trPr>
        <w:tc>
          <w:tcPr>
            <w:tcW w:w="4422" w:type="dxa"/>
            <w:tcMar>
              <w:top w:w="70" w:type="dxa"/>
              <w:left w:w="90" w:type="dxa"/>
              <w:bottom w:w="70" w:type="dxa"/>
              <w:right w:w="90" w:type="dxa"/>
            </w:tcMar>
          </w:tcPr>
          <w:p w14:paraId="18A3147C" w14:textId="77777777" w:rsidR="00623E5F" w:rsidRDefault="00623E5F"/>
          <w:p w14:paraId="43559A9C" w14:textId="77777777" w:rsidR="00623E5F" w:rsidRDefault="00000000">
            <w:pPr>
              <w:spacing w:after="40" w:line="245" w:lineRule="auto"/>
            </w:pPr>
            <w:r>
              <w:rPr>
                <w:b/>
                <w:color w:val="000000"/>
              </w:rPr>
              <w:t>FORMATIVNO SPREMLJANJE</w:t>
            </w:r>
          </w:p>
          <w:p w14:paraId="46192A0A" w14:textId="77777777" w:rsidR="00623E5F" w:rsidRDefault="00000000">
            <w:pPr>
              <w:pStyle w:val="Oznaenseznam"/>
              <w:spacing w:after="16"/>
            </w:pPr>
            <w:r>
              <w:rPr>
                <w:color w:val="000000"/>
                <w:sz w:val="15"/>
              </w:rPr>
              <w:t>predznanje: gibalni prikaz, odziv na znak, izbira kartice, začetni poskus ali kratka razlaga</w:t>
            </w:r>
          </w:p>
          <w:p w14:paraId="4E6E9387" w14:textId="77777777" w:rsidR="00623E5F" w:rsidRDefault="00000000">
            <w:pPr>
              <w:pStyle w:val="Oznaenseznam"/>
              <w:spacing w:after="16"/>
            </w:pPr>
            <w:r>
              <w:rPr>
                <w:color w:val="000000"/>
                <w:sz w:val="15"/>
              </w:rPr>
              <w:t>nameni in merila: kratka poved, slikovni znak, model varne izvedbe in en opazljiv tehnični poudarek</w:t>
            </w:r>
          </w:p>
          <w:p w14:paraId="031E9057"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46941B78" w14:textId="77777777" w:rsidR="00623E5F" w:rsidRDefault="00000000">
            <w:pPr>
              <w:pStyle w:val="Oznaenseznam"/>
              <w:spacing w:after="16"/>
            </w:pPr>
            <w:r>
              <w:rPr>
                <w:color w:val="000000"/>
                <w:sz w:val="15"/>
              </w:rPr>
              <w:t>povratna informacija: opis opaženega, povezava z enim merilom in takoj izvedljiv ponovni poskus</w:t>
            </w:r>
          </w:p>
          <w:p w14:paraId="3AEE9779" w14:textId="77777777" w:rsidR="00623E5F" w:rsidRDefault="00000000">
            <w:pPr>
              <w:pStyle w:val="Oznaenseznam"/>
              <w:spacing w:after="16"/>
            </w:pPr>
            <w:r>
              <w:rPr>
                <w:color w:val="000000"/>
                <w:sz w:val="15"/>
              </w:rPr>
              <w:t>samovrednotenje: semafor napora in varnosti, lestvica samostojnosti, izbran dokaz ter osebni naslednji korak</w:t>
            </w:r>
          </w:p>
          <w:p w14:paraId="6E35D55F" w14:textId="77777777" w:rsidR="00623E5F" w:rsidRDefault="00000000">
            <w:pPr>
              <w:spacing w:before="40" w:after="20" w:line="245" w:lineRule="auto"/>
            </w:pPr>
            <w:r>
              <w:rPr>
                <w:b/>
                <w:color w:val="000000"/>
                <w:sz w:val="17"/>
              </w:rPr>
              <w:t>VARNOST, POČUTJE IN HIGIENA</w:t>
            </w:r>
          </w:p>
          <w:p w14:paraId="2247843E"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Pri plezanju, ravnotežju, kotaljenju in prevalnih predvajah je območje oblazinjeno, naloga pa poteka posamično in ob jasnem varovanju.</w:t>
            </w:r>
          </w:p>
          <w:p w14:paraId="2CA8F333" w14:textId="77777777" w:rsidR="00623E5F" w:rsidRDefault="00000000">
            <w:pPr>
              <w:spacing w:after="20" w:line="245" w:lineRule="auto"/>
            </w:pPr>
            <w:r>
              <w:rPr>
                <w:b/>
                <w:color w:val="000000"/>
                <w:sz w:val="17"/>
              </w:rPr>
              <w:t>EVIDENCA PO IZVEDBI</w:t>
            </w:r>
          </w:p>
          <w:p w14:paraId="6886B99A"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138B2D21" w14:textId="77777777" w:rsidR="00623E5F" w:rsidRDefault="00000000">
            <w:pPr>
              <w:spacing w:before="40" w:after="20" w:line="245" w:lineRule="auto"/>
            </w:pPr>
            <w:r>
              <w:rPr>
                <w:b/>
                <w:color w:val="000000"/>
                <w:sz w:val="17"/>
              </w:rPr>
              <w:t>RAVEN DOSEGANJA</w:t>
            </w:r>
          </w:p>
          <w:p w14:paraId="5D4EF8D8"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39AD569A"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83EACB8" w14:textId="77777777">
              <w:trPr>
                <w:jc w:val="center"/>
              </w:trPr>
              <w:tc>
                <w:tcPr>
                  <w:tcW w:w="7087" w:type="dxa"/>
                  <w:shd w:val="clear" w:color="auto" w:fill="EDC9EA"/>
                  <w:tcMar>
                    <w:top w:w="45" w:type="dxa"/>
                    <w:left w:w="70" w:type="dxa"/>
                    <w:bottom w:w="45" w:type="dxa"/>
                    <w:right w:w="70" w:type="dxa"/>
                  </w:tcMar>
                </w:tcPr>
                <w:p w14:paraId="49E02D82" w14:textId="77777777" w:rsidR="00623E5F" w:rsidRDefault="00000000">
                  <w:pPr>
                    <w:keepNext/>
                  </w:pPr>
                  <w:r>
                    <w:rPr>
                      <w:b/>
                      <w:color w:val="000000"/>
                    </w:rPr>
                    <w:t>VPRAŠANJA V PODPORO GIBALNEMU UČENJU</w:t>
                  </w:r>
                </w:p>
              </w:tc>
            </w:tr>
          </w:tbl>
          <w:p w14:paraId="5774D62D" w14:textId="77777777" w:rsidR="00623E5F" w:rsidRDefault="00623E5F">
            <w:pPr>
              <w:spacing w:line="20" w:lineRule="exact"/>
            </w:pPr>
          </w:p>
          <w:p w14:paraId="38495331" w14:textId="77777777" w:rsidR="00623E5F" w:rsidRDefault="00000000">
            <w:pPr>
              <w:pStyle w:val="Oznaenseznam"/>
              <w:spacing w:after="16"/>
            </w:pPr>
            <w:r>
              <w:rPr>
                <w:color w:val="000000"/>
                <w:sz w:val="15"/>
              </w:rPr>
              <w:t>Kaj si pri prvem poskusu začutil/-a ali opazil/-a v položaju telesa, ravnotežju, smeri, ritmu ali naporu?</w:t>
            </w:r>
          </w:p>
          <w:p w14:paraId="70094648" w14:textId="77777777" w:rsidR="00623E5F" w:rsidRDefault="00000000">
            <w:pPr>
              <w:pStyle w:val="Oznaenseznam"/>
              <w:spacing w:after="16"/>
            </w:pPr>
            <w:r>
              <w:rPr>
                <w:color w:val="000000"/>
                <w:sz w:val="15"/>
              </w:rPr>
              <w:t>Katero varnostno pravilo in kateri gibalni korak sta bila danes najpomembnejša?</w:t>
            </w:r>
          </w:p>
          <w:p w14:paraId="2EDA1CF0" w14:textId="77777777" w:rsidR="00623E5F" w:rsidRDefault="00000000">
            <w:pPr>
              <w:pStyle w:val="Oznaenseznam"/>
              <w:spacing w:after="16"/>
            </w:pPr>
            <w:r>
              <w:rPr>
                <w:color w:val="000000"/>
                <w:sz w:val="15"/>
              </w:rPr>
              <w:t>Katero raven si izbral/-a, zakaj je bila primerna in kaj si pri naslednjem poskusu spremenil/-a?</w:t>
            </w:r>
          </w:p>
          <w:p w14:paraId="0094E282" w14:textId="77777777" w:rsidR="00623E5F" w:rsidRDefault="00000000">
            <w:pPr>
              <w:pStyle w:val="Oznaenseznam"/>
              <w:spacing w:after="16"/>
            </w:pPr>
            <w:r>
              <w:rPr>
                <w:color w:val="000000"/>
                <w:sz w:val="15"/>
              </w:rPr>
              <w:t>Kateri tvoj gibalni dokaz najjasneje pokaže dogovorjeno merilo?</w:t>
            </w:r>
          </w:p>
          <w:p w14:paraId="6AC234FE"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1001C86D" w14:textId="77777777">
              <w:trPr>
                <w:jc w:val="center"/>
              </w:trPr>
              <w:tc>
                <w:tcPr>
                  <w:tcW w:w="7087" w:type="dxa"/>
                  <w:shd w:val="clear" w:color="auto" w:fill="C6E7F3"/>
                  <w:tcMar>
                    <w:top w:w="45" w:type="dxa"/>
                    <w:left w:w="70" w:type="dxa"/>
                    <w:bottom w:w="45" w:type="dxa"/>
                    <w:right w:w="70" w:type="dxa"/>
                  </w:tcMar>
                </w:tcPr>
                <w:p w14:paraId="3777F514" w14:textId="77777777" w:rsidR="00623E5F" w:rsidRDefault="00000000">
                  <w:pPr>
                    <w:keepNext/>
                  </w:pPr>
                  <w:r>
                    <w:rPr>
                      <w:b/>
                      <w:color w:val="000000"/>
                    </w:rPr>
                    <w:t>ZAKLJUČNI DEL – UMIRJANJE, RAZTEZANJE, DOKAZ IN REFLEKSIJA (8–10 min)</w:t>
                  </w:r>
                </w:p>
              </w:tc>
            </w:tr>
          </w:tbl>
          <w:p w14:paraId="2F72AE01" w14:textId="77777777" w:rsidR="00623E5F" w:rsidRDefault="00623E5F">
            <w:pPr>
              <w:spacing w:line="20" w:lineRule="exact"/>
            </w:pPr>
          </w:p>
          <w:p w14:paraId="5D8A1CE0"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2D31B0A9" w14:textId="77777777">
              <w:trPr>
                <w:jc w:val="center"/>
              </w:trPr>
              <w:tc>
                <w:tcPr>
                  <w:tcW w:w="7087" w:type="dxa"/>
                  <w:shd w:val="clear" w:color="auto" w:fill="EDC9EA"/>
                  <w:tcMar>
                    <w:top w:w="45" w:type="dxa"/>
                    <w:left w:w="70" w:type="dxa"/>
                    <w:bottom w:w="45" w:type="dxa"/>
                    <w:right w:w="70" w:type="dxa"/>
                  </w:tcMar>
                </w:tcPr>
                <w:p w14:paraId="1682A647" w14:textId="77777777" w:rsidR="00623E5F" w:rsidRDefault="00000000">
                  <w:pPr>
                    <w:keepNext/>
                  </w:pPr>
                  <w:r>
                    <w:rPr>
                      <w:b/>
                      <w:color w:val="000000"/>
                    </w:rPr>
                    <w:t>SAMOVREDNOTENJE</w:t>
                  </w:r>
                </w:p>
              </w:tc>
            </w:tr>
          </w:tbl>
          <w:p w14:paraId="66530614" w14:textId="77777777" w:rsidR="00623E5F" w:rsidRDefault="00623E5F">
            <w:pPr>
              <w:spacing w:line="20" w:lineRule="exact"/>
            </w:pPr>
          </w:p>
          <w:p w14:paraId="1A1D206F"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31FADF1E" w14:textId="77777777">
              <w:trPr>
                <w:jc w:val="center"/>
              </w:trPr>
              <w:tc>
                <w:tcPr>
                  <w:tcW w:w="7087" w:type="dxa"/>
                  <w:shd w:val="clear" w:color="auto" w:fill="EDC9EA"/>
                  <w:tcMar>
                    <w:top w:w="45" w:type="dxa"/>
                    <w:left w:w="70" w:type="dxa"/>
                    <w:bottom w:w="45" w:type="dxa"/>
                    <w:right w:w="70" w:type="dxa"/>
                  </w:tcMar>
                </w:tcPr>
                <w:p w14:paraId="6A71FCC4" w14:textId="77777777" w:rsidR="00623E5F" w:rsidRDefault="00000000">
                  <w:pPr>
                    <w:keepNext/>
                  </w:pPr>
                  <w:r>
                    <w:rPr>
                      <w:b/>
                      <w:color w:val="000000"/>
                    </w:rPr>
                    <w:t>VRSTNIŠKO OPAZOVANJE IN POVRATNA INFORMACIJA</w:t>
                  </w:r>
                </w:p>
              </w:tc>
            </w:tr>
          </w:tbl>
          <w:p w14:paraId="004E5BAB" w14:textId="77777777" w:rsidR="00623E5F" w:rsidRDefault="00623E5F">
            <w:pPr>
              <w:spacing w:line="20" w:lineRule="exact"/>
            </w:pPr>
          </w:p>
          <w:p w14:paraId="591F5376"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04DB6C7B" w14:textId="77777777">
              <w:trPr>
                <w:jc w:val="center"/>
              </w:trPr>
              <w:tc>
                <w:tcPr>
                  <w:tcW w:w="7087" w:type="dxa"/>
                  <w:shd w:val="clear" w:color="auto" w:fill="EDC9EA"/>
                  <w:tcMar>
                    <w:top w:w="45" w:type="dxa"/>
                    <w:left w:w="70" w:type="dxa"/>
                    <w:bottom w:w="45" w:type="dxa"/>
                    <w:right w:w="70" w:type="dxa"/>
                  </w:tcMar>
                </w:tcPr>
                <w:p w14:paraId="21D1B362" w14:textId="77777777" w:rsidR="00623E5F" w:rsidRDefault="00000000">
                  <w:pPr>
                    <w:keepNext/>
                  </w:pPr>
                  <w:r>
                    <w:rPr>
                      <w:b/>
                      <w:color w:val="000000"/>
                    </w:rPr>
                    <w:t>SKUPNI POVZETEK</w:t>
                  </w:r>
                </w:p>
              </w:tc>
            </w:tr>
          </w:tbl>
          <w:p w14:paraId="70DD4ECC" w14:textId="77777777" w:rsidR="00623E5F" w:rsidRDefault="00623E5F"/>
          <w:p w14:paraId="7524D713" w14:textId="77777777" w:rsidR="00623E5F" w:rsidRDefault="00000000">
            <w:pPr>
              <w:spacing w:before="20" w:after="40" w:line="245" w:lineRule="auto"/>
            </w:pPr>
            <w:r>
              <w:rPr>
                <w:b/>
                <w:color w:val="000000"/>
                <w:sz w:val="16"/>
              </w:rPr>
              <w:t>spoznam prostor za vadbo; hodim in tečem v različnih smereh; upoštevam varnostni dogovor. Izbrani gibalni dokaz pojasnim in določim varen naslednji korak.</w:t>
            </w:r>
          </w:p>
        </w:tc>
        <w:tc>
          <w:tcPr>
            <w:tcW w:w="2551" w:type="dxa"/>
            <w:tcMar>
              <w:top w:w="70" w:type="dxa"/>
              <w:left w:w="90" w:type="dxa"/>
              <w:bottom w:w="70" w:type="dxa"/>
              <w:right w:w="90" w:type="dxa"/>
            </w:tcMar>
          </w:tcPr>
          <w:p w14:paraId="215BF48E" w14:textId="77777777" w:rsidR="00623E5F" w:rsidRDefault="00623E5F"/>
          <w:p w14:paraId="5FC1C0C7" w14:textId="77777777" w:rsidR="00623E5F" w:rsidRDefault="00000000">
            <w:pPr>
              <w:spacing w:after="80" w:line="245" w:lineRule="auto"/>
            </w:pPr>
            <w:r>
              <w:rPr>
                <w:color w:val="000000"/>
                <w:sz w:val="15"/>
              </w:rPr>
              <w:t>Odgovarja na podporna vprašanja in se sklicuje na svojo izvedbo, počutje, izbrano raven in varnost.</w:t>
            </w:r>
          </w:p>
          <w:p w14:paraId="270D804A" w14:textId="77777777" w:rsidR="00623E5F" w:rsidRDefault="00000000">
            <w:pPr>
              <w:spacing w:after="80" w:line="245" w:lineRule="auto"/>
            </w:pPr>
            <w:r>
              <w:rPr>
                <w:color w:val="000000"/>
                <w:sz w:val="15"/>
              </w:rPr>
              <w:t>Predstavi izbrani gibalni dokaz ter pokaže ali pove, katero merilo z njim dosega.</w:t>
            </w:r>
          </w:p>
          <w:p w14:paraId="4BFF633C" w14:textId="77777777" w:rsidR="00623E5F" w:rsidRDefault="00000000">
            <w:pPr>
              <w:spacing w:after="80" w:line="245" w:lineRule="auto"/>
            </w:pPr>
            <w:r>
              <w:rPr>
                <w:color w:val="000000"/>
                <w:sz w:val="15"/>
              </w:rPr>
              <w:t>Opazuje eno dogovorjeno prvino vrstnikove izvedbe in poda kratek, prijazen ter uporaben odziv.</w:t>
            </w:r>
          </w:p>
          <w:p w14:paraId="1F8ED229"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45212ECF" w14:textId="77777777" w:rsidR="00623E5F" w:rsidRDefault="00000000">
            <w:pPr>
              <w:spacing w:after="100" w:line="245" w:lineRule="auto"/>
            </w:pPr>
            <w:r>
              <w:rPr>
                <w:color w:val="000000"/>
                <w:sz w:val="15"/>
              </w:rPr>
              <w:t>Umiri dihanje, oceni napor in počutje, izbere raven samostojnosti ter določi varen naslednji korak.</w:t>
            </w:r>
          </w:p>
          <w:p w14:paraId="250D92B8" w14:textId="77777777" w:rsidR="00623E5F" w:rsidRDefault="00000000">
            <w:pPr>
              <w:spacing w:after="20" w:line="245" w:lineRule="auto"/>
            </w:pPr>
            <w:r>
              <w:rPr>
                <w:b/>
                <w:color w:val="D95BC6"/>
                <w:sz w:val="17"/>
              </w:rPr>
              <w:t>DOKAZ O UČENJU</w:t>
            </w:r>
          </w:p>
          <w:p w14:paraId="14C25651"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14E13E8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36CF0D09" w14:textId="77777777">
        <w:trPr>
          <w:cantSplit/>
          <w:jc w:val="center"/>
        </w:trPr>
        <w:tc>
          <w:tcPr>
            <w:tcW w:w="14060" w:type="dxa"/>
            <w:gridSpan w:val="6"/>
            <w:tcMar>
              <w:top w:w="70" w:type="dxa"/>
              <w:left w:w="90" w:type="dxa"/>
              <w:bottom w:w="70" w:type="dxa"/>
              <w:right w:w="90" w:type="dxa"/>
            </w:tcMar>
            <w:vAlign w:val="center"/>
          </w:tcPr>
          <w:p w14:paraId="2027ED80" w14:textId="77777777" w:rsidR="00623E5F" w:rsidRDefault="00000000">
            <w:pPr>
              <w:jc w:val="center"/>
            </w:pPr>
            <w:r>
              <w:rPr>
                <w:b/>
                <w:color w:val="000000"/>
                <w:sz w:val="24"/>
              </w:rPr>
              <w:lastRenderedPageBreak/>
              <w:t>UČNA PRIPRAVA 2/39</w:t>
            </w:r>
          </w:p>
        </w:tc>
      </w:tr>
      <w:tr w:rsidR="00623E5F" w14:paraId="691FB461" w14:textId="77777777">
        <w:trPr>
          <w:jc w:val="center"/>
        </w:trPr>
        <w:tc>
          <w:tcPr>
            <w:tcW w:w="2665" w:type="dxa"/>
            <w:tcMar>
              <w:top w:w="70" w:type="dxa"/>
              <w:left w:w="90" w:type="dxa"/>
              <w:bottom w:w="70" w:type="dxa"/>
              <w:right w:w="90" w:type="dxa"/>
            </w:tcMar>
            <w:vAlign w:val="center"/>
          </w:tcPr>
          <w:p w14:paraId="4033DB53"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071DCD1"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4B30F359"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FF48ABB" w14:textId="77777777" w:rsidR="00623E5F" w:rsidRDefault="00000000">
            <w:r>
              <w:rPr>
                <w:b/>
                <w:color w:val="000000"/>
                <w:sz w:val="16"/>
              </w:rPr>
              <w:t xml:space="preserve">NAČRTOVANI TERMIN: </w:t>
            </w:r>
            <w:r>
              <w:rPr>
                <w:color w:val="000000"/>
                <w:sz w:val="16"/>
              </w:rPr>
              <w:t>2. teden • 7.–11. 9. 2026</w:t>
            </w:r>
          </w:p>
        </w:tc>
        <w:tc>
          <w:tcPr>
            <w:tcW w:w="2268" w:type="dxa"/>
            <w:tcMar>
              <w:top w:w="70" w:type="dxa"/>
              <w:left w:w="90" w:type="dxa"/>
              <w:bottom w:w="70" w:type="dxa"/>
              <w:right w:w="90" w:type="dxa"/>
            </w:tcMar>
            <w:vAlign w:val="center"/>
          </w:tcPr>
          <w:p w14:paraId="537AE2E7"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C5F8FE3" w14:textId="77777777" w:rsidR="00623E5F" w:rsidRDefault="00000000">
            <w:r>
              <w:rPr>
                <w:b/>
                <w:color w:val="000000"/>
                <w:sz w:val="16"/>
              </w:rPr>
              <w:t xml:space="preserve">ŠTEVILO UR: </w:t>
            </w:r>
            <w:r>
              <w:rPr>
                <w:color w:val="000000"/>
                <w:sz w:val="16"/>
              </w:rPr>
              <w:t>3</w:t>
            </w:r>
          </w:p>
        </w:tc>
      </w:tr>
      <w:tr w:rsidR="00623E5F" w14:paraId="465CCF52" w14:textId="77777777">
        <w:trPr>
          <w:jc w:val="center"/>
        </w:trPr>
        <w:tc>
          <w:tcPr>
            <w:tcW w:w="14061" w:type="dxa"/>
            <w:gridSpan w:val="6"/>
            <w:tcMar>
              <w:top w:w="70" w:type="dxa"/>
              <w:left w:w="90" w:type="dxa"/>
              <w:bottom w:w="70" w:type="dxa"/>
              <w:right w:w="90" w:type="dxa"/>
            </w:tcMar>
            <w:vAlign w:val="center"/>
          </w:tcPr>
          <w:p w14:paraId="0057E0EF"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76810792" w14:textId="77777777">
        <w:trPr>
          <w:cantSplit/>
          <w:jc w:val="center"/>
        </w:trPr>
        <w:tc>
          <w:tcPr>
            <w:tcW w:w="14060" w:type="dxa"/>
            <w:gridSpan w:val="6"/>
            <w:tcMar>
              <w:top w:w="70" w:type="dxa"/>
              <w:left w:w="90" w:type="dxa"/>
              <w:bottom w:w="70" w:type="dxa"/>
              <w:right w:w="90" w:type="dxa"/>
            </w:tcMar>
            <w:vAlign w:val="center"/>
          </w:tcPr>
          <w:p w14:paraId="718A53DB" w14:textId="77777777" w:rsidR="00623E5F" w:rsidRDefault="00623E5F"/>
          <w:p w14:paraId="62BFE354" w14:textId="77777777" w:rsidR="00623E5F" w:rsidRDefault="00000000">
            <w:pPr>
              <w:spacing w:line="245" w:lineRule="auto"/>
            </w:pPr>
            <w:r>
              <w:rPr>
                <w:b/>
                <w:color w:val="000000"/>
                <w:sz w:val="15"/>
              </w:rPr>
              <w:t xml:space="preserve">UČNI SKLOP: </w:t>
            </w:r>
            <w:r>
              <w:rPr>
                <w:color w:val="000000"/>
                <w:sz w:val="15"/>
              </w:rPr>
              <w:t>V ŠOLO – JAZ, ODNOSI IN UČENJE</w:t>
            </w:r>
          </w:p>
        </w:tc>
      </w:tr>
      <w:tr w:rsidR="00623E5F" w14:paraId="59A08F91" w14:textId="77777777">
        <w:trPr>
          <w:cantSplit/>
          <w:jc w:val="center"/>
        </w:trPr>
        <w:tc>
          <w:tcPr>
            <w:tcW w:w="14060" w:type="dxa"/>
            <w:gridSpan w:val="6"/>
            <w:tcMar>
              <w:top w:w="70" w:type="dxa"/>
              <w:left w:w="90" w:type="dxa"/>
              <w:bottom w:w="70" w:type="dxa"/>
              <w:right w:w="90" w:type="dxa"/>
            </w:tcMar>
            <w:vAlign w:val="center"/>
          </w:tcPr>
          <w:p w14:paraId="4F0C681F" w14:textId="77777777" w:rsidR="00623E5F" w:rsidRDefault="00623E5F"/>
          <w:p w14:paraId="2A033F4F" w14:textId="77777777" w:rsidR="00623E5F" w:rsidRDefault="00000000">
            <w:pPr>
              <w:spacing w:line="245" w:lineRule="auto"/>
            </w:pPr>
            <w:r>
              <w:rPr>
                <w:b/>
                <w:color w:val="000000"/>
                <w:sz w:val="15"/>
              </w:rPr>
              <w:t xml:space="preserve">UČNA TEMA: </w:t>
            </w:r>
            <w:r>
              <w:rPr>
                <w:color w:val="000000"/>
                <w:sz w:val="15"/>
              </w:rPr>
              <w:t>OSNOVE GIBANJA</w:t>
            </w:r>
          </w:p>
        </w:tc>
      </w:tr>
      <w:tr w:rsidR="00623E5F" w14:paraId="6D85528C" w14:textId="77777777">
        <w:trPr>
          <w:cantSplit/>
          <w:jc w:val="center"/>
        </w:trPr>
        <w:tc>
          <w:tcPr>
            <w:tcW w:w="14060" w:type="dxa"/>
            <w:gridSpan w:val="6"/>
            <w:tcMar>
              <w:top w:w="70" w:type="dxa"/>
              <w:left w:w="90" w:type="dxa"/>
              <w:bottom w:w="70" w:type="dxa"/>
              <w:right w:w="90" w:type="dxa"/>
            </w:tcMar>
            <w:vAlign w:val="center"/>
          </w:tcPr>
          <w:p w14:paraId="7FB08DA8" w14:textId="77777777" w:rsidR="00623E5F" w:rsidRDefault="00623E5F"/>
          <w:p w14:paraId="33375A05" w14:textId="77777777" w:rsidR="00623E5F" w:rsidRDefault="00000000">
            <w:pPr>
              <w:spacing w:line="245" w:lineRule="auto"/>
            </w:pPr>
            <w:r>
              <w:rPr>
                <w:b/>
                <w:color w:val="000000"/>
                <w:sz w:val="15"/>
              </w:rPr>
              <w:t xml:space="preserve">KNJIŽEVNO / MOTIVNO IZHODIŠČE: </w:t>
            </w:r>
            <w:r>
              <w:rPr>
                <w:color w:val="000000"/>
                <w:sz w:val="15"/>
              </w:rPr>
              <w:t>»Pedenjped« – Niko Grafenauer • jaz, moje značilnosti in radovedno učenje</w:t>
            </w:r>
          </w:p>
        </w:tc>
      </w:tr>
      <w:tr w:rsidR="00623E5F" w14:paraId="07CD8848" w14:textId="77777777">
        <w:trPr>
          <w:cantSplit/>
          <w:jc w:val="center"/>
        </w:trPr>
        <w:tc>
          <w:tcPr>
            <w:tcW w:w="14060" w:type="dxa"/>
            <w:gridSpan w:val="6"/>
            <w:tcMar>
              <w:top w:w="70" w:type="dxa"/>
              <w:left w:w="90" w:type="dxa"/>
              <w:bottom w:w="70" w:type="dxa"/>
              <w:right w:w="90" w:type="dxa"/>
            </w:tcMar>
            <w:vAlign w:val="center"/>
          </w:tcPr>
          <w:p w14:paraId="2EBCB1CE" w14:textId="77777777" w:rsidR="00623E5F" w:rsidRDefault="00623E5F"/>
          <w:p w14:paraId="17FE09E0" w14:textId="77777777" w:rsidR="00623E5F" w:rsidRDefault="00000000">
            <w:pPr>
              <w:spacing w:line="245" w:lineRule="auto"/>
            </w:pPr>
            <w:r>
              <w:rPr>
                <w:b/>
                <w:color w:val="000000"/>
                <w:sz w:val="15"/>
              </w:rPr>
              <w:t xml:space="preserve">GIBALNO IZHODIŠČE / MOTIVACIJA: </w:t>
            </w:r>
            <w:r>
              <w:rPr>
                <w:color w:val="000000"/>
                <w:sz w:val="15"/>
              </w:rPr>
              <w:t>na tleh se pojavi pot stopinj, puščic in varnih ovir; učenci z gibalno napovedjo iščejo različne rešitve za temo »osnove gibanja«. Tedenski gibalni izziv: premaga igrivi »Pedenjpedov« poligon.</w:t>
            </w:r>
          </w:p>
        </w:tc>
      </w:tr>
      <w:tr w:rsidR="00623E5F" w14:paraId="224EA89A" w14:textId="77777777">
        <w:trPr>
          <w:cantSplit/>
          <w:jc w:val="center"/>
        </w:trPr>
        <w:tc>
          <w:tcPr>
            <w:tcW w:w="14060" w:type="dxa"/>
            <w:gridSpan w:val="6"/>
            <w:tcMar>
              <w:top w:w="70" w:type="dxa"/>
              <w:left w:w="90" w:type="dxa"/>
              <w:bottom w:w="70" w:type="dxa"/>
              <w:right w:w="90" w:type="dxa"/>
            </w:tcMar>
            <w:vAlign w:val="center"/>
          </w:tcPr>
          <w:p w14:paraId="72F1E495" w14:textId="77777777" w:rsidR="00623E5F" w:rsidRDefault="00623E5F"/>
          <w:p w14:paraId="44DB0B56" w14:textId="77777777" w:rsidR="00623E5F" w:rsidRDefault="00000000">
            <w:pPr>
              <w:spacing w:line="245" w:lineRule="auto"/>
            </w:pPr>
            <w:r>
              <w:rPr>
                <w:b/>
                <w:color w:val="000000"/>
                <w:sz w:val="15"/>
              </w:rPr>
              <w:t xml:space="preserve">UČNE ENOTE: </w:t>
            </w:r>
            <w:r>
              <w:rPr>
                <w:color w:val="000000"/>
                <w:sz w:val="15"/>
              </w:rPr>
              <w:t>1. ura – Osnove gibanja – Ogrejem se in usvojim gib • 2. ura – Osnove gibanja – Vadim na postajah • 3. ura – Osnove gibanja – Uporabim v igri</w:t>
            </w:r>
          </w:p>
        </w:tc>
      </w:tr>
      <w:tr w:rsidR="00623E5F" w14:paraId="2C74DB4B" w14:textId="77777777">
        <w:trPr>
          <w:cantSplit/>
          <w:jc w:val="center"/>
        </w:trPr>
        <w:tc>
          <w:tcPr>
            <w:tcW w:w="14060" w:type="dxa"/>
            <w:gridSpan w:val="6"/>
            <w:tcMar>
              <w:top w:w="70" w:type="dxa"/>
              <w:left w:w="90" w:type="dxa"/>
              <w:bottom w:w="70" w:type="dxa"/>
              <w:right w:w="90" w:type="dxa"/>
            </w:tcMar>
            <w:vAlign w:val="center"/>
          </w:tcPr>
          <w:p w14:paraId="3EA6E4ED" w14:textId="77777777" w:rsidR="00623E5F" w:rsidRDefault="00623E5F"/>
          <w:p w14:paraId="23A92ECB"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702A4E23" w14:textId="77777777">
        <w:trPr>
          <w:cantSplit/>
          <w:jc w:val="center"/>
        </w:trPr>
        <w:tc>
          <w:tcPr>
            <w:tcW w:w="14060" w:type="dxa"/>
            <w:gridSpan w:val="6"/>
            <w:tcMar>
              <w:top w:w="70" w:type="dxa"/>
              <w:left w:w="90" w:type="dxa"/>
              <w:bottom w:w="70" w:type="dxa"/>
              <w:right w:w="90" w:type="dxa"/>
            </w:tcMar>
            <w:vAlign w:val="center"/>
          </w:tcPr>
          <w:p w14:paraId="1A0D92E8" w14:textId="77777777" w:rsidR="00623E5F" w:rsidRDefault="00623E5F"/>
          <w:p w14:paraId="15C98CC6"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14A7F753" w14:textId="77777777">
        <w:trPr>
          <w:cantSplit/>
          <w:jc w:val="center"/>
        </w:trPr>
        <w:tc>
          <w:tcPr>
            <w:tcW w:w="14060" w:type="dxa"/>
            <w:gridSpan w:val="6"/>
            <w:tcMar>
              <w:top w:w="70" w:type="dxa"/>
              <w:left w:w="90" w:type="dxa"/>
              <w:bottom w:w="70" w:type="dxa"/>
              <w:right w:w="90" w:type="dxa"/>
            </w:tcMar>
            <w:vAlign w:val="center"/>
          </w:tcPr>
          <w:p w14:paraId="22047620" w14:textId="77777777" w:rsidR="00623E5F" w:rsidRDefault="00623E5F"/>
          <w:p w14:paraId="20346233"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5F82FC04" w14:textId="77777777">
        <w:trPr>
          <w:cantSplit/>
          <w:jc w:val="center"/>
        </w:trPr>
        <w:tc>
          <w:tcPr>
            <w:tcW w:w="14060" w:type="dxa"/>
            <w:gridSpan w:val="6"/>
            <w:tcMar>
              <w:top w:w="70" w:type="dxa"/>
              <w:left w:w="90" w:type="dxa"/>
              <w:bottom w:w="70" w:type="dxa"/>
              <w:right w:w="90" w:type="dxa"/>
            </w:tcMar>
            <w:vAlign w:val="center"/>
          </w:tcPr>
          <w:p w14:paraId="0AC7F8DB" w14:textId="77777777" w:rsidR="00623E5F" w:rsidRDefault="00623E5F"/>
          <w:p w14:paraId="34A2AAE6" w14:textId="77777777" w:rsidR="00623E5F" w:rsidRDefault="00000000">
            <w:pPr>
              <w:spacing w:line="245" w:lineRule="auto"/>
            </w:pPr>
            <w:r>
              <w:rPr>
                <w:b/>
                <w:color w:val="000000"/>
                <w:sz w:val="15"/>
              </w:rPr>
              <w:t xml:space="preserve">MEDPREDMETNE POVEZAVE: </w:t>
            </w:r>
            <w:r>
              <w:rPr>
                <w:color w:val="000000"/>
                <w:sz w:val="15"/>
              </w:rPr>
              <w:t>SPO – jaz, moje značilnosti in radovedno učenje,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4E20C54F" w14:textId="77777777">
        <w:trPr>
          <w:cantSplit/>
          <w:jc w:val="center"/>
        </w:trPr>
        <w:tc>
          <w:tcPr>
            <w:tcW w:w="14060" w:type="dxa"/>
            <w:gridSpan w:val="6"/>
            <w:tcMar>
              <w:top w:w="70" w:type="dxa"/>
              <w:left w:w="90" w:type="dxa"/>
              <w:bottom w:w="70" w:type="dxa"/>
              <w:right w:w="90" w:type="dxa"/>
            </w:tcMar>
            <w:vAlign w:val="center"/>
          </w:tcPr>
          <w:p w14:paraId="3F0B03B7" w14:textId="77777777" w:rsidR="00623E5F" w:rsidRDefault="00623E5F"/>
          <w:p w14:paraId="249A4A4A" w14:textId="77777777" w:rsidR="00623E5F" w:rsidRDefault="00000000">
            <w:pPr>
              <w:spacing w:line="245" w:lineRule="auto"/>
            </w:pPr>
            <w:r>
              <w:rPr>
                <w:b/>
                <w:color w:val="000000"/>
                <w:sz w:val="15"/>
              </w:rPr>
              <w:t xml:space="preserve">UČNA SREDSTVA IN PRIPOMOČKI: </w:t>
            </w:r>
            <w:r>
              <w:rPr>
                <w:color w:val="000000"/>
                <w:sz w:val="15"/>
              </w:rPr>
              <w:t>stožci, talne oznake, obroči, vrvi, klopi, letveniki ali nizka plezala, blazine in mehke ovire; kartice namena in kriterijev; oznake štirih postaj; opazovalni list; semafor napora in mapa dokazov</w:t>
            </w:r>
          </w:p>
        </w:tc>
      </w:tr>
      <w:tr w:rsidR="00623E5F" w14:paraId="0D90CCEC" w14:textId="77777777">
        <w:trPr>
          <w:cantSplit/>
          <w:jc w:val="center"/>
        </w:trPr>
        <w:tc>
          <w:tcPr>
            <w:tcW w:w="14060" w:type="dxa"/>
            <w:gridSpan w:val="6"/>
            <w:tcMar>
              <w:top w:w="70" w:type="dxa"/>
              <w:left w:w="90" w:type="dxa"/>
              <w:bottom w:w="70" w:type="dxa"/>
              <w:right w:w="90" w:type="dxa"/>
            </w:tcMar>
            <w:vAlign w:val="center"/>
          </w:tcPr>
          <w:p w14:paraId="5A3E4C07" w14:textId="77777777" w:rsidR="00623E5F" w:rsidRDefault="00623E5F"/>
          <w:p w14:paraId="22F78AB3"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4ED890AA" w14:textId="77777777">
        <w:trPr>
          <w:cantSplit/>
          <w:jc w:val="center"/>
        </w:trPr>
        <w:tc>
          <w:tcPr>
            <w:tcW w:w="14060" w:type="dxa"/>
            <w:gridSpan w:val="6"/>
            <w:tcMar>
              <w:top w:w="70" w:type="dxa"/>
              <w:left w:w="90" w:type="dxa"/>
              <w:bottom w:w="70" w:type="dxa"/>
              <w:right w:w="90" w:type="dxa"/>
            </w:tcMar>
            <w:vAlign w:val="center"/>
          </w:tcPr>
          <w:p w14:paraId="07122FB0" w14:textId="77777777" w:rsidR="00623E5F" w:rsidRDefault="00623E5F"/>
          <w:p w14:paraId="5FBC1E05"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084617EA" w14:textId="77777777">
        <w:trPr>
          <w:cantSplit/>
          <w:jc w:val="center"/>
        </w:trPr>
        <w:tc>
          <w:tcPr>
            <w:tcW w:w="14060" w:type="dxa"/>
            <w:gridSpan w:val="6"/>
            <w:tcMar>
              <w:top w:w="70" w:type="dxa"/>
              <w:left w:w="90" w:type="dxa"/>
              <w:bottom w:w="70" w:type="dxa"/>
              <w:right w:w="90" w:type="dxa"/>
            </w:tcMar>
            <w:vAlign w:val="center"/>
          </w:tcPr>
          <w:p w14:paraId="6532A458" w14:textId="77777777" w:rsidR="00623E5F" w:rsidRDefault="00623E5F"/>
          <w:p w14:paraId="62D7B4F5"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0410179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BFDD3B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866D74B"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C5E62B7" w14:textId="77777777" w:rsidR="00623E5F" w:rsidRDefault="00000000">
            <w:pPr>
              <w:jc w:val="center"/>
            </w:pPr>
            <w:r>
              <w:rPr>
                <w:b/>
                <w:color w:val="000000"/>
                <w:sz w:val="20"/>
              </w:rPr>
              <w:t>UČNE DEJAVNOSTI, METODE IN FORMATIVNO SPREMLJANJE</w:t>
            </w:r>
          </w:p>
        </w:tc>
      </w:tr>
      <w:tr w:rsidR="00623E5F" w14:paraId="5618ED6F" w14:textId="77777777">
        <w:trPr>
          <w:tblHeader/>
          <w:jc w:val="center"/>
        </w:trPr>
        <w:tc>
          <w:tcPr>
            <w:tcW w:w="4422" w:type="dxa"/>
            <w:vMerge/>
            <w:tcMar>
              <w:top w:w="70" w:type="dxa"/>
              <w:left w:w="90" w:type="dxa"/>
              <w:bottom w:w="70" w:type="dxa"/>
              <w:right w:w="90" w:type="dxa"/>
            </w:tcMar>
            <w:vAlign w:val="center"/>
          </w:tcPr>
          <w:p w14:paraId="03B09131" w14:textId="77777777" w:rsidR="00623E5F" w:rsidRDefault="00623E5F"/>
        </w:tc>
        <w:tc>
          <w:tcPr>
            <w:tcW w:w="7087" w:type="dxa"/>
            <w:shd w:val="clear" w:color="auto" w:fill="FFFFFF"/>
            <w:tcMar>
              <w:top w:w="70" w:type="dxa"/>
              <w:left w:w="90" w:type="dxa"/>
              <w:bottom w:w="70" w:type="dxa"/>
              <w:right w:w="90" w:type="dxa"/>
            </w:tcMar>
            <w:vAlign w:val="center"/>
          </w:tcPr>
          <w:p w14:paraId="27BEB9C7"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AE9CAE1" w14:textId="77777777" w:rsidR="00623E5F" w:rsidRDefault="00000000">
            <w:pPr>
              <w:jc w:val="center"/>
            </w:pPr>
            <w:r>
              <w:rPr>
                <w:b/>
                <w:color w:val="000000"/>
              </w:rPr>
              <w:t>UČENEC</w:t>
            </w:r>
          </w:p>
        </w:tc>
      </w:tr>
      <w:tr w:rsidR="00623E5F" w14:paraId="5F1BA395" w14:textId="77777777">
        <w:trPr>
          <w:jc w:val="center"/>
        </w:trPr>
        <w:tc>
          <w:tcPr>
            <w:tcW w:w="4422" w:type="dxa"/>
            <w:tcMar>
              <w:top w:w="70" w:type="dxa"/>
              <w:left w:w="90" w:type="dxa"/>
              <w:bottom w:w="70" w:type="dxa"/>
              <w:right w:w="90" w:type="dxa"/>
            </w:tcMar>
          </w:tcPr>
          <w:p w14:paraId="1559910C" w14:textId="77777777" w:rsidR="00623E5F" w:rsidRDefault="00623E5F"/>
          <w:p w14:paraId="281E250B" w14:textId="77777777" w:rsidR="00623E5F" w:rsidRDefault="00000000">
            <w:pPr>
              <w:spacing w:after="60" w:line="245" w:lineRule="auto"/>
            </w:pPr>
            <w:r>
              <w:rPr>
                <w:b/>
                <w:color w:val="000000"/>
              </w:rPr>
              <w:t>UČNI CILJI</w:t>
            </w:r>
          </w:p>
          <w:p w14:paraId="277FECDE" w14:textId="77777777" w:rsidR="00623E5F" w:rsidRDefault="00000000">
            <w:pPr>
              <w:spacing w:after="20" w:line="245" w:lineRule="auto"/>
            </w:pPr>
            <w:r>
              <w:rPr>
                <w:b/>
                <w:color w:val="000000"/>
                <w:sz w:val="17"/>
              </w:rPr>
              <w:t>SPLOŠNI</w:t>
            </w:r>
          </w:p>
          <w:p w14:paraId="71AEBA44"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572CB6B1" w14:textId="77777777" w:rsidR="00623E5F" w:rsidRDefault="00000000">
            <w:pPr>
              <w:pStyle w:val="Oznaenseznam"/>
              <w:spacing w:after="16"/>
            </w:pPr>
            <w:r>
              <w:rPr>
                <w:color w:val="000000"/>
                <w:sz w:val="15"/>
              </w:rPr>
              <w:t>varno hodi, teče, skače, meče, pleza, se plazi, lovi, ravnoteži, pleše in uporablja različne rekvizite</w:t>
            </w:r>
          </w:p>
          <w:p w14:paraId="69698508" w14:textId="77777777" w:rsidR="00623E5F" w:rsidRDefault="00000000">
            <w:pPr>
              <w:pStyle w:val="Oznaenseznam"/>
              <w:spacing w:after="16"/>
            </w:pPr>
            <w:r>
              <w:rPr>
                <w:color w:val="000000"/>
                <w:sz w:val="15"/>
              </w:rPr>
              <w:t>razume pomen rednega gibanja, ogrevanja, higiene, primerne opreme, počitka in varnega ravnanja</w:t>
            </w:r>
          </w:p>
          <w:p w14:paraId="102170DB"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6DF33914" w14:textId="77777777" w:rsidR="00623E5F" w:rsidRDefault="00000000">
            <w:pPr>
              <w:spacing w:before="40" w:after="20" w:line="245" w:lineRule="auto"/>
            </w:pPr>
            <w:r>
              <w:rPr>
                <w:b/>
                <w:color w:val="000000"/>
                <w:sz w:val="17"/>
              </w:rPr>
              <w:t>OPERATIVNI</w:t>
            </w:r>
          </w:p>
          <w:p w14:paraId="26E1A4F6" w14:textId="77777777" w:rsidR="00623E5F" w:rsidRDefault="00000000">
            <w:pPr>
              <w:pStyle w:val="Oznaenseznam"/>
              <w:spacing w:after="16"/>
            </w:pPr>
            <w:r>
              <w:rPr>
                <w:color w:val="000000"/>
                <w:sz w:val="15"/>
              </w:rPr>
              <w:t>lazi, plazi in se valja</w:t>
            </w:r>
          </w:p>
          <w:p w14:paraId="39822C09" w14:textId="77777777" w:rsidR="00623E5F" w:rsidRDefault="00000000">
            <w:pPr>
              <w:pStyle w:val="Oznaenseznam"/>
              <w:spacing w:after="16"/>
            </w:pPr>
            <w:r>
              <w:rPr>
                <w:color w:val="000000"/>
                <w:sz w:val="15"/>
              </w:rPr>
              <w:t>premaguje preprost poligon</w:t>
            </w:r>
          </w:p>
          <w:p w14:paraId="51E037B9" w14:textId="77777777" w:rsidR="00623E5F" w:rsidRDefault="00000000">
            <w:pPr>
              <w:pStyle w:val="Oznaenseznam"/>
              <w:spacing w:after="16"/>
            </w:pPr>
            <w:r>
              <w:rPr>
                <w:color w:val="000000"/>
                <w:sz w:val="15"/>
              </w:rPr>
              <w:t>sodeluje v paru</w:t>
            </w:r>
          </w:p>
          <w:p w14:paraId="21C6A7F9" w14:textId="77777777" w:rsidR="00623E5F" w:rsidRDefault="00000000">
            <w:pPr>
              <w:spacing w:before="40" w:after="20" w:line="245" w:lineRule="auto"/>
            </w:pPr>
            <w:r>
              <w:rPr>
                <w:b/>
                <w:color w:val="000000"/>
                <w:sz w:val="17"/>
              </w:rPr>
              <w:t>PRIČAKOVANI DOSEŽKI / MINIMALNI POUDARKI</w:t>
            </w:r>
          </w:p>
          <w:p w14:paraId="5D26C748" w14:textId="77777777" w:rsidR="00623E5F" w:rsidRDefault="00000000">
            <w:pPr>
              <w:pStyle w:val="Oznaenseznam"/>
              <w:spacing w:after="16"/>
            </w:pPr>
            <w:r>
              <w:rPr>
                <w:color w:val="000000"/>
                <w:sz w:val="15"/>
              </w:rPr>
              <w:t>učenec samostojno oziroma z dogovorjeno oporo lazi, plazi in se valja</w:t>
            </w:r>
          </w:p>
          <w:p w14:paraId="33B80E77" w14:textId="77777777" w:rsidR="00623E5F" w:rsidRDefault="00000000">
            <w:pPr>
              <w:pStyle w:val="Oznaenseznam"/>
              <w:spacing w:after="16"/>
            </w:pPr>
            <w:r>
              <w:rPr>
                <w:color w:val="000000"/>
                <w:sz w:val="15"/>
              </w:rPr>
              <w:t>učenec samostojno oziroma z dogovorjeno oporo premaguje preprost poligon</w:t>
            </w:r>
          </w:p>
          <w:p w14:paraId="370FC7FE" w14:textId="77777777" w:rsidR="00623E5F" w:rsidRDefault="00000000">
            <w:pPr>
              <w:pStyle w:val="Oznaenseznam"/>
              <w:spacing w:after="16"/>
            </w:pPr>
            <w:r>
              <w:rPr>
                <w:color w:val="000000"/>
                <w:sz w:val="15"/>
              </w:rPr>
              <w:t>učenec samostojno oziroma z dogovorjeno oporo sodeluje v paru</w:t>
            </w:r>
          </w:p>
        </w:tc>
        <w:tc>
          <w:tcPr>
            <w:tcW w:w="7087" w:type="dxa"/>
            <w:tcMar>
              <w:top w:w="70" w:type="dxa"/>
              <w:left w:w="90" w:type="dxa"/>
              <w:bottom w:w="70" w:type="dxa"/>
              <w:right w:w="90" w:type="dxa"/>
            </w:tcMar>
          </w:tcPr>
          <w:p w14:paraId="7378302A"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1E85CDD" w14:textId="77777777">
              <w:trPr>
                <w:jc w:val="center"/>
              </w:trPr>
              <w:tc>
                <w:tcPr>
                  <w:tcW w:w="7087" w:type="dxa"/>
                  <w:shd w:val="clear" w:color="auto" w:fill="C6E7F3"/>
                  <w:tcMar>
                    <w:top w:w="45" w:type="dxa"/>
                    <w:left w:w="70" w:type="dxa"/>
                    <w:bottom w:w="45" w:type="dxa"/>
                    <w:right w:w="70" w:type="dxa"/>
                  </w:tcMar>
                </w:tcPr>
                <w:p w14:paraId="64DCB3BE" w14:textId="77777777" w:rsidR="00623E5F" w:rsidRDefault="00000000">
                  <w:pPr>
                    <w:keepNext/>
                  </w:pPr>
                  <w:r>
                    <w:rPr>
                      <w:b/>
                      <w:color w:val="000000"/>
                    </w:rPr>
                    <w:t>UVODNI DEL – POČUTJE, GIBALNI NAMIG, PREDZNANJE IN NAMEN UČENJA (7–10 min)</w:t>
                  </w:r>
                </w:p>
              </w:tc>
            </w:tr>
          </w:tbl>
          <w:p w14:paraId="4A3F3FC9" w14:textId="77777777" w:rsidR="00623E5F" w:rsidRDefault="00623E5F">
            <w:pPr>
              <w:spacing w:line="20" w:lineRule="exact"/>
            </w:pPr>
          </w:p>
          <w:p w14:paraId="777ED005" w14:textId="77777777" w:rsidR="00623E5F" w:rsidRDefault="00000000">
            <w:pPr>
              <w:spacing w:before="40" w:after="60" w:line="245" w:lineRule="auto"/>
            </w:pPr>
            <w:r>
              <w:rPr>
                <w:color w:val="000000"/>
                <w:sz w:val="15"/>
              </w:rPr>
              <w:t>Ob književnem motivu »Pedenjped« – Niko Grafenauer učenci vstopijo v temo jaz, moje značilnosti in radovedno učenje. Učiteljica pripravi kratek gibalni namig: na tleh se pojavi pot stopinj, puščic in varnih ovir; učenci z gibalno napovedjo iščejo različne rešitve za temo »osnove gibanja«. Tedenski gibalni izziv: premaga igrivi »Pedenjpedov« poligon.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19E1B642" w14:textId="77777777">
              <w:trPr>
                <w:jc w:val="center"/>
              </w:trPr>
              <w:tc>
                <w:tcPr>
                  <w:tcW w:w="7087" w:type="dxa"/>
                  <w:shd w:val="clear" w:color="auto" w:fill="EDC9EA"/>
                  <w:tcMar>
                    <w:top w:w="45" w:type="dxa"/>
                    <w:left w:w="70" w:type="dxa"/>
                    <w:bottom w:w="45" w:type="dxa"/>
                    <w:right w:w="70" w:type="dxa"/>
                  </w:tcMar>
                </w:tcPr>
                <w:p w14:paraId="56FF4407" w14:textId="77777777" w:rsidR="00623E5F" w:rsidRDefault="00000000">
                  <w:pPr>
                    <w:keepNext/>
                  </w:pPr>
                  <w:r>
                    <w:rPr>
                      <w:b/>
                      <w:color w:val="000000"/>
                    </w:rPr>
                    <w:t>NAMENI UČENJA</w:t>
                  </w:r>
                </w:p>
              </w:tc>
            </w:tr>
          </w:tbl>
          <w:p w14:paraId="0319C32B" w14:textId="77777777" w:rsidR="00623E5F" w:rsidRDefault="00623E5F">
            <w:pPr>
              <w:spacing w:line="20" w:lineRule="exact"/>
            </w:pPr>
          </w:p>
          <w:p w14:paraId="0E60FD26"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39DC5AF2" w14:textId="77777777" w:rsidR="00623E5F" w:rsidRDefault="00000000">
            <w:pPr>
              <w:pStyle w:val="Oznaenseznam"/>
              <w:spacing w:after="16"/>
            </w:pPr>
            <w:r>
              <w:rPr>
                <w:color w:val="000000"/>
                <w:sz w:val="15"/>
              </w:rPr>
              <w:t>lazim, plazim in se valja</w:t>
            </w:r>
          </w:p>
          <w:p w14:paraId="5599D2F9" w14:textId="77777777" w:rsidR="00623E5F" w:rsidRDefault="00000000">
            <w:pPr>
              <w:pStyle w:val="Oznaenseznam"/>
              <w:spacing w:after="16"/>
            </w:pPr>
            <w:r>
              <w:rPr>
                <w:color w:val="000000"/>
                <w:sz w:val="15"/>
              </w:rPr>
              <w:t>premagujem preprost poligon</w:t>
            </w:r>
          </w:p>
          <w:p w14:paraId="093F8B3A" w14:textId="77777777" w:rsidR="00623E5F" w:rsidRDefault="00000000">
            <w:pPr>
              <w:pStyle w:val="Oznaenseznam"/>
              <w:spacing w:after="16"/>
            </w:pPr>
            <w:r>
              <w:rPr>
                <w:color w:val="000000"/>
                <w:sz w:val="15"/>
              </w:rPr>
              <w:t>sodelujem v paru</w:t>
            </w:r>
          </w:p>
          <w:tbl>
            <w:tblPr>
              <w:tblStyle w:val="Tabelamrea"/>
              <w:tblW w:w="0" w:type="auto"/>
              <w:jc w:val="center"/>
              <w:tblLayout w:type="fixed"/>
              <w:tblLook w:val="04A0" w:firstRow="1" w:lastRow="0" w:firstColumn="1" w:lastColumn="0" w:noHBand="0" w:noVBand="1"/>
            </w:tblPr>
            <w:tblGrid>
              <w:gridCol w:w="7087"/>
            </w:tblGrid>
            <w:tr w:rsidR="00623E5F" w14:paraId="02618B18" w14:textId="77777777">
              <w:trPr>
                <w:jc w:val="center"/>
              </w:trPr>
              <w:tc>
                <w:tcPr>
                  <w:tcW w:w="7087" w:type="dxa"/>
                  <w:shd w:val="clear" w:color="auto" w:fill="EDC9EA"/>
                  <w:tcMar>
                    <w:top w:w="45" w:type="dxa"/>
                    <w:left w:w="70" w:type="dxa"/>
                    <w:bottom w:w="45" w:type="dxa"/>
                    <w:right w:w="70" w:type="dxa"/>
                  </w:tcMar>
                </w:tcPr>
                <w:p w14:paraId="65CCF1B5" w14:textId="77777777" w:rsidR="00623E5F" w:rsidRDefault="00000000">
                  <w:pPr>
                    <w:keepNext/>
                  </w:pPr>
                  <w:r>
                    <w:rPr>
                      <w:b/>
                      <w:color w:val="000000"/>
                    </w:rPr>
                    <w:t>PREVERJANJE PREDZNANJA</w:t>
                  </w:r>
                </w:p>
              </w:tc>
            </w:tr>
          </w:tbl>
          <w:p w14:paraId="7321BF21" w14:textId="77777777" w:rsidR="00623E5F" w:rsidRDefault="00623E5F">
            <w:pPr>
              <w:spacing w:line="20" w:lineRule="exact"/>
            </w:pPr>
          </w:p>
          <w:p w14:paraId="70AE43A8" w14:textId="77777777" w:rsidR="00623E5F" w:rsidRDefault="00000000">
            <w:pPr>
              <w:pStyle w:val="Oznaenseznam"/>
              <w:spacing w:after="16"/>
            </w:pPr>
            <w:r>
              <w:rPr>
                <w:color w:val="000000"/>
                <w:sz w:val="15"/>
              </w:rPr>
              <w:t>Kaj moje telo in prostor že znata pokazati pri temi »OSNOVE GIBANJA«?</w:t>
            </w:r>
          </w:p>
          <w:p w14:paraId="68667FBC" w14:textId="77777777" w:rsidR="00623E5F" w:rsidRDefault="00000000">
            <w:pPr>
              <w:pStyle w:val="Oznaenseznam"/>
              <w:spacing w:after="16"/>
            </w:pPr>
            <w:r>
              <w:rPr>
                <w:color w:val="000000"/>
                <w:sz w:val="15"/>
              </w:rPr>
              <w:t>Katero varnostno pravilo, gibalni korak ali strategijo že obvladam in kaj bi najprej preizkusil/-a?</w:t>
            </w:r>
          </w:p>
          <w:p w14:paraId="3F3F4B4E"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6D544E7F" w14:textId="77777777">
              <w:trPr>
                <w:jc w:val="center"/>
              </w:trPr>
              <w:tc>
                <w:tcPr>
                  <w:tcW w:w="7087" w:type="dxa"/>
                  <w:shd w:val="clear" w:color="auto" w:fill="EDC9EA"/>
                  <w:tcMar>
                    <w:top w:w="45" w:type="dxa"/>
                    <w:left w:w="70" w:type="dxa"/>
                    <w:bottom w:w="45" w:type="dxa"/>
                    <w:right w:w="70" w:type="dxa"/>
                  </w:tcMar>
                </w:tcPr>
                <w:p w14:paraId="7A38BA69" w14:textId="77777777" w:rsidR="00623E5F" w:rsidRDefault="00000000">
                  <w:pPr>
                    <w:keepNext/>
                  </w:pPr>
                  <w:r>
                    <w:rPr>
                      <w:b/>
                      <w:color w:val="000000"/>
                    </w:rPr>
                    <w:t>KRITERIJI USPEŠNOSTI</w:t>
                  </w:r>
                </w:p>
              </w:tc>
            </w:tr>
          </w:tbl>
          <w:p w14:paraId="56543DD2" w14:textId="77777777" w:rsidR="00623E5F" w:rsidRDefault="00623E5F"/>
          <w:p w14:paraId="78D4797A" w14:textId="77777777" w:rsidR="00623E5F" w:rsidRDefault="00000000">
            <w:pPr>
              <w:spacing w:before="20" w:after="20" w:line="245" w:lineRule="auto"/>
            </w:pPr>
            <w:r>
              <w:rPr>
                <w:b/>
                <w:color w:val="000000"/>
                <w:sz w:val="16"/>
              </w:rPr>
              <w:t>Uspešen/-na bom, ko:</w:t>
            </w:r>
          </w:p>
          <w:p w14:paraId="0A453582" w14:textId="77777777" w:rsidR="00623E5F" w:rsidRDefault="00000000">
            <w:pPr>
              <w:pStyle w:val="Oznaenseznam"/>
              <w:spacing w:after="16"/>
            </w:pPr>
            <w:r>
              <w:rPr>
                <w:color w:val="000000"/>
                <w:sz w:val="15"/>
              </w:rPr>
              <w:t>lazim, plazim in se valja</w:t>
            </w:r>
          </w:p>
          <w:p w14:paraId="1C227D31" w14:textId="77777777" w:rsidR="00623E5F" w:rsidRDefault="00000000">
            <w:pPr>
              <w:pStyle w:val="Oznaenseznam"/>
              <w:spacing w:after="16"/>
            </w:pPr>
            <w:r>
              <w:rPr>
                <w:color w:val="000000"/>
                <w:sz w:val="15"/>
              </w:rPr>
              <w:t>premagujem preprost poligon</w:t>
            </w:r>
          </w:p>
          <w:p w14:paraId="722986C8" w14:textId="77777777" w:rsidR="00623E5F" w:rsidRDefault="00000000">
            <w:pPr>
              <w:pStyle w:val="Oznaenseznam"/>
              <w:spacing w:after="16"/>
            </w:pPr>
            <w:r>
              <w:rPr>
                <w:color w:val="000000"/>
                <w:sz w:val="15"/>
              </w:rPr>
              <w:t>sodelujem v paru</w:t>
            </w:r>
          </w:p>
          <w:p w14:paraId="3E249986" w14:textId="77777777" w:rsidR="00623E5F" w:rsidRDefault="00000000">
            <w:pPr>
              <w:pStyle w:val="Oznaenseznam"/>
              <w:spacing w:after="16"/>
            </w:pPr>
            <w:r>
              <w:rPr>
                <w:color w:val="000000"/>
                <w:sz w:val="15"/>
              </w:rPr>
              <w:t>pred začetkom preverim prostor in opremo, ohranjam razdaljo ter se na znak varno ustavim</w:t>
            </w:r>
          </w:p>
          <w:p w14:paraId="1D226EB1"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4CFD3AF1" w14:textId="77777777" w:rsidR="00623E5F" w:rsidRDefault="00623E5F"/>
          <w:p w14:paraId="29CB03B2"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6C599CD4"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44E250B3" w14:textId="77777777" w:rsidR="00623E5F" w:rsidRDefault="00000000">
            <w:pPr>
              <w:spacing w:after="100" w:line="245" w:lineRule="auto"/>
            </w:pPr>
            <w:r>
              <w:rPr>
                <w:color w:val="000000"/>
                <w:sz w:val="15"/>
              </w:rPr>
              <w:t>Sodeluje pri razumevanju namena, vidnih meril, varnostnih pravil, prehodov in načina dokazovanja.</w:t>
            </w:r>
          </w:p>
          <w:p w14:paraId="393EBB38" w14:textId="77777777" w:rsidR="00623E5F" w:rsidRDefault="00000000">
            <w:pPr>
              <w:spacing w:after="20" w:line="245" w:lineRule="auto"/>
            </w:pPr>
            <w:r>
              <w:rPr>
                <w:b/>
                <w:color w:val="D95BC6"/>
                <w:sz w:val="17"/>
              </w:rPr>
              <w:t>DOKAZ O UČENJU</w:t>
            </w:r>
          </w:p>
          <w:p w14:paraId="36A1252B"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425F777A"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FF5568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3774FD2"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33E1695" w14:textId="77777777" w:rsidR="00623E5F" w:rsidRDefault="00000000">
            <w:pPr>
              <w:jc w:val="center"/>
            </w:pPr>
            <w:r>
              <w:rPr>
                <w:b/>
                <w:color w:val="000000"/>
                <w:sz w:val="20"/>
              </w:rPr>
              <w:t>UČNE DEJAVNOSTI, METODE IN FORMATIVNO SPREMLJANJE</w:t>
            </w:r>
          </w:p>
        </w:tc>
      </w:tr>
      <w:tr w:rsidR="00623E5F" w14:paraId="5F5DE5B3" w14:textId="77777777">
        <w:trPr>
          <w:tblHeader/>
          <w:jc w:val="center"/>
        </w:trPr>
        <w:tc>
          <w:tcPr>
            <w:tcW w:w="4422" w:type="dxa"/>
            <w:vMerge/>
            <w:tcMar>
              <w:top w:w="70" w:type="dxa"/>
              <w:left w:w="90" w:type="dxa"/>
              <w:bottom w:w="70" w:type="dxa"/>
              <w:right w:w="90" w:type="dxa"/>
            </w:tcMar>
            <w:vAlign w:val="center"/>
          </w:tcPr>
          <w:p w14:paraId="72055161" w14:textId="77777777" w:rsidR="00623E5F" w:rsidRDefault="00623E5F"/>
        </w:tc>
        <w:tc>
          <w:tcPr>
            <w:tcW w:w="7087" w:type="dxa"/>
            <w:shd w:val="clear" w:color="auto" w:fill="FFFFFF"/>
            <w:tcMar>
              <w:top w:w="70" w:type="dxa"/>
              <w:left w:w="90" w:type="dxa"/>
              <w:bottom w:w="70" w:type="dxa"/>
              <w:right w:w="90" w:type="dxa"/>
            </w:tcMar>
            <w:vAlign w:val="center"/>
          </w:tcPr>
          <w:p w14:paraId="510FFC5C"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D5134A7" w14:textId="77777777" w:rsidR="00623E5F" w:rsidRDefault="00000000">
            <w:pPr>
              <w:jc w:val="center"/>
            </w:pPr>
            <w:r>
              <w:rPr>
                <w:b/>
                <w:color w:val="000000"/>
              </w:rPr>
              <w:t>UČENEC</w:t>
            </w:r>
          </w:p>
        </w:tc>
      </w:tr>
      <w:tr w:rsidR="00623E5F" w14:paraId="245B0050" w14:textId="77777777">
        <w:trPr>
          <w:jc w:val="center"/>
        </w:trPr>
        <w:tc>
          <w:tcPr>
            <w:tcW w:w="4422" w:type="dxa"/>
            <w:tcMar>
              <w:top w:w="70" w:type="dxa"/>
              <w:left w:w="90" w:type="dxa"/>
              <w:bottom w:w="70" w:type="dxa"/>
              <w:right w:w="90" w:type="dxa"/>
            </w:tcMar>
          </w:tcPr>
          <w:p w14:paraId="3041E7C2" w14:textId="77777777" w:rsidR="00623E5F" w:rsidRDefault="00623E5F"/>
          <w:p w14:paraId="6B64CE3F" w14:textId="77777777" w:rsidR="00623E5F" w:rsidRDefault="00000000">
            <w:pPr>
              <w:spacing w:after="40" w:line="245" w:lineRule="auto"/>
            </w:pPr>
            <w:r>
              <w:rPr>
                <w:b/>
                <w:color w:val="000000"/>
                <w:sz w:val="17"/>
              </w:rPr>
              <w:t>KLJUČNI ŠPORTNI IN GIBALNI POJMI</w:t>
            </w:r>
          </w:p>
          <w:p w14:paraId="15493FC0"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hoja, tek, lazenje, plazenje, valjanje, opora, ovira, poligon, doskok</w:t>
            </w:r>
          </w:p>
          <w:p w14:paraId="361F5BC7" w14:textId="77777777" w:rsidR="00623E5F" w:rsidRDefault="00000000">
            <w:pPr>
              <w:spacing w:after="20" w:line="245" w:lineRule="auto"/>
            </w:pPr>
            <w:r>
              <w:rPr>
                <w:b/>
                <w:color w:val="000000"/>
                <w:sz w:val="17"/>
              </w:rPr>
              <w:t>DOKAZI O UČENJU</w:t>
            </w:r>
          </w:p>
          <w:p w14:paraId="6C10AF84" w14:textId="77777777" w:rsidR="00623E5F" w:rsidRDefault="00000000">
            <w:pPr>
              <w:pStyle w:val="Oznaenseznam"/>
              <w:spacing w:after="7"/>
            </w:pPr>
            <w:r>
              <w:rPr>
                <w:color w:val="000000"/>
                <w:sz w:val="14"/>
              </w:rPr>
              <w:t>varen odziv na znak, začetni poskus prvine in ustno varnostno pravilo.</w:t>
            </w:r>
          </w:p>
          <w:p w14:paraId="572A4D11" w14:textId="77777777" w:rsidR="00623E5F" w:rsidRDefault="00000000">
            <w:pPr>
              <w:pStyle w:val="Oznaenseznam"/>
              <w:spacing w:after="7"/>
            </w:pPr>
            <w:r>
              <w:rPr>
                <w:color w:val="000000"/>
                <w:sz w:val="14"/>
              </w:rPr>
              <w:t>opazovalna kartica, izvedba na izbrani ravni in učiteljev zapis o napredku.</w:t>
            </w:r>
          </w:p>
          <w:p w14:paraId="0CDB7798" w14:textId="77777777" w:rsidR="00623E5F" w:rsidRDefault="00000000">
            <w:pPr>
              <w:pStyle w:val="Oznaenseznam"/>
              <w:spacing w:after="7"/>
            </w:pPr>
            <w:r>
              <w:rPr>
                <w:color w:val="000000"/>
                <w:sz w:val="14"/>
              </w:rPr>
              <w:t>uporaba prvine v igri, sodelovanje, upoštevanje pravil in osebno samovrednotenje.</w:t>
            </w:r>
          </w:p>
          <w:p w14:paraId="5A87C3B4" w14:textId="77777777" w:rsidR="00623E5F" w:rsidRDefault="00000000">
            <w:pPr>
              <w:spacing w:before="40" w:after="20" w:line="245" w:lineRule="auto"/>
            </w:pPr>
            <w:r>
              <w:rPr>
                <w:b/>
                <w:color w:val="000000"/>
                <w:sz w:val="16"/>
              </w:rPr>
              <w:t>GIBALNO DOŽIVETJE IN IZKUŠENJSKI POUK</w:t>
            </w:r>
          </w:p>
          <w:p w14:paraId="256BC727"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32C3F930" w14:textId="77777777" w:rsidR="00623E5F" w:rsidRDefault="00000000">
            <w:pPr>
              <w:spacing w:after="20" w:line="245" w:lineRule="auto"/>
            </w:pPr>
            <w:r>
              <w:rPr>
                <w:b/>
                <w:color w:val="000000"/>
                <w:sz w:val="16"/>
              </w:rPr>
              <w:t>POUČEVANJE V GIBANJU</w:t>
            </w:r>
          </w:p>
          <w:p w14:paraId="233B6DFF"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39F79505" w14:textId="77777777" w:rsidR="00623E5F" w:rsidRDefault="00000000">
            <w:pPr>
              <w:spacing w:after="20" w:line="245" w:lineRule="auto"/>
            </w:pPr>
            <w:r>
              <w:rPr>
                <w:b/>
                <w:color w:val="000000"/>
                <w:sz w:val="16"/>
              </w:rPr>
              <w:t>DELO PO ŠTIRIH POSTAJAH</w:t>
            </w:r>
          </w:p>
          <w:p w14:paraId="6A1CC24C"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6C56C382" w14:textId="77777777" w:rsidR="00623E5F" w:rsidRDefault="00000000">
            <w:pPr>
              <w:spacing w:after="7" w:line="245" w:lineRule="auto"/>
            </w:pPr>
            <w:r>
              <w:rPr>
                <w:color w:val="000000"/>
                <w:sz w:val="14"/>
              </w:rPr>
              <w:t>1. Tehnična: po talnih oznakah in modelu večkrat vadim cilj »lazim, plazim in se valja« na izbrani ravni.</w:t>
            </w:r>
          </w:p>
          <w:p w14:paraId="579753A0" w14:textId="77777777" w:rsidR="00623E5F" w:rsidRDefault="00000000">
            <w:pPr>
              <w:spacing w:after="7" w:line="245" w:lineRule="auto"/>
            </w:pPr>
            <w:r>
              <w:rPr>
                <w:color w:val="000000"/>
                <w:sz w:val="14"/>
              </w:rPr>
              <w:t>2. Ravnotežno-koordinacijska: z linijo, obroči, nizko oviro ali blazino uresničujem cilj »premagujem preprost poligon«.</w:t>
            </w:r>
          </w:p>
          <w:p w14:paraId="637015A3" w14:textId="77777777" w:rsidR="00623E5F" w:rsidRDefault="00000000">
            <w:pPr>
              <w:spacing w:after="7" w:line="245" w:lineRule="auto"/>
            </w:pPr>
            <w:r>
              <w:rPr>
                <w:color w:val="000000"/>
                <w:sz w:val="14"/>
              </w:rPr>
              <w:t>3. Povezovalni poligon: v varen niz povežem tri osnovne oblike gibanja, smer, spremembo nivoja in ustavitev.</w:t>
            </w:r>
          </w:p>
          <w:p w14:paraId="5DFAF95C" w14:textId="77777777" w:rsidR="00623E5F" w:rsidRDefault="00000000">
            <w:pPr>
              <w:spacing w:after="7" w:line="245" w:lineRule="auto"/>
            </w:pPr>
            <w:r>
              <w:rPr>
                <w:color w:val="000000"/>
                <w:sz w:val="14"/>
              </w:rPr>
              <w:t>4. Igralno-refleksivna: spretnost uporabim v igri brez izločanja ter s semaforjem pokažem, kako »sodelujem v paru«.</w:t>
            </w:r>
          </w:p>
          <w:p w14:paraId="003D34E3" w14:textId="77777777" w:rsidR="00623E5F" w:rsidRDefault="00000000">
            <w:pPr>
              <w:spacing w:after="20" w:line="245" w:lineRule="auto"/>
            </w:pPr>
            <w:r>
              <w:rPr>
                <w:b/>
                <w:color w:val="000000"/>
                <w:sz w:val="16"/>
              </w:rPr>
              <w:t>DIFERENCIACIJA IN VKLJUČEVANJE</w:t>
            </w:r>
          </w:p>
          <w:p w14:paraId="4722A29C"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16C512B8" w14:textId="77777777" w:rsidR="00623E5F" w:rsidRDefault="00000000">
            <w:pPr>
              <w:spacing w:after="20" w:line="245" w:lineRule="auto"/>
            </w:pPr>
            <w:r>
              <w:rPr>
                <w:b/>
                <w:color w:val="000000"/>
                <w:sz w:val="16"/>
              </w:rPr>
              <w:t>SPREMLJANJE</w:t>
            </w:r>
          </w:p>
          <w:p w14:paraId="216BC8C1"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3F015886"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682B8B8" w14:textId="77777777">
              <w:trPr>
                <w:jc w:val="center"/>
              </w:trPr>
              <w:tc>
                <w:tcPr>
                  <w:tcW w:w="7087" w:type="dxa"/>
                  <w:shd w:val="clear" w:color="auto" w:fill="C6E7F3"/>
                  <w:tcMar>
                    <w:top w:w="45" w:type="dxa"/>
                    <w:left w:w="70" w:type="dxa"/>
                    <w:bottom w:w="45" w:type="dxa"/>
                    <w:right w:w="70" w:type="dxa"/>
                  </w:tcMar>
                </w:tcPr>
                <w:p w14:paraId="31ADE04D" w14:textId="77777777" w:rsidR="00623E5F" w:rsidRDefault="00000000">
                  <w:pPr>
                    <w:keepNext/>
                  </w:pPr>
                  <w:r>
                    <w:rPr>
                      <w:b/>
                      <w:color w:val="000000"/>
                      <w:sz w:val="16"/>
                    </w:rPr>
                    <w:t>GLAVNI DEL – GIBALNI IZZIV, VADBA NA ŠTIRIH POSTAJAH IN IGRA (3 šolske ure)</w:t>
                  </w:r>
                </w:p>
              </w:tc>
            </w:tr>
          </w:tbl>
          <w:p w14:paraId="0FF56761" w14:textId="77777777" w:rsidR="00623E5F" w:rsidRDefault="00623E5F">
            <w:pPr>
              <w:spacing w:line="20" w:lineRule="exact"/>
            </w:pPr>
          </w:p>
          <w:p w14:paraId="548BA384" w14:textId="77777777" w:rsidR="00623E5F" w:rsidRDefault="00000000">
            <w:pPr>
              <w:keepNext/>
              <w:spacing w:before="16" w:after="6" w:line="245" w:lineRule="auto"/>
            </w:pPr>
            <w:r>
              <w:rPr>
                <w:b/>
                <w:color w:val="000000"/>
                <w:sz w:val="15"/>
              </w:rPr>
              <w:t>1. URA – Osnove gibanja – Ogrejem se in usvojim gib</w:t>
            </w:r>
          </w:p>
          <w:p w14:paraId="0C0CF066"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»Pedenjped« – Niko Grafenauer. Osrednji del 30': 32' – Preveri prostor in opremo, predstavi varnostni znak ter skozi gibalno zgodbo modelira ključno prvino po korakih.</w:t>
            </w:r>
          </w:p>
          <w:p w14:paraId="676F2CAE"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2F11EED2" w14:textId="77777777" w:rsidR="00623E5F" w:rsidRDefault="00000000">
            <w:pPr>
              <w:spacing w:after="15" w:line="245" w:lineRule="auto"/>
            </w:pPr>
            <w:r>
              <w:rPr>
                <w:i/>
                <w:color w:val="D95BC6"/>
                <w:sz w:val="14"/>
              </w:rPr>
              <w:t>Predvideni dokaz: varen odziv na znak, začetni poskus prvine in ustno varnostno pravilo..</w:t>
            </w:r>
          </w:p>
          <w:p w14:paraId="5E03BF6F" w14:textId="77777777" w:rsidR="00623E5F" w:rsidRDefault="00000000">
            <w:pPr>
              <w:keepNext/>
              <w:spacing w:before="16" w:after="6" w:line="245" w:lineRule="auto"/>
            </w:pPr>
            <w:r>
              <w:rPr>
                <w:b/>
                <w:color w:val="000000"/>
                <w:sz w:val="15"/>
              </w:rPr>
              <w:t>2. URA – Osnove gibanja – Vadim na postajah</w:t>
            </w:r>
          </w:p>
          <w:p w14:paraId="50D3FAA9"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»Pedenjped« – Niko Grafenauer. Osrednji del 30': 32' – Pripravi 4–6 postaj z enosmernimi prehodi, pokaže tri ravni izziva in opazovalcu dodeli en jasen kriterij.</w:t>
            </w:r>
          </w:p>
          <w:p w14:paraId="6F441077"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213894BA" w14:textId="77777777" w:rsidR="00623E5F" w:rsidRDefault="00000000">
            <w:pPr>
              <w:spacing w:after="15" w:line="245" w:lineRule="auto"/>
            </w:pPr>
            <w:r>
              <w:rPr>
                <w:i/>
                <w:color w:val="D95BC6"/>
                <w:sz w:val="14"/>
              </w:rPr>
              <w:t>Predvideni dokaz: opazovalna kartica, izvedba na izbrani ravni in učiteljev zapis o napredku..</w:t>
            </w:r>
          </w:p>
          <w:p w14:paraId="12AE61D7" w14:textId="77777777" w:rsidR="00623E5F" w:rsidRDefault="00000000">
            <w:pPr>
              <w:keepNext/>
              <w:spacing w:before="16" w:after="6" w:line="245" w:lineRule="auto"/>
            </w:pPr>
            <w:r>
              <w:rPr>
                <w:b/>
                <w:color w:val="000000"/>
                <w:sz w:val="15"/>
              </w:rPr>
              <w:t>3. URA – Osnove gibanja – Uporabim v igri</w:t>
            </w:r>
          </w:p>
          <w:p w14:paraId="46EC2668"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»Pedenjped« – Niko Grafenauer. Osrednji del 30': 32' – Organizira vključujočo igro ali izziv brez izločanja, spremlja varnost, pošteno igro in uporabo naučene prvine.</w:t>
            </w:r>
          </w:p>
          <w:p w14:paraId="6C8A518C"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11676C09"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205CFDA5" w14:textId="77777777">
              <w:trPr>
                <w:jc w:val="center"/>
              </w:trPr>
              <w:tc>
                <w:tcPr>
                  <w:tcW w:w="7087" w:type="dxa"/>
                  <w:shd w:val="clear" w:color="auto" w:fill="EDC9EA"/>
                  <w:tcMar>
                    <w:top w:w="45" w:type="dxa"/>
                    <w:left w:w="70" w:type="dxa"/>
                    <w:bottom w:w="45" w:type="dxa"/>
                    <w:right w:w="70" w:type="dxa"/>
                  </w:tcMar>
                </w:tcPr>
                <w:p w14:paraId="47A858A1" w14:textId="77777777" w:rsidR="00623E5F" w:rsidRDefault="00000000">
                  <w:pPr>
                    <w:keepNext/>
                  </w:pPr>
                  <w:r>
                    <w:rPr>
                      <w:b/>
                      <w:color w:val="000000"/>
                      <w:sz w:val="16"/>
                    </w:rPr>
                    <w:t>ORGANIZACIJA POSTAJ, PREHODOV IN AKTIVNEGA ČASA</w:t>
                  </w:r>
                </w:p>
              </w:tc>
            </w:tr>
          </w:tbl>
          <w:p w14:paraId="2A7B5EA9" w14:textId="77777777" w:rsidR="00623E5F" w:rsidRDefault="00623E5F"/>
          <w:p w14:paraId="59EB4A51" w14:textId="77777777" w:rsidR="00623E5F" w:rsidRDefault="00000000">
            <w:pPr>
              <w:spacing w:before="5" w:after="6" w:line="245" w:lineRule="auto"/>
            </w:pPr>
            <w:r>
              <w:rPr>
                <w:color w:val="000000"/>
                <w:sz w:val="14"/>
              </w:rPr>
              <w:t>Postaja 1: Tehnična: po talnih oznakah in modelu večkrat vadim cilj »lazim, plazim in se valja« na izbrani ravni.</w:t>
            </w:r>
          </w:p>
          <w:p w14:paraId="328EE5DC" w14:textId="77777777" w:rsidR="00623E5F" w:rsidRDefault="00000000">
            <w:pPr>
              <w:spacing w:before="5" w:after="6" w:line="245" w:lineRule="auto"/>
            </w:pPr>
            <w:r>
              <w:rPr>
                <w:color w:val="000000"/>
                <w:sz w:val="14"/>
              </w:rPr>
              <w:t>Postaja 2: Ravnotežno-koordinacijska: z linijo, obroči, nizko oviro ali blazino uresničujem cilj »premagujem preprost poligon«.</w:t>
            </w:r>
          </w:p>
          <w:p w14:paraId="2F14F9FF" w14:textId="77777777" w:rsidR="00623E5F" w:rsidRDefault="00000000">
            <w:pPr>
              <w:spacing w:before="5" w:after="6" w:line="245" w:lineRule="auto"/>
            </w:pPr>
            <w:r>
              <w:rPr>
                <w:color w:val="000000"/>
                <w:sz w:val="14"/>
              </w:rPr>
              <w:t>Postaja 3: Povezovalni poligon: v varen niz povežem tri osnovne oblike gibanja, smer, spremembo nivoja in ustavitev.</w:t>
            </w:r>
          </w:p>
          <w:p w14:paraId="52C773A4" w14:textId="77777777" w:rsidR="00623E5F" w:rsidRDefault="00000000">
            <w:pPr>
              <w:spacing w:before="5" w:after="6" w:line="245" w:lineRule="auto"/>
            </w:pPr>
            <w:r>
              <w:rPr>
                <w:color w:val="000000"/>
                <w:sz w:val="14"/>
              </w:rPr>
              <w:t>Postaja 4: Igralno-refleksivna: spretnost uporabim v igri brez izločanja ter s semaforjem pokažem, kako »sodelujem v paru«.</w:t>
            </w:r>
          </w:p>
          <w:p w14:paraId="48AC49C6"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1496F9B0" w14:textId="77777777" w:rsidR="00623E5F" w:rsidRDefault="00623E5F"/>
          <w:p w14:paraId="7EF596B9" w14:textId="77777777" w:rsidR="00623E5F" w:rsidRDefault="00000000">
            <w:pPr>
              <w:spacing w:after="5" w:line="245" w:lineRule="auto"/>
            </w:pPr>
            <w:r>
              <w:rPr>
                <w:b/>
                <w:color w:val="000000"/>
                <w:sz w:val="15"/>
              </w:rPr>
              <w:t>1. URA – Osnove gibanja – Ogrejem se in usvojim gib</w:t>
            </w:r>
          </w:p>
          <w:p w14:paraId="2EA4237B"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9F1EB4A" w14:textId="77777777" w:rsidR="00623E5F" w:rsidRDefault="00000000">
            <w:pPr>
              <w:spacing w:after="14" w:line="245" w:lineRule="auto"/>
            </w:pPr>
            <w:r>
              <w:rPr>
                <w:color w:val="D95BC6"/>
                <w:sz w:val="13"/>
              </w:rPr>
              <w:t>Dokaz: varen odziv na znak, začetni poskus prvine in ustno varnostno pravilo.</w:t>
            </w:r>
          </w:p>
          <w:p w14:paraId="00DC6C46" w14:textId="77777777" w:rsidR="00623E5F" w:rsidRDefault="00000000">
            <w:pPr>
              <w:spacing w:after="5" w:line="245" w:lineRule="auto"/>
            </w:pPr>
            <w:r>
              <w:rPr>
                <w:b/>
                <w:color w:val="000000"/>
                <w:sz w:val="15"/>
              </w:rPr>
              <w:t>2. URA – Osnove gibanja – Vadim na postajah</w:t>
            </w:r>
          </w:p>
          <w:p w14:paraId="23326C9C"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07D5278" w14:textId="77777777" w:rsidR="00623E5F" w:rsidRDefault="00000000">
            <w:pPr>
              <w:spacing w:after="14" w:line="245" w:lineRule="auto"/>
            </w:pPr>
            <w:r>
              <w:rPr>
                <w:color w:val="D95BC6"/>
                <w:sz w:val="13"/>
              </w:rPr>
              <w:t>Dokaz: opazovalna kartica, izvedba na izbrani ravni in učiteljev zapis o napredku.</w:t>
            </w:r>
          </w:p>
          <w:p w14:paraId="42D1BAF8" w14:textId="77777777" w:rsidR="00623E5F" w:rsidRDefault="00000000">
            <w:pPr>
              <w:spacing w:after="5" w:line="245" w:lineRule="auto"/>
            </w:pPr>
            <w:r>
              <w:rPr>
                <w:b/>
                <w:color w:val="000000"/>
                <w:sz w:val="15"/>
              </w:rPr>
              <w:t>3. URA – Osnove gibanja – Uporabim v igri</w:t>
            </w:r>
          </w:p>
          <w:p w14:paraId="02FE9783"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C0720C7" w14:textId="77777777" w:rsidR="00623E5F" w:rsidRDefault="00000000">
            <w:pPr>
              <w:spacing w:after="14" w:line="245" w:lineRule="auto"/>
            </w:pPr>
            <w:r>
              <w:rPr>
                <w:color w:val="D95BC6"/>
                <w:sz w:val="13"/>
              </w:rPr>
              <w:t>Dokaz: uporaba prvine v igri, sodelovanje, upoštevanje pravil in osebno.</w:t>
            </w:r>
          </w:p>
          <w:p w14:paraId="3881683C" w14:textId="77777777" w:rsidR="00623E5F" w:rsidRDefault="00000000">
            <w:pPr>
              <w:spacing w:before="30" w:after="14" w:line="245" w:lineRule="auto"/>
            </w:pPr>
            <w:r>
              <w:rPr>
                <w:b/>
                <w:color w:val="D95BC6"/>
                <w:sz w:val="16"/>
              </w:rPr>
              <w:t>MOJ KROG POSTAJ</w:t>
            </w:r>
          </w:p>
          <w:p w14:paraId="57888C9A" w14:textId="77777777" w:rsidR="00623E5F" w:rsidRDefault="00000000">
            <w:pPr>
              <w:spacing w:after="8" w:line="245" w:lineRule="auto"/>
            </w:pPr>
            <w:r>
              <w:rPr>
                <w:color w:val="000000"/>
                <w:sz w:val="13"/>
              </w:rPr>
              <w:t>1. Tehnična: po talnih oznakah in modelu večkrat vadim cilj »lazim.</w:t>
            </w:r>
          </w:p>
          <w:p w14:paraId="2C86E2BD" w14:textId="77777777" w:rsidR="00623E5F" w:rsidRDefault="00000000">
            <w:pPr>
              <w:spacing w:after="8" w:line="245" w:lineRule="auto"/>
            </w:pPr>
            <w:r>
              <w:rPr>
                <w:color w:val="000000"/>
                <w:sz w:val="13"/>
              </w:rPr>
              <w:t>2. Ravnotežno-koordinacijska: z linijo, obroči, nizko oviro ali blazino uresničujem.</w:t>
            </w:r>
          </w:p>
          <w:p w14:paraId="4DB52AA0" w14:textId="77777777" w:rsidR="00623E5F" w:rsidRDefault="00000000">
            <w:pPr>
              <w:spacing w:after="8" w:line="245" w:lineRule="auto"/>
            </w:pPr>
            <w:r>
              <w:rPr>
                <w:color w:val="000000"/>
                <w:sz w:val="13"/>
              </w:rPr>
              <w:t>3. Povezovalni poligon: v varen niz povežem tri osnovne oblike gibanja, smer.</w:t>
            </w:r>
          </w:p>
          <w:p w14:paraId="3A311E48" w14:textId="77777777" w:rsidR="00623E5F" w:rsidRDefault="00000000">
            <w:pPr>
              <w:spacing w:after="8" w:line="245" w:lineRule="auto"/>
            </w:pPr>
            <w:r>
              <w:rPr>
                <w:color w:val="000000"/>
                <w:sz w:val="13"/>
              </w:rPr>
              <w:t>4. Igralno-refleksivna: spretnost uporabim v igri brez izločanja ter s semaforjem.</w:t>
            </w:r>
          </w:p>
          <w:p w14:paraId="0963880D"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4A6710AC" w14:textId="77777777" w:rsidR="00623E5F" w:rsidRDefault="00000000">
            <w:pPr>
              <w:spacing w:after="14" w:line="245" w:lineRule="auto"/>
            </w:pPr>
            <w:r>
              <w:rPr>
                <w:b/>
                <w:color w:val="D95BC6"/>
                <w:sz w:val="16"/>
              </w:rPr>
              <w:t>DOKAZ O UČENJU</w:t>
            </w:r>
          </w:p>
          <w:p w14:paraId="6EF767EE"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5227B170"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43140B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7CEEE40"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89701EA" w14:textId="77777777" w:rsidR="00623E5F" w:rsidRDefault="00000000">
            <w:pPr>
              <w:jc w:val="center"/>
            </w:pPr>
            <w:r>
              <w:rPr>
                <w:b/>
                <w:color w:val="000000"/>
                <w:sz w:val="20"/>
              </w:rPr>
              <w:t>UČNE DEJAVNOSTI, METODE IN FORMATIVNO SPREMLJANJE</w:t>
            </w:r>
          </w:p>
        </w:tc>
      </w:tr>
      <w:tr w:rsidR="00623E5F" w14:paraId="3A6859E1" w14:textId="77777777">
        <w:trPr>
          <w:tblHeader/>
          <w:jc w:val="center"/>
        </w:trPr>
        <w:tc>
          <w:tcPr>
            <w:tcW w:w="4422" w:type="dxa"/>
            <w:vMerge/>
            <w:tcMar>
              <w:top w:w="70" w:type="dxa"/>
              <w:left w:w="90" w:type="dxa"/>
              <w:bottom w:w="70" w:type="dxa"/>
              <w:right w:w="90" w:type="dxa"/>
            </w:tcMar>
            <w:vAlign w:val="center"/>
          </w:tcPr>
          <w:p w14:paraId="408D0DCA" w14:textId="77777777" w:rsidR="00623E5F" w:rsidRDefault="00623E5F"/>
        </w:tc>
        <w:tc>
          <w:tcPr>
            <w:tcW w:w="7087" w:type="dxa"/>
            <w:shd w:val="clear" w:color="auto" w:fill="FFFFFF"/>
            <w:tcMar>
              <w:top w:w="70" w:type="dxa"/>
              <w:left w:w="90" w:type="dxa"/>
              <w:bottom w:w="70" w:type="dxa"/>
              <w:right w:w="90" w:type="dxa"/>
            </w:tcMar>
            <w:vAlign w:val="center"/>
          </w:tcPr>
          <w:p w14:paraId="7E56DFA3"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5CE6793" w14:textId="77777777" w:rsidR="00623E5F" w:rsidRDefault="00000000">
            <w:pPr>
              <w:jc w:val="center"/>
            </w:pPr>
            <w:r>
              <w:rPr>
                <w:b/>
                <w:color w:val="000000"/>
              </w:rPr>
              <w:t>UČENEC</w:t>
            </w:r>
          </w:p>
        </w:tc>
      </w:tr>
      <w:tr w:rsidR="00623E5F" w14:paraId="062F398E" w14:textId="77777777">
        <w:trPr>
          <w:jc w:val="center"/>
        </w:trPr>
        <w:tc>
          <w:tcPr>
            <w:tcW w:w="4422" w:type="dxa"/>
            <w:tcMar>
              <w:top w:w="70" w:type="dxa"/>
              <w:left w:w="90" w:type="dxa"/>
              <w:bottom w:w="70" w:type="dxa"/>
              <w:right w:w="90" w:type="dxa"/>
            </w:tcMar>
          </w:tcPr>
          <w:p w14:paraId="504CE0A8" w14:textId="77777777" w:rsidR="00623E5F" w:rsidRDefault="00623E5F"/>
          <w:p w14:paraId="305377A8" w14:textId="77777777" w:rsidR="00623E5F" w:rsidRDefault="00000000">
            <w:pPr>
              <w:spacing w:after="40" w:line="245" w:lineRule="auto"/>
            </w:pPr>
            <w:r>
              <w:rPr>
                <w:b/>
                <w:color w:val="000000"/>
              </w:rPr>
              <w:t>FORMATIVNO SPREMLJANJE</w:t>
            </w:r>
          </w:p>
          <w:p w14:paraId="0D222DB8" w14:textId="77777777" w:rsidR="00623E5F" w:rsidRDefault="00000000">
            <w:pPr>
              <w:pStyle w:val="Oznaenseznam"/>
              <w:spacing w:after="16"/>
            </w:pPr>
            <w:r>
              <w:rPr>
                <w:color w:val="000000"/>
                <w:sz w:val="15"/>
              </w:rPr>
              <w:t>predznanje: gibalni prikaz, odziv na znak, izbira kartice, začetni poskus ali kratka razlaga</w:t>
            </w:r>
          </w:p>
          <w:p w14:paraId="73409C78" w14:textId="77777777" w:rsidR="00623E5F" w:rsidRDefault="00000000">
            <w:pPr>
              <w:pStyle w:val="Oznaenseznam"/>
              <w:spacing w:after="16"/>
            </w:pPr>
            <w:r>
              <w:rPr>
                <w:color w:val="000000"/>
                <w:sz w:val="15"/>
              </w:rPr>
              <w:t>nameni in merila: kratka poved, slikovni znak, model varne izvedbe in en opazljiv tehnični poudarek</w:t>
            </w:r>
          </w:p>
          <w:p w14:paraId="10BFA361"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22EB766A" w14:textId="77777777" w:rsidR="00623E5F" w:rsidRDefault="00000000">
            <w:pPr>
              <w:pStyle w:val="Oznaenseznam"/>
              <w:spacing w:after="16"/>
            </w:pPr>
            <w:r>
              <w:rPr>
                <w:color w:val="000000"/>
                <w:sz w:val="15"/>
              </w:rPr>
              <w:t>povratna informacija: opis opaženega, povezava z enim merilom in takoj izvedljiv ponovni poskus</w:t>
            </w:r>
          </w:p>
          <w:p w14:paraId="3E2A807F" w14:textId="77777777" w:rsidR="00623E5F" w:rsidRDefault="00000000">
            <w:pPr>
              <w:pStyle w:val="Oznaenseznam"/>
              <w:spacing w:after="16"/>
            </w:pPr>
            <w:r>
              <w:rPr>
                <w:color w:val="000000"/>
                <w:sz w:val="15"/>
              </w:rPr>
              <w:t>samovrednotenje: semafor napora in varnosti, lestvica samostojnosti, izbran dokaz ter osebni naslednji korak</w:t>
            </w:r>
          </w:p>
          <w:p w14:paraId="7F90669E" w14:textId="77777777" w:rsidR="00623E5F" w:rsidRDefault="00000000">
            <w:pPr>
              <w:spacing w:before="40" w:after="20" w:line="245" w:lineRule="auto"/>
            </w:pPr>
            <w:r>
              <w:rPr>
                <w:b/>
                <w:color w:val="000000"/>
                <w:sz w:val="17"/>
              </w:rPr>
              <w:t>VARNOST, POČUTJE IN HIGIENA</w:t>
            </w:r>
          </w:p>
          <w:p w14:paraId="61BDBD79"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Pri plezanju, ravnotežju, kotaljenju in prevalnih predvajah je območje oblazinjeno, naloga pa poteka posamično in ob jasnem varovanju.</w:t>
            </w:r>
          </w:p>
          <w:p w14:paraId="471AB162" w14:textId="77777777" w:rsidR="00623E5F" w:rsidRDefault="00000000">
            <w:pPr>
              <w:spacing w:after="20" w:line="245" w:lineRule="auto"/>
            </w:pPr>
            <w:r>
              <w:rPr>
                <w:b/>
                <w:color w:val="000000"/>
                <w:sz w:val="17"/>
              </w:rPr>
              <w:t>EVIDENCA PO IZVEDBI</w:t>
            </w:r>
          </w:p>
          <w:p w14:paraId="6613E20D"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23D40AAE" w14:textId="77777777" w:rsidR="00623E5F" w:rsidRDefault="00000000">
            <w:pPr>
              <w:spacing w:before="40" w:after="20" w:line="245" w:lineRule="auto"/>
            </w:pPr>
            <w:r>
              <w:rPr>
                <w:b/>
                <w:color w:val="000000"/>
                <w:sz w:val="17"/>
              </w:rPr>
              <w:t>RAVEN DOSEGANJA</w:t>
            </w:r>
          </w:p>
          <w:p w14:paraId="18AA75A7"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5E70433C"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6ECFA1E" w14:textId="77777777">
              <w:trPr>
                <w:jc w:val="center"/>
              </w:trPr>
              <w:tc>
                <w:tcPr>
                  <w:tcW w:w="7087" w:type="dxa"/>
                  <w:shd w:val="clear" w:color="auto" w:fill="EDC9EA"/>
                  <w:tcMar>
                    <w:top w:w="45" w:type="dxa"/>
                    <w:left w:w="70" w:type="dxa"/>
                    <w:bottom w:w="45" w:type="dxa"/>
                    <w:right w:w="70" w:type="dxa"/>
                  </w:tcMar>
                </w:tcPr>
                <w:p w14:paraId="13D03E26" w14:textId="77777777" w:rsidR="00623E5F" w:rsidRDefault="00000000">
                  <w:pPr>
                    <w:keepNext/>
                  </w:pPr>
                  <w:r>
                    <w:rPr>
                      <w:b/>
                      <w:color w:val="000000"/>
                    </w:rPr>
                    <w:t>VPRAŠANJA V PODPORO GIBALNEMU UČENJU</w:t>
                  </w:r>
                </w:p>
              </w:tc>
            </w:tr>
          </w:tbl>
          <w:p w14:paraId="3C442139" w14:textId="77777777" w:rsidR="00623E5F" w:rsidRDefault="00623E5F">
            <w:pPr>
              <w:spacing w:line="20" w:lineRule="exact"/>
            </w:pPr>
          </w:p>
          <w:p w14:paraId="1CBB56C2" w14:textId="77777777" w:rsidR="00623E5F" w:rsidRDefault="00000000">
            <w:pPr>
              <w:pStyle w:val="Oznaenseznam"/>
              <w:spacing w:after="16"/>
            </w:pPr>
            <w:r>
              <w:rPr>
                <w:color w:val="000000"/>
                <w:sz w:val="15"/>
              </w:rPr>
              <w:t>Kaj si pri prvem poskusu začutil/-a ali opazil/-a v položaju telesa, ravnotežju, smeri, ritmu ali naporu?</w:t>
            </w:r>
          </w:p>
          <w:p w14:paraId="59FC1C27" w14:textId="77777777" w:rsidR="00623E5F" w:rsidRDefault="00000000">
            <w:pPr>
              <w:pStyle w:val="Oznaenseznam"/>
              <w:spacing w:after="16"/>
            </w:pPr>
            <w:r>
              <w:rPr>
                <w:color w:val="000000"/>
                <w:sz w:val="15"/>
              </w:rPr>
              <w:t>Katero varnostno pravilo in kateri gibalni korak sta bila danes najpomembnejša?</w:t>
            </w:r>
          </w:p>
          <w:p w14:paraId="37D0EF8B" w14:textId="77777777" w:rsidR="00623E5F" w:rsidRDefault="00000000">
            <w:pPr>
              <w:pStyle w:val="Oznaenseznam"/>
              <w:spacing w:after="16"/>
            </w:pPr>
            <w:r>
              <w:rPr>
                <w:color w:val="000000"/>
                <w:sz w:val="15"/>
              </w:rPr>
              <w:t>Katero raven si izbral/-a, zakaj je bila primerna in kaj si pri naslednjem poskusu spremenil/-a?</w:t>
            </w:r>
          </w:p>
          <w:p w14:paraId="65826622" w14:textId="77777777" w:rsidR="00623E5F" w:rsidRDefault="00000000">
            <w:pPr>
              <w:pStyle w:val="Oznaenseznam"/>
              <w:spacing w:after="16"/>
            </w:pPr>
            <w:r>
              <w:rPr>
                <w:color w:val="000000"/>
                <w:sz w:val="15"/>
              </w:rPr>
              <w:t>Kateri tvoj gibalni dokaz najjasneje pokaže dogovorjeno merilo?</w:t>
            </w:r>
          </w:p>
          <w:p w14:paraId="569520DC"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3B7138AD" w14:textId="77777777">
              <w:trPr>
                <w:jc w:val="center"/>
              </w:trPr>
              <w:tc>
                <w:tcPr>
                  <w:tcW w:w="7087" w:type="dxa"/>
                  <w:shd w:val="clear" w:color="auto" w:fill="C6E7F3"/>
                  <w:tcMar>
                    <w:top w:w="45" w:type="dxa"/>
                    <w:left w:w="70" w:type="dxa"/>
                    <w:bottom w:w="45" w:type="dxa"/>
                    <w:right w:w="70" w:type="dxa"/>
                  </w:tcMar>
                </w:tcPr>
                <w:p w14:paraId="321A7116" w14:textId="77777777" w:rsidR="00623E5F" w:rsidRDefault="00000000">
                  <w:pPr>
                    <w:keepNext/>
                  </w:pPr>
                  <w:r>
                    <w:rPr>
                      <w:b/>
                      <w:color w:val="000000"/>
                    </w:rPr>
                    <w:t>ZAKLJUČNI DEL – UMIRJANJE, RAZTEZANJE, DOKAZ IN REFLEKSIJA (8–10 min)</w:t>
                  </w:r>
                </w:p>
              </w:tc>
            </w:tr>
          </w:tbl>
          <w:p w14:paraId="01981CF8" w14:textId="77777777" w:rsidR="00623E5F" w:rsidRDefault="00623E5F">
            <w:pPr>
              <w:spacing w:line="20" w:lineRule="exact"/>
            </w:pPr>
          </w:p>
          <w:p w14:paraId="439BFA95"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75542BD6" w14:textId="77777777">
              <w:trPr>
                <w:jc w:val="center"/>
              </w:trPr>
              <w:tc>
                <w:tcPr>
                  <w:tcW w:w="7087" w:type="dxa"/>
                  <w:shd w:val="clear" w:color="auto" w:fill="EDC9EA"/>
                  <w:tcMar>
                    <w:top w:w="45" w:type="dxa"/>
                    <w:left w:w="70" w:type="dxa"/>
                    <w:bottom w:w="45" w:type="dxa"/>
                    <w:right w:w="70" w:type="dxa"/>
                  </w:tcMar>
                </w:tcPr>
                <w:p w14:paraId="51E91194" w14:textId="77777777" w:rsidR="00623E5F" w:rsidRDefault="00000000">
                  <w:pPr>
                    <w:keepNext/>
                  </w:pPr>
                  <w:r>
                    <w:rPr>
                      <w:b/>
                      <w:color w:val="000000"/>
                    </w:rPr>
                    <w:t>SAMOVREDNOTENJE</w:t>
                  </w:r>
                </w:p>
              </w:tc>
            </w:tr>
          </w:tbl>
          <w:p w14:paraId="39229F1D" w14:textId="77777777" w:rsidR="00623E5F" w:rsidRDefault="00623E5F">
            <w:pPr>
              <w:spacing w:line="20" w:lineRule="exact"/>
            </w:pPr>
          </w:p>
          <w:p w14:paraId="003EE472"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1AE199F7" w14:textId="77777777">
              <w:trPr>
                <w:jc w:val="center"/>
              </w:trPr>
              <w:tc>
                <w:tcPr>
                  <w:tcW w:w="7087" w:type="dxa"/>
                  <w:shd w:val="clear" w:color="auto" w:fill="EDC9EA"/>
                  <w:tcMar>
                    <w:top w:w="45" w:type="dxa"/>
                    <w:left w:w="70" w:type="dxa"/>
                    <w:bottom w:w="45" w:type="dxa"/>
                    <w:right w:w="70" w:type="dxa"/>
                  </w:tcMar>
                </w:tcPr>
                <w:p w14:paraId="07CE92C7" w14:textId="77777777" w:rsidR="00623E5F" w:rsidRDefault="00000000">
                  <w:pPr>
                    <w:keepNext/>
                  </w:pPr>
                  <w:r>
                    <w:rPr>
                      <w:b/>
                      <w:color w:val="000000"/>
                    </w:rPr>
                    <w:t>VRSTNIŠKO OPAZOVANJE IN POVRATNA INFORMACIJA</w:t>
                  </w:r>
                </w:p>
              </w:tc>
            </w:tr>
          </w:tbl>
          <w:p w14:paraId="5BDC4707" w14:textId="77777777" w:rsidR="00623E5F" w:rsidRDefault="00623E5F">
            <w:pPr>
              <w:spacing w:line="20" w:lineRule="exact"/>
            </w:pPr>
          </w:p>
          <w:p w14:paraId="2C9DABE0"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627F55EB" w14:textId="77777777">
              <w:trPr>
                <w:jc w:val="center"/>
              </w:trPr>
              <w:tc>
                <w:tcPr>
                  <w:tcW w:w="7087" w:type="dxa"/>
                  <w:shd w:val="clear" w:color="auto" w:fill="EDC9EA"/>
                  <w:tcMar>
                    <w:top w:w="45" w:type="dxa"/>
                    <w:left w:w="70" w:type="dxa"/>
                    <w:bottom w:w="45" w:type="dxa"/>
                    <w:right w:w="70" w:type="dxa"/>
                  </w:tcMar>
                </w:tcPr>
                <w:p w14:paraId="37D787BE" w14:textId="77777777" w:rsidR="00623E5F" w:rsidRDefault="00000000">
                  <w:pPr>
                    <w:keepNext/>
                  </w:pPr>
                  <w:r>
                    <w:rPr>
                      <w:b/>
                      <w:color w:val="000000"/>
                    </w:rPr>
                    <w:t>SKUPNI POVZETEK</w:t>
                  </w:r>
                </w:p>
              </w:tc>
            </w:tr>
          </w:tbl>
          <w:p w14:paraId="4A1006AA" w14:textId="77777777" w:rsidR="00623E5F" w:rsidRDefault="00623E5F"/>
          <w:p w14:paraId="63DC8FFB" w14:textId="77777777" w:rsidR="00623E5F" w:rsidRDefault="00000000">
            <w:pPr>
              <w:spacing w:before="20" w:after="40" w:line="245" w:lineRule="auto"/>
            </w:pPr>
            <w:r>
              <w:rPr>
                <w:b/>
                <w:color w:val="000000"/>
                <w:sz w:val="16"/>
              </w:rPr>
              <w:t>lazim, plazim in se valja; premagujem preprost poligon; sodelujem v paru. Izbrani gibalni dokaz pojasnim in določim varen naslednji korak.</w:t>
            </w:r>
          </w:p>
        </w:tc>
        <w:tc>
          <w:tcPr>
            <w:tcW w:w="2551" w:type="dxa"/>
            <w:tcMar>
              <w:top w:w="70" w:type="dxa"/>
              <w:left w:w="90" w:type="dxa"/>
              <w:bottom w:w="70" w:type="dxa"/>
              <w:right w:w="90" w:type="dxa"/>
            </w:tcMar>
          </w:tcPr>
          <w:p w14:paraId="1F8C836D" w14:textId="77777777" w:rsidR="00623E5F" w:rsidRDefault="00623E5F"/>
          <w:p w14:paraId="6C9AAE02" w14:textId="77777777" w:rsidR="00623E5F" w:rsidRDefault="00000000">
            <w:pPr>
              <w:spacing w:after="80" w:line="245" w:lineRule="auto"/>
            </w:pPr>
            <w:r>
              <w:rPr>
                <w:color w:val="000000"/>
                <w:sz w:val="15"/>
              </w:rPr>
              <w:t>Odgovarja na podporna vprašanja in se sklicuje na svojo izvedbo, počutje, izbrano raven in varnost.</w:t>
            </w:r>
          </w:p>
          <w:p w14:paraId="05127286" w14:textId="77777777" w:rsidR="00623E5F" w:rsidRDefault="00000000">
            <w:pPr>
              <w:spacing w:after="80" w:line="245" w:lineRule="auto"/>
            </w:pPr>
            <w:r>
              <w:rPr>
                <w:color w:val="000000"/>
                <w:sz w:val="15"/>
              </w:rPr>
              <w:t>Predstavi izbrani gibalni dokaz ter pokaže ali pove, katero merilo z njim dosega.</w:t>
            </w:r>
          </w:p>
          <w:p w14:paraId="2FC03275" w14:textId="77777777" w:rsidR="00623E5F" w:rsidRDefault="00000000">
            <w:pPr>
              <w:spacing w:after="80" w:line="245" w:lineRule="auto"/>
            </w:pPr>
            <w:r>
              <w:rPr>
                <w:color w:val="000000"/>
                <w:sz w:val="15"/>
              </w:rPr>
              <w:t>Opazuje eno dogovorjeno prvino vrstnikove izvedbe in poda kratek, prijazen ter uporaben odziv.</w:t>
            </w:r>
          </w:p>
          <w:p w14:paraId="7B5C79AF"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25B51DD8" w14:textId="77777777" w:rsidR="00623E5F" w:rsidRDefault="00000000">
            <w:pPr>
              <w:spacing w:after="100" w:line="245" w:lineRule="auto"/>
            </w:pPr>
            <w:r>
              <w:rPr>
                <w:color w:val="000000"/>
                <w:sz w:val="15"/>
              </w:rPr>
              <w:t>Umiri dihanje, oceni napor in počutje, izbere raven samostojnosti ter določi varen naslednji korak.</w:t>
            </w:r>
          </w:p>
          <w:p w14:paraId="3046B745" w14:textId="77777777" w:rsidR="00623E5F" w:rsidRDefault="00000000">
            <w:pPr>
              <w:spacing w:after="20" w:line="245" w:lineRule="auto"/>
            </w:pPr>
            <w:r>
              <w:rPr>
                <w:b/>
                <w:color w:val="D95BC6"/>
                <w:sz w:val="17"/>
              </w:rPr>
              <w:t>DOKAZ O UČENJU</w:t>
            </w:r>
          </w:p>
          <w:p w14:paraId="23F196B4"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5CBFBEF9"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11FDE9AE" w14:textId="77777777">
        <w:trPr>
          <w:cantSplit/>
          <w:jc w:val="center"/>
        </w:trPr>
        <w:tc>
          <w:tcPr>
            <w:tcW w:w="14060" w:type="dxa"/>
            <w:gridSpan w:val="6"/>
            <w:tcMar>
              <w:top w:w="70" w:type="dxa"/>
              <w:left w:w="90" w:type="dxa"/>
              <w:bottom w:w="70" w:type="dxa"/>
              <w:right w:w="90" w:type="dxa"/>
            </w:tcMar>
            <w:vAlign w:val="center"/>
          </w:tcPr>
          <w:p w14:paraId="430E2DC0" w14:textId="77777777" w:rsidR="00623E5F" w:rsidRDefault="00000000">
            <w:pPr>
              <w:jc w:val="center"/>
            </w:pPr>
            <w:r>
              <w:rPr>
                <w:b/>
                <w:color w:val="000000"/>
                <w:sz w:val="24"/>
              </w:rPr>
              <w:lastRenderedPageBreak/>
              <w:t>UČNA PRIPRAVA 3/39</w:t>
            </w:r>
          </w:p>
        </w:tc>
      </w:tr>
      <w:tr w:rsidR="00623E5F" w14:paraId="583F3764" w14:textId="77777777">
        <w:trPr>
          <w:jc w:val="center"/>
        </w:trPr>
        <w:tc>
          <w:tcPr>
            <w:tcW w:w="2665" w:type="dxa"/>
            <w:tcMar>
              <w:top w:w="70" w:type="dxa"/>
              <w:left w:w="90" w:type="dxa"/>
              <w:bottom w:w="70" w:type="dxa"/>
              <w:right w:w="90" w:type="dxa"/>
            </w:tcMar>
            <w:vAlign w:val="center"/>
          </w:tcPr>
          <w:p w14:paraId="54FA8443"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9B0E631"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027BB634"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F09988B" w14:textId="77777777" w:rsidR="00623E5F" w:rsidRDefault="00000000">
            <w:r>
              <w:rPr>
                <w:b/>
                <w:color w:val="000000"/>
                <w:sz w:val="16"/>
              </w:rPr>
              <w:t xml:space="preserve">NAČRTOVANI TERMIN: </w:t>
            </w:r>
            <w:r>
              <w:rPr>
                <w:color w:val="000000"/>
                <w:sz w:val="16"/>
              </w:rPr>
              <w:t>3. teden • 14.–18. 9. 2026</w:t>
            </w:r>
          </w:p>
        </w:tc>
        <w:tc>
          <w:tcPr>
            <w:tcW w:w="2268" w:type="dxa"/>
            <w:tcMar>
              <w:top w:w="70" w:type="dxa"/>
              <w:left w:w="90" w:type="dxa"/>
              <w:bottom w:w="70" w:type="dxa"/>
              <w:right w:w="90" w:type="dxa"/>
            </w:tcMar>
            <w:vAlign w:val="center"/>
          </w:tcPr>
          <w:p w14:paraId="0E2DFA6C"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4ECB743" w14:textId="77777777" w:rsidR="00623E5F" w:rsidRDefault="00000000">
            <w:r>
              <w:rPr>
                <w:b/>
                <w:color w:val="000000"/>
                <w:sz w:val="16"/>
              </w:rPr>
              <w:t xml:space="preserve">ŠTEVILO UR: </w:t>
            </w:r>
            <w:r>
              <w:rPr>
                <w:color w:val="000000"/>
                <w:sz w:val="16"/>
              </w:rPr>
              <w:t>3</w:t>
            </w:r>
          </w:p>
        </w:tc>
      </w:tr>
      <w:tr w:rsidR="00623E5F" w14:paraId="161F9A0D" w14:textId="77777777">
        <w:trPr>
          <w:jc w:val="center"/>
        </w:trPr>
        <w:tc>
          <w:tcPr>
            <w:tcW w:w="14061" w:type="dxa"/>
            <w:gridSpan w:val="6"/>
            <w:tcMar>
              <w:top w:w="70" w:type="dxa"/>
              <w:left w:w="90" w:type="dxa"/>
              <w:bottom w:w="70" w:type="dxa"/>
              <w:right w:w="90" w:type="dxa"/>
            </w:tcMar>
            <w:vAlign w:val="center"/>
          </w:tcPr>
          <w:p w14:paraId="0C3CDE0F"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4D141345" w14:textId="77777777">
        <w:trPr>
          <w:cantSplit/>
          <w:jc w:val="center"/>
        </w:trPr>
        <w:tc>
          <w:tcPr>
            <w:tcW w:w="14060" w:type="dxa"/>
            <w:gridSpan w:val="6"/>
            <w:tcMar>
              <w:top w:w="70" w:type="dxa"/>
              <w:left w:w="90" w:type="dxa"/>
              <w:bottom w:w="70" w:type="dxa"/>
              <w:right w:w="90" w:type="dxa"/>
            </w:tcMar>
            <w:vAlign w:val="center"/>
          </w:tcPr>
          <w:p w14:paraId="5565ABD4" w14:textId="77777777" w:rsidR="00623E5F" w:rsidRDefault="00623E5F"/>
          <w:p w14:paraId="387DCC51" w14:textId="77777777" w:rsidR="00623E5F" w:rsidRDefault="00000000">
            <w:pPr>
              <w:spacing w:line="245" w:lineRule="auto"/>
            </w:pPr>
            <w:r>
              <w:rPr>
                <w:b/>
                <w:color w:val="000000"/>
                <w:sz w:val="15"/>
              </w:rPr>
              <w:t xml:space="preserve">UČNI SKLOP: </w:t>
            </w:r>
            <w:r>
              <w:rPr>
                <w:color w:val="000000"/>
                <w:sz w:val="15"/>
              </w:rPr>
              <w:t>V ŠOLO – JAZ, ODNOSI IN UČENJE</w:t>
            </w:r>
          </w:p>
        </w:tc>
      </w:tr>
      <w:tr w:rsidR="00623E5F" w14:paraId="0681C9B6" w14:textId="77777777">
        <w:trPr>
          <w:cantSplit/>
          <w:jc w:val="center"/>
        </w:trPr>
        <w:tc>
          <w:tcPr>
            <w:tcW w:w="14060" w:type="dxa"/>
            <w:gridSpan w:val="6"/>
            <w:tcMar>
              <w:top w:w="70" w:type="dxa"/>
              <w:left w:w="90" w:type="dxa"/>
              <w:bottom w:w="70" w:type="dxa"/>
              <w:right w:w="90" w:type="dxa"/>
            </w:tcMar>
            <w:vAlign w:val="center"/>
          </w:tcPr>
          <w:p w14:paraId="163421B9" w14:textId="77777777" w:rsidR="00623E5F" w:rsidRDefault="00623E5F"/>
          <w:p w14:paraId="68FE8002" w14:textId="77777777" w:rsidR="00623E5F" w:rsidRDefault="00000000">
            <w:pPr>
              <w:spacing w:line="245" w:lineRule="auto"/>
            </w:pPr>
            <w:r>
              <w:rPr>
                <w:b/>
                <w:color w:val="000000"/>
                <w:sz w:val="15"/>
              </w:rPr>
              <w:t xml:space="preserve">UČNA TEMA: </w:t>
            </w:r>
            <w:r>
              <w:rPr>
                <w:color w:val="000000"/>
                <w:sz w:val="15"/>
              </w:rPr>
              <w:t>ELEMENTARNE IGRE</w:t>
            </w:r>
          </w:p>
        </w:tc>
      </w:tr>
      <w:tr w:rsidR="00623E5F" w14:paraId="6128B387" w14:textId="77777777">
        <w:trPr>
          <w:cantSplit/>
          <w:jc w:val="center"/>
        </w:trPr>
        <w:tc>
          <w:tcPr>
            <w:tcW w:w="14060" w:type="dxa"/>
            <w:gridSpan w:val="6"/>
            <w:tcMar>
              <w:top w:w="70" w:type="dxa"/>
              <w:left w:w="90" w:type="dxa"/>
              <w:bottom w:w="70" w:type="dxa"/>
              <w:right w:w="90" w:type="dxa"/>
            </w:tcMar>
            <w:vAlign w:val="center"/>
          </w:tcPr>
          <w:p w14:paraId="3C23FDB2" w14:textId="77777777" w:rsidR="00623E5F" w:rsidRDefault="00623E5F"/>
          <w:p w14:paraId="4BC86071" w14:textId="77777777" w:rsidR="00623E5F" w:rsidRDefault="00000000">
            <w:pPr>
              <w:spacing w:line="245" w:lineRule="auto"/>
            </w:pPr>
            <w:r>
              <w:rPr>
                <w:b/>
                <w:color w:val="000000"/>
                <w:sz w:val="15"/>
              </w:rPr>
              <w:t xml:space="preserve">KNJIŽEVNO / MOTIVNO IZHODIŠČE: </w:t>
            </w:r>
            <w:r>
              <w:rPr>
                <w:color w:val="000000"/>
                <w:sz w:val="15"/>
              </w:rPr>
              <w:t>»Moj prijatelj Piki Jakob« – Kajetan Kovič • prijateljstvo, empatija in sodelovanje</w:t>
            </w:r>
          </w:p>
        </w:tc>
      </w:tr>
      <w:tr w:rsidR="00623E5F" w14:paraId="382B24EC" w14:textId="77777777">
        <w:trPr>
          <w:cantSplit/>
          <w:jc w:val="center"/>
        </w:trPr>
        <w:tc>
          <w:tcPr>
            <w:tcW w:w="14060" w:type="dxa"/>
            <w:gridSpan w:val="6"/>
            <w:tcMar>
              <w:top w:w="70" w:type="dxa"/>
              <w:left w:w="90" w:type="dxa"/>
              <w:bottom w:w="70" w:type="dxa"/>
              <w:right w:w="90" w:type="dxa"/>
            </w:tcMar>
            <w:vAlign w:val="center"/>
          </w:tcPr>
          <w:p w14:paraId="717C3222" w14:textId="77777777" w:rsidR="00623E5F" w:rsidRDefault="00623E5F"/>
          <w:p w14:paraId="449C385D" w14:textId="77777777" w:rsidR="00623E5F" w:rsidRDefault="00000000">
            <w:pPr>
              <w:spacing w:line="245" w:lineRule="auto"/>
            </w:pPr>
            <w:r>
              <w:rPr>
                <w:b/>
                <w:color w:val="000000"/>
                <w:sz w:val="15"/>
              </w:rPr>
              <w:t xml:space="preserve">GIBALNO IZHODIŠČE / MOTIVACIJA: </w:t>
            </w:r>
            <w:r>
              <w:rPr>
                <w:color w:val="000000"/>
                <w:sz w:val="15"/>
              </w:rPr>
              <w:t>lik iz zgodbe potrebuje skupino, ki zna upoštevati znak, pravilo in vlogo; učenci s kratko igro brez izločanja odkrijejo temo »elementarne igre«. Tedenski gibalni izziv: rešuje sodelovalne naloge v paru.</w:t>
            </w:r>
          </w:p>
        </w:tc>
      </w:tr>
      <w:tr w:rsidR="00623E5F" w14:paraId="6947ACA5" w14:textId="77777777">
        <w:trPr>
          <w:cantSplit/>
          <w:jc w:val="center"/>
        </w:trPr>
        <w:tc>
          <w:tcPr>
            <w:tcW w:w="14060" w:type="dxa"/>
            <w:gridSpan w:val="6"/>
            <w:tcMar>
              <w:top w:w="70" w:type="dxa"/>
              <w:left w:w="90" w:type="dxa"/>
              <w:bottom w:w="70" w:type="dxa"/>
              <w:right w:w="90" w:type="dxa"/>
            </w:tcMar>
            <w:vAlign w:val="center"/>
          </w:tcPr>
          <w:p w14:paraId="6A34431B" w14:textId="77777777" w:rsidR="00623E5F" w:rsidRDefault="00623E5F"/>
          <w:p w14:paraId="71FF46AF" w14:textId="77777777" w:rsidR="00623E5F" w:rsidRDefault="00000000">
            <w:pPr>
              <w:spacing w:line="245" w:lineRule="auto"/>
            </w:pPr>
            <w:r>
              <w:rPr>
                <w:b/>
                <w:color w:val="000000"/>
                <w:sz w:val="15"/>
              </w:rPr>
              <w:t xml:space="preserve">UČNE ENOTE: </w:t>
            </w:r>
            <w:r>
              <w:rPr>
                <w:color w:val="000000"/>
                <w:sz w:val="15"/>
              </w:rPr>
              <w:t>1. ura – Elementarne igre – Ogrejem se in usvojim gib • 2. ura – Elementarne igre – Vadim na postajah • 3. ura – Elementarne igre – Uporabim v igri</w:t>
            </w:r>
          </w:p>
        </w:tc>
      </w:tr>
      <w:tr w:rsidR="00623E5F" w14:paraId="530C57D1" w14:textId="77777777">
        <w:trPr>
          <w:cantSplit/>
          <w:jc w:val="center"/>
        </w:trPr>
        <w:tc>
          <w:tcPr>
            <w:tcW w:w="14060" w:type="dxa"/>
            <w:gridSpan w:val="6"/>
            <w:tcMar>
              <w:top w:w="70" w:type="dxa"/>
              <w:left w:w="90" w:type="dxa"/>
              <w:bottom w:w="70" w:type="dxa"/>
              <w:right w:w="90" w:type="dxa"/>
            </w:tcMar>
            <w:vAlign w:val="center"/>
          </w:tcPr>
          <w:p w14:paraId="7DB7268E" w14:textId="77777777" w:rsidR="00623E5F" w:rsidRDefault="00623E5F"/>
          <w:p w14:paraId="764F1603"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1FAAEF04" w14:textId="77777777">
        <w:trPr>
          <w:cantSplit/>
          <w:jc w:val="center"/>
        </w:trPr>
        <w:tc>
          <w:tcPr>
            <w:tcW w:w="14060" w:type="dxa"/>
            <w:gridSpan w:val="6"/>
            <w:tcMar>
              <w:top w:w="70" w:type="dxa"/>
              <w:left w:w="90" w:type="dxa"/>
              <w:bottom w:w="70" w:type="dxa"/>
              <w:right w:w="90" w:type="dxa"/>
            </w:tcMar>
            <w:vAlign w:val="center"/>
          </w:tcPr>
          <w:p w14:paraId="1B91C7F7" w14:textId="77777777" w:rsidR="00623E5F" w:rsidRDefault="00623E5F"/>
          <w:p w14:paraId="42B11CCE"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54E51709" w14:textId="77777777">
        <w:trPr>
          <w:cantSplit/>
          <w:jc w:val="center"/>
        </w:trPr>
        <w:tc>
          <w:tcPr>
            <w:tcW w:w="14060" w:type="dxa"/>
            <w:gridSpan w:val="6"/>
            <w:tcMar>
              <w:top w:w="70" w:type="dxa"/>
              <w:left w:w="90" w:type="dxa"/>
              <w:bottom w:w="70" w:type="dxa"/>
              <w:right w:w="90" w:type="dxa"/>
            </w:tcMar>
            <w:vAlign w:val="center"/>
          </w:tcPr>
          <w:p w14:paraId="7BA040AB" w14:textId="77777777" w:rsidR="00623E5F" w:rsidRDefault="00623E5F"/>
          <w:p w14:paraId="4DDDE69E"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23ACD2BC" w14:textId="77777777">
        <w:trPr>
          <w:cantSplit/>
          <w:jc w:val="center"/>
        </w:trPr>
        <w:tc>
          <w:tcPr>
            <w:tcW w:w="14060" w:type="dxa"/>
            <w:gridSpan w:val="6"/>
            <w:tcMar>
              <w:top w:w="70" w:type="dxa"/>
              <w:left w:w="90" w:type="dxa"/>
              <w:bottom w:w="70" w:type="dxa"/>
              <w:right w:w="90" w:type="dxa"/>
            </w:tcMar>
            <w:vAlign w:val="center"/>
          </w:tcPr>
          <w:p w14:paraId="73B193BA" w14:textId="77777777" w:rsidR="00623E5F" w:rsidRDefault="00623E5F"/>
          <w:p w14:paraId="7E7D3024" w14:textId="77777777" w:rsidR="00623E5F" w:rsidRDefault="00000000">
            <w:pPr>
              <w:spacing w:line="245" w:lineRule="auto"/>
            </w:pPr>
            <w:r>
              <w:rPr>
                <w:b/>
                <w:color w:val="000000"/>
                <w:sz w:val="15"/>
              </w:rPr>
              <w:t xml:space="preserve">MEDPREDMETNE POVEZAVE: </w:t>
            </w:r>
            <w:r>
              <w:rPr>
                <w:color w:val="000000"/>
                <w:sz w:val="15"/>
              </w:rPr>
              <w:t>SPO – prijateljstvo, empatija in sodelovanje,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37A96901" w14:textId="77777777">
        <w:trPr>
          <w:cantSplit/>
          <w:jc w:val="center"/>
        </w:trPr>
        <w:tc>
          <w:tcPr>
            <w:tcW w:w="14060" w:type="dxa"/>
            <w:gridSpan w:val="6"/>
            <w:tcMar>
              <w:top w:w="70" w:type="dxa"/>
              <w:left w:w="90" w:type="dxa"/>
              <w:bottom w:w="70" w:type="dxa"/>
              <w:right w:w="90" w:type="dxa"/>
            </w:tcMar>
            <w:vAlign w:val="center"/>
          </w:tcPr>
          <w:p w14:paraId="381D414D" w14:textId="77777777" w:rsidR="00623E5F" w:rsidRDefault="00623E5F"/>
          <w:p w14:paraId="555EF9FE" w14:textId="77777777" w:rsidR="00623E5F" w:rsidRDefault="00000000">
            <w:pPr>
              <w:spacing w:line="245" w:lineRule="auto"/>
            </w:pPr>
            <w:r>
              <w:rPr>
                <w:b/>
                <w:color w:val="000000"/>
                <w:sz w:val="15"/>
              </w:rPr>
              <w:t xml:space="preserve">UČNA SREDSTVA IN PRIPOMOČKI: </w:t>
            </w:r>
            <w:r>
              <w:rPr>
                <w:color w:val="000000"/>
                <w:sz w:val="15"/>
              </w:rPr>
              <w:t>stožci, rutice, mehke žoge, obroči, vrvi, označevalni trakovi, kartice pravil in vlog; kartice namena in kriterijev; oznake štirih postaj; opazovalni list; semafor napora in mapa dokazov</w:t>
            </w:r>
          </w:p>
        </w:tc>
      </w:tr>
      <w:tr w:rsidR="00623E5F" w14:paraId="330B1A02" w14:textId="77777777">
        <w:trPr>
          <w:cantSplit/>
          <w:jc w:val="center"/>
        </w:trPr>
        <w:tc>
          <w:tcPr>
            <w:tcW w:w="14060" w:type="dxa"/>
            <w:gridSpan w:val="6"/>
            <w:tcMar>
              <w:top w:w="70" w:type="dxa"/>
              <w:left w:w="90" w:type="dxa"/>
              <w:bottom w:w="70" w:type="dxa"/>
              <w:right w:w="90" w:type="dxa"/>
            </w:tcMar>
            <w:vAlign w:val="center"/>
          </w:tcPr>
          <w:p w14:paraId="792E1C22" w14:textId="77777777" w:rsidR="00623E5F" w:rsidRDefault="00623E5F"/>
          <w:p w14:paraId="78FA3D35"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26FBB090" w14:textId="77777777">
        <w:trPr>
          <w:cantSplit/>
          <w:jc w:val="center"/>
        </w:trPr>
        <w:tc>
          <w:tcPr>
            <w:tcW w:w="14060" w:type="dxa"/>
            <w:gridSpan w:val="6"/>
            <w:tcMar>
              <w:top w:w="70" w:type="dxa"/>
              <w:left w:w="90" w:type="dxa"/>
              <w:bottom w:w="70" w:type="dxa"/>
              <w:right w:w="90" w:type="dxa"/>
            </w:tcMar>
            <w:vAlign w:val="center"/>
          </w:tcPr>
          <w:p w14:paraId="4BF18D07" w14:textId="77777777" w:rsidR="00623E5F" w:rsidRDefault="00623E5F"/>
          <w:p w14:paraId="0CBC1844"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0E1A6FA8" w14:textId="77777777">
        <w:trPr>
          <w:cantSplit/>
          <w:jc w:val="center"/>
        </w:trPr>
        <w:tc>
          <w:tcPr>
            <w:tcW w:w="14060" w:type="dxa"/>
            <w:gridSpan w:val="6"/>
            <w:tcMar>
              <w:top w:w="70" w:type="dxa"/>
              <w:left w:w="90" w:type="dxa"/>
              <w:bottom w:w="70" w:type="dxa"/>
              <w:right w:w="90" w:type="dxa"/>
            </w:tcMar>
            <w:vAlign w:val="center"/>
          </w:tcPr>
          <w:p w14:paraId="20B13F35" w14:textId="77777777" w:rsidR="00623E5F" w:rsidRDefault="00623E5F"/>
          <w:p w14:paraId="4AD2A540"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273A269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76DEA5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CE86A24"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B3CD2BF" w14:textId="77777777" w:rsidR="00623E5F" w:rsidRDefault="00000000">
            <w:pPr>
              <w:jc w:val="center"/>
            </w:pPr>
            <w:r>
              <w:rPr>
                <w:b/>
                <w:color w:val="000000"/>
                <w:sz w:val="20"/>
              </w:rPr>
              <w:t>UČNE DEJAVNOSTI, METODE IN FORMATIVNO SPREMLJANJE</w:t>
            </w:r>
          </w:p>
        </w:tc>
      </w:tr>
      <w:tr w:rsidR="00623E5F" w14:paraId="36007DDE" w14:textId="77777777">
        <w:trPr>
          <w:tblHeader/>
          <w:jc w:val="center"/>
        </w:trPr>
        <w:tc>
          <w:tcPr>
            <w:tcW w:w="4422" w:type="dxa"/>
            <w:vMerge/>
            <w:tcMar>
              <w:top w:w="70" w:type="dxa"/>
              <w:left w:w="90" w:type="dxa"/>
              <w:bottom w:w="70" w:type="dxa"/>
              <w:right w:w="90" w:type="dxa"/>
            </w:tcMar>
            <w:vAlign w:val="center"/>
          </w:tcPr>
          <w:p w14:paraId="7EC3D64E" w14:textId="77777777" w:rsidR="00623E5F" w:rsidRDefault="00623E5F"/>
        </w:tc>
        <w:tc>
          <w:tcPr>
            <w:tcW w:w="7087" w:type="dxa"/>
            <w:shd w:val="clear" w:color="auto" w:fill="FFFFFF"/>
            <w:tcMar>
              <w:top w:w="70" w:type="dxa"/>
              <w:left w:w="90" w:type="dxa"/>
              <w:bottom w:w="70" w:type="dxa"/>
              <w:right w:w="90" w:type="dxa"/>
            </w:tcMar>
            <w:vAlign w:val="center"/>
          </w:tcPr>
          <w:p w14:paraId="3A017236"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4874F77" w14:textId="77777777" w:rsidR="00623E5F" w:rsidRDefault="00000000">
            <w:pPr>
              <w:jc w:val="center"/>
            </w:pPr>
            <w:r>
              <w:rPr>
                <w:b/>
                <w:color w:val="000000"/>
              </w:rPr>
              <w:t>UČENEC</w:t>
            </w:r>
          </w:p>
        </w:tc>
      </w:tr>
      <w:tr w:rsidR="00623E5F" w14:paraId="4D618273" w14:textId="77777777">
        <w:trPr>
          <w:jc w:val="center"/>
        </w:trPr>
        <w:tc>
          <w:tcPr>
            <w:tcW w:w="4422" w:type="dxa"/>
            <w:tcMar>
              <w:top w:w="70" w:type="dxa"/>
              <w:left w:w="90" w:type="dxa"/>
              <w:bottom w:w="70" w:type="dxa"/>
              <w:right w:w="90" w:type="dxa"/>
            </w:tcMar>
          </w:tcPr>
          <w:p w14:paraId="4BE98E3B" w14:textId="77777777" w:rsidR="00623E5F" w:rsidRDefault="00623E5F"/>
          <w:p w14:paraId="5A024C71" w14:textId="77777777" w:rsidR="00623E5F" w:rsidRDefault="00000000">
            <w:pPr>
              <w:spacing w:after="60" w:line="245" w:lineRule="auto"/>
            </w:pPr>
            <w:r>
              <w:rPr>
                <w:b/>
                <w:color w:val="000000"/>
              </w:rPr>
              <w:t>UČNI CILJI</w:t>
            </w:r>
          </w:p>
          <w:p w14:paraId="253B712E" w14:textId="77777777" w:rsidR="00623E5F" w:rsidRDefault="00000000">
            <w:pPr>
              <w:spacing w:after="20" w:line="245" w:lineRule="auto"/>
            </w:pPr>
            <w:r>
              <w:rPr>
                <w:b/>
                <w:color w:val="000000"/>
                <w:sz w:val="17"/>
              </w:rPr>
              <w:t>SPLOŠNI</w:t>
            </w:r>
          </w:p>
          <w:p w14:paraId="7471BB4A"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4A2AEDF5" w14:textId="77777777" w:rsidR="00623E5F" w:rsidRDefault="00000000">
            <w:pPr>
              <w:pStyle w:val="Oznaenseznam"/>
              <w:spacing w:after="16"/>
            </w:pPr>
            <w:r>
              <w:rPr>
                <w:color w:val="000000"/>
                <w:sz w:val="15"/>
              </w:rPr>
              <w:t>varno hodi, teče, skače, meče, pleza, se plazi, lovi, ravnoteži, pleše in uporablja različne rekvizite</w:t>
            </w:r>
          </w:p>
          <w:p w14:paraId="6BF7B561" w14:textId="77777777" w:rsidR="00623E5F" w:rsidRDefault="00000000">
            <w:pPr>
              <w:pStyle w:val="Oznaenseznam"/>
              <w:spacing w:after="16"/>
            </w:pPr>
            <w:r>
              <w:rPr>
                <w:color w:val="000000"/>
                <w:sz w:val="15"/>
              </w:rPr>
              <w:t>razume pomen rednega gibanja, ogrevanja, higiene, primerne opreme, počitka in varnega ravnanja</w:t>
            </w:r>
          </w:p>
          <w:p w14:paraId="18F6413A"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3A3112A1" w14:textId="77777777" w:rsidR="00623E5F" w:rsidRDefault="00000000">
            <w:pPr>
              <w:spacing w:before="40" w:after="20" w:line="245" w:lineRule="auto"/>
            </w:pPr>
            <w:r>
              <w:rPr>
                <w:b/>
                <w:color w:val="000000"/>
                <w:sz w:val="17"/>
              </w:rPr>
              <w:t>OPERATIVNI</w:t>
            </w:r>
          </w:p>
          <w:p w14:paraId="07A48C0C" w14:textId="77777777" w:rsidR="00623E5F" w:rsidRDefault="00000000">
            <w:pPr>
              <w:pStyle w:val="Oznaenseznam"/>
              <w:spacing w:after="16"/>
            </w:pPr>
            <w:r>
              <w:rPr>
                <w:color w:val="000000"/>
                <w:sz w:val="15"/>
              </w:rPr>
              <w:t>upošteva pravila igre</w:t>
            </w:r>
          </w:p>
          <w:p w14:paraId="4E9D6EDE" w14:textId="77777777" w:rsidR="00623E5F" w:rsidRDefault="00000000">
            <w:pPr>
              <w:pStyle w:val="Oznaenseznam"/>
              <w:spacing w:after="16"/>
            </w:pPr>
            <w:r>
              <w:rPr>
                <w:color w:val="000000"/>
                <w:sz w:val="15"/>
              </w:rPr>
              <w:t>hitro reagira na znak</w:t>
            </w:r>
          </w:p>
          <w:p w14:paraId="08B31192" w14:textId="77777777" w:rsidR="00623E5F" w:rsidRDefault="00000000">
            <w:pPr>
              <w:pStyle w:val="Oznaenseznam"/>
              <w:spacing w:after="16"/>
            </w:pPr>
            <w:r>
              <w:rPr>
                <w:color w:val="000000"/>
                <w:sz w:val="15"/>
              </w:rPr>
              <w:t>sprejema različne vloge</w:t>
            </w:r>
          </w:p>
          <w:p w14:paraId="58B5B620" w14:textId="77777777" w:rsidR="00623E5F" w:rsidRDefault="00000000">
            <w:pPr>
              <w:spacing w:before="40" w:after="20" w:line="245" w:lineRule="auto"/>
            </w:pPr>
            <w:r>
              <w:rPr>
                <w:b/>
                <w:color w:val="000000"/>
                <w:sz w:val="17"/>
              </w:rPr>
              <w:t>PRIČAKOVANI DOSEŽKI / MINIMALNI POUDARKI</w:t>
            </w:r>
          </w:p>
          <w:p w14:paraId="4E18CA48" w14:textId="77777777" w:rsidR="00623E5F" w:rsidRDefault="00000000">
            <w:pPr>
              <w:pStyle w:val="Oznaenseznam"/>
              <w:spacing w:after="16"/>
            </w:pPr>
            <w:r>
              <w:rPr>
                <w:color w:val="000000"/>
                <w:sz w:val="15"/>
              </w:rPr>
              <w:t>učenec samostojno oziroma z dogovorjeno oporo upošteva pravila igre</w:t>
            </w:r>
          </w:p>
          <w:p w14:paraId="28151223" w14:textId="77777777" w:rsidR="00623E5F" w:rsidRDefault="00000000">
            <w:pPr>
              <w:pStyle w:val="Oznaenseznam"/>
              <w:spacing w:after="16"/>
            </w:pPr>
            <w:r>
              <w:rPr>
                <w:color w:val="000000"/>
                <w:sz w:val="15"/>
              </w:rPr>
              <w:t>učenec samostojno oziroma z dogovorjeno oporo hitro reagira na znak</w:t>
            </w:r>
          </w:p>
          <w:p w14:paraId="4B65845B" w14:textId="77777777" w:rsidR="00623E5F" w:rsidRDefault="00000000">
            <w:pPr>
              <w:pStyle w:val="Oznaenseznam"/>
              <w:spacing w:after="16"/>
            </w:pPr>
            <w:r>
              <w:rPr>
                <w:color w:val="000000"/>
                <w:sz w:val="15"/>
              </w:rPr>
              <w:t>učenec samostojno oziroma z dogovorjeno oporo sprejema različne vloge</w:t>
            </w:r>
          </w:p>
        </w:tc>
        <w:tc>
          <w:tcPr>
            <w:tcW w:w="7087" w:type="dxa"/>
            <w:tcMar>
              <w:top w:w="70" w:type="dxa"/>
              <w:left w:w="90" w:type="dxa"/>
              <w:bottom w:w="70" w:type="dxa"/>
              <w:right w:w="90" w:type="dxa"/>
            </w:tcMar>
          </w:tcPr>
          <w:p w14:paraId="10938761"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81016A9" w14:textId="77777777">
              <w:trPr>
                <w:jc w:val="center"/>
              </w:trPr>
              <w:tc>
                <w:tcPr>
                  <w:tcW w:w="7087" w:type="dxa"/>
                  <w:shd w:val="clear" w:color="auto" w:fill="C6E7F3"/>
                  <w:tcMar>
                    <w:top w:w="45" w:type="dxa"/>
                    <w:left w:w="70" w:type="dxa"/>
                    <w:bottom w:w="45" w:type="dxa"/>
                    <w:right w:w="70" w:type="dxa"/>
                  </w:tcMar>
                </w:tcPr>
                <w:p w14:paraId="06BD526F" w14:textId="77777777" w:rsidR="00623E5F" w:rsidRDefault="00000000">
                  <w:pPr>
                    <w:keepNext/>
                  </w:pPr>
                  <w:r>
                    <w:rPr>
                      <w:b/>
                      <w:color w:val="000000"/>
                    </w:rPr>
                    <w:t>UVODNI DEL – POČUTJE, GIBALNI NAMIG, PREDZNANJE IN NAMEN UČENJA (7–10 min)</w:t>
                  </w:r>
                </w:p>
              </w:tc>
            </w:tr>
          </w:tbl>
          <w:p w14:paraId="0C421CED" w14:textId="77777777" w:rsidR="00623E5F" w:rsidRDefault="00623E5F">
            <w:pPr>
              <w:spacing w:line="20" w:lineRule="exact"/>
            </w:pPr>
          </w:p>
          <w:p w14:paraId="5F5C672B" w14:textId="77777777" w:rsidR="00623E5F" w:rsidRDefault="00000000">
            <w:pPr>
              <w:spacing w:before="40" w:after="60" w:line="245" w:lineRule="auto"/>
            </w:pPr>
            <w:r>
              <w:rPr>
                <w:color w:val="000000"/>
                <w:sz w:val="15"/>
              </w:rPr>
              <w:t>Ob književnem motivu »Moj prijatelj Piki Jakob« – Kajetan Kovič učenci vstopijo v temo prijateljstvo, empatija in sodelovanje. Učiteljica pripravi kratek gibalni namig: lik iz zgodbe potrebuje skupino, ki zna upoštevati znak, pravilo in vlogo; učenci s kratko igro brez izločanja odkrijejo temo »elementarne igre«. Tedenski gibalni izziv: rešuje sodelovalne naloge v paru.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41C31D0B" w14:textId="77777777">
              <w:trPr>
                <w:jc w:val="center"/>
              </w:trPr>
              <w:tc>
                <w:tcPr>
                  <w:tcW w:w="7087" w:type="dxa"/>
                  <w:shd w:val="clear" w:color="auto" w:fill="EDC9EA"/>
                  <w:tcMar>
                    <w:top w:w="45" w:type="dxa"/>
                    <w:left w:w="70" w:type="dxa"/>
                    <w:bottom w:w="45" w:type="dxa"/>
                    <w:right w:w="70" w:type="dxa"/>
                  </w:tcMar>
                </w:tcPr>
                <w:p w14:paraId="76EEC9DD" w14:textId="77777777" w:rsidR="00623E5F" w:rsidRDefault="00000000">
                  <w:pPr>
                    <w:keepNext/>
                  </w:pPr>
                  <w:r>
                    <w:rPr>
                      <w:b/>
                      <w:color w:val="000000"/>
                    </w:rPr>
                    <w:t>NAMENI UČENJA</w:t>
                  </w:r>
                </w:p>
              </w:tc>
            </w:tr>
          </w:tbl>
          <w:p w14:paraId="753E0F47" w14:textId="77777777" w:rsidR="00623E5F" w:rsidRDefault="00623E5F">
            <w:pPr>
              <w:spacing w:line="20" w:lineRule="exact"/>
            </w:pPr>
          </w:p>
          <w:p w14:paraId="68DD004A"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01610D80" w14:textId="77777777" w:rsidR="00623E5F" w:rsidRDefault="00000000">
            <w:pPr>
              <w:pStyle w:val="Oznaenseznam"/>
              <w:spacing w:after="16"/>
            </w:pPr>
            <w:r>
              <w:rPr>
                <w:color w:val="000000"/>
                <w:sz w:val="15"/>
              </w:rPr>
              <w:t>upoštevam pravila igre</w:t>
            </w:r>
          </w:p>
          <w:p w14:paraId="034F8939" w14:textId="77777777" w:rsidR="00623E5F" w:rsidRDefault="00000000">
            <w:pPr>
              <w:pStyle w:val="Oznaenseznam"/>
              <w:spacing w:after="16"/>
            </w:pPr>
            <w:r>
              <w:rPr>
                <w:color w:val="000000"/>
                <w:sz w:val="15"/>
              </w:rPr>
              <w:t>hitro reagiram na znak</w:t>
            </w:r>
          </w:p>
          <w:p w14:paraId="1D4FF925" w14:textId="77777777" w:rsidR="00623E5F" w:rsidRDefault="00000000">
            <w:pPr>
              <w:pStyle w:val="Oznaenseznam"/>
              <w:spacing w:after="16"/>
            </w:pPr>
            <w:r>
              <w:rPr>
                <w:color w:val="000000"/>
                <w:sz w:val="15"/>
              </w:rPr>
              <w:t>sprejemam različne vloge</w:t>
            </w:r>
          </w:p>
          <w:tbl>
            <w:tblPr>
              <w:tblStyle w:val="Tabelamrea"/>
              <w:tblW w:w="0" w:type="auto"/>
              <w:jc w:val="center"/>
              <w:tblLayout w:type="fixed"/>
              <w:tblLook w:val="04A0" w:firstRow="1" w:lastRow="0" w:firstColumn="1" w:lastColumn="0" w:noHBand="0" w:noVBand="1"/>
            </w:tblPr>
            <w:tblGrid>
              <w:gridCol w:w="7087"/>
            </w:tblGrid>
            <w:tr w:rsidR="00623E5F" w14:paraId="7FEF7792" w14:textId="77777777">
              <w:trPr>
                <w:jc w:val="center"/>
              </w:trPr>
              <w:tc>
                <w:tcPr>
                  <w:tcW w:w="7087" w:type="dxa"/>
                  <w:shd w:val="clear" w:color="auto" w:fill="EDC9EA"/>
                  <w:tcMar>
                    <w:top w:w="45" w:type="dxa"/>
                    <w:left w:w="70" w:type="dxa"/>
                    <w:bottom w:w="45" w:type="dxa"/>
                    <w:right w:w="70" w:type="dxa"/>
                  </w:tcMar>
                </w:tcPr>
                <w:p w14:paraId="2015D094" w14:textId="77777777" w:rsidR="00623E5F" w:rsidRDefault="00000000">
                  <w:pPr>
                    <w:keepNext/>
                  </w:pPr>
                  <w:r>
                    <w:rPr>
                      <w:b/>
                      <w:color w:val="000000"/>
                    </w:rPr>
                    <w:t>PREVERJANJE PREDZNANJA</w:t>
                  </w:r>
                </w:p>
              </w:tc>
            </w:tr>
          </w:tbl>
          <w:p w14:paraId="20CB0E45" w14:textId="77777777" w:rsidR="00623E5F" w:rsidRDefault="00623E5F">
            <w:pPr>
              <w:spacing w:line="20" w:lineRule="exact"/>
            </w:pPr>
          </w:p>
          <w:p w14:paraId="28EF306E" w14:textId="77777777" w:rsidR="00623E5F" w:rsidRDefault="00000000">
            <w:pPr>
              <w:pStyle w:val="Oznaenseznam"/>
              <w:spacing w:after="16"/>
            </w:pPr>
            <w:r>
              <w:rPr>
                <w:color w:val="000000"/>
                <w:sz w:val="15"/>
              </w:rPr>
              <w:t>Kaj moje telo in prostor že znata pokazati pri temi »ELEMENTARNE IGRE«?</w:t>
            </w:r>
          </w:p>
          <w:p w14:paraId="7B21AABF" w14:textId="77777777" w:rsidR="00623E5F" w:rsidRDefault="00000000">
            <w:pPr>
              <w:pStyle w:val="Oznaenseznam"/>
              <w:spacing w:after="16"/>
            </w:pPr>
            <w:r>
              <w:rPr>
                <w:color w:val="000000"/>
                <w:sz w:val="15"/>
              </w:rPr>
              <w:t>Katero varnostno pravilo, gibalni korak ali strategijo že obvladam in kaj bi najprej preizkusil/-a?</w:t>
            </w:r>
          </w:p>
          <w:p w14:paraId="55A069D5"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1DBB0747" w14:textId="77777777">
              <w:trPr>
                <w:jc w:val="center"/>
              </w:trPr>
              <w:tc>
                <w:tcPr>
                  <w:tcW w:w="7087" w:type="dxa"/>
                  <w:shd w:val="clear" w:color="auto" w:fill="EDC9EA"/>
                  <w:tcMar>
                    <w:top w:w="45" w:type="dxa"/>
                    <w:left w:w="70" w:type="dxa"/>
                    <w:bottom w:w="45" w:type="dxa"/>
                    <w:right w:w="70" w:type="dxa"/>
                  </w:tcMar>
                </w:tcPr>
                <w:p w14:paraId="0608E161" w14:textId="77777777" w:rsidR="00623E5F" w:rsidRDefault="00000000">
                  <w:pPr>
                    <w:keepNext/>
                  </w:pPr>
                  <w:r>
                    <w:rPr>
                      <w:b/>
                      <w:color w:val="000000"/>
                    </w:rPr>
                    <w:t>KRITERIJI USPEŠNOSTI</w:t>
                  </w:r>
                </w:p>
              </w:tc>
            </w:tr>
          </w:tbl>
          <w:p w14:paraId="2B12FBBF" w14:textId="77777777" w:rsidR="00623E5F" w:rsidRDefault="00623E5F"/>
          <w:p w14:paraId="125096C5" w14:textId="77777777" w:rsidR="00623E5F" w:rsidRDefault="00000000">
            <w:pPr>
              <w:spacing w:before="20" w:after="20" w:line="245" w:lineRule="auto"/>
            </w:pPr>
            <w:r>
              <w:rPr>
                <w:b/>
                <w:color w:val="000000"/>
                <w:sz w:val="16"/>
              </w:rPr>
              <w:t>Uspešen/-na bom, ko:</w:t>
            </w:r>
          </w:p>
          <w:p w14:paraId="38B4C8E0" w14:textId="77777777" w:rsidR="00623E5F" w:rsidRDefault="00000000">
            <w:pPr>
              <w:pStyle w:val="Oznaenseznam"/>
              <w:spacing w:after="16"/>
            </w:pPr>
            <w:r>
              <w:rPr>
                <w:color w:val="000000"/>
                <w:sz w:val="15"/>
              </w:rPr>
              <w:t>upoštevam pravila igre</w:t>
            </w:r>
          </w:p>
          <w:p w14:paraId="0A8B13E4" w14:textId="77777777" w:rsidR="00623E5F" w:rsidRDefault="00000000">
            <w:pPr>
              <w:pStyle w:val="Oznaenseznam"/>
              <w:spacing w:after="16"/>
            </w:pPr>
            <w:r>
              <w:rPr>
                <w:color w:val="000000"/>
                <w:sz w:val="15"/>
              </w:rPr>
              <w:t>hitro reagiram na znak</w:t>
            </w:r>
          </w:p>
          <w:p w14:paraId="1486D57E" w14:textId="77777777" w:rsidR="00623E5F" w:rsidRDefault="00000000">
            <w:pPr>
              <w:pStyle w:val="Oznaenseznam"/>
              <w:spacing w:after="16"/>
            </w:pPr>
            <w:r>
              <w:rPr>
                <w:color w:val="000000"/>
                <w:sz w:val="15"/>
              </w:rPr>
              <w:t>sprejemam različne vloge</w:t>
            </w:r>
          </w:p>
          <w:p w14:paraId="13B8F714" w14:textId="77777777" w:rsidR="00623E5F" w:rsidRDefault="00000000">
            <w:pPr>
              <w:pStyle w:val="Oznaenseznam"/>
              <w:spacing w:after="16"/>
            </w:pPr>
            <w:r>
              <w:rPr>
                <w:color w:val="000000"/>
                <w:sz w:val="15"/>
              </w:rPr>
              <w:t>pred začetkom preverim prostor in opremo, ohranjam razdaljo ter se na znak varno ustavim</w:t>
            </w:r>
          </w:p>
          <w:p w14:paraId="39EB6580"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16A1B1ED" w14:textId="77777777" w:rsidR="00623E5F" w:rsidRDefault="00623E5F"/>
          <w:p w14:paraId="54337D14"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56525A01"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3053CE3A" w14:textId="77777777" w:rsidR="00623E5F" w:rsidRDefault="00000000">
            <w:pPr>
              <w:spacing w:after="100" w:line="245" w:lineRule="auto"/>
            </w:pPr>
            <w:r>
              <w:rPr>
                <w:color w:val="000000"/>
                <w:sz w:val="15"/>
              </w:rPr>
              <w:t>Sodeluje pri razumevanju namena, vidnih meril, varnostnih pravil, prehodov in načina dokazovanja.</w:t>
            </w:r>
          </w:p>
          <w:p w14:paraId="1A1B5632" w14:textId="77777777" w:rsidR="00623E5F" w:rsidRDefault="00000000">
            <w:pPr>
              <w:spacing w:after="20" w:line="245" w:lineRule="auto"/>
            </w:pPr>
            <w:r>
              <w:rPr>
                <w:b/>
                <w:color w:val="D95BC6"/>
                <w:sz w:val="17"/>
              </w:rPr>
              <w:t>DOKAZ O UČENJU</w:t>
            </w:r>
          </w:p>
          <w:p w14:paraId="25C68ED0"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30D65B2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BB278E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A73DE28"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A1E6917" w14:textId="77777777" w:rsidR="00623E5F" w:rsidRDefault="00000000">
            <w:pPr>
              <w:jc w:val="center"/>
            </w:pPr>
            <w:r>
              <w:rPr>
                <w:b/>
                <w:color w:val="000000"/>
                <w:sz w:val="20"/>
              </w:rPr>
              <w:t>UČNE DEJAVNOSTI, METODE IN FORMATIVNO SPREMLJANJE</w:t>
            </w:r>
          </w:p>
        </w:tc>
      </w:tr>
      <w:tr w:rsidR="00623E5F" w14:paraId="42847D86" w14:textId="77777777">
        <w:trPr>
          <w:tblHeader/>
          <w:jc w:val="center"/>
        </w:trPr>
        <w:tc>
          <w:tcPr>
            <w:tcW w:w="4422" w:type="dxa"/>
            <w:vMerge/>
            <w:tcMar>
              <w:top w:w="70" w:type="dxa"/>
              <w:left w:w="90" w:type="dxa"/>
              <w:bottom w:w="70" w:type="dxa"/>
              <w:right w:w="90" w:type="dxa"/>
            </w:tcMar>
            <w:vAlign w:val="center"/>
          </w:tcPr>
          <w:p w14:paraId="48D56F84" w14:textId="77777777" w:rsidR="00623E5F" w:rsidRDefault="00623E5F"/>
        </w:tc>
        <w:tc>
          <w:tcPr>
            <w:tcW w:w="7087" w:type="dxa"/>
            <w:shd w:val="clear" w:color="auto" w:fill="FFFFFF"/>
            <w:tcMar>
              <w:top w:w="70" w:type="dxa"/>
              <w:left w:w="90" w:type="dxa"/>
              <w:bottom w:w="70" w:type="dxa"/>
              <w:right w:w="90" w:type="dxa"/>
            </w:tcMar>
            <w:vAlign w:val="center"/>
          </w:tcPr>
          <w:p w14:paraId="3F23F1DF"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102C676" w14:textId="77777777" w:rsidR="00623E5F" w:rsidRDefault="00000000">
            <w:pPr>
              <w:jc w:val="center"/>
            </w:pPr>
            <w:r>
              <w:rPr>
                <w:b/>
                <w:color w:val="000000"/>
              </w:rPr>
              <w:t>UČENEC</w:t>
            </w:r>
          </w:p>
        </w:tc>
      </w:tr>
      <w:tr w:rsidR="00623E5F" w14:paraId="63D5D110" w14:textId="77777777">
        <w:trPr>
          <w:jc w:val="center"/>
        </w:trPr>
        <w:tc>
          <w:tcPr>
            <w:tcW w:w="4422" w:type="dxa"/>
            <w:tcMar>
              <w:top w:w="70" w:type="dxa"/>
              <w:left w:w="90" w:type="dxa"/>
              <w:bottom w:w="70" w:type="dxa"/>
              <w:right w:w="90" w:type="dxa"/>
            </w:tcMar>
          </w:tcPr>
          <w:p w14:paraId="6FD063A8" w14:textId="77777777" w:rsidR="00623E5F" w:rsidRDefault="00623E5F"/>
          <w:p w14:paraId="288C060A" w14:textId="77777777" w:rsidR="00623E5F" w:rsidRDefault="00000000">
            <w:pPr>
              <w:spacing w:after="40" w:line="245" w:lineRule="auto"/>
            </w:pPr>
            <w:r>
              <w:rPr>
                <w:b/>
                <w:color w:val="000000"/>
                <w:sz w:val="17"/>
              </w:rPr>
              <w:t>KLJUČNI ŠPORTNI IN GIBALNI POJMI</w:t>
            </w:r>
          </w:p>
          <w:p w14:paraId="1ED07797"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znak, vloga, lovljenje, umik, prostor, dogovor, igra brez izločanja</w:t>
            </w:r>
          </w:p>
          <w:p w14:paraId="3E889A0C" w14:textId="77777777" w:rsidR="00623E5F" w:rsidRDefault="00000000">
            <w:pPr>
              <w:spacing w:after="20" w:line="245" w:lineRule="auto"/>
            </w:pPr>
            <w:r>
              <w:rPr>
                <w:b/>
                <w:color w:val="000000"/>
                <w:sz w:val="17"/>
              </w:rPr>
              <w:t>DOKAZI O UČENJU</w:t>
            </w:r>
          </w:p>
          <w:p w14:paraId="198A8F0F" w14:textId="77777777" w:rsidR="00623E5F" w:rsidRDefault="00000000">
            <w:pPr>
              <w:pStyle w:val="Oznaenseznam"/>
              <w:spacing w:after="7"/>
            </w:pPr>
            <w:r>
              <w:rPr>
                <w:color w:val="000000"/>
                <w:sz w:val="14"/>
              </w:rPr>
              <w:t>varen odziv na znak, začetni poskus prvine in ustno varnostno pravilo.</w:t>
            </w:r>
          </w:p>
          <w:p w14:paraId="739EFDF9" w14:textId="77777777" w:rsidR="00623E5F" w:rsidRDefault="00000000">
            <w:pPr>
              <w:pStyle w:val="Oznaenseznam"/>
              <w:spacing w:after="7"/>
            </w:pPr>
            <w:r>
              <w:rPr>
                <w:color w:val="000000"/>
                <w:sz w:val="14"/>
              </w:rPr>
              <w:t>opazovalna kartica, izvedba na izbrani ravni in učiteljev zapis o napredku.</w:t>
            </w:r>
          </w:p>
          <w:p w14:paraId="35823D42" w14:textId="77777777" w:rsidR="00623E5F" w:rsidRDefault="00000000">
            <w:pPr>
              <w:pStyle w:val="Oznaenseznam"/>
              <w:spacing w:after="7"/>
            </w:pPr>
            <w:r>
              <w:rPr>
                <w:color w:val="000000"/>
                <w:sz w:val="14"/>
              </w:rPr>
              <w:t>uporaba prvine v igri, sodelovanje, upoštevanje pravil in osebno samovrednotenje.</w:t>
            </w:r>
          </w:p>
          <w:p w14:paraId="6074D3EF" w14:textId="77777777" w:rsidR="00623E5F" w:rsidRDefault="00000000">
            <w:pPr>
              <w:spacing w:before="40" w:after="20" w:line="245" w:lineRule="auto"/>
            </w:pPr>
            <w:r>
              <w:rPr>
                <w:b/>
                <w:color w:val="000000"/>
                <w:sz w:val="16"/>
              </w:rPr>
              <w:t>GIBALNO DOŽIVETJE IN IZKUŠENJSKI POUK</w:t>
            </w:r>
          </w:p>
          <w:p w14:paraId="7CF3522F"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1DA4D787" w14:textId="77777777" w:rsidR="00623E5F" w:rsidRDefault="00000000">
            <w:pPr>
              <w:spacing w:after="20" w:line="245" w:lineRule="auto"/>
            </w:pPr>
            <w:r>
              <w:rPr>
                <w:b/>
                <w:color w:val="000000"/>
                <w:sz w:val="16"/>
              </w:rPr>
              <w:t>POUČEVANJE V GIBANJU</w:t>
            </w:r>
          </w:p>
          <w:p w14:paraId="57ED12A9"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3CF1B536" w14:textId="77777777" w:rsidR="00623E5F" w:rsidRDefault="00000000">
            <w:pPr>
              <w:spacing w:after="20" w:line="245" w:lineRule="auto"/>
            </w:pPr>
            <w:r>
              <w:rPr>
                <w:b/>
                <w:color w:val="000000"/>
                <w:sz w:val="16"/>
              </w:rPr>
              <w:t>DELO PO ŠTIRIH POSTAJAH</w:t>
            </w:r>
          </w:p>
          <w:p w14:paraId="1FC1ADF6"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643B8BEF" w14:textId="77777777" w:rsidR="00623E5F" w:rsidRDefault="00000000">
            <w:pPr>
              <w:spacing w:after="7" w:line="245" w:lineRule="auto"/>
            </w:pPr>
            <w:r>
              <w:rPr>
                <w:color w:val="000000"/>
                <w:sz w:val="14"/>
              </w:rPr>
              <w:t>1. Odzivna: na dogovorjen vidni ali zvočni znak spremenim smer, hitrost, vlogo ali način gibanja.</w:t>
            </w:r>
          </w:p>
          <w:p w14:paraId="5B743A4C" w14:textId="77777777" w:rsidR="00623E5F" w:rsidRDefault="00000000">
            <w:pPr>
              <w:spacing w:after="7" w:line="245" w:lineRule="auto"/>
            </w:pPr>
            <w:r>
              <w:rPr>
                <w:color w:val="000000"/>
                <w:sz w:val="14"/>
              </w:rPr>
              <w:t>2. Sodelovalna: v paru ali trojici rešim nalogo, pri kateri »upoštevam pravila igre« in ohranim osebni prostor.</w:t>
            </w:r>
          </w:p>
          <w:p w14:paraId="14ED53B9" w14:textId="77777777" w:rsidR="00623E5F" w:rsidRDefault="00000000">
            <w:pPr>
              <w:spacing w:after="7" w:line="245" w:lineRule="auto"/>
            </w:pPr>
            <w:r>
              <w:rPr>
                <w:color w:val="000000"/>
                <w:sz w:val="14"/>
              </w:rPr>
              <w:t>3. Pravilna: s slikovnimi karticami sestavim pravilo, ga pokažem v kratki igri in po potrebi izboljšam.</w:t>
            </w:r>
          </w:p>
          <w:p w14:paraId="6FB19913" w14:textId="77777777" w:rsidR="00623E5F" w:rsidRDefault="00000000">
            <w:pPr>
              <w:spacing w:after="7" w:line="245" w:lineRule="auto"/>
            </w:pPr>
            <w:r>
              <w:rPr>
                <w:color w:val="000000"/>
                <w:sz w:val="14"/>
              </w:rPr>
              <w:t>4. Igra brez izločanja: vsi ostajamo dejavni, menjamo vloge in preverimo, kako »sprejemam različne vloge«.</w:t>
            </w:r>
          </w:p>
          <w:p w14:paraId="0B4A68F0" w14:textId="77777777" w:rsidR="00623E5F" w:rsidRDefault="00000000">
            <w:pPr>
              <w:spacing w:after="20" w:line="245" w:lineRule="auto"/>
            </w:pPr>
            <w:r>
              <w:rPr>
                <w:b/>
                <w:color w:val="000000"/>
                <w:sz w:val="16"/>
              </w:rPr>
              <w:t>DIFERENCIACIJA IN VKLJUČEVANJE</w:t>
            </w:r>
          </w:p>
          <w:p w14:paraId="40A87C8E"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1ABF245C" w14:textId="77777777" w:rsidR="00623E5F" w:rsidRDefault="00000000">
            <w:pPr>
              <w:spacing w:after="20" w:line="245" w:lineRule="auto"/>
            </w:pPr>
            <w:r>
              <w:rPr>
                <w:b/>
                <w:color w:val="000000"/>
                <w:sz w:val="16"/>
              </w:rPr>
              <w:t>SPREMLJANJE</w:t>
            </w:r>
          </w:p>
          <w:p w14:paraId="31E2AFEB"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6083A3AF"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BC97409" w14:textId="77777777">
              <w:trPr>
                <w:jc w:val="center"/>
              </w:trPr>
              <w:tc>
                <w:tcPr>
                  <w:tcW w:w="7087" w:type="dxa"/>
                  <w:shd w:val="clear" w:color="auto" w:fill="C6E7F3"/>
                  <w:tcMar>
                    <w:top w:w="45" w:type="dxa"/>
                    <w:left w:w="70" w:type="dxa"/>
                    <w:bottom w:w="45" w:type="dxa"/>
                    <w:right w:w="70" w:type="dxa"/>
                  </w:tcMar>
                </w:tcPr>
                <w:p w14:paraId="352B5E32" w14:textId="77777777" w:rsidR="00623E5F" w:rsidRDefault="00000000">
                  <w:pPr>
                    <w:keepNext/>
                  </w:pPr>
                  <w:r>
                    <w:rPr>
                      <w:b/>
                      <w:color w:val="000000"/>
                      <w:sz w:val="16"/>
                    </w:rPr>
                    <w:t>GLAVNI DEL – GIBALNI IZZIV, VADBA NA ŠTIRIH POSTAJAH IN IGRA (3 šolske ure)</w:t>
                  </w:r>
                </w:p>
              </w:tc>
            </w:tr>
          </w:tbl>
          <w:p w14:paraId="5A756F3C" w14:textId="77777777" w:rsidR="00623E5F" w:rsidRDefault="00623E5F">
            <w:pPr>
              <w:spacing w:line="20" w:lineRule="exact"/>
            </w:pPr>
          </w:p>
          <w:p w14:paraId="66393533" w14:textId="77777777" w:rsidR="00623E5F" w:rsidRDefault="00000000">
            <w:pPr>
              <w:keepNext/>
              <w:spacing w:before="16" w:after="6" w:line="245" w:lineRule="auto"/>
            </w:pPr>
            <w:r>
              <w:rPr>
                <w:b/>
                <w:color w:val="000000"/>
                <w:sz w:val="15"/>
              </w:rPr>
              <w:t>1. URA – Elementarne igre – Ogrejem se in usvojim gib</w:t>
            </w:r>
          </w:p>
          <w:p w14:paraId="3BBACEA7"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»Moj prijatelj Piki Jakob« – Kajetan Kovič. Osrednji del 30': 32' – Preveri prostor in opremo, predstavi varnostni znak ter skozi gibalno zgodbo modelira ključno prvino po korakih.</w:t>
            </w:r>
          </w:p>
          <w:p w14:paraId="0896B071"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17FB9560" w14:textId="77777777" w:rsidR="00623E5F" w:rsidRDefault="00000000">
            <w:pPr>
              <w:spacing w:after="15" w:line="245" w:lineRule="auto"/>
            </w:pPr>
            <w:r>
              <w:rPr>
                <w:i/>
                <w:color w:val="D95BC6"/>
                <w:sz w:val="14"/>
              </w:rPr>
              <w:t>Predvideni dokaz: varen odziv na znak, začetni poskus prvine in ustno varnostno pravilo..</w:t>
            </w:r>
          </w:p>
          <w:p w14:paraId="299E51CD" w14:textId="77777777" w:rsidR="00623E5F" w:rsidRDefault="00000000">
            <w:pPr>
              <w:keepNext/>
              <w:spacing w:before="16" w:after="6" w:line="245" w:lineRule="auto"/>
            </w:pPr>
            <w:r>
              <w:rPr>
                <w:b/>
                <w:color w:val="000000"/>
                <w:sz w:val="15"/>
              </w:rPr>
              <w:t>2. URA – Elementarne igre – Vadim na postajah</w:t>
            </w:r>
          </w:p>
          <w:p w14:paraId="39B4FBB7"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»Moj prijatelj Piki Jakob« – Kajetan Kovič. Osrednji del 30': 32' – Pripravi 4–6 postaj z enosmernimi prehodi, pokaže tri ravni izziva in opazovalcu dodeli en jasen kriterij.</w:t>
            </w:r>
          </w:p>
          <w:p w14:paraId="6F2977F0"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24EB37F0" w14:textId="77777777" w:rsidR="00623E5F" w:rsidRDefault="00000000">
            <w:pPr>
              <w:spacing w:after="15" w:line="245" w:lineRule="auto"/>
            </w:pPr>
            <w:r>
              <w:rPr>
                <w:i/>
                <w:color w:val="D95BC6"/>
                <w:sz w:val="14"/>
              </w:rPr>
              <w:t>Predvideni dokaz: opazovalna kartica, izvedba na izbrani ravni in učiteljev zapis o napredku..</w:t>
            </w:r>
          </w:p>
          <w:p w14:paraId="6ECDAE81" w14:textId="77777777" w:rsidR="00623E5F" w:rsidRDefault="00000000">
            <w:pPr>
              <w:keepNext/>
              <w:spacing w:before="16" w:after="6" w:line="245" w:lineRule="auto"/>
            </w:pPr>
            <w:r>
              <w:rPr>
                <w:b/>
                <w:color w:val="000000"/>
                <w:sz w:val="15"/>
              </w:rPr>
              <w:t>3. URA – Elementarne igre – Uporabim v igri</w:t>
            </w:r>
          </w:p>
          <w:p w14:paraId="63AC6D2B"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»Moj prijatelj Piki Jakob« – Kajetan Kovič. Osrednji del 30': 32' – Organizira vključujočo igro ali izziv brez izločanja, spremlja varnost, pošteno igro in uporabo naučene prvine.</w:t>
            </w:r>
          </w:p>
          <w:p w14:paraId="68E4F072"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31E93FD9"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1A16025A" w14:textId="77777777">
              <w:trPr>
                <w:jc w:val="center"/>
              </w:trPr>
              <w:tc>
                <w:tcPr>
                  <w:tcW w:w="7087" w:type="dxa"/>
                  <w:shd w:val="clear" w:color="auto" w:fill="EDC9EA"/>
                  <w:tcMar>
                    <w:top w:w="45" w:type="dxa"/>
                    <w:left w:w="70" w:type="dxa"/>
                    <w:bottom w:w="45" w:type="dxa"/>
                    <w:right w:w="70" w:type="dxa"/>
                  </w:tcMar>
                </w:tcPr>
                <w:p w14:paraId="5C433A07" w14:textId="77777777" w:rsidR="00623E5F" w:rsidRDefault="00000000">
                  <w:pPr>
                    <w:keepNext/>
                  </w:pPr>
                  <w:r>
                    <w:rPr>
                      <w:b/>
                      <w:color w:val="000000"/>
                      <w:sz w:val="16"/>
                    </w:rPr>
                    <w:t>ORGANIZACIJA POSTAJ, PREHODOV IN AKTIVNEGA ČASA</w:t>
                  </w:r>
                </w:p>
              </w:tc>
            </w:tr>
          </w:tbl>
          <w:p w14:paraId="5964E812" w14:textId="77777777" w:rsidR="00623E5F" w:rsidRDefault="00623E5F"/>
          <w:p w14:paraId="0F27EF48" w14:textId="77777777" w:rsidR="00623E5F" w:rsidRDefault="00000000">
            <w:pPr>
              <w:spacing w:before="5" w:after="6" w:line="245" w:lineRule="auto"/>
            </w:pPr>
            <w:r>
              <w:rPr>
                <w:color w:val="000000"/>
                <w:sz w:val="14"/>
              </w:rPr>
              <w:t>Postaja 1: Odzivna: na dogovorjen vidni ali zvočni znak spremenim smer, hitrost, vlogo ali način gibanja.</w:t>
            </w:r>
          </w:p>
          <w:p w14:paraId="0A13507C" w14:textId="77777777" w:rsidR="00623E5F" w:rsidRDefault="00000000">
            <w:pPr>
              <w:spacing w:before="5" w:after="6" w:line="245" w:lineRule="auto"/>
            </w:pPr>
            <w:r>
              <w:rPr>
                <w:color w:val="000000"/>
                <w:sz w:val="14"/>
              </w:rPr>
              <w:t>Postaja 2: Sodelovalna: v paru ali trojici rešim nalogo, pri kateri »upoštevam pravila igre« in ohranim osebni prostor.</w:t>
            </w:r>
          </w:p>
          <w:p w14:paraId="220368C9" w14:textId="77777777" w:rsidR="00623E5F" w:rsidRDefault="00000000">
            <w:pPr>
              <w:spacing w:before="5" w:after="6" w:line="245" w:lineRule="auto"/>
            </w:pPr>
            <w:r>
              <w:rPr>
                <w:color w:val="000000"/>
                <w:sz w:val="14"/>
              </w:rPr>
              <w:t>Postaja 3: Pravilna: s slikovnimi karticami sestavim pravilo, ga pokažem v kratki igri in po potrebi izboljšam.</w:t>
            </w:r>
          </w:p>
          <w:p w14:paraId="77D7A249" w14:textId="77777777" w:rsidR="00623E5F" w:rsidRDefault="00000000">
            <w:pPr>
              <w:spacing w:before="5" w:after="6" w:line="245" w:lineRule="auto"/>
            </w:pPr>
            <w:r>
              <w:rPr>
                <w:color w:val="000000"/>
                <w:sz w:val="14"/>
              </w:rPr>
              <w:t>Postaja 4: Igra brez izločanja: vsi ostajamo dejavni, menjamo vloge in preverimo, kako »sprejemam različne vloge«.</w:t>
            </w:r>
          </w:p>
          <w:p w14:paraId="2679BE5C"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2788A25F" w14:textId="77777777" w:rsidR="00623E5F" w:rsidRDefault="00623E5F"/>
          <w:p w14:paraId="3FC9CCE9" w14:textId="77777777" w:rsidR="00623E5F" w:rsidRDefault="00000000">
            <w:pPr>
              <w:spacing w:after="5" w:line="245" w:lineRule="auto"/>
            </w:pPr>
            <w:r>
              <w:rPr>
                <w:b/>
                <w:color w:val="000000"/>
                <w:sz w:val="15"/>
              </w:rPr>
              <w:t>1. URA – Elementarne igre – Ogrejem se in usvojim gib</w:t>
            </w:r>
          </w:p>
          <w:p w14:paraId="3BC6DB8A"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56E10F41" w14:textId="77777777" w:rsidR="00623E5F" w:rsidRDefault="00000000">
            <w:pPr>
              <w:spacing w:after="14" w:line="245" w:lineRule="auto"/>
            </w:pPr>
            <w:r>
              <w:rPr>
                <w:color w:val="D95BC6"/>
                <w:sz w:val="13"/>
              </w:rPr>
              <w:t>Dokaz: varen odziv na znak, začetni poskus prvine in ustno varnostno pravilo.</w:t>
            </w:r>
          </w:p>
          <w:p w14:paraId="13130D74" w14:textId="77777777" w:rsidR="00623E5F" w:rsidRDefault="00000000">
            <w:pPr>
              <w:spacing w:after="5" w:line="245" w:lineRule="auto"/>
            </w:pPr>
            <w:r>
              <w:rPr>
                <w:b/>
                <w:color w:val="000000"/>
                <w:sz w:val="15"/>
              </w:rPr>
              <w:t>2. URA – Elementarne igre – Vadim na postajah</w:t>
            </w:r>
          </w:p>
          <w:p w14:paraId="5CF7D0A3"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2A0BF195" w14:textId="77777777" w:rsidR="00623E5F" w:rsidRDefault="00000000">
            <w:pPr>
              <w:spacing w:after="14" w:line="245" w:lineRule="auto"/>
            </w:pPr>
            <w:r>
              <w:rPr>
                <w:color w:val="D95BC6"/>
                <w:sz w:val="13"/>
              </w:rPr>
              <w:t>Dokaz: opazovalna kartica, izvedba na izbrani ravni in učiteljev zapis o napredku.</w:t>
            </w:r>
          </w:p>
          <w:p w14:paraId="273F97FA" w14:textId="77777777" w:rsidR="00623E5F" w:rsidRDefault="00000000">
            <w:pPr>
              <w:spacing w:after="5" w:line="245" w:lineRule="auto"/>
            </w:pPr>
            <w:r>
              <w:rPr>
                <w:b/>
                <w:color w:val="000000"/>
                <w:sz w:val="15"/>
              </w:rPr>
              <w:t>3. URA – Elementarne igre – Uporabim v igri</w:t>
            </w:r>
          </w:p>
          <w:p w14:paraId="4DB62A29"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07C46A7" w14:textId="77777777" w:rsidR="00623E5F" w:rsidRDefault="00000000">
            <w:pPr>
              <w:spacing w:after="14" w:line="245" w:lineRule="auto"/>
            </w:pPr>
            <w:r>
              <w:rPr>
                <w:color w:val="D95BC6"/>
                <w:sz w:val="13"/>
              </w:rPr>
              <w:t>Dokaz: uporaba prvine v igri, sodelovanje, upoštevanje pravil in osebno.</w:t>
            </w:r>
          </w:p>
          <w:p w14:paraId="1AAF53C1" w14:textId="77777777" w:rsidR="00623E5F" w:rsidRDefault="00000000">
            <w:pPr>
              <w:spacing w:before="30" w:after="14" w:line="245" w:lineRule="auto"/>
            </w:pPr>
            <w:r>
              <w:rPr>
                <w:b/>
                <w:color w:val="D95BC6"/>
                <w:sz w:val="16"/>
              </w:rPr>
              <w:t>MOJ KROG POSTAJ</w:t>
            </w:r>
          </w:p>
          <w:p w14:paraId="532CD9D8" w14:textId="77777777" w:rsidR="00623E5F" w:rsidRDefault="00000000">
            <w:pPr>
              <w:spacing w:after="8" w:line="245" w:lineRule="auto"/>
            </w:pPr>
            <w:r>
              <w:rPr>
                <w:color w:val="000000"/>
                <w:sz w:val="13"/>
              </w:rPr>
              <w:t>1. Odzivna: na dogovorjen vidni ali zvočni znak spremenim smer, hitrost.</w:t>
            </w:r>
          </w:p>
          <w:p w14:paraId="7AAE1F4A" w14:textId="77777777" w:rsidR="00623E5F" w:rsidRDefault="00000000">
            <w:pPr>
              <w:spacing w:after="8" w:line="245" w:lineRule="auto"/>
            </w:pPr>
            <w:r>
              <w:rPr>
                <w:color w:val="000000"/>
                <w:sz w:val="13"/>
              </w:rPr>
              <w:t>2. Sodelovalna: v paru ali trojici rešim nalogo, pri kateri »upoštevam pravila igre«.</w:t>
            </w:r>
          </w:p>
          <w:p w14:paraId="04F34256" w14:textId="77777777" w:rsidR="00623E5F" w:rsidRDefault="00000000">
            <w:pPr>
              <w:spacing w:after="8" w:line="245" w:lineRule="auto"/>
            </w:pPr>
            <w:r>
              <w:rPr>
                <w:color w:val="000000"/>
                <w:sz w:val="13"/>
              </w:rPr>
              <w:t>3. Pravilna: s slikovnimi karticami sestavim pravilo.</w:t>
            </w:r>
          </w:p>
          <w:p w14:paraId="034498D0" w14:textId="77777777" w:rsidR="00623E5F" w:rsidRDefault="00000000">
            <w:pPr>
              <w:spacing w:after="8" w:line="245" w:lineRule="auto"/>
            </w:pPr>
            <w:r>
              <w:rPr>
                <w:color w:val="000000"/>
                <w:sz w:val="13"/>
              </w:rPr>
              <w:t>4. Igra brez izločanja: vsi ostajamo dejavni, menjamo vloge in preverimo.</w:t>
            </w:r>
          </w:p>
          <w:p w14:paraId="79A7268C"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1C7EB18A" w14:textId="77777777" w:rsidR="00623E5F" w:rsidRDefault="00000000">
            <w:pPr>
              <w:spacing w:after="14" w:line="245" w:lineRule="auto"/>
            </w:pPr>
            <w:r>
              <w:rPr>
                <w:b/>
                <w:color w:val="D95BC6"/>
                <w:sz w:val="16"/>
              </w:rPr>
              <w:t>DOKAZ O UČENJU</w:t>
            </w:r>
          </w:p>
          <w:p w14:paraId="436DBC19"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1CC245AE"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810369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3F7E925"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8B80E7A" w14:textId="77777777" w:rsidR="00623E5F" w:rsidRDefault="00000000">
            <w:pPr>
              <w:jc w:val="center"/>
            </w:pPr>
            <w:r>
              <w:rPr>
                <w:b/>
                <w:color w:val="000000"/>
                <w:sz w:val="20"/>
              </w:rPr>
              <w:t>UČNE DEJAVNOSTI, METODE IN FORMATIVNO SPREMLJANJE</w:t>
            </w:r>
          </w:p>
        </w:tc>
      </w:tr>
      <w:tr w:rsidR="00623E5F" w14:paraId="2298FC6C" w14:textId="77777777">
        <w:trPr>
          <w:tblHeader/>
          <w:jc w:val="center"/>
        </w:trPr>
        <w:tc>
          <w:tcPr>
            <w:tcW w:w="4422" w:type="dxa"/>
            <w:vMerge/>
            <w:tcMar>
              <w:top w:w="70" w:type="dxa"/>
              <w:left w:w="90" w:type="dxa"/>
              <w:bottom w:w="70" w:type="dxa"/>
              <w:right w:w="90" w:type="dxa"/>
            </w:tcMar>
            <w:vAlign w:val="center"/>
          </w:tcPr>
          <w:p w14:paraId="710AF148" w14:textId="77777777" w:rsidR="00623E5F" w:rsidRDefault="00623E5F"/>
        </w:tc>
        <w:tc>
          <w:tcPr>
            <w:tcW w:w="7087" w:type="dxa"/>
            <w:shd w:val="clear" w:color="auto" w:fill="FFFFFF"/>
            <w:tcMar>
              <w:top w:w="70" w:type="dxa"/>
              <w:left w:w="90" w:type="dxa"/>
              <w:bottom w:w="70" w:type="dxa"/>
              <w:right w:w="90" w:type="dxa"/>
            </w:tcMar>
            <w:vAlign w:val="center"/>
          </w:tcPr>
          <w:p w14:paraId="4BD73A5C"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AE6C825" w14:textId="77777777" w:rsidR="00623E5F" w:rsidRDefault="00000000">
            <w:pPr>
              <w:jc w:val="center"/>
            </w:pPr>
            <w:r>
              <w:rPr>
                <w:b/>
                <w:color w:val="000000"/>
              </w:rPr>
              <w:t>UČENEC</w:t>
            </w:r>
          </w:p>
        </w:tc>
      </w:tr>
      <w:tr w:rsidR="00623E5F" w14:paraId="42025694" w14:textId="77777777">
        <w:trPr>
          <w:jc w:val="center"/>
        </w:trPr>
        <w:tc>
          <w:tcPr>
            <w:tcW w:w="4422" w:type="dxa"/>
            <w:tcMar>
              <w:top w:w="70" w:type="dxa"/>
              <w:left w:w="90" w:type="dxa"/>
              <w:bottom w:w="70" w:type="dxa"/>
              <w:right w:w="90" w:type="dxa"/>
            </w:tcMar>
          </w:tcPr>
          <w:p w14:paraId="621891ED" w14:textId="77777777" w:rsidR="00623E5F" w:rsidRDefault="00623E5F"/>
          <w:p w14:paraId="63A31101" w14:textId="77777777" w:rsidR="00623E5F" w:rsidRDefault="00000000">
            <w:pPr>
              <w:spacing w:after="40" w:line="245" w:lineRule="auto"/>
            </w:pPr>
            <w:r>
              <w:rPr>
                <w:b/>
                <w:color w:val="000000"/>
              </w:rPr>
              <w:t>FORMATIVNO SPREMLJANJE</w:t>
            </w:r>
          </w:p>
          <w:p w14:paraId="01D04063" w14:textId="77777777" w:rsidR="00623E5F" w:rsidRDefault="00000000">
            <w:pPr>
              <w:pStyle w:val="Oznaenseznam"/>
              <w:spacing w:after="16"/>
            </w:pPr>
            <w:r>
              <w:rPr>
                <w:color w:val="000000"/>
                <w:sz w:val="15"/>
              </w:rPr>
              <w:t>predznanje: gibalni prikaz, odziv na znak, izbira kartice, začetni poskus ali kratka razlaga</w:t>
            </w:r>
          </w:p>
          <w:p w14:paraId="2D42D475" w14:textId="77777777" w:rsidR="00623E5F" w:rsidRDefault="00000000">
            <w:pPr>
              <w:pStyle w:val="Oznaenseznam"/>
              <w:spacing w:after="16"/>
            </w:pPr>
            <w:r>
              <w:rPr>
                <w:color w:val="000000"/>
                <w:sz w:val="15"/>
              </w:rPr>
              <w:t>nameni in merila: kratka poved, slikovni znak, model varne izvedbe in en opazljiv tehnični poudarek</w:t>
            </w:r>
          </w:p>
          <w:p w14:paraId="77DD52B6"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00BB0888" w14:textId="77777777" w:rsidR="00623E5F" w:rsidRDefault="00000000">
            <w:pPr>
              <w:pStyle w:val="Oznaenseznam"/>
              <w:spacing w:after="16"/>
            </w:pPr>
            <w:r>
              <w:rPr>
                <w:color w:val="000000"/>
                <w:sz w:val="15"/>
              </w:rPr>
              <w:t>povratna informacija: opis opaženega, povezava z enim merilom in takoj izvedljiv ponovni poskus</w:t>
            </w:r>
          </w:p>
          <w:p w14:paraId="2242F8FD" w14:textId="77777777" w:rsidR="00623E5F" w:rsidRDefault="00000000">
            <w:pPr>
              <w:pStyle w:val="Oznaenseznam"/>
              <w:spacing w:after="16"/>
            </w:pPr>
            <w:r>
              <w:rPr>
                <w:color w:val="000000"/>
                <w:sz w:val="15"/>
              </w:rPr>
              <w:t>samovrednotenje: semafor napora in varnosti, lestvica samostojnosti, izbran dokaz ter osebni naslednji korak</w:t>
            </w:r>
          </w:p>
          <w:p w14:paraId="7E56C27F" w14:textId="77777777" w:rsidR="00623E5F" w:rsidRDefault="00000000">
            <w:pPr>
              <w:spacing w:before="40" w:after="20" w:line="245" w:lineRule="auto"/>
            </w:pPr>
            <w:r>
              <w:rPr>
                <w:b/>
                <w:color w:val="000000"/>
                <w:sz w:val="17"/>
              </w:rPr>
              <w:t>VARNOST, POČUTJE IN HIGIENA</w:t>
            </w:r>
          </w:p>
          <w:p w14:paraId="61707D81"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Igre so brez izločanja; kontakt, lovljenje za oblačila in prehitevanje v ozkih prehodih niso dovoljeni.</w:t>
            </w:r>
          </w:p>
          <w:p w14:paraId="338BADBB" w14:textId="77777777" w:rsidR="00623E5F" w:rsidRDefault="00000000">
            <w:pPr>
              <w:spacing w:after="20" w:line="245" w:lineRule="auto"/>
            </w:pPr>
            <w:r>
              <w:rPr>
                <w:b/>
                <w:color w:val="000000"/>
                <w:sz w:val="17"/>
              </w:rPr>
              <w:t>EVIDENCA PO IZVEDBI</w:t>
            </w:r>
          </w:p>
          <w:p w14:paraId="1094C00B"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3598290F" w14:textId="77777777" w:rsidR="00623E5F" w:rsidRDefault="00000000">
            <w:pPr>
              <w:spacing w:before="40" w:after="20" w:line="245" w:lineRule="auto"/>
            </w:pPr>
            <w:r>
              <w:rPr>
                <w:b/>
                <w:color w:val="000000"/>
                <w:sz w:val="17"/>
              </w:rPr>
              <w:t>RAVEN DOSEGANJA</w:t>
            </w:r>
          </w:p>
          <w:p w14:paraId="296BEDBB"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2C8BEB23"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A0FC63C" w14:textId="77777777">
              <w:trPr>
                <w:jc w:val="center"/>
              </w:trPr>
              <w:tc>
                <w:tcPr>
                  <w:tcW w:w="7087" w:type="dxa"/>
                  <w:shd w:val="clear" w:color="auto" w:fill="EDC9EA"/>
                  <w:tcMar>
                    <w:top w:w="45" w:type="dxa"/>
                    <w:left w:w="70" w:type="dxa"/>
                    <w:bottom w:w="45" w:type="dxa"/>
                    <w:right w:w="70" w:type="dxa"/>
                  </w:tcMar>
                </w:tcPr>
                <w:p w14:paraId="0EC86D24" w14:textId="77777777" w:rsidR="00623E5F" w:rsidRDefault="00000000">
                  <w:pPr>
                    <w:keepNext/>
                  </w:pPr>
                  <w:r>
                    <w:rPr>
                      <w:b/>
                      <w:color w:val="000000"/>
                    </w:rPr>
                    <w:t>VPRAŠANJA V PODPORO GIBALNEMU UČENJU</w:t>
                  </w:r>
                </w:p>
              </w:tc>
            </w:tr>
          </w:tbl>
          <w:p w14:paraId="0A34C291" w14:textId="77777777" w:rsidR="00623E5F" w:rsidRDefault="00623E5F">
            <w:pPr>
              <w:spacing w:line="20" w:lineRule="exact"/>
            </w:pPr>
          </w:p>
          <w:p w14:paraId="2518F531" w14:textId="77777777" w:rsidR="00623E5F" w:rsidRDefault="00000000">
            <w:pPr>
              <w:pStyle w:val="Oznaenseznam"/>
              <w:spacing w:after="16"/>
            </w:pPr>
            <w:r>
              <w:rPr>
                <w:color w:val="000000"/>
                <w:sz w:val="15"/>
              </w:rPr>
              <w:t>Kaj si pri prvem poskusu začutil/-a ali opazil/-a v položaju telesa, ravnotežju, smeri, ritmu ali naporu?</w:t>
            </w:r>
          </w:p>
          <w:p w14:paraId="49831B56" w14:textId="77777777" w:rsidR="00623E5F" w:rsidRDefault="00000000">
            <w:pPr>
              <w:pStyle w:val="Oznaenseznam"/>
              <w:spacing w:after="16"/>
            </w:pPr>
            <w:r>
              <w:rPr>
                <w:color w:val="000000"/>
                <w:sz w:val="15"/>
              </w:rPr>
              <w:t>Katero varnostno pravilo in kateri gibalni korak sta bila danes najpomembnejša?</w:t>
            </w:r>
          </w:p>
          <w:p w14:paraId="45BC9778" w14:textId="77777777" w:rsidR="00623E5F" w:rsidRDefault="00000000">
            <w:pPr>
              <w:pStyle w:val="Oznaenseznam"/>
              <w:spacing w:after="16"/>
            </w:pPr>
            <w:r>
              <w:rPr>
                <w:color w:val="000000"/>
                <w:sz w:val="15"/>
              </w:rPr>
              <w:t>Katero raven si izbral/-a, zakaj je bila primerna in kaj si pri naslednjem poskusu spremenil/-a?</w:t>
            </w:r>
          </w:p>
          <w:p w14:paraId="6F0BBFA4" w14:textId="77777777" w:rsidR="00623E5F" w:rsidRDefault="00000000">
            <w:pPr>
              <w:pStyle w:val="Oznaenseznam"/>
              <w:spacing w:after="16"/>
            </w:pPr>
            <w:r>
              <w:rPr>
                <w:color w:val="000000"/>
                <w:sz w:val="15"/>
              </w:rPr>
              <w:t>Kateri tvoj gibalni dokaz najjasneje pokaže dogovorjeno merilo?</w:t>
            </w:r>
          </w:p>
          <w:p w14:paraId="30C3E9BF"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6041DECC" w14:textId="77777777">
              <w:trPr>
                <w:jc w:val="center"/>
              </w:trPr>
              <w:tc>
                <w:tcPr>
                  <w:tcW w:w="7087" w:type="dxa"/>
                  <w:shd w:val="clear" w:color="auto" w:fill="C6E7F3"/>
                  <w:tcMar>
                    <w:top w:w="45" w:type="dxa"/>
                    <w:left w:w="70" w:type="dxa"/>
                    <w:bottom w:w="45" w:type="dxa"/>
                    <w:right w:w="70" w:type="dxa"/>
                  </w:tcMar>
                </w:tcPr>
                <w:p w14:paraId="66EAFEE7" w14:textId="77777777" w:rsidR="00623E5F" w:rsidRDefault="00000000">
                  <w:pPr>
                    <w:keepNext/>
                  </w:pPr>
                  <w:r>
                    <w:rPr>
                      <w:b/>
                      <w:color w:val="000000"/>
                    </w:rPr>
                    <w:t>ZAKLJUČNI DEL – UMIRJANJE, RAZTEZANJE, DOKAZ IN REFLEKSIJA (8–10 min)</w:t>
                  </w:r>
                </w:p>
              </w:tc>
            </w:tr>
          </w:tbl>
          <w:p w14:paraId="5A0D341D" w14:textId="77777777" w:rsidR="00623E5F" w:rsidRDefault="00623E5F">
            <w:pPr>
              <w:spacing w:line="20" w:lineRule="exact"/>
            </w:pPr>
          </w:p>
          <w:p w14:paraId="47952DFA"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5DAC49CE" w14:textId="77777777">
              <w:trPr>
                <w:jc w:val="center"/>
              </w:trPr>
              <w:tc>
                <w:tcPr>
                  <w:tcW w:w="7087" w:type="dxa"/>
                  <w:shd w:val="clear" w:color="auto" w:fill="EDC9EA"/>
                  <w:tcMar>
                    <w:top w:w="45" w:type="dxa"/>
                    <w:left w:w="70" w:type="dxa"/>
                    <w:bottom w:w="45" w:type="dxa"/>
                    <w:right w:w="70" w:type="dxa"/>
                  </w:tcMar>
                </w:tcPr>
                <w:p w14:paraId="4111A9CF" w14:textId="77777777" w:rsidR="00623E5F" w:rsidRDefault="00000000">
                  <w:pPr>
                    <w:keepNext/>
                  </w:pPr>
                  <w:r>
                    <w:rPr>
                      <w:b/>
                      <w:color w:val="000000"/>
                    </w:rPr>
                    <w:t>SAMOVREDNOTENJE</w:t>
                  </w:r>
                </w:p>
              </w:tc>
            </w:tr>
          </w:tbl>
          <w:p w14:paraId="35985B59" w14:textId="77777777" w:rsidR="00623E5F" w:rsidRDefault="00623E5F">
            <w:pPr>
              <w:spacing w:line="20" w:lineRule="exact"/>
            </w:pPr>
          </w:p>
          <w:p w14:paraId="30F5344F"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5DF8A846" w14:textId="77777777">
              <w:trPr>
                <w:jc w:val="center"/>
              </w:trPr>
              <w:tc>
                <w:tcPr>
                  <w:tcW w:w="7087" w:type="dxa"/>
                  <w:shd w:val="clear" w:color="auto" w:fill="EDC9EA"/>
                  <w:tcMar>
                    <w:top w:w="45" w:type="dxa"/>
                    <w:left w:w="70" w:type="dxa"/>
                    <w:bottom w:w="45" w:type="dxa"/>
                    <w:right w:w="70" w:type="dxa"/>
                  </w:tcMar>
                </w:tcPr>
                <w:p w14:paraId="49E47F68" w14:textId="77777777" w:rsidR="00623E5F" w:rsidRDefault="00000000">
                  <w:pPr>
                    <w:keepNext/>
                  </w:pPr>
                  <w:r>
                    <w:rPr>
                      <w:b/>
                      <w:color w:val="000000"/>
                    </w:rPr>
                    <w:t>VRSTNIŠKO OPAZOVANJE IN POVRATNA INFORMACIJA</w:t>
                  </w:r>
                </w:p>
              </w:tc>
            </w:tr>
          </w:tbl>
          <w:p w14:paraId="275C6A0F" w14:textId="77777777" w:rsidR="00623E5F" w:rsidRDefault="00623E5F">
            <w:pPr>
              <w:spacing w:line="20" w:lineRule="exact"/>
            </w:pPr>
          </w:p>
          <w:p w14:paraId="1F5D991E"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62351D25" w14:textId="77777777">
              <w:trPr>
                <w:jc w:val="center"/>
              </w:trPr>
              <w:tc>
                <w:tcPr>
                  <w:tcW w:w="7087" w:type="dxa"/>
                  <w:shd w:val="clear" w:color="auto" w:fill="EDC9EA"/>
                  <w:tcMar>
                    <w:top w:w="45" w:type="dxa"/>
                    <w:left w:w="70" w:type="dxa"/>
                    <w:bottom w:w="45" w:type="dxa"/>
                    <w:right w:w="70" w:type="dxa"/>
                  </w:tcMar>
                </w:tcPr>
                <w:p w14:paraId="64C7DB4E" w14:textId="77777777" w:rsidR="00623E5F" w:rsidRDefault="00000000">
                  <w:pPr>
                    <w:keepNext/>
                  </w:pPr>
                  <w:r>
                    <w:rPr>
                      <w:b/>
                      <w:color w:val="000000"/>
                    </w:rPr>
                    <w:t>SKUPNI POVZETEK</w:t>
                  </w:r>
                </w:p>
              </w:tc>
            </w:tr>
          </w:tbl>
          <w:p w14:paraId="2AABFE2B" w14:textId="77777777" w:rsidR="00623E5F" w:rsidRDefault="00623E5F"/>
          <w:p w14:paraId="2342766A" w14:textId="77777777" w:rsidR="00623E5F" w:rsidRDefault="00000000">
            <w:pPr>
              <w:spacing w:before="20" w:after="40" w:line="245" w:lineRule="auto"/>
            </w:pPr>
            <w:r>
              <w:rPr>
                <w:b/>
                <w:color w:val="000000"/>
                <w:sz w:val="16"/>
              </w:rPr>
              <w:t>upoštevam pravila igre; hitro reagiram na znak; sprejemam različne vloge. Izbrani gibalni dokaz pojasnim in določim varen naslednji korak.</w:t>
            </w:r>
          </w:p>
        </w:tc>
        <w:tc>
          <w:tcPr>
            <w:tcW w:w="2551" w:type="dxa"/>
            <w:tcMar>
              <w:top w:w="70" w:type="dxa"/>
              <w:left w:w="90" w:type="dxa"/>
              <w:bottom w:w="70" w:type="dxa"/>
              <w:right w:w="90" w:type="dxa"/>
            </w:tcMar>
          </w:tcPr>
          <w:p w14:paraId="47C57C3A" w14:textId="77777777" w:rsidR="00623E5F" w:rsidRDefault="00623E5F"/>
          <w:p w14:paraId="7E3B8DFD" w14:textId="77777777" w:rsidR="00623E5F" w:rsidRDefault="00000000">
            <w:pPr>
              <w:spacing w:after="80" w:line="245" w:lineRule="auto"/>
            </w:pPr>
            <w:r>
              <w:rPr>
                <w:color w:val="000000"/>
                <w:sz w:val="15"/>
              </w:rPr>
              <w:t>Odgovarja na podporna vprašanja in se sklicuje na svojo izvedbo, počutje, izbrano raven in varnost.</w:t>
            </w:r>
          </w:p>
          <w:p w14:paraId="4DC329B5" w14:textId="77777777" w:rsidR="00623E5F" w:rsidRDefault="00000000">
            <w:pPr>
              <w:spacing w:after="80" w:line="245" w:lineRule="auto"/>
            </w:pPr>
            <w:r>
              <w:rPr>
                <w:color w:val="000000"/>
                <w:sz w:val="15"/>
              </w:rPr>
              <w:t>Predstavi izbrani gibalni dokaz ter pokaže ali pove, katero merilo z njim dosega.</w:t>
            </w:r>
          </w:p>
          <w:p w14:paraId="5323D5E7" w14:textId="77777777" w:rsidR="00623E5F" w:rsidRDefault="00000000">
            <w:pPr>
              <w:spacing w:after="80" w:line="245" w:lineRule="auto"/>
            </w:pPr>
            <w:r>
              <w:rPr>
                <w:color w:val="000000"/>
                <w:sz w:val="15"/>
              </w:rPr>
              <w:t>Opazuje eno dogovorjeno prvino vrstnikove izvedbe in poda kratek, prijazen ter uporaben odziv.</w:t>
            </w:r>
          </w:p>
          <w:p w14:paraId="20D1CDE5"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2BD48EE7" w14:textId="77777777" w:rsidR="00623E5F" w:rsidRDefault="00000000">
            <w:pPr>
              <w:spacing w:after="100" w:line="245" w:lineRule="auto"/>
            </w:pPr>
            <w:r>
              <w:rPr>
                <w:color w:val="000000"/>
                <w:sz w:val="15"/>
              </w:rPr>
              <w:t>Umiri dihanje, oceni napor in počutje, izbere raven samostojnosti ter določi varen naslednji korak.</w:t>
            </w:r>
          </w:p>
          <w:p w14:paraId="147AFD0D" w14:textId="77777777" w:rsidR="00623E5F" w:rsidRDefault="00000000">
            <w:pPr>
              <w:spacing w:after="20" w:line="245" w:lineRule="auto"/>
            </w:pPr>
            <w:r>
              <w:rPr>
                <w:b/>
                <w:color w:val="D95BC6"/>
                <w:sz w:val="17"/>
              </w:rPr>
              <w:t>DOKAZ O UČENJU</w:t>
            </w:r>
          </w:p>
          <w:p w14:paraId="4D4A99FD"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6EC0332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3C29E178" w14:textId="77777777">
        <w:trPr>
          <w:cantSplit/>
          <w:jc w:val="center"/>
        </w:trPr>
        <w:tc>
          <w:tcPr>
            <w:tcW w:w="14060" w:type="dxa"/>
            <w:gridSpan w:val="6"/>
            <w:tcMar>
              <w:top w:w="70" w:type="dxa"/>
              <w:left w:w="90" w:type="dxa"/>
              <w:bottom w:w="70" w:type="dxa"/>
              <w:right w:w="90" w:type="dxa"/>
            </w:tcMar>
            <w:vAlign w:val="center"/>
          </w:tcPr>
          <w:p w14:paraId="5E77FCCB" w14:textId="77777777" w:rsidR="00623E5F" w:rsidRDefault="00000000">
            <w:pPr>
              <w:jc w:val="center"/>
            </w:pPr>
            <w:r>
              <w:rPr>
                <w:b/>
                <w:color w:val="000000"/>
                <w:sz w:val="24"/>
              </w:rPr>
              <w:lastRenderedPageBreak/>
              <w:t>UČNA PRIPRAVA 4/39</w:t>
            </w:r>
          </w:p>
        </w:tc>
      </w:tr>
      <w:tr w:rsidR="00623E5F" w14:paraId="2B06DC69" w14:textId="77777777">
        <w:trPr>
          <w:jc w:val="center"/>
        </w:trPr>
        <w:tc>
          <w:tcPr>
            <w:tcW w:w="2665" w:type="dxa"/>
            <w:tcMar>
              <w:top w:w="70" w:type="dxa"/>
              <w:left w:w="90" w:type="dxa"/>
              <w:bottom w:w="70" w:type="dxa"/>
              <w:right w:w="90" w:type="dxa"/>
            </w:tcMar>
            <w:vAlign w:val="center"/>
          </w:tcPr>
          <w:p w14:paraId="2DBB9DC0"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19F8A79"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308FEE84"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CBE1E63" w14:textId="77777777" w:rsidR="00623E5F" w:rsidRDefault="00000000">
            <w:r>
              <w:rPr>
                <w:b/>
                <w:color w:val="000000"/>
                <w:sz w:val="16"/>
              </w:rPr>
              <w:t xml:space="preserve">NAČRTOVANI TERMIN: </w:t>
            </w:r>
            <w:r>
              <w:rPr>
                <w:color w:val="000000"/>
                <w:sz w:val="16"/>
              </w:rPr>
              <w:t>4. teden • 21.–25. 9. 2026</w:t>
            </w:r>
          </w:p>
        </w:tc>
        <w:tc>
          <w:tcPr>
            <w:tcW w:w="2268" w:type="dxa"/>
            <w:tcMar>
              <w:top w:w="70" w:type="dxa"/>
              <w:left w:w="90" w:type="dxa"/>
              <w:bottom w:w="70" w:type="dxa"/>
              <w:right w:w="90" w:type="dxa"/>
            </w:tcMar>
            <w:vAlign w:val="center"/>
          </w:tcPr>
          <w:p w14:paraId="44A08D0A"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E4F80A3" w14:textId="77777777" w:rsidR="00623E5F" w:rsidRDefault="00000000">
            <w:r>
              <w:rPr>
                <w:b/>
                <w:color w:val="000000"/>
                <w:sz w:val="16"/>
              </w:rPr>
              <w:t xml:space="preserve">ŠTEVILO UR: </w:t>
            </w:r>
            <w:r>
              <w:rPr>
                <w:color w:val="000000"/>
                <w:sz w:val="16"/>
              </w:rPr>
              <w:t>2</w:t>
            </w:r>
          </w:p>
        </w:tc>
      </w:tr>
      <w:tr w:rsidR="00623E5F" w14:paraId="2CF20FB5" w14:textId="77777777">
        <w:trPr>
          <w:jc w:val="center"/>
        </w:trPr>
        <w:tc>
          <w:tcPr>
            <w:tcW w:w="14061" w:type="dxa"/>
            <w:gridSpan w:val="6"/>
            <w:tcMar>
              <w:top w:w="70" w:type="dxa"/>
              <w:left w:w="90" w:type="dxa"/>
              <w:bottom w:w="70" w:type="dxa"/>
              <w:right w:w="90" w:type="dxa"/>
            </w:tcMar>
            <w:vAlign w:val="center"/>
          </w:tcPr>
          <w:p w14:paraId="414270E6"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202D014E" w14:textId="77777777">
        <w:trPr>
          <w:cantSplit/>
          <w:jc w:val="center"/>
        </w:trPr>
        <w:tc>
          <w:tcPr>
            <w:tcW w:w="14060" w:type="dxa"/>
            <w:gridSpan w:val="6"/>
            <w:tcMar>
              <w:top w:w="70" w:type="dxa"/>
              <w:left w:w="90" w:type="dxa"/>
              <w:bottom w:w="70" w:type="dxa"/>
              <w:right w:w="90" w:type="dxa"/>
            </w:tcMar>
            <w:vAlign w:val="center"/>
          </w:tcPr>
          <w:p w14:paraId="5D5158A9" w14:textId="77777777" w:rsidR="00623E5F" w:rsidRDefault="00623E5F"/>
          <w:p w14:paraId="14C3374B" w14:textId="77777777" w:rsidR="00623E5F" w:rsidRDefault="00000000">
            <w:pPr>
              <w:spacing w:line="245" w:lineRule="auto"/>
            </w:pPr>
            <w:r>
              <w:rPr>
                <w:b/>
                <w:color w:val="000000"/>
                <w:sz w:val="15"/>
              </w:rPr>
              <w:t xml:space="preserve">UČNI SKLOP: </w:t>
            </w:r>
            <w:r>
              <w:rPr>
                <w:color w:val="000000"/>
                <w:sz w:val="15"/>
              </w:rPr>
              <w:t>V ŠOLO – JAZ, ODNOSI IN UČENJE</w:t>
            </w:r>
          </w:p>
        </w:tc>
      </w:tr>
      <w:tr w:rsidR="00623E5F" w14:paraId="3A8B98B0" w14:textId="77777777">
        <w:trPr>
          <w:cantSplit/>
          <w:jc w:val="center"/>
        </w:trPr>
        <w:tc>
          <w:tcPr>
            <w:tcW w:w="14060" w:type="dxa"/>
            <w:gridSpan w:val="6"/>
            <w:tcMar>
              <w:top w:w="70" w:type="dxa"/>
              <w:left w:w="90" w:type="dxa"/>
              <w:bottom w:w="70" w:type="dxa"/>
              <w:right w:w="90" w:type="dxa"/>
            </w:tcMar>
            <w:vAlign w:val="center"/>
          </w:tcPr>
          <w:p w14:paraId="7997C4A1" w14:textId="77777777" w:rsidR="00623E5F" w:rsidRDefault="00623E5F"/>
          <w:p w14:paraId="4E5F56A3" w14:textId="77777777" w:rsidR="00623E5F" w:rsidRDefault="00000000">
            <w:pPr>
              <w:spacing w:line="245" w:lineRule="auto"/>
            </w:pPr>
            <w:r>
              <w:rPr>
                <w:b/>
                <w:color w:val="000000"/>
                <w:sz w:val="15"/>
              </w:rPr>
              <w:t xml:space="preserve">UČNA TEMA: </w:t>
            </w:r>
            <w:r>
              <w:rPr>
                <w:color w:val="000000"/>
                <w:sz w:val="15"/>
              </w:rPr>
              <w:t>GIBANJE V NARAVI</w:t>
            </w:r>
          </w:p>
        </w:tc>
      </w:tr>
      <w:tr w:rsidR="00623E5F" w14:paraId="2D7DDA00" w14:textId="77777777">
        <w:trPr>
          <w:cantSplit/>
          <w:jc w:val="center"/>
        </w:trPr>
        <w:tc>
          <w:tcPr>
            <w:tcW w:w="14060" w:type="dxa"/>
            <w:gridSpan w:val="6"/>
            <w:tcMar>
              <w:top w:w="70" w:type="dxa"/>
              <w:left w:w="90" w:type="dxa"/>
              <w:bottom w:w="70" w:type="dxa"/>
              <w:right w:w="90" w:type="dxa"/>
            </w:tcMar>
            <w:vAlign w:val="center"/>
          </w:tcPr>
          <w:p w14:paraId="186D59E1" w14:textId="77777777" w:rsidR="00623E5F" w:rsidRDefault="00623E5F"/>
          <w:p w14:paraId="361DBA38" w14:textId="77777777" w:rsidR="00623E5F" w:rsidRDefault="00000000">
            <w:pPr>
              <w:spacing w:line="245" w:lineRule="auto"/>
            </w:pPr>
            <w:r>
              <w:rPr>
                <w:b/>
                <w:color w:val="000000"/>
                <w:sz w:val="15"/>
              </w:rPr>
              <w:t xml:space="preserve">KNJIŽEVNO / MOTIVNO IZHODIŠČE: </w:t>
            </w:r>
            <w:r>
              <w:rPr>
                <w:color w:val="000000"/>
                <w:sz w:val="15"/>
              </w:rPr>
              <w:t>»Maček Muri« – Kajetan Kovič • dnevna rutina, skupnost in pot po znanem okolju</w:t>
            </w:r>
          </w:p>
        </w:tc>
      </w:tr>
      <w:tr w:rsidR="00623E5F" w14:paraId="7F110F14" w14:textId="77777777">
        <w:trPr>
          <w:cantSplit/>
          <w:jc w:val="center"/>
        </w:trPr>
        <w:tc>
          <w:tcPr>
            <w:tcW w:w="14060" w:type="dxa"/>
            <w:gridSpan w:val="6"/>
            <w:tcMar>
              <w:top w:w="70" w:type="dxa"/>
              <w:left w:w="90" w:type="dxa"/>
              <w:bottom w:w="70" w:type="dxa"/>
              <w:right w:w="90" w:type="dxa"/>
            </w:tcMar>
            <w:vAlign w:val="center"/>
          </w:tcPr>
          <w:p w14:paraId="5020FBCE" w14:textId="77777777" w:rsidR="00623E5F" w:rsidRDefault="00623E5F"/>
          <w:p w14:paraId="1C68E475" w14:textId="77777777" w:rsidR="00623E5F" w:rsidRDefault="00000000">
            <w:pPr>
              <w:spacing w:line="245" w:lineRule="auto"/>
            </w:pPr>
            <w:r>
              <w:rPr>
                <w:b/>
                <w:color w:val="000000"/>
                <w:sz w:val="15"/>
              </w:rPr>
              <w:t xml:space="preserve">GIBALNO IZHODIŠČE / MOTIVACIJA: </w:t>
            </w:r>
            <w:r>
              <w:rPr>
                <w:color w:val="000000"/>
                <w:sz w:val="15"/>
              </w:rPr>
              <w:t>skrivnostni zemljevid pokaže pot, teren in štiri varne točke; učenci z opazovanjem prostora načrtujejo gibanje na temo »gibanje v naravi«. Tedenski gibalni izziv: izvede orientacijsko igro »Po Murijevih poteh«.</w:t>
            </w:r>
          </w:p>
        </w:tc>
      </w:tr>
      <w:tr w:rsidR="00623E5F" w14:paraId="6E51A0CF" w14:textId="77777777">
        <w:trPr>
          <w:cantSplit/>
          <w:jc w:val="center"/>
        </w:trPr>
        <w:tc>
          <w:tcPr>
            <w:tcW w:w="14060" w:type="dxa"/>
            <w:gridSpan w:val="6"/>
            <w:tcMar>
              <w:top w:w="70" w:type="dxa"/>
              <w:left w:w="90" w:type="dxa"/>
              <w:bottom w:w="70" w:type="dxa"/>
              <w:right w:w="90" w:type="dxa"/>
            </w:tcMar>
            <w:vAlign w:val="center"/>
          </w:tcPr>
          <w:p w14:paraId="4C7C6368" w14:textId="77777777" w:rsidR="00623E5F" w:rsidRDefault="00623E5F"/>
          <w:p w14:paraId="5AFE7169" w14:textId="77777777" w:rsidR="00623E5F" w:rsidRDefault="00000000">
            <w:pPr>
              <w:spacing w:line="245" w:lineRule="auto"/>
            </w:pPr>
            <w:r>
              <w:rPr>
                <w:b/>
                <w:color w:val="000000"/>
                <w:sz w:val="15"/>
              </w:rPr>
              <w:t xml:space="preserve">UČNE ENOTE: </w:t>
            </w:r>
            <w:r>
              <w:rPr>
                <w:color w:val="000000"/>
                <w:sz w:val="15"/>
              </w:rPr>
              <w:t>1. ura – Gibanje v naravi – Ogrejem se in usvojim gib • 2. ura – Gibanje v naravi – Uporabim v igri</w:t>
            </w:r>
          </w:p>
        </w:tc>
      </w:tr>
      <w:tr w:rsidR="00623E5F" w14:paraId="0B2C1484" w14:textId="77777777">
        <w:trPr>
          <w:cantSplit/>
          <w:jc w:val="center"/>
        </w:trPr>
        <w:tc>
          <w:tcPr>
            <w:tcW w:w="14060" w:type="dxa"/>
            <w:gridSpan w:val="6"/>
            <w:tcMar>
              <w:top w:w="70" w:type="dxa"/>
              <w:left w:w="90" w:type="dxa"/>
              <w:bottom w:w="70" w:type="dxa"/>
              <w:right w:w="90" w:type="dxa"/>
            </w:tcMar>
            <w:vAlign w:val="center"/>
          </w:tcPr>
          <w:p w14:paraId="4C9312F8" w14:textId="77777777" w:rsidR="00623E5F" w:rsidRDefault="00623E5F"/>
          <w:p w14:paraId="414B91FB"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586BC5BE" w14:textId="77777777">
        <w:trPr>
          <w:cantSplit/>
          <w:jc w:val="center"/>
        </w:trPr>
        <w:tc>
          <w:tcPr>
            <w:tcW w:w="14060" w:type="dxa"/>
            <w:gridSpan w:val="6"/>
            <w:tcMar>
              <w:top w:w="70" w:type="dxa"/>
              <w:left w:w="90" w:type="dxa"/>
              <w:bottom w:w="70" w:type="dxa"/>
              <w:right w:w="90" w:type="dxa"/>
            </w:tcMar>
            <w:vAlign w:val="center"/>
          </w:tcPr>
          <w:p w14:paraId="351BC69F" w14:textId="77777777" w:rsidR="00623E5F" w:rsidRDefault="00623E5F"/>
          <w:p w14:paraId="059FA439"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19BE0CDD" w14:textId="77777777">
        <w:trPr>
          <w:cantSplit/>
          <w:jc w:val="center"/>
        </w:trPr>
        <w:tc>
          <w:tcPr>
            <w:tcW w:w="14060" w:type="dxa"/>
            <w:gridSpan w:val="6"/>
            <w:tcMar>
              <w:top w:w="70" w:type="dxa"/>
              <w:left w:w="90" w:type="dxa"/>
              <w:bottom w:w="70" w:type="dxa"/>
              <w:right w:w="90" w:type="dxa"/>
            </w:tcMar>
            <w:vAlign w:val="center"/>
          </w:tcPr>
          <w:p w14:paraId="398DFC37" w14:textId="77777777" w:rsidR="00623E5F" w:rsidRDefault="00623E5F"/>
          <w:p w14:paraId="17119CEE"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40172532" w14:textId="77777777">
        <w:trPr>
          <w:cantSplit/>
          <w:jc w:val="center"/>
        </w:trPr>
        <w:tc>
          <w:tcPr>
            <w:tcW w:w="14060" w:type="dxa"/>
            <w:gridSpan w:val="6"/>
            <w:tcMar>
              <w:top w:w="70" w:type="dxa"/>
              <w:left w:w="90" w:type="dxa"/>
              <w:bottom w:w="70" w:type="dxa"/>
              <w:right w:w="90" w:type="dxa"/>
            </w:tcMar>
            <w:vAlign w:val="center"/>
          </w:tcPr>
          <w:p w14:paraId="2B0028D1" w14:textId="77777777" w:rsidR="00623E5F" w:rsidRDefault="00623E5F"/>
          <w:p w14:paraId="402AAC0C" w14:textId="77777777" w:rsidR="00623E5F" w:rsidRDefault="00000000">
            <w:pPr>
              <w:spacing w:line="245" w:lineRule="auto"/>
            </w:pPr>
            <w:r>
              <w:rPr>
                <w:b/>
                <w:color w:val="000000"/>
                <w:sz w:val="15"/>
              </w:rPr>
              <w:t xml:space="preserve">MEDPREDMETNE POVEZAVE: </w:t>
            </w:r>
            <w:r>
              <w:rPr>
                <w:color w:val="000000"/>
                <w:sz w:val="15"/>
              </w:rPr>
              <w:t>SPO – dnevna rutina, skupnost in pot po znanem okolju,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414E46B5" w14:textId="77777777">
        <w:trPr>
          <w:cantSplit/>
          <w:jc w:val="center"/>
        </w:trPr>
        <w:tc>
          <w:tcPr>
            <w:tcW w:w="14060" w:type="dxa"/>
            <w:gridSpan w:val="6"/>
            <w:tcMar>
              <w:top w:w="70" w:type="dxa"/>
              <w:left w:w="90" w:type="dxa"/>
              <w:bottom w:w="70" w:type="dxa"/>
              <w:right w:w="90" w:type="dxa"/>
            </w:tcMar>
            <w:vAlign w:val="center"/>
          </w:tcPr>
          <w:p w14:paraId="52FACB06" w14:textId="77777777" w:rsidR="00623E5F" w:rsidRDefault="00623E5F"/>
          <w:p w14:paraId="7A4B998A" w14:textId="77777777" w:rsidR="00623E5F" w:rsidRDefault="00000000">
            <w:pPr>
              <w:spacing w:line="245" w:lineRule="auto"/>
            </w:pPr>
            <w:r>
              <w:rPr>
                <w:b/>
                <w:color w:val="000000"/>
                <w:sz w:val="15"/>
              </w:rPr>
              <w:t xml:space="preserve">UČNA SREDSTVA IN PRIPOMOČKI: </w:t>
            </w:r>
            <w:r>
              <w:rPr>
                <w:color w:val="000000"/>
                <w:sz w:val="15"/>
              </w:rPr>
              <w:t>talne ali orientacijske oznake, vrvice, slikovni zemljevid, stožci, opazovalne kartice, voda in komplet prve pomoči; kartice namena in kriterijev; oznake štirih postaj; opazovalni list; semafor napora in mapa dokazov</w:t>
            </w:r>
          </w:p>
        </w:tc>
      </w:tr>
      <w:tr w:rsidR="00623E5F" w14:paraId="5D9BD58D" w14:textId="77777777">
        <w:trPr>
          <w:cantSplit/>
          <w:jc w:val="center"/>
        </w:trPr>
        <w:tc>
          <w:tcPr>
            <w:tcW w:w="14060" w:type="dxa"/>
            <w:gridSpan w:val="6"/>
            <w:tcMar>
              <w:top w:w="70" w:type="dxa"/>
              <w:left w:w="90" w:type="dxa"/>
              <w:bottom w:w="70" w:type="dxa"/>
              <w:right w:w="90" w:type="dxa"/>
            </w:tcMar>
            <w:vAlign w:val="center"/>
          </w:tcPr>
          <w:p w14:paraId="72FB6617" w14:textId="77777777" w:rsidR="00623E5F" w:rsidRDefault="00623E5F"/>
          <w:p w14:paraId="3188867A"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5019E300" w14:textId="77777777">
        <w:trPr>
          <w:cantSplit/>
          <w:jc w:val="center"/>
        </w:trPr>
        <w:tc>
          <w:tcPr>
            <w:tcW w:w="14060" w:type="dxa"/>
            <w:gridSpan w:val="6"/>
            <w:tcMar>
              <w:top w:w="70" w:type="dxa"/>
              <w:left w:w="90" w:type="dxa"/>
              <w:bottom w:w="70" w:type="dxa"/>
              <w:right w:w="90" w:type="dxa"/>
            </w:tcMar>
            <w:vAlign w:val="center"/>
          </w:tcPr>
          <w:p w14:paraId="3E5C7D41" w14:textId="77777777" w:rsidR="00623E5F" w:rsidRDefault="00623E5F"/>
          <w:p w14:paraId="7D3E0A31" w14:textId="77777777" w:rsidR="00623E5F" w:rsidRDefault="00000000">
            <w:pPr>
              <w:spacing w:line="245" w:lineRule="auto"/>
            </w:pPr>
            <w:r>
              <w:rPr>
                <w:b/>
                <w:color w:val="000000"/>
                <w:sz w:val="15"/>
              </w:rPr>
              <w:t xml:space="preserve">OCENJEVANJE / DAN DEJAVNOSTI: </w:t>
            </w:r>
            <w:r>
              <w:rPr>
                <w:color w:val="000000"/>
                <w:sz w:val="15"/>
              </w:rPr>
              <w:t>ŠPORTNI DAN</w:t>
            </w:r>
          </w:p>
        </w:tc>
      </w:tr>
      <w:tr w:rsidR="00623E5F" w14:paraId="584EB75F" w14:textId="77777777">
        <w:trPr>
          <w:cantSplit/>
          <w:jc w:val="center"/>
        </w:trPr>
        <w:tc>
          <w:tcPr>
            <w:tcW w:w="14060" w:type="dxa"/>
            <w:gridSpan w:val="6"/>
            <w:tcMar>
              <w:top w:w="70" w:type="dxa"/>
              <w:left w:w="90" w:type="dxa"/>
              <w:bottom w:w="70" w:type="dxa"/>
              <w:right w:w="90" w:type="dxa"/>
            </w:tcMar>
            <w:vAlign w:val="center"/>
          </w:tcPr>
          <w:p w14:paraId="0C2651BE" w14:textId="77777777" w:rsidR="00623E5F" w:rsidRDefault="00623E5F"/>
          <w:p w14:paraId="351A983A"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5EDD8A3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5EB9F3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40CE7A6"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E1FD2ED" w14:textId="77777777" w:rsidR="00623E5F" w:rsidRDefault="00000000">
            <w:pPr>
              <w:jc w:val="center"/>
            </w:pPr>
            <w:r>
              <w:rPr>
                <w:b/>
                <w:color w:val="000000"/>
                <w:sz w:val="20"/>
              </w:rPr>
              <w:t>UČNE DEJAVNOSTI, METODE IN FORMATIVNO SPREMLJANJE</w:t>
            </w:r>
          </w:p>
        </w:tc>
      </w:tr>
      <w:tr w:rsidR="00623E5F" w14:paraId="4B6862D5" w14:textId="77777777">
        <w:trPr>
          <w:tblHeader/>
          <w:jc w:val="center"/>
        </w:trPr>
        <w:tc>
          <w:tcPr>
            <w:tcW w:w="4422" w:type="dxa"/>
            <w:vMerge/>
            <w:tcMar>
              <w:top w:w="70" w:type="dxa"/>
              <w:left w:w="90" w:type="dxa"/>
              <w:bottom w:w="70" w:type="dxa"/>
              <w:right w:w="90" w:type="dxa"/>
            </w:tcMar>
            <w:vAlign w:val="center"/>
          </w:tcPr>
          <w:p w14:paraId="0B4902DD" w14:textId="77777777" w:rsidR="00623E5F" w:rsidRDefault="00623E5F"/>
        </w:tc>
        <w:tc>
          <w:tcPr>
            <w:tcW w:w="7087" w:type="dxa"/>
            <w:shd w:val="clear" w:color="auto" w:fill="FFFFFF"/>
            <w:tcMar>
              <w:top w:w="70" w:type="dxa"/>
              <w:left w:w="90" w:type="dxa"/>
              <w:bottom w:w="70" w:type="dxa"/>
              <w:right w:w="90" w:type="dxa"/>
            </w:tcMar>
            <w:vAlign w:val="center"/>
          </w:tcPr>
          <w:p w14:paraId="0AFF9CFF"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B36ABC5" w14:textId="77777777" w:rsidR="00623E5F" w:rsidRDefault="00000000">
            <w:pPr>
              <w:jc w:val="center"/>
            </w:pPr>
            <w:r>
              <w:rPr>
                <w:b/>
                <w:color w:val="000000"/>
              </w:rPr>
              <w:t>UČENEC</w:t>
            </w:r>
          </w:p>
        </w:tc>
      </w:tr>
      <w:tr w:rsidR="00623E5F" w14:paraId="11FF312A" w14:textId="77777777">
        <w:trPr>
          <w:jc w:val="center"/>
        </w:trPr>
        <w:tc>
          <w:tcPr>
            <w:tcW w:w="4422" w:type="dxa"/>
            <w:tcMar>
              <w:top w:w="70" w:type="dxa"/>
              <w:left w:w="90" w:type="dxa"/>
              <w:bottom w:w="70" w:type="dxa"/>
              <w:right w:w="90" w:type="dxa"/>
            </w:tcMar>
          </w:tcPr>
          <w:p w14:paraId="7EA45D0B" w14:textId="77777777" w:rsidR="00623E5F" w:rsidRDefault="00623E5F"/>
          <w:p w14:paraId="02925CC5" w14:textId="77777777" w:rsidR="00623E5F" w:rsidRDefault="00000000">
            <w:pPr>
              <w:spacing w:after="60" w:line="245" w:lineRule="auto"/>
            </w:pPr>
            <w:r>
              <w:rPr>
                <w:b/>
                <w:color w:val="000000"/>
              </w:rPr>
              <w:t>UČNI CILJI</w:t>
            </w:r>
          </w:p>
          <w:p w14:paraId="43FDA917" w14:textId="77777777" w:rsidR="00623E5F" w:rsidRDefault="00000000">
            <w:pPr>
              <w:spacing w:after="20" w:line="245" w:lineRule="auto"/>
            </w:pPr>
            <w:r>
              <w:rPr>
                <w:b/>
                <w:color w:val="000000"/>
                <w:sz w:val="17"/>
              </w:rPr>
              <w:t>SPLOŠNI</w:t>
            </w:r>
          </w:p>
          <w:p w14:paraId="754CA1AF"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17E3AE9D" w14:textId="77777777" w:rsidR="00623E5F" w:rsidRDefault="00000000">
            <w:pPr>
              <w:pStyle w:val="Oznaenseznam"/>
              <w:spacing w:after="16"/>
            </w:pPr>
            <w:r>
              <w:rPr>
                <w:color w:val="000000"/>
                <w:sz w:val="15"/>
              </w:rPr>
              <w:t>varno hodi, teče, skače, meče, pleza, se plazi, lovi, ravnoteži, pleše in uporablja različne rekvizite</w:t>
            </w:r>
          </w:p>
          <w:p w14:paraId="14AE7037" w14:textId="77777777" w:rsidR="00623E5F" w:rsidRDefault="00000000">
            <w:pPr>
              <w:pStyle w:val="Oznaenseznam"/>
              <w:spacing w:after="16"/>
            </w:pPr>
            <w:r>
              <w:rPr>
                <w:color w:val="000000"/>
                <w:sz w:val="15"/>
              </w:rPr>
              <w:t>razume pomen rednega gibanja, ogrevanja, higiene, primerne opreme, počitka in varnega ravnanja</w:t>
            </w:r>
          </w:p>
          <w:p w14:paraId="0313A3C8"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237EF32B" w14:textId="77777777" w:rsidR="00623E5F" w:rsidRDefault="00000000">
            <w:pPr>
              <w:spacing w:before="40" w:after="20" w:line="245" w:lineRule="auto"/>
            </w:pPr>
            <w:r>
              <w:rPr>
                <w:b/>
                <w:color w:val="000000"/>
                <w:sz w:val="17"/>
              </w:rPr>
              <w:t>OPERATIVNI</w:t>
            </w:r>
          </w:p>
          <w:p w14:paraId="58438559" w14:textId="77777777" w:rsidR="00623E5F" w:rsidRDefault="00000000">
            <w:pPr>
              <w:pStyle w:val="Oznaenseznam"/>
              <w:spacing w:after="16"/>
            </w:pPr>
            <w:r>
              <w:rPr>
                <w:color w:val="000000"/>
                <w:sz w:val="15"/>
              </w:rPr>
              <w:t>se giblje po različnih podlagah</w:t>
            </w:r>
          </w:p>
          <w:p w14:paraId="315F982D" w14:textId="77777777" w:rsidR="00623E5F" w:rsidRDefault="00000000">
            <w:pPr>
              <w:pStyle w:val="Oznaenseznam"/>
              <w:spacing w:after="16"/>
            </w:pPr>
            <w:r>
              <w:rPr>
                <w:color w:val="000000"/>
                <w:sz w:val="15"/>
              </w:rPr>
              <w:t>vzdržuje ravnotežje</w:t>
            </w:r>
          </w:p>
          <w:p w14:paraId="3B5DBEF4" w14:textId="77777777" w:rsidR="00623E5F" w:rsidRDefault="00000000">
            <w:pPr>
              <w:pStyle w:val="Oznaenseznam"/>
              <w:spacing w:after="16"/>
            </w:pPr>
            <w:r>
              <w:rPr>
                <w:color w:val="000000"/>
                <w:sz w:val="15"/>
              </w:rPr>
              <w:t>ravna odgovorno do okolja</w:t>
            </w:r>
          </w:p>
          <w:p w14:paraId="167370DB" w14:textId="77777777" w:rsidR="00623E5F" w:rsidRDefault="00000000">
            <w:pPr>
              <w:spacing w:before="40" w:after="20" w:line="245" w:lineRule="auto"/>
            </w:pPr>
            <w:r>
              <w:rPr>
                <w:b/>
                <w:color w:val="000000"/>
                <w:sz w:val="17"/>
              </w:rPr>
              <w:t>PRIČAKOVANI DOSEŽKI / MINIMALNI POUDARKI</w:t>
            </w:r>
          </w:p>
          <w:p w14:paraId="65BD4FB5" w14:textId="77777777" w:rsidR="00623E5F" w:rsidRDefault="00000000">
            <w:pPr>
              <w:pStyle w:val="Oznaenseznam"/>
              <w:spacing w:after="16"/>
            </w:pPr>
            <w:r>
              <w:rPr>
                <w:color w:val="000000"/>
                <w:sz w:val="15"/>
              </w:rPr>
              <w:t>učenec samostojno oziroma z dogovorjeno oporo se giblje po različnih podlagah</w:t>
            </w:r>
          </w:p>
          <w:p w14:paraId="2AA7BDE7" w14:textId="77777777" w:rsidR="00623E5F" w:rsidRDefault="00000000">
            <w:pPr>
              <w:pStyle w:val="Oznaenseznam"/>
              <w:spacing w:after="16"/>
            </w:pPr>
            <w:r>
              <w:rPr>
                <w:color w:val="000000"/>
                <w:sz w:val="15"/>
              </w:rPr>
              <w:t>učenec samostojno oziroma z dogovorjeno oporo vzdržuje ravnotežje</w:t>
            </w:r>
          </w:p>
          <w:p w14:paraId="002D1705" w14:textId="77777777" w:rsidR="00623E5F" w:rsidRDefault="00000000">
            <w:pPr>
              <w:pStyle w:val="Oznaenseznam"/>
              <w:spacing w:after="16"/>
            </w:pPr>
            <w:r>
              <w:rPr>
                <w:color w:val="000000"/>
                <w:sz w:val="15"/>
              </w:rPr>
              <w:t>učenec samostojno oziroma z dogovorjeno oporo ravna odgovorno do okolja</w:t>
            </w:r>
          </w:p>
        </w:tc>
        <w:tc>
          <w:tcPr>
            <w:tcW w:w="7087" w:type="dxa"/>
            <w:tcMar>
              <w:top w:w="70" w:type="dxa"/>
              <w:left w:w="90" w:type="dxa"/>
              <w:bottom w:w="70" w:type="dxa"/>
              <w:right w:w="90" w:type="dxa"/>
            </w:tcMar>
          </w:tcPr>
          <w:p w14:paraId="5CD8D4F6"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3CBC36B" w14:textId="77777777">
              <w:trPr>
                <w:jc w:val="center"/>
              </w:trPr>
              <w:tc>
                <w:tcPr>
                  <w:tcW w:w="7087" w:type="dxa"/>
                  <w:shd w:val="clear" w:color="auto" w:fill="C6E7F3"/>
                  <w:tcMar>
                    <w:top w:w="45" w:type="dxa"/>
                    <w:left w:w="70" w:type="dxa"/>
                    <w:bottom w:w="45" w:type="dxa"/>
                    <w:right w:w="70" w:type="dxa"/>
                  </w:tcMar>
                </w:tcPr>
                <w:p w14:paraId="056EB96A" w14:textId="77777777" w:rsidR="00623E5F" w:rsidRDefault="00000000">
                  <w:pPr>
                    <w:keepNext/>
                  </w:pPr>
                  <w:r>
                    <w:rPr>
                      <w:b/>
                      <w:color w:val="000000"/>
                    </w:rPr>
                    <w:t>UVODNI DEL – POČUTJE, GIBALNI NAMIG, PREDZNANJE IN NAMEN UČENJA (7–10 min)</w:t>
                  </w:r>
                </w:p>
              </w:tc>
            </w:tr>
          </w:tbl>
          <w:p w14:paraId="3B14A448" w14:textId="77777777" w:rsidR="00623E5F" w:rsidRDefault="00623E5F">
            <w:pPr>
              <w:spacing w:line="20" w:lineRule="exact"/>
            </w:pPr>
          </w:p>
          <w:p w14:paraId="21EF31C7" w14:textId="77777777" w:rsidR="00623E5F" w:rsidRDefault="00000000">
            <w:pPr>
              <w:spacing w:before="40" w:after="60" w:line="245" w:lineRule="auto"/>
            </w:pPr>
            <w:r>
              <w:rPr>
                <w:color w:val="000000"/>
                <w:sz w:val="15"/>
              </w:rPr>
              <w:t>Ob književnem motivu »Maček Muri« – Kajetan Kovič učenci vstopijo v temo dnevna rutina, skupnost in pot po znanem okolju. Učiteljica pripravi kratek gibalni namig: skrivnostni zemljevid pokaže pot, teren in štiri varne točke; učenci z opazovanjem prostora načrtujejo gibanje na temo »gibanje v naravi«. Tedenski gibalni izziv: izvede orientacijsko igro »Po Murijevih poteh«.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186B722B" w14:textId="77777777">
              <w:trPr>
                <w:jc w:val="center"/>
              </w:trPr>
              <w:tc>
                <w:tcPr>
                  <w:tcW w:w="7087" w:type="dxa"/>
                  <w:shd w:val="clear" w:color="auto" w:fill="EDC9EA"/>
                  <w:tcMar>
                    <w:top w:w="45" w:type="dxa"/>
                    <w:left w:w="70" w:type="dxa"/>
                    <w:bottom w:w="45" w:type="dxa"/>
                    <w:right w:w="70" w:type="dxa"/>
                  </w:tcMar>
                </w:tcPr>
                <w:p w14:paraId="70556E0A" w14:textId="77777777" w:rsidR="00623E5F" w:rsidRDefault="00000000">
                  <w:pPr>
                    <w:keepNext/>
                  </w:pPr>
                  <w:r>
                    <w:rPr>
                      <w:b/>
                      <w:color w:val="000000"/>
                    </w:rPr>
                    <w:t>NAMENI UČENJA</w:t>
                  </w:r>
                </w:p>
              </w:tc>
            </w:tr>
          </w:tbl>
          <w:p w14:paraId="6D078AE6" w14:textId="77777777" w:rsidR="00623E5F" w:rsidRDefault="00623E5F">
            <w:pPr>
              <w:spacing w:line="20" w:lineRule="exact"/>
            </w:pPr>
          </w:p>
          <w:p w14:paraId="55688AFF"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26A932C7" w14:textId="77777777" w:rsidR="00623E5F" w:rsidRDefault="00000000">
            <w:pPr>
              <w:pStyle w:val="Oznaenseznam"/>
              <w:spacing w:after="16"/>
            </w:pPr>
            <w:r>
              <w:rPr>
                <w:color w:val="000000"/>
                <w:sz w:val="15"/>
              </w:rPr>
              <w:t>se giblje po različnih podlagah</w:t>
            </w:r>
          </w:p>
          <w:p w14:paraId="440DC37A" w14:textId="77777777" w:rsidR="00623E5F" w:rsidRDefault="00000000">
            <w:pPr>
              <w:pStyle w:val="Oznaenseznam"/>
              <w:spacing w:after="16"/>
            </w:pPr>
            <w:r>
              <w:rPr>
                <w:color w:val="000000"/>
                <w:sz w:val="15"/>
              </w:rPr>
              <w:t>vzdržujem ravnotežje</w:t>
            </w:r>
          </w:p>
          <w:p w14:paraId="5F10E839" w14:textId="77777777" w:rsidR="00623E5F" w:rsidRDefault="00000000">
            <w:pPr>
              <w:pStyle w:val="Oznaenseznam"/>
              <w:spacing w:after="16"/>
            </w:pPr>
            <w:r>
              <w:rPr>
                <w:color w:val="000000"/>
                <w:sz w:val="15"/>
              </w:rPr>
              <w:t>ravnam odgovorno do okolja</w:t>
            </w:r>
          </w:p>
          <w:tbl>
            <w:tblPr>
              <w:tblStyle w:val="Tabelamrea"/>
              <w:tblW w:w="0" w:type="auto"/>
              <w:jc w:val="center"/>
              <w:tblLayout w:type="fixed"/>
              <w:tblLook w:val="04A0" w:firstRow="1" w:lastRow="0" w:firstColumn="1" w:lastColumn="0" w:noHBand="0" w:noVBand="1"/>
            </w:tblPr>
            <w:tblGrid>
              <w:gridCol w:w="7087"/>
            </w:tblGrid>
            <w:tr w:rsidR="00623E5F" w14:paraId="5A88F7C6" w14:textId="77777777">
              <w:trPr>
                <w:jc w:val="center"/>
              </w:trPr>
              <w:tc>
                <w:tcPr>
                  <w:tcW w:w="7087" w:type="dxa"/>
                  <w:shd w:val="clear" w:color="auto" w:fill="EDC9EA"/>
                  <w:tcMar>
                    <w:top w:w="45" w:type="dxa"/>
                    <w:left w:w="70" w:type="dxa"/>
                    <w:bottom w:w="45" w:type="dxa"/>
                    <w:right w:w="70" w:type="dxa"/>
                  </w:tcMar>
                </w:tcPr>
                <w:p w14:paraId="26A9C8CC" w14:textId="77777777" w:rsidR="00623E5F" w:rsidRDefault="00000000">
                  <w:pPr>
                    <w:keepNext/>
                  </w:pPr>
                  <w:r>
                    <w:rPr>
                      <w:b/>
                      <w:color w:val="000000"/>
                    </w:rPr>
                    <w:t>PREVERJANJE PREDZNANJA</w:t>
                  </w:r>
                </w:p>
              </w:tc>
            </w:tr>
          </w:tbl>
          <w:p w14:paraId="53965393" w14:textId="77777777" w:rsidR="00623E5F" w:rsidRDefault="00623E5F">
            <w:pPr>
              <w:spacing w:line="20" w:lineRule="exact"/>
            </w:pPr>
          </w:p>
          <w:p w14:paraId="491116C7" w14:textId="77777777" w:rsidR="00623E5F" w:rsidRDefault="00000000">
            <w:pPr>
              <w:pStyle w:val="Oznaenseznam"/>
              <w:spacing w:after="16"/>
            </w:pPr>
            <w:r>
              <w:rPr>
                <w:color w:val="000000"/>
                <w:sz w:val="15"/>
              </w:rPr>
              <w:t>Kaj moje telo in prostor že znata pokazati pri temi »GIBANJE V NARAVI«?</w:t>
            </w:r>
          </w:p>
          <w:p w14:paraId="2FA3AB1B" w14:textId="77777777" w:rsidR="00623E5F" w:rsidRDefault="00000000">
            <w:pPr>
              <w:pStyle w:val="Oznaenseznam"/>
              <w:spacing w:after="16"/>
            </w:pPr>
            <w:r>
              <w:rPr>
                <w:color w:val="000000"/>
                <w:sz w:val="15"/>
              </w:rPr>
              <w:t>Katero varnostno pravilo, gibalni korak ali strategijo že obvladam in kaj bi najprej preizkusil/-a?</w:t>
            </w:r>
          </w:p>
          <w:p w14:paraId="34E80A58"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1E3030E7" w14:textId="77777777">
              <w:trPr>
                <w:jc w:val="center"/>
              </w:trPr>
              <w:tc>
                <w:tcPr>
                  <w:tcW w:w="7087" w:type="dxa"/>
                  <w:shd w:val="clear" w:color="auto" w:fill="EDC9EA"/>
                  <w:tcMar>
                    <w:top w:w="45" w:type="dxa"/>
                    <w:left w:w="70" w:type="dxa"/>
                    <w:bottom w:w="45" w:type="dxa"/>
                    <w:right w:w="70" w:type="dxa"/>
                  </w:tcMar>
                </w:tcPr>
                <w:p w14:paraId="44E19C26" w14:textId="77777777" w:rsidR="00623E5F" w:rsidRDefault="00000000">
                  <w:pPr>
                    <w:keepNext/>
                  </w:pPr>
                  <w:r>
                    <w:rPr>
                      <w:b/>
                      <w:color w:val="000000"/>
                    </w:rPr>
                    <w:t>KRITERIJI USPEŠNOSTI</w:t>
                  </w:r>
                </w:p>
              </w:tc>
            </w:tr>
          </w:tbl>
          <w:p w14:paraId="39D0D241" w14:textId="77777777" w:rsidR="00623E5F" w:rsidRDefault="00623E5F"/>
          <w:p w14:paraId="1B1ED444" w14:textId="77777777" w:rsidR="00623E5F" w:rsidRDefault="00000000">
            <w:pPr>
              <w:spacing w:before="20" w:after="20" w:line="245" w:lineRule="auto"/>
            </w:pPr>
            <w:r>
              <w:rPr>
                <w:b/>
                <w:color w:val="000000"/>
                <w:sz w:val="16"/>
              </w:rPr>
              <w:t>Uspešen/-na bom, ko:</w:t>
            </w:r>
          </w:p>
          <w:p w14:paraId="08C20794" w14:textId="77777777" w:rsidR="00623E5F" w:rsidRDefault="00000000">
            <w:pPr>
              <w:pStyle w:val="Oznaenseznam"/>
              <w:spacing w:after="16"/>
            </w:pPr>
            <w:r>
              <w:rPr>
                <w:color w:val="000000"/>
                <w:sz w:val="15"/>
              </w:rPr>
              <w:t>se giblje po različnih podlagah</w:t>
            </w:r>
          </w:p>
          <w:p w14:paraId="16A96833" w14:textId="77777777" w:rsidR="00623E5F" w:rsidRDefault="00000000">
            <w:pPr>
              <w:pStyle w:val="Oznaenseznam"/>
              <w:spacing w:after="16"/>
            </w:pPr>
            <w:r>
              <w:rPr>
                <w:color w:val="000000"/>
                <w:sz w:val="15"/>
              </w:rPr>
              <w:t>vzdržujem ravnotežje</w:t>
            </w:r>
          </w:p>
          <w:p w14:paraId="7C0F1F2D" w14:textId="77777777" w:rsidR="00623E5F" w:rsidRDefault="00000000">
            <w:pPr>
              <w:pStyle w:val="Oznaenseznam"/>
              <w:spacing w:after="16"/>
            </w:pPr>
            <w:r>
              <w:rPr>
                <w:color w:val="000000"/>
                <w:sz w:val="15"/>
              </w:rPr>
              <w:t>ravnam odgovorno do okolja</w:t>
            </w:r>
          </w:p>
          <w:p w14:paraId="6B2BF975" w14:textId="77777777" w:rsidR="00623E5F" w:rsidRDefault="00000000">
            <w:pPr>
              <w:pStyle w:val="Oznaenseznam"/>
              <w:spacing w:after="16"/>
            </w:pPr>
            <w:r>
              <w:rPr>
                <w:color w:val="000000"/>
                <w:sz w:val="15"/>
              </w:rPr>
              <w:t>pred začetkom preverim prostor in opremo, ohranjam razdaljo ter se na znak varno ustavim</w:t>
            </w:r>
          </w:p>
          <w:p w14:paraId="110DDDF1"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5C081155" w14:textId="77777777" w:rsidR="00623E5F" w:rsidRDefault="00623E5F"/>
          <w:p w14:paraId="3C8DDF38"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29B92C0E"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3FDBDE37" w14:textId="77777777" w:rsidR="00623E5F" w:rsidRDefault="00000000">
            <w:pPr>
              <w:spacing w:after="100" w:line="245" w:lineRule="auto"/>
            </w:pPr>
            <w:r>
              <w:rPr>
                <w:color w:val="000000"/>
                <w:sz w:val="15"/>
              </w:rPr>
              <w:t>Sodeluje pri razumevanju namena, vidnih meril, varnostnih pravil, prehodov in načina dokazovanja.</w:t>
            </w:r>
          </w:p>
          <w:p w14:paraId="70E8C89B" w14:textId="77777777" w:rsidR="00623E5F" w:rsidRDefault="00000000">
            <w:pPr>
              <w:spacing w:after="20" w:line="245" w:lineRule="auto"/>
            </w:pPr>
            <w:r>
              <w:rPr>
                <w:b/>
                <w:color w:val="D95BC6"/>
                <w:sz w:val="17"/>
              </w:rPr>
              <w:t>DOKAZ O UČENJU</w:t>
            </w:r>
          </w:p>
          <w:p w14:paraId="2D64E057"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060DDDA5"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BCFF6B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CFCBE0F"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7142B5A" w14:textId="77777777" w:rsidR="00623E5F" w:rsidRDefault="00000000">
            <w:pPr>
              <w:jc w:val="center"/>
            </w:pPr>
            <w:r>
              <w:rPr>
                <w:b/>
                <w:color w:val="000000"/>
                <w:sz w:val="20"/>
              </w:rPr>
              <w:t>UČNE DEJAVNOSTI, METODE IN FORMATIVNO SPREMLJANJE</w:t>
            </w:r>
          </w:p>
        </w:tc>
      </w:tr>
      <w:tr w:rsidR="00623E5F" w14:paraId="28935873" w14:textId="77777777">
        <w:trPr>
          <w:tblHeader/>
          <w:jc w:val="center"/>
        </w:trPr>
        <w:tc>
          <w:tcPr>
            <w:tcW w:w="4422" w:type="dxa"/>
            <w:vMerge/>
            <w:tcMar>
              <w:top w:w="70" w:type="dxa"/>
              <w:left w:w="90" w:type="dxa"/>
              <w:bottom w:w="70" w:type="dxa"/>
              <w:right w:w="90" w:type="dxa"/>
            </w:tcMar>
            <w:vAlign w:val="center"/>
          </w:tcPr>
          <w:p w14:paraId="4439585F" w14:textId="77777777" w:rsidR="00623E5F" w:rsidRDefault="00623E5F"/>
        </w:tc>
        <w:tc>
          <w:tcPr>
            <w:tcW w:w="7087" w:type="dxa"/>
            <w:shd w:val="clear" w:color="auto" w:fill="FFFFFF"/>
            <w:tcMar>
              <w:top w:w="70" w:type="dxa"/>
              <w:left w:w="90" w:type="dxa"/>
              <w:bottom w:w="70" w:type="dxa"/>
              <w:right w:w="90" w:type="dxa"/>
            </w:tcMar>
            <w:vAlign w:val="center"/>
          </w:tcPr>
          <w:p w14:paraId="670018B0"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9C01286" w14:textId="77777777" w:rsidR="00623E5F" w:rsidRDefault="00000000">
            <w:pPr>
              <w:jc w:val="center"/>
            </w:pPr>
            <w:r>
              <w:rPr>
                <w:b/>
                <w:color w:val="000000"/>
              </w:rPr>
              <w:t>UČENEC</w:t>
            </w:r>
          </w:p>
        </w:tc>
      </w:tr>
      <w:tr w:rsidR="00623E5F" w14:paraId="486E8120" w14:textId="77777777">
        <w:trPr>
          <w:jc w:val="center"/>
        </w:trPr>
        <w:tc>
          <w:tcPr>
            <w:tcW w:w="4422" w:type="dxa"/>
            <w:tcMar>
              <w:top w:w="70" w:type="dxa"/>
              <w:left w:w="90" w:type="dxa"/>
              <w:bottom w:w="70" w:type="dxa"/>
              <w:right w:w="90" w:type="dxa"/>
            </w:tcMar>
          </w:tcPr>
          <w:p w14:paraId="37B50F57" w14:textId="77777777" w:rsidR="00623E5F" w:rsidRDefault="00623E5F"/>
          <w:p w14:paraId="381A5519" w14:textId="77777777" w:rsidR="00623E5F" w:rsidRDefault="00000000">
            <w:pPr>
              <w:spacing w:after="40" w:line="245" w:lineRule="auto"/>
            </w:pPr>
            <w:r>
              <w:rPr>
                <w:b/>
                <w:color w:val="000000"/>
                <w:sz w:val="17"/>
              </w:rPr>
              <w:t>KLJUČNI ŠPORTNI IN GIBALNI POJMI</w:t>
            </w:r>
          </w:p>
          <w:p w14:paraId="653F6769"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teren, podlaga, orientacija, oznaka, pot, tempo, vzdržljivost, okolje</w:t>
            </w:r>
          </w:p>
          <w:p w14:paraId="4C6F2459" w14:textId="77777777" w:rsidR="00623E5F" w:rsidRDefault="00000000">
            <w:pPr>
              <w:spacing w:after="20" w:line="245" w:lineRule="auto"/>
            </w:pPr>
            <w:r>
              <w:rPr>
                <w:b/>
                <w:color w:val="000000"/>
                <w:sz w:val="17"/>
              </w:rPr>
              <w:t>DOKAZI O UČENJU</w:t>
            </w:r>
          </w:p>
          <w:p w14:paraId="5ED2582D" w14:textId="77777777" w:rsidR="00623E5F" w:rsidRDefault="00000000">
            <w:pPr>
              <w:pStyle w:val="Oznaenseznam"/>
              <w:spacing w:after="7"/>
            </w:pPr>
            <w:r>
              <w:rPr>
                <w:color w:val="000000"/>
                <w:sz w:val="14"/>
              </w:rPr>
              <w:t>varen odziv na znak, začetni poskus prvine in ustno varnostno pravilo.</w:t>
            </w:r>
          </w:p>
          <w:p w14:paraId="468D9B20" w14:textId="77777777" w:rsidR="00623E5F" w:rsidRDefault="00000000">
            <w:pPr>
              <w:pStyle w:val="Oznaenseznam"/>
              <w:spacing w:after="7"/>
            </w:pPr>
            <w:r>
              <w:rPr>
                <w:color w:val="000000"/>
                <w:sz w:val="14"/>
              </w:rPr>
              <w:t>uporaba prvine v igri, sodelovanje, upoštevanje pravil in osebno samovrednotenje.</w:t>
            </w:r>
          </w:p>
          <w:p w14:paraId="4185003A" w14:textId="77777777" w:rsidR="00623E5F" w:rsidRDefault="00000000">
            <w:pPr>
              <w:spacing w:before="40" w:after="20" w:line="245" w:lineRule="auto"/>
            </w:pPr>
            <w:r>
              <w:rPr>
                <w:b/>
                <w:color w:val="000000"/>
                <w:sz w:val="16"/>
              </w:rPr>
              <w:t>GIBALNO DOŽIVETJE IN IZKUŠENJSKI POUK</w:t>
            </w:r>
          </w:p>
          <w:p w14:paraId="2666969A"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48AC4A24" w14:textId="77777777" w:rsidR="00623E5F" w:rsidRDefault="00000000">
            <w:pPr>
              <w:spacing w:after="20" w:line="245" w:lineRule="auto"/>
            </w:pPr>
            <w:r>
              <w:rPr>
                <w:b/>
                <w:color w:val="000000"/>
                <w:sz w:val="16"/>
              </w:rPr>
              <w:t>POUČEVANJE V GIBANJU</w:t>
            </w:r>
          </w:p>
          <w:p w14:paraId="14A529C3"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1F3FD9C9" w14:textId="77777777" w:rsidR="00623E5F" w:rsidRDefault="00000000">
            <w:pPr>
              <w:spacing w:after="20" w:line="245" w:lineRule="auto"/>
            </w:pPr>
            <w:r>
              <w:rPr>
                <w:b/>
                <w:color w:val="000000"/>
                <w:sz w:val="16"/>
              </w:rPr>
              <w:t>DELO PO ŠTIRIH POSTAJAH</w:t>
            </w:r>
          </w:p>
          <w:p w14:paraId="6F92B37B"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69FC701D" w14:textId="77777777" w:rsidR="00623E5F" w:rsidRDefault="00000000">
            <w:pPr>
              <w:spacing w:after="7" w:line="245" w:lineRule="auto"/>
            </w:pPr>
            <w:r>
              <w:rPr>
                <w:color w:val="000000"/>
                <w:sz w:val="14"/>
              </w:rPr>
              <w:t>1. Terenska: na označenem območju in različnih podlagah uresničujem cilj »se giblje po različnih podlagah«.</w:t>
            </w:r>
          </w:p>
          <w:p w14:paraId="1466013F" w14:textId="77777777" w:rsidR="00623E5F" w:rsidRDefault="00000000">
            <w:pPr>
              <w:spacing w:after="7" w:line="245" w:lineRule="auto"/>
            </w:pPr>
            <w:r>
              <w:rPr>
                <w:color w:val="000000"/>
                <w:sz w:val="14"/>
              </w:rPr>
              <w:t>2. Orientacijska: sledim preprostim oznakam, izberem varno pot in se vedno vrnem na zbirno mesto.</w:t>
            </w:r>
          </w:p>
          <w:p w14:paraId="284A9944" w14:textId="77777777" w:rsidR="00623E5F" w:rsidRDefault="00000000">
            <w:pPr>
              <w:spacing w:after="7" w:line="245" w:lineRule="auto"/>
            </w:pPr>
            <w:r>
              <w:rPr>
                <w:color w:val="000000"/>
                <w:sz w:val="14"/>
              </w:rPr>
              <w:t>3. Tempo in ravnotežje: po terenu uravnavam napor ter preverjam cilj »vzdržujem ravnotežje«.</w:t>
            </w:r>
          </w:p>
          <w:p w14:paraId="50E69534" w14:textId="77777777" w:rsidR="00623E5F" w:rsidRDefault="00000000">
            <w:pPr>
              <w:spacing w:after="7" w:line="245" w:lineRule="auto"/>
            </w:pPr>
            <w:r>
              <w:rPr>
                <w:color w:val="000000"/>
                <w:sz w:val="14"/>
              </w:rPr>
              <w:t>4. Okoljska: v skupini rešim gibalni izziv, ne poškodujem okolja in pokažem, kako »ravnam odgovorno do okolja«.</w:t>
            </w:r>
          </w:p>
          <w:p w14:paraId="38F6BB04" w14:textId="77777777" w:rsidR="00623E5F" w:rsidRDefault="00000000">
            <w:pPr>
              <w:spacing w:after="20" w:line="245" w:lineRule="auto"/>
            </w:pPr>
            <w:r>
              <w:rPr>
                <w:b/>
                <w:color w:val="000000"/>
                <w:sz w:val="16"/>
              </w:rPr>
              <w:t>DIFERENCIACIJA IN VKLJUČEVANJE</w:t>
            </w:r>
          </w:p>
          <w:p w14:paraId="6C715B19"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53C0B555" w14:textId="77777777" w:rsidR="00623E5F" w:rsidRDefault="00000000">
            <w:pPr>
              <w:spacing w:after="20" w:line="245" w:lineRule="auto"/>
            </w:pPr>
            <w:r>
              <w:rPr>
                <w:b/>
                <w:color w:val="000000"/>
                <w:sz w:val="16"/>
              </w:rPr>
              <w:t>SPREMLJANJE</w:t>
            </w:r>
          </w:p>
          <w:p w14:paraId="22F96369"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54676B57"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40BC91D3" w14:textId="77777777">
              <w:trPr>
                <w:jc w:val="center"/>
              </w:trPr>
              <w:tc>
                <w:tcPr>
                  <w:tcW w:w="7087" w:type="dxa"/>
                  <w:shd w:val="clear" w:color="auto" w:fill="C6E7F3"/>
                  <w:tcMar>
                    <w:top w:w="45" w:type="dxa"/>
                    <w:left w:w="70" w:type="dxa"/>
                    <w:bottom w:w="45" w:type="dxa"/>
                    <w:right w:w="70" w:type="dxa"/>
                  </w:tcMar>
                </w:tcPr>
                <w:p w14:paraId="1E8DCB4A" w14:textId="77777777" w:rsidR="00623E5F" w:rsidRDefault="00000000">
                  <w:pPr>
                    <w:keepNext/>
                  </w:pPr>
                  <w:r>
                    <w:rPr>
                      <w:b/>
                      <w:color w:val="000000"/>
                      <w:sz w:val="16"/>
                    </w:rPr>
                    <w:t>GLAVNI DEL – GIBALNI IZZIV, VADBA NA ŠTIRIH POSTAJAH IN IGRA (2 šolski uri)</w:t>
                  </w:r>
                </w:p>
              </w:tc>
            </w:tr>
          </w:tbl>
          <w:p w14:paraId="1D33317B" w14:textId="77777777" w:rsidR="00623E5F" w:rsidRDefault="00623E5F">
            <w:pPr>
              <w:spacing w:line="20" w:lineRule="exact"/>
            </w:pPr>
          </w:p>
          <w:p w14:paraId="4FFE0FC1" w14:textId="77777777" w:rsidR="00623E5F" w:rsidRDefault="00000000">
            <w:pPr>
              <w:keepNext/>
              <w:spacing w:before="16" w:after="6" w:line="245" w:lineRule="auto"/>
            </w:pPr>
            <w:r>
              <w:rPr>
                <w:b/>
                <w:color w:val="000000"/>
                <w:sz w:val="15"/>
              </w:rPr>
              <w:t>1. URA – Gibanje v naravi – Ogrejem se in usvojim gib</w:t>
            </w:r>
          </w:p>
          <w:p w14:paraId="60AF314F"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»Maček Muri« – Kajetan Kovič. Osrednji del 30': 32' – Preveri prostor in opremo, predstavi varnostni znak ter skozi gibalno zgodbo modelira ključno prvino po korakih.</w:t>
            </w:r>
          </w:p>
          <w:p w14:paraId="3C038781"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6E72379A" w14:textId="77777777" w:rsidR="00623E5F" w:rsidRDefault="00000000">
            <w:pPr>
              <w:spacing w:after="15" w:line="245" w:lineRule="auto"/>
            </w:pPr>
            <w:r>
              <w:rPr>
                <w:i/>
                <w:color w:val="D95BC6"/>
                <w:sz w:val="14"/>
              </w:rPr>
              <w:t>Predvideni dokaz: varen odziv na znak, začetni poskus prvine in ustno varnostno pravilo..</w:t>
            </w:r>
          </w:p>
          <w:p w14:paraId="2ECC03AF" w14:textId="77777777" w:rsidR="00623E5F" w:rsidRDefault="00000000">
            <w:pPr>
              <w:keepNext/>
              <w:spacing w:before="16" w:after="6" w:line="245" w:lineRule="auto"/>
            </w:pPr>
            <w:r>
              <w:rPr>
                <w:b/>
                <w:color w:val="000000"/>
                <w:sz w:val="15"/>
              </w:rPr>
              <w:t>2. URA – Gibanje v naravi – Uporabim v igri</w:t>
            </w:r>
          </w:p>
          <w:p w14:paraId="63B62A69"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»Maček Muri« – Kajetan Kovič. Osrednji del 30': 32' – Organizira vključujočo igro ali izziv brez izločanja, spremlja varnost, pošteno igro in uporabo naučene prvine.</w:t>
            </w:r>
          </w:p>
          <w:p w14:paraId="5E85F62E"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54421C19"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455D953D" w14:textId="77777777">
              <w:trPr>
                <w:jc w:val="center"/>
              </w:trPr>
              <w:tc>
                <w:tcPr>
                  <w:tcW w:w="7087" w:type="dxa"/>
                  <w:shd w:val="clear" w:color="auto" w:fill="EDC9EA"/>
                  <w:tcMar>
                    <w:top w:w="45" w:type="dxa"/>
                    <w:left w:w="70" w:type="dxa"/>
                    <w:bottom w:w="45" w:type="dxa"/>
                    <w:right w:w="70" w:type="dxa"/>
                  </w:tcMar>
                </w:tcPr>
                <w:p w14:paraId="073CDFAD" w14:textId="77777777" w:rsidR="00623E5F" w:rsidRDefault="00000000">
                  <w:pPr>
                    <w:keepNext/>
                  </w:pPr>
                  <w:r>
                    <w:rPr>
                      <w:b/>
                      <w:color w:val="000000"/>
                      <w:sz w:val="16"/>
                    </w:rPr>
                    <w:t>ORGANIZACIJA POSTAJ, PREHODOV IN AKTIVNEGA ČASA</w:t>
                  </w:r>
                </w:p>
              </w:tc>
            </w:tr>
          </w:tbl>
          <w:p w14:paraId="32331123" w14:textId="77777777" w:rsidR="00623E5F" w:rsidRDefault="00623E5F"/>
          <w:p w14:paraId="6C254C98" w14:textId="77777777" w:rsidR="00623E5F" w:rsidRDefault="00000000">
            <w:pPr>
              <w:spacing w:before="5" w:after="6" w:line="245" w:lineRule="auto"/>
            </w:pPr>
            <w:r>
              <w:rPr>
                <w:color w:val="000000"/>
                <w:sz w:val="14"/>
              </w:rPr>
              <w:t>Postaja 1: Terenska: na označenem območju in različnih podlagah uresničujem cilj »se giblje po različnih podlagah«.</w:t>
            </w:r>
          </w:p>
          <w:p w14:paraId="6DF85E19" w14:textId="77777777" w:rsidR="00623E5F" w:rsidRDefault="00000000">
            <w:pPr>
              <w:spacing w:before="5" w:after="6" w:line="245" w:lineRule="auto"/>
            </w:pPr>
            <w:r>
              <w:rPr>
                <w:color w:val="000000"/>
                <w:sz w:val="14"/>
              </w:rPr>
              <w:t>Postaja 2: Orientacijska: sledim preprostim oznakam, izberem varno pot in se vedno vrnem na zbirno mesto.</w:t>
            </w:r>
          </w:p>
          <w:p w14:paraId="6C3EE116" w14:textId="77777777" w:rsidR="00623E5F" w:rsidRDefault="00000000">
            <w:pPr>
              <w:spacing w:before="5" w:after="6" w:line="245" w:lineRule="auto"/>
            </w:pPr>
            <w:r>
              <w:rPr>
                <w:color w:val="000000"/>
                <w:sz w:val="14"/>
              </w:rPr>
              <w:t>Postaja 3: Tempo in ravnotežje: po terenu uravnavam napor ter preverjam cilj »vzdržujem ravnotežje«.</w:t>
            </w:r>
          </w:p>
          <w:p w14:paraId="434DFA82" w14:textId="77777777" w:rsidR="00623E5F" w:rsidRDefault="00000000">
            <w:pPr>
              <w:spacing w:before="5" w:after="6" w:line="245" w:lineRule="auto"/>
            </w:pPr>
            <w:r>
              <w:rPr>
                <w:color w:val="000000"/>
                <w:sz w:val="14"/>
              </w:rPr>
              <w:t>Postaja 4: Okoljska: v skupini rešim gibalni izziv, ne poškodujem okolja in pokažem, kako »ravnam odgovorno do okolja«.</w:t>
            </w:r>
          </w:p>
          <w:p w14:paraId="21902E43"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334B7C6F" w14:textId="77777777" w:rsidR="00623E5F" w:rsidRDefault="00623E5F"/>
          <w:p w14:paraId="71F17BB9" w14:textId="77777777" w:rsidR="00623E5F" w:rsidRDefault="00000000">
            <w:pPr>
              <w:spacing w:after="5" w:line="245" w:lineRule="auto"/>
            </w:pPr>
            <w:r>
              <w:rPr>
                <w:b/>
                <w:color w:val="000000"/>
                <w:sz w:val="15"/>
              </w:rPr>
              <w:t>1. URA – Gibanje v naravi – Ogrejem se in usvojim gib</w:t>
            </w:r>
          </w:p>
          <w:p w14:paraId="58245A66"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05ACCE01" w14:textId="77777777" w:rsidR="00623E5F" w:rsidRDefault="00000000">
            <w:pPr>
              <w:spacing w:after="14" w:line="245" w:lineRule="auto"/>
            </w:pPr>
            <w:r>
              <w:rPr>
                <w:color w:val="D95BC6"/>
                <w:sz w:val="13"/>
              </w:rPr>
              <w:t>Dokaz: varen odziv na znak, začetni poskus prvine in ustno varnostno pravilo.</w:t>
            </w:r>
          </w:p>
          <w:p w14:paraId="5167B2C3" w14:textId="77777777" w:rsidR="00623E5F" w:rsidRDefault="00000000">
            <w:pPr>
              <w:spacing w:after="5" w:line="245" w:lineRule="auto"/>
            </w:pPr>
            <w:r>
              <w:rPr>
                <w:b/>
                <w:color w:val="000000"/>
                <w:sz w:val="15"/>
              </w:rPr>
              <w:t>2. URA – Gibanje v naravi – Uporabim v igri</w:t>
            </w:r>
          </w:p>
          <w:p w14:paraId="1241B7B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E32796A" w14:textId="77777777" w:rsidR="00623E5F" w:rsidRDefault="00000000">
            <w:pPr>
              <w:spacing w:after="14" w:line="245" w:lineRule="auto"/>
            </w:pPr>
            <w:r>
              <w:rPr>
                <w:color w:val="D95BC6"/>
                <w:sz w:val="13"/>
              </w:rPr>
              <w:t>Dokaz: uporaba prvine v igri, sodelovanje, upoštevanje pravil in osebno.</w:t>
            </w:r>
          </w:p>
          <w:p w14:paraId="7168DAB4" w14:textId="77777777" w:rsidR="00623E5F" w:rsidRDefault="00000000">
            <w:pPr>
              <w:spacing w:before="30" w:after="14" w:line="245" w:lineRule="auto"/>
            </w:pPr>
            <w:r>
              <w:rPr>
                <w:b/>
                <w:color w:val="D95BC6"/>
                <w:sz w:val="16"/>
              </w:rPr>
              <w:t>MOJ KROG POSTAJ</w:t>
            </w:r>
          </w:p>
          <w:p w14:paraId="5E9B2DB0" w14:textId="77777777" w:rsidR="00623E5F" w:rsidRDefault="00000000">
            <w:pPr>
              <w:spacing w:after="8" w:line="245" w:lineRule="auto"/>
            </w:pPr>
            <w:r>
              <w:rPr>
                <w:color w:val="000000"/>
                <w:sz w:val="13"/>
              </w:rPr>
              <w:t>1. Terenska: na označenem območju in različnih podlagah uresničujem cilj »se giblje.</w:t>
            </w:r>
          </w:p>
          <w:p w14:paraId="0234B459" w14:textId="77777777" w:rsidR="00623E5F" w:rsidRDefault="00000000">
            <w:pPr>
              <w:spacing w:after="8" w:line="245" w:lineRule="auto"/>
            </w:pPr>
            <w:r>
              <w:rPr>
                <w:color w:val="000000"/>
                <w:sz w:val="13"/>
              </w:rPr>
              <w:t>2. Orientacijska: sledim preprostim oznakam, izberem varno pot in se vedno vrnem na.</w:t>
            </w:r>
          </w:p>
          <w:p w14:paraId="3AF77407" w14:textId="77777777" w:rsidR="00623E5F" w:rsidRDefault="00000000">
            <w:pPr>
              <w:spacing w:after="8" w:line="245" w:lineRule="auto"/>
            </w:pPr>
            <w:r>
              <w:rPr>
                <w:color w:val="000000"/>
                <w:sz w:val="13"/>
              </w:rPr>
              <w:t>3. Tempo in ravnotežje: po terenu uravnavam napor ter preverjam cilj »vzdržujem.</w:t>
            </w:r>
          </w:p>
          <w:p w14:paraId="422B0524" w14:textId="77777777" w:rsidR="00623E5F" w:rsidRDefault="00000000">
            <w:pPr>
              <w:spacing w:after="8" w:line="245" w:lineRule="auto"/>
            </w:pPr>
            <w:r>
              <w:rPr>
                <w:color w:val="000000"/>
                <w:sz w:val="13"/>
              </w:rPr>
              <w:t>4. Okoljska: v skupini rešim gibalni izziv, ne poškodujem okolja in pokažem.</w:t>
            </w:r>
          </w:p>
          <w:p w14:paraId="07710355"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159991C6" w14:textId="77777777" w:rsidR="00623E5F" w:rsidRDefault="00000000">
            <w:pPr>
              <w:spacing w:after="14" w:line="245" w:lineRule="auto"/>
            </w:pPr>
            <w:r>
              <w:rPr>
                <w:b/>
                <w:color w:val="D95BC6"/>
                <w:sz w:val="16"/>
              </w:rPr>
              <w:t>DOKAZ O UČENJU</w:t>
            </w:r>
          </w:p>
          <w:p w14:paraId="3F7A0DC1"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525C8490"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056859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2565D48"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6456C40" w14:textId="77777777" w:rsidR="00623E5F" w:rsidRDefault="00000000">
            <w:pPr>
              <w:jc w:val="center"/>
            </w:pPr>
            <w:r>
              <w:rPr>
                <w:b/>
                <w:color w:val="000000"/>
                <w:sz w:val="20"/>
              </w:rPr>
              <w:t>UČNE DEJAVNOSTI, METODE IN FORMATIVNO SPREMLJANJE</w:t>
            </w:r>
          </w:p>
        </w:tc>
      </w:tr>
      <w:tr w:rsidR="00623E5F" w14:paraId="28009B05" w14:textId="77777777">
        <w:trPr>
          <w:tblHeader/>
          <w:jc w:val="center"/>
        </w:trPr>
        <w:tc>
          <w:tcPr>
            <w:tcW w:w="4422" w:type="dxa"/>
            <w:vMerge/>
            <w:tcMar>
              <w:top w:w="70" w:type="dxa"/>
              <w:left w:w="90" w:type="dxa"/>
              <w:bottom w:w="70" w:type="dxa"/>
              <w:right w:w="90" w:type="dxa"/>
            </w:tcMar>
            <w:vAlign w:val="center"/>
          </w:tcPr>
          <w:p w14:paraId="02504130" w14:textId="77777777" w:rsidR="00623E5F" w:rsidRDefault="00623E5F"/>
        </w:tc>
        <w:tc>
          <w:tcPr>
            <w:tcW w:w="7087" w:type="dxa"/>
            <w:shd w:val="clear" w:color="auto" w:fill="FFFFFF"/>
            <w:tcMar>
              <w:top w:w="70" w:type="dxa"/>
              <w:left w:w="90" w:type="dxa"/>
              <w:bottom w:w="70" w:type="dxa"/>
              <w:right w:w="90" w:type="dxa"/>
            </w:tcMar>
            <w:vAlign w:val="center"/>
          </w:tcPr>
          <w:p w14:paraId="5BE1728D"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2F47A31" w14:textId="77777777" w:rsidR="00623E5F" w:rsidRDefault="00000000">
            <w:pPr>
              <w:jc w:val="center"/>
            </w:pPr>
            <w:r>
              <w:rPr>
                <w:b/>
                <w:color w:val="000000"/>
              </w:rPr>
              <w:t>UČENEC</w:t>
            </w:r>
          </w:p>
        </w:tc>
      </w:tr>
      <w:tr w:rsidR="00623E5F" w14:paraId="5267AE80" w14:textId="77777777">
        <w:trPr>
          <w:jc w:val="center"/>
        </w:trPr>
        <w:tc>
          <w:tcPr>
            <w:tcW w:w="4422" w:type="dxa"/>
            <w:tcMar>
              <w:top w:w="70" w:type="dxa"/>
              <w:left w:w="90" w:type="dxa"/>
              <w:bottom w:w="70" w:type="dxa"/>
              <w:right w:w="90" w:type="dxa"/>
            </w:tcMar>
          </w:tcPr>
          <w:p w14:paraId="3A47D3FA" w14:textId="77777777" w:rsidR="00623E5F" w:rsidRDefault="00623E5F"/>
          <w:p w14:paraId="709BEA65" w14:textId="77777777" w:rsidR="00623E5F" w:rsidRDefault="00000000">
            <w:pPr>
              <w:spacing w:after="40" w:line="245" w:lineRule="auto"/>
            </w:pPr>
            <w:r>
              <w:rPr>
                <w:b/>
                <w:color w:val="000000"/>
              </w:rPr>
              <w:t>FORMATIVNO SPREMLJANJE</w:t>
            </w:r>
          </w:p>
          <w:p w14:paraId="287C16F5" w14:textId="77777777" w:rsidR="00623E5F" w:rsidRDefault="00000000">
            <w:pPr>
              <w:pStyle w:val="Oznaenseznam"/>
              <w:spacing w:after="16"/>
            </w:pPr>
            <w:r>
              <w:rPr>
                <w:color w:val="000000"/>
                <w:sz w:val="15"/>
              </w:rPr>
              <w:t>predznanje: gibalni prikaz, odziv na znak, izbira kartice, začetni poskus ali kratka razlaga</w:t>
            </w:r>
          </w:p>
          <w:p w14:paraId="3B898EFE" w14:textId="77777777" w:rsidR="00623E5F" w:rsidRDefault="00000000">
            <w:pPr>
              <w:pStyle w:val="Oznaenseznam"/>
              <w:spacing w:after="16"/>
            </w:pPr>
            <w:r>
              <w:rPr>
                <w:color w:val="000000"/>
                <w:sz w:val="15"/>
              </w:rPr>
              <w:t>nameni in merila: kratka poved, slikovni znak, model varne izvedbe in en opazljiv tehnični poudarek</w:t>
            </w:r>
          </w:p>
          <w:p w14:paraId="273F85E2"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4B000040" w14:textId="77777777" w:rsidR="00623E5F" w:rsidRDefault="00000000">
            <w:pPr>
              <w:pStyle w:val="Oznaenseznam"/>
              <w:spacing w:after="16"/>
            </w:pPr>
            <w:r>
              <w:rPr>
                <w:color w:val="000000"/>
                <w:sz w:val="15"/>
              </w:rPr>
              <w:t>povratna informacija: opis opaženega, povezava z enim merilom in takoj izvedljiv ponovni poskus</w:t>
            </w:r>
          </w:p>
          <w:p w14:paraId="5A166639" w14:textId="77777777" w:rsidR="00623E5F" w:rsidRDefault="00000000">
            <w:pPr>
              <w:pStyle w:val="Oznaenseznam"/>
              <w:spacing w:after="16"/>
            </w:pPr>
            <w:r>
              <w:rPr>
                <w:color w:val="000000"/>
                <w:sz w:val="15"/>
              </w:rPr>
              <w:t>samovrednotenje: semafor napora in varnosti, lestvica samostojnosti, izbran dokaz ter osebni naslednji korak</w:t>
            </w:r>
          </w:p>
          <w:p w14:paraId="285C83C8" w14:textId="77777777" w:rsidR="00623E5F" w:rsidRDefault="00000000">
            <w:pPr>
              <w:spacing w:before="40" w:after="20" w:line="245" w:lineRule="auto"/>
            </w:pPr>
            <w:r>
              <w:rPr>
                <w:b/>
                <w:color w:val="000000"/>
                <w:sz w:val="17"/>
              </w:rPr>
              <w:t>VARNOST, POČUTJE IN HIGIENA</w:t>
            </w:r>
          </w:p>
          <w:p w14:paraId="003858CA"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Območje je vnaprej pregledano in označeno, učenci so v vidnem polju odraslega, prilagodijo tempo vremenu in ne zapuščajo skupine.</w:t>
            </w:r>
          </w:p>
          <w:p w14:paraId="0CB2FBA7" w14:textId="77777777" w:rsidR="00623E5F" w:rsidRDefault="00000000">
            <w:pPr>
              <w:spacing w:after="20" w:line="245" w:lineRule="auto"/>
            </w:pPr>
            <w:r>
              <w:rPr>
                <w:b/>
                <w:color w:val="000000"/>
                <w:sz w:val="17"/>
              </w:rPr>
              <w:t>EVIDENCA PO IZVEDBI</w:t>
            </w:r>
          </w:p>
          <w:p w14:paraId="496CE6F9"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71E5B43D" w14:textId="77777777" w:rsidR="00623E5F" w:rsidRDefault="00000000">
            <w:pPr>
              <w:spacing w:before="40" w:after="20" w:line="245" w:lineRule="auto"/>
            </w:pPr>
            <w:r>
              <w:rPr>
                <w:b/>
                <w:color w:val="000000"/>
                <w:sz w:val="17"/>
              </w:rPr>
              <w:t>RAVEN DOSEGANJA</w:t>
            </w:r>
          </w:p>
          <w:p w14:paraId="14407842"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08522544"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18831D3" w14:textId="77777777">
              <w:trPr>
                <w:jc w:val="center"/>
              </w:trPr>
              <w:tc>
                <w:tcPr>
                  <w:tcW w:w="7087" w:type="dxa"/>
                  <w:shd w:val="clear" w:color="auto" w:fill="EDC9EA"/>
                  <w:tcMar>
                    <w:top w:w="45" w:type="dxa"/>
                    <w:left w:w="70" w:type="dxa"/>
                    <w:bottom w:w="45" w:type="dxa"/>
                    <w:right w:w="70" w:type="dxa"/>
                  </w:tcMar>
                </w:tcPr>
                <w:p w14:paraId="526C5866" w14:textId="77777777" w:rsidR="00623E5F" w:rsidRDefault="00000000">
                  <w:pPr>
                    <w:keepNext/>
                  </w:pPr>
                  <w:r>
                    <w:rPr>
                      <w:b/>
                      <w:color w:val="000000"/>
                    </w:rPr>
                    <w:t>VPRAŠANJA V PODPORO GIBALNEMU UČENJU</w:t>
                  </w:r>
                </w:p>
              </w:tc>
            </w:tr>
          </w:tbl>
          <w:p w14:paraId="00EC2D4B" w14:textId="77777777" w:rsidR="00623E5F" w:rsidRDefault="00623E5F">
            <w:pPr>
              <w:spacing w:line="20" w:lineRule="exact"/>
            </w:pPr>
          </w:p>
          <w:p w14:paraId="7F924E37" w14:textId="77777777" w:rsidR="00623E5F" w:rsidRDefault="00000000">
            <w:pPr>
              <w:pStyle w:val="Oznaenseznam"/>
              <w:spacing w:after="16"/>
            </w:pPr>
            <w:r>
              <w:rPr>
                <w:color w:val="000000"/>
                <w:sz w:val="15"/>
              </w:rPr>
              <w:t>Kaj si pri prvem poskusu začutil/-a ali opazil/-a v položaju telesa, ravnotežju, smeri, ritmu ali naporu?</w:t>
            </w:r>
          </w:p>
          <w:p w14:paraId="2ACF881F" w14:textId="77777777" w:rsidR="00623E5F" w:rsidRDefault="00000000">
            <w:pPr>
              <w:pStyle w:val="Oznaenseznam"/>
              <w:spacing w:after="16"/>
            </w:pPr>
            <w:r>
              <w:rPr>
                <w:color w:val="000000"/>
                <w:sz w:val="15"/>
              </w:rPr>
              <w:t>Katero varnostno pravilo in kateri gibalni korak sta bila danes najpomembnejša?</w:t>
            </w:r>
          </w:p>
          <w:p w14:paraId="76A5E11A" w14:textId="77777777" w:rsidR="00623E5F" w:rsidRDefault="00000000">
            <w:pPr>
              <w:pStyle w:val="Oznaenseznam"/>
              <w:spacing w:after="16"/>
            </w:pPr>
            <w:r>
              <w:rPr>
                <w:color w:val="000000"/>
                <w:sz w:val="15"/>
              </w:rPr>
              <w:t>Katero raven si izbral/-a, zakaj je bila primerna in kaj si pri naslednjem poskusu spremenil/-a?</w:t>
            </w:r>
          </w:p>
          <w:p w14:paraId="54B9AC76" w14:textId="77777777" w:rsidR="00623E5F" w:rsidRDefault="00000000">
            <w:pPr>
              <w:pStyle w:val="Oznaenseznam"/>
              <w:spacing w:after="16"/>
            </w:pPr>
            <w:r>
              <w:rPr>
                <w:color w:val="000000"/>
                <w:sz w:val="15"/>
              </w:rPr>
              <w:t>Kateri tvoj gibalni dokaz najjasneje pokaže dogovorjeno merilo?</w:t>
            </w:r>
          </w:p>
          <w:p w14:paraId="721A1B2F"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684AF755" w14:textId="77777777">
              <w:trPr>
                <w:jc w:val="center"/>
              </w:trPr>
              <w:tc>
                <w:tcPr>
                  <w:tcW w:w="7087" w:type="dxa"/>
                  <w:shd w:val="clear" w:color="auto" w:fill="C6E7F3"/>
                  <w:tcMar>
                    <w:top w:w="45" w:type="dxa"/>
                    <w:left w:w="70" w:type="dxa"/>
                    <w:bottom w:w="45" w:type="dxa"/>
                    <w:right w:w="70" w:type="dxa"/>
                  </w:tcMar>
                </w:tcPr>
                <w:p w14:paraId="6E91BEA0" w14:textId="77777777" w:rsidR="00623E5F" w:rsidRDefault="00000000">
                  <w:pPr>
                    <w:keepNext/>
                  </w:pPr>
                  <w:r>
                    <w:rPr>
                      <w:b/>
                      <w:color w:val="000000"/>
                    </w:rPr>
                    <w:t>ZAKLJUČNI DEL – UMIRJANJE, RAZTEZANJE, DOKAZ IN REFLEKSIJA (8–10 min)</w:t>
                  </w:r>
                </w:p>
              </w:tc>
            </w:tr>
          </w:tbl>
          <w:p w14:paraId="1EFF77C9" w14:textId="77777777" w:rsidR="00623E5F" w:rsidRDefault="00623E5F">
            <w:pPr>
              <w:spacing w:line="20" w:lineRule="exact"/>
            </w:pPr>
          </w:p>
          <w:p w14:paraId="49A30FD1"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6F18BB32" w14:textId="77777777">
              <w:trPr>
                <w:jc w:val="center"/>
              </w:trPr>
              <w:tc>
                <w:tcPr>
                  <w:tcW w:w="7087" w:type="dxa"/>
                  <w:shd w:val="clear" w:color="auto" w:fill="EDC9EA"/>
                  <w:tcMar>
                    <w:top w:w="45" w:type="dxa"/>
                    <w:left w:w="70" w:type="dxa"/>
                    <w:bottom w:w="45" w:type="dxa"/>
                    <w:right w:w="70" w:type="dxa"/>
                  </w:tcMar>
                </w:tcPr>
                <w:p w14:paraId="0FA2AECD" w14:textId="77777777" w:rsidR="00623E5F" w:rsidRDefault="00000000">
                  <w:pPr>
                    <w:keepNext/>
                  </w:pPr>
                  <w:r>
                    <w:rPr>
                      <w:b/>
                      <w:color w:val="000000"/>
                    </w:rPr>
                    <w:t>SAMOVREDNOTENJE</w:t>
                  </w:r>
                </w:p>
              </w:tc>
            </w:tr>
          </w:tbl>
          <w:p w14:paraId="22D26D5E" w14:textId="77777777" w:rsidR="00623E5F" w:rsidRDefault="00623E5F">
            <w:pPr>
              <w:spacing w:line="20" w:lineRule="exact"/>
            </w:pPr>
          </w:p>
          <w:p w14:paraId="7DBA80E4"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647B387A" w14:textId="77777777">
              <w:trPr>
                <w:jc w:val="center"/>
              </w:trPr>
              <w:tc>
                <w:tcPr>
                  <w:tcW w:w="7087" w:type="dxa"/>
                  <w:shd w:val="clear" w:color="auto" w:fill="EDC9EA"/>
                  <w:tcMar>
                    <w:top w:w="45" w:type="dxa"/>
                    <w:left w:w="70" w:type="dxa"/>
                    <w:bottom w:w="45" w:type="dxa"/>
                    <w:right w:w="70" w:type="dxa"/>
                  </w:tcMar>
                </w:tcPr>
                <w:p w14:paraId="76EFB18C" w14:textId="77777777" w:rsidR="00623E5F" w:rsidRDefault="00000000">
                  <w:pPr>
                    <w:keepNext/>
                  </w:pPr>
                  <w:r>
                    <w:rPr>
                      <w:b/>
                      <w:color w:val="000000"/>
                    </w:rPr>
                    <w:t>VRSTNIŠKO OPAZOVANJE IN POVRATNA INFORMACIJA</w:t>
                  </w:r>
                </w:p>
              </w:tc>
            </w:tr>
          </w:tbl>
          <w:p w14:paraId="66327A75" w14:textId="77777777" w:rsidR="00623E5F" w:rsidRDefault="00623E5F">
            <w:pPr>
              <w:spacing w:line="20" w:lineRule="exact"/>
            </w:pPr>
          </w:p>
          <w:p w14:paraId="3990C80D"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6D95E736" w14:textId="77777777">
              <w:trPr>
                <w:jc w:val="center"/>
              </w:trPr>
              <w:tc>
                <w:tcPr>
                  <w:tcW w:w="7087" w:type="dxa"/>
                  <w:shd w:val="clear" w:color="auto" w:fill="EDC9EA"/>
                  <w:tcMar>
                    <w:top w:w="45" w:type="dxa"/>
                    <w:left w:w="70" w:type="dxa"/>
                    <w:bottom w:w="45" w:type="dxa"/>
                    <w:right w:w="70" w:type="dxa"/>
                  </w:tcMar>
                </w:tcPr>
                <w:p w14:paraId="025763A2" w14:textId="77777777" w:rsidR="00623E5F" w:rsidRDefault="00000000">
                  <w:pPr>
                    <w:keepNext/>
                  </w:pPr>
                  <w:r>
                    <w:rPr>
                      <w:b/>
                      <w:color w:val="000000"/>
                    </w:rPr>
                    <w:t>SKUPNI POVZETEK</w:t>
                  </w:r>
                </w:p>
              </w:tc>
            </w:tr>
          </w:tbl>
          <w:p w14:paraId="2AD3E6A7" w14:textId="77777777" w:rsidR="00623E5F" w:rsidRDefault="00623E5F"/>
          <w:p w14:paraId="1E444B98" w14:textId="77777777" w:rsidR="00623E5F" w:rsidRDefault="00000000">
            <w:pPr>
              <w:spacing w:before="20" w:after="40" w:line="245" w:lineRule="auto"/>
            </w:pPr>
            <w:r>
              <w:rPr>
                <w:b/>
                <w:color w:val="000000"/>
                <w:sz w:val="16"/>
              </w:rPr>
              <w:t>se giblje po različnih podlagah; vzdržujem ravnotežje; ravnam odgovorno do okolja. Izbrani gibalni dokaz pojasnim in določim varen naslednji korak.</w:t>
            </w:r>
          </w:p>
        </w:tc>
        <w:tc>
          <w:tcPr>
            <w:tcW w:w="2551" w:type="dxa"/>
            <w:tcMar>
              <w:top w:w="70" w:type="dxa"/>
              <w:left w:w="90" w:type="dxa"/>
              <w:bottom w:w="70" w:type="dxa"/>
              <w:right w:w="90" w:type="dxa"/>
            </w:tcMar>
          </w:tcPr>
          <w:p w14:paraId="3D14BF2A" w14:textId="77777777" w:rsidR="00623E5F" w:rsidRDefault="00623E5F"/>
          <w:p w14:paraId="5FF689E5" w14:textId="77777777" w:rsidR="00623E5F" w:rsidRDefault="00000000">
            <w:pPr>
              <w:spacing w:after="80" w:line="245" w:lineRule="auto"/>
            </w:pPr>
            <w:r>
              <w:rPr>
                <w:color w:val="000000"/>
                <w:sz w:val="15"/>
              </w:rPr>
              <w:t>Odgovarja na podporna vprašanja in se sklicuje na svojo izvedbo, počutje, izbrano raven in varnost.</w:t>
            </w:r>
          </w:p>
          <w:p w14:paraId="1014F5A7" w14:textId="77777777" w:rsidR="00623E5F" w:rsidRDefault="00000000">
            <w:pPr>
              <w:spacing w:after="80" w:line="245" w:lineRule="auto"/>
            </w:pPr>
            <w:r>
              <w:rPr>
                <w:color w:val="000000"/>
                <w:sz w:val="15"/>
              </w:rPr>
              <w:t>Predstavi izbrani gibalni dokaz ter pokaže ali pove, katero merilo z njim dosega.</w:t>
            </w:r>
          </w:p>
          <w:p w14:paraId="0F20CAE2" w14:textId="77777777" w:rsidR="00623E5F" w:rsidRDefault="00000000">
            <w:pPr>
              <w:spacing w:after="80" w:line="245" w:lineRule="auto"/>
            </w:pPr>
            <w:r>
              <w:rPr>
                <w:color w:val="000000"/>
                <w:sz w:val="15"/>
              </w:rPr>
              <w:t>Opazuje eno dogovorjeno prvino vrstnikove izvedbe in poda kratek, prijazen ter uporaben odziv.</w:t>
            </w:r>
          </w:p>
          <w:p w14:paraId="7813F0F4"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300FAAF7" w14:textId="77777777" w:rsidR="00623E5F" w:rsidRDefault="00000000">
            <w:pPr>
              <w:spacing w:after="100" w:line="245" w:lineRule="auto"/>
            </w:pPr>
            <w:r>
              <w:rPr>
                <w:color w:val="000000"/>
                <w:sz w:val="15"/>
              </w:rPr>
              <w:t>Umiri dihanje, oceni napor in počutje, izbere raven samostojnosti ter določi varen naslednji korak.</w:t>
            </w:r>
          </w:p>
          <w:p w14:paraId="641E95FA" w14:textId="77777777" w:rsidR="00623E5F" w:rsidRDefault="00000000">
            <w:pPr>
              <w:spacing w:after="20" w:line="245" w:lineRule="auto"/>
            </w:pPr>
            <w:r>
              <w:rPr>
                <w:b/>
                <w:color w:val="D95BC6"/>
                <w:sz w:val="17"/>
              </w:rPr>
              <w:t>DOKAZ O UČENJU</w:t>
            </w:r>
          </w:p>
          <w:p w14:paraId="046C8645"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6E9E4F7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5EFF7338" w14:textId="77777777">
        <w:trPr>
          <w:cantSplit/>
          <w:jc w:val="center"/>
        </w:trPr>
        <w:tc>
          <w:tcPr>
            <w:tcW w:w="14060" w:type="dxa"/>
            <w:gridSpan w:val="6"/>
            <w:tcMar>
              <w:top w:w="70" w:type="dxa"/>
              <w:left w:w="90" w:type="dxa"/>
              <w:bottom w:w="70" w:type="dxa"/>
              <w:right w:w="90" w:type="dxa"/>
            </w:tcMar>
            <w:vAlign w:val="center"/>
          </w:tcPr>
          <w:p w14:paraId="4A5CA3A9" w14:textId="77777777" w:rsidR="00623E5F" w:rsidRDefault="00000000">
            <w:pPr>
              <w:jc w:val="center"/>
            </w:pPr>
            <w:r>
              <w:rPr>
                <w:b/>
                <w:color w:val="000000"/>
                <w:sz w:val="24"/>
              </w:rPr>
              <w:lastRenderedPageBreak/>
              <w:t>UČNA PRIPRAVA 5/39</w:t>
            </w:r>
          </w:p>
        </w:tc>
      </w:tr>
      <w:tr w:rsidR="00623E5F" w14:paraId="531102F3" w14:textId="77777777">
        <w:trPr>
          <w:jc w:val="center"/>
        </w:trPr>
        <w:tc>
          <w:tcPr>
            <w:tcW w:w="2665" w:type="dxa"/>
            <w:tcMar>
              <w:top w:w="70" w:type="dxa"/>
              <w:left w:w="90" w:type="dxa"/>
              <w:bottom w:w="70" w:type="dxa"/>
              <w:right w:w="90" w:type="dxa"/>
            </w:tcMar>
            <w:vAlign w:val="center"/>
          </w:tcPr>
          <w:p w14:paraId="08F4099B"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521461E"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388BB953"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351897B" w14:textId="77777777" w:rsidR="00623E5F" w:rsidRDefault="00000000">
            <w:r>
              <w:rPr>
                <w:b/>
                <w:color w:val="000000"/>
                <w:sz w:val="16"/>
              </w:rPr>
              <w:t xml:space="preserve">NAČRTOVANI TERMIN: </w:t>
            </w:r>
            <w:r>
              <w:rPr>
                <w:color w:val="000000"/>
                <w:sz w:val="16"/>
              </w:rPr>
              <w:t>5. teden • 28. 9.–2. 10. 2026</w:t>
            </w:r>
          </w:p>
        </w:tc>
        <w:tc>
          <w:tcPr>
            <w:tcW w:w="2268" w:type="dxa"/>
            <w:tcMar>
              <w:top w:w="70" w:type="dxa"/>
              <w:left w:w="90" w:type="dxa"/>
              <w:bottom w:w="70" w:type="dxa"/>
              <w:right w:w="90" w:type="dxa"/>
            </w:tcMar>
            <w:vAlign w:val="center"/>
          </w:tcPr>
          <w:p w14:paraId="4A1415D7"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F96B0FE" w14:textId="77777777" w:rsidR="00623E5F" w:rsidRDefault="00000000">
            <w:r>
              <w:rPr>
                <w:b/>
                <w:color w:val="000000"/>
                <w:sz w:val="16"/>
              </w:rPr>
              <w:t xml:space="preserve">ŠTEVILO UR: </w:t>
            </w:r>
            <w:r>
              <w:rPr>
                <w:color w:val="000000"/>
                <w:sz w:val="16"/>
              </w:rPr>
              <w:t>3</w:t>
            </w:r>
          </w:p>
        </w:tc>
      </w:tr>
      <w:tr w:rsidR="00623E5F" w14:paraId="0FA1A50F" w14:textId="77777777">
        <w:trPr>
          <w:jc w:val="center"/>
        </w:trPr>
        <w:tc>
          <w:tcPr>
            <w:tcW w:w="14061" w:type="dxa"/>
            <w:gridSpan w:val="6"/>
            <w:tcMar>
              <w:top w:w="70" w:type="dxa"/>
              <w:left w:w="90" w:type="dxa"/>
              <w:bottom w:w="70" w:type="dxa"/>
              <w:right w:w="90" w:type="dxa"/>
            </w:tcMar>
            <w:vAlign w:val="center"/>
          </w:tcPr>
          <w:p w14:paraId="4EAAF5B9"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628D9DDC" w14:textId="77777777">
        <w:trPr>
          <w:cantSplit/>
          <w:jc w:val="center"/>
        </w:trPr>
        <w:tc>
          <w:tcPr>
            <w:tcW w:w="14060" w:type="dxa"/>
            <w:gridSpan w:val="6"/>
            <w:tcMar>
              <w:top w:w="70" w:type="dxa"/>
              <w:left w:w="90" w:type="dxa"/>
              <w:bottom w:w="70" w:type="dxa"/>
              <w:right w:w="90" w:type="dxa"/>
            </w:tcMar>
            <w:vAlign w:val="center"/>
          </w:tcPr>
          <w:p w14:paraId="4745E4AD" w14:textId="77777777" w:rsidR="00623E5F" w:rsidRDefault="00623E5F"/>
          <w:p w14:paraId="5F628B7A" w14:textId="77777777" w:rsidR="00623E5F" w:rsidRDefault="00000000">
            <w:pPr>
              <w:spacing w:line="245" w:lineRule="auto"/>
            </w:pPr>
            <w:r>
              <w:rPr>
                <w:b/>
                <w:color w:val="000000"/>
                <w:sz w:val="15"/>
              </w:rPr>
              <w:t xml:space="preserve">UČNI SKLOP: </w:t>
            </w:r>
            <w:r>
              <w:rPr>
                <w:color w:val="000000"/>
                <w:sz w:val="15"/>
              </w:rPr>
              <w:t>VARNA POT IN MOBILNOST</w:t>
            </w:r>
          </w:p>
        </w:tc>
      </w:tr>
      <w:tr w:rsidR="00623E5F" w14:paraId="1886A08F" w14:textId="77777777">
        <w:trPr>
          <w:cantSplit/>
          <w:jc w:val="center"/>
        </w:trPr>
        <w:tc>
          <w:tcPr>
            <w:tcW w:w="14060" w:type="dxa"/>
            <w:gridSpan w:val="6"/>
            <w:tcMar>
              <w:top w:w="70" w:type="dxa"/>
              <w:left w:w="90" w:type="dxa"/>
              <w:bottom w:w="70" w:type="dxa"/>
              <w:right w:w="90" w:type="dxa"/>
            </w:tcMar>
            <w:vAlign w:val="center"/>
          </w:tcPr>
          <w:p w14:paraId="6DEDF941" w14:textId="77777777" w:rsidR="00623E5F" w:rsidRDefault="00623E5F"/>
          <w:p w14:paraId="5D8027E0" w14:textId="77777777" w:rsidR="00623E5F" w:rsidRDefault="00000000">
            <w:pPr>
              <w:spacing w:line="245" w:lineRule="auto"/>
            </w:pPr>
            <w:r>
              <w:rPr>
                <w:b/>
                <w:color w:val="000000"/>
                <w:sz w:val="15"/>
              </w:rPr>
              <w:t xml:space="preserve">UČNA TEMA: </w:t>
            </w:r>
            <w:r>
              <w:rPr>
                <w:color w:val="000000"/>
                <w:sz w:val="15"/>
              </w:rPr>
              <w:t>GIBANJE V SMEREH</w:t>
            </w:r>
          </w:p>
        </w:tc>
      </w:tr>
      <w:tr w:rsidR="00623E5F" w14:paraId="20A15EBC" w14:textId="77777777">
        <w:trPr>
          <w:cantSplit/>
          <w:jc w:val="center"/>
        </w:trPr>
        <w:tc>
          <w:tcPr>
            <w:tcW w:w="14060" w:type="dxa"/>
            <w:gridSpan w:val="6"/>
            <w:tcMar>
              <w:top w:w="70" w:type="dxa"/>
              <w:left w:w="90" w:type="dxa"/>
              <w:bottom w:w="70" w:type="dxa"/>
              <w:right w:w="90" w:type="dxa"/>
            </w:tcMar>
            <w:vAlign w:val="center"/>
          </w:tcPr>
          <w:p w14:paraId="7FCA3BCD" w14:textId="77777777" w:rsidR="00623E5F" w:rsidRDefault="00623E5F"/>
          <w:p w14:paraId="0C652DF9" w14:textId="77777777" w:rsidR="00623E5F" w:rsidRDefault="00000000">
            <w:pPr>
              <w:spacing w:line="245" w:lineRule="auto"/>
            </w:pPr>
            <w:r>
              <w:rPr>
                <w:b/>
                <w:color w:val="000000"/>
                <w:sz w:val="15"/>
              </w:rPr>
              <w:t xml:space="preserve">KNJIŽEVNO / MOTIVNO IZHODIŠČE: </w:t>
            </w:r>
            <w:r>
              <w:rPr>
                <w:color w:val="000000"/>
                <w:sz w:val="15"/>
              </w:rPr>
              <w:t>»Rdeča kapica« – brata Grimm • varna pot, vidnost in premišljeno ravnanje</w:t>
            </w:r>
          </w:p>
        </w:tc>
      </w:tr>
      <w:tr w:rsidR="00623E5F" w14:paraId="26134923" w14:textId="77777777">
        <w:trPr>
          <w:cantSplit/>
          <w:jc w:val="center"/>
        </w:trPr>
        <w:tc>
          <w:tcPr>
            <w:tcW w:w="14060" w:type="dxa"/>
            <w:gridSpan w:val="6"/>
            <w:tcMar>
              <w:top w:w="70" w:type="dxa"/>
              <w:left w:w="90" w:type="dxa"/>
              <w:bottom w:w="70" w:type="dxa"/>
              <w:right w:w="90" w:type="dxa"/>
            </w:tcMar>
            <w:vAlign w:val="center"/>
          </w:tcPr>
          <w:p w14:paraId="69BC0B64" w14:textId="77777777" w:rsidR="00623E5F" w:rsidRDefault="00623E5F"/>
          <w:p w14:paraId="6E0DE4E6" w14:textId="77777777" w:rsidR="00623E5F" w:rsidRDefault="00000000">
            <w:pPr>
              <w:spacing w:line="245" w:lineRule="auto"/>
            </w:pPr>
            <w:r>
              <w:rPr>
                <w:b/>
                <w:color w:val="000000"/>
                <w:sz w:val="15"/>
              </w:rPr>
              <w:t xml:space="preserve">GIBALNO IZHODIŠČE / MOTIVACIJA: </w:t>
            </w:r>
            <w:r>
              <w:rPr>
                <w:color w:val="000000"/>
                <w:sz w:val="15"/>
              </w:rPr>
              <w:t>na tleh se pojavi pot stopinj, puščic in varnih ovir; učenci z gibalno napovedjo iščejo različne rešitve za temo »gibanje v smereh«. Tedenski gibalni izziv: premaga gozdni poligon z varnostnimi nalogami.</w:t>
            </w:r>
          </w:p>
        </w:tc>
      </w:tr>
      <w:tr w:rsidR="00623E5F" w14:paraId="3D344F4B" w14:textId="77777777">
        <w:trPr>
          <w:cantSplit/>
          <w:jc w:val="center"/>
        </w:trPr>
        <w:tc>
          <w:tcPr>
            <w:tcW w:w="14060" w:type="dxa"/>
            <w:gridSpan w:val="6"/>
            <w:tcMar>
              <w:top w:w="70" w:type="dxa"/>
              <w:left w:w="90" w:type="dxa"/>
              <w:bottom w:w="70" w:type="dxa"/>
              <w:right w:w="90" w:type="dxa"/>
            </w:tcMar>
            <w:vAlign w:val="center"/>
          </w:tcPr>
          <w:p w14:paraId="4CE987AD" w14:textId="77777777" w:rsidR="00623E5F" w:rsidRDefault="00623E5F"/>
          <w:p w14:paraId="3606C806" w14:textId="77777777" w:rsidR="00623E5F" w:rsidRDefault="00000000">
            <w:pPr>
              <w:spacing w:line="245" w:lineRule="auto"/>
            </w:pPr>
            <w:r>
              <w:rPr>
                <w:b/>
                <w:color w:val="000000"/>
                <w:sz w:val="15"/>
              </w:rPr>
              <w:t xml:space="preserve">UČNE ENOTE: </w:t>
            </w:r>
            <w:r>
              <w:rPr>
                <w:color w:val="000000"/>
                <w:sz w:val="15"/>
              </w:rPr>
              <w:t>1. ura – Gibanje v smereh – Ogrejem se in usvojim gib • 2. ura – Gibanje v smereh – Vadim na postajah • 3. ura – Gibanje v smereh – Uporabim v igri</w:t>
            </w:r>
          </w:p>
        </w:tc>
      </w:tr>
      <w:tr w:rsidR="00623E5F" w14:paraId="3136C8C9" w14:textId="77777777">
        <w:trPr>
          <w:cantSplit/>
          <w:jc w:val="center"/>
        </w:trPr>
        <w:tc>
          <w:tcPr>
            <w:tcW w:w="14060" w:type="dxa"/>
            <w:gridSpan w:val="6"/>
            <w:tcMar>
              <w:top w:w="70" w:type="dxa"/>
              <w:left w:w="90" w:type="dxa"/>
              <w:bottom w:w="70" w:type="dxa"/>
              <w:right w:w="90" w:type="dxa"/>
            </w:tcMar>
            <w:vAlign w:val="center"/>
          </w:tcPr>
          <w:p w14:paraId="1AD2C42B" w14:textId="77777777" w:rsidR="00623E5F" w:rsidRDefault="00623E5F"/>
          <w:p w14:paraId="22BC69E2"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184E8DC4" w14:textId="77777777">
        <w:trPr>
          <w:cantSplit/>
          <w:jc w:val="center"/>
        </w:trPr>
        <w:tc>
          <w:tcPr>
            <w:tcW w:w="14060" w:type="dxa"/>
            <w:gridSpan w:val="6"/>
            <w:tcMar>
              <w:top w:w="70" w:type="dxa"/>
              <w:left w:w="90" w:type="dxa"/>
              <w:bottom w:w="70" w:type="dxa"/>
              <w:right w:w="90" w:type="dxa"/>
            </w:tcMar>
            <w:vAlign w:val="center"/>
          </w:tcPr>
          <w:p w14:paraId="1DC19E04" w14:textId="77777777" w:rsidR="00623E5F" w:rsidRDefault="00623E5F"/>
          <w:p w14:paraId="27D7AE83"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0E19823C" w14:textId="77777777">
        <w:trPr>
          <w:cantSplit/>
          <w:jc w:val="center"/>
        </w:trPr>
        <w:tc>
          <w:tcPr>
            <w:tcW w:w="14060" w:type="dxa"/>
            <w:gridSpan w:val="6"/>
            <w:tcMar>
              <w:top w:w="70" w:type="dxa"/>
              <w:left w:w="90" w:type="dxa"/>
              <w:bottom w:w="70" w:type="dxa"/>
              <w:right w:w="90" w:type="dxa"/>
            </w:tcMar>
            <w:vAlign w:val="center"/>
          </w:tcPr>
          <w:p w14:paraId="18A15832" w14:textId="77777777" w:rsidR="00623E5F" w:rsidRDefault="00623E5F"/>
          <w:p w14:paraId="00C12E4A"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78F5AE9D" w14:textId="77777777">
        <w:trPr>
          <w:cantSplit/>
          <w:jc w:val="center"/>
        </w:trPr>
        <w:tc>
          <w:tcPr>
            <w:tcW w:w="14060" w:type="dxa"/>
            <w:gridSpan w:val="6"/>
            <w:tcMar>
              <w:top w:w="70" w:type="dxa"/>
              <w:left w:w="90" w:type="dxa"/>
              <w:bottom w:w="70" w:type="dxa"/>
              <w:right w:w="90" w:type="dxa"/>
            </w:tcMar>
            <w:vAlign w:val="center"/>
          </w:tcPr>
          <w:p w14:paraId="03A5F7DE" w14:textId="77777777" w:rsidR="00623E5F" w:rsidRDefault="00623E5F"/>
          <w:p w14:paraId="1122A3E1" w14:textId="77777777" w:rsidR="00623E5F" w:rsidRDefault="00000000">
            <w:pPr>
              <w:spacing w:line="245" w:lineRule="auto"/>
            </w:pPr>
            <w:r>
              <w:rPr>
                <w:b/>
                <w:color w:val="000000"/>
                <w:sz w:val="15"/>
              </w:rPr>
              <w:t xml:space="preserve">MEDPREDMETNE POVEZAVE: </w:t>
            </w:r>
            <w:r>
              <w:rPr>
                <w:color w:val="000000"/>
                <w:sz w:val="15"/>
              </w:rPr>
              <w:t>SPO – varna pot, vidnost in premišljeno ravnanje,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42E0A82B" w14:textId="77777777">
        <w:trPr>
          <w:cantSplit/>
          <w:jc w:val="center"/>
        </w:trPr>
        <w:tc>
          <w:tcPr>
            <w:tcW w:w="14060" w:type="dxa"/>
            <w:gridSpan w:val="6"/>
            <w:tcMar>
              <w:top w:w="70" w:type="dxa"/>
              <w:left w:w="90" w:type="dxa"/>
              <w:bottom w:w="70" w:type="dxa"/>
              <w:right w:w="90" w:type="dxa"/>
            </w:tcMar>
            <w:vAlign w:val="center"/>
          </w:tcPr>
          <w:p w14:paraId="0438A441" w14:textId="77777777" w:rsidR="00623E5F" w:rsidRDefault="00623E5F"/>
          <w:p w14:paraId="0C01FA01" w14:textId="77777777" w:rsidR="00623E5F" w:rsidRDefault="00000000">
            <w:pPr>
              <w:spacing w:line="245" w:lineRule="auto"/>
            </w:pPr>
            <w:r>
              <w:rPr>
                <w:b/>
                <w:color w:val="000000"/>
                <w:sz w:val="15"/>
              </w:rPr>
              <w:t xml:space="preserve">UČNA SREDSTVA IN PRIPOMOČKI: </w:t>
            </w:r>
            <w:r>
              <w:rPr>
                <w:color w:val="000000"/>
                <w:sz w:val="15"/>
              </w:rPr>
              <w:t>stožci, talne oznake, obroči, vrvi, klopi, letveniki ali nizka plezala, blazine in mehke ovire; kartice namena in kriterijev; oznake štirih postaj; opazovalni list; semafor napora in mapa dokazov</w:t>
            </w:r>
          </w:p>
        </w:tc>
      </w:tr>
      <w:tr w:rsidR="00623E5F" w14:paraId="3F6A34DD" w14:textId="77777777">
        <w:trPr>
          <w:cantSplit/>
          <w:jc w:val="center"/>
        </w:trPr>
        <w:tc>
          <w:tcPr>
            <w:tcW w:w="14060" w:type="dxa"/>
            <w:gridSpan w:val="6"/>
            <w:tcMar>
              <w:top w:w="70" w:type="dxa"/>
              <w:left w:w="90" w:type="dxa"/>
              <w:bottom w:w="70" w:type="dxa"/>
              <w:right w:w="90" w:type="dxa"/>
            </w:tcMar>
            <w:vAlign w:val="center"/>
          </w:tcPr>
          <w:p w14:paraId="3FA04F1D" w14:textId="77777777" w:rsidR="00623E5F" w:rsidRDefault="00623E5F"/>
          <w:p w14:paraId="0407EF0B"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4B1CB8AC" w14:textId="77777777">
        <w:trPr>
          <w:cantSplit/>
          <w:jc w:val="center"/>
        </w:trPr>
        <w:tc>
          <w:tcPr>
            <w:tcW w:w="14060" w:type="dxa"/>
            <w:gridSpan w:val="6"/>
            <w:tcMar>
              <w:top w:w="70" w:type="dxa"/>
              <w:left w:w="90" w:type="dxa"/>
              <w:bottom w:w="70" w:type="dxa"/>
              <w:right w:w="90" w:type="dxa"/>
            </w:tcMar>
            <w:vAlign w:val="center"/>
          </w:tcPr>
          <w:p w14:paraId="687AE124" w14:textId="77777777" w:rsidR="00623E5F" w:rsidRDefault="00623E5F"/>
          <w:p w14:paraId="4D1C20A2" w14:textId="77777777" w:rsidR="00623E5F" w:rsidRDefault="00000000">
            <w:pPr>
              <w:spacing w:line="245" w:lineRule="auto"/>
            </w:pPr>
            <w:r>
              <w:rPr>
                <w:b/>
                <w:color w:val="000000"/>
                <w:sz w:val="15"/>
              </w:rPr>
              <w:t xml:space="preserve">OCENJEVANJE / DAN DEJAVNOSTI: </w:t>
            </w:r>
            <w:r>
              <w:rPr>
                <w:color w:val="000000"/>
                <w:sz w:val="15"/>
              </w:rPr>
              <w:t>TEHNIŠKI DAN</w:t>
            </w:r>
          </w:p>
        </w:tc>
      </w:tr>
      <w:tr w:rsidR="00623E5F" w14:paraId="0144C15E" w14:textId="77777777">
        <w:trPr>
          <w:cantSplit/>
          <w:jc w:val="center"/>
        </w:trPr>
        <w:tc>
          <w:tcPr>
            <w:tcW w:w="14060" w:type="dxa"/>
            <w:gridSpan w:val="6"/>
            <w:tcMar>
              <w:top w:w="70" w:type="dxa"/>
              <w:left w:w="90" w:type="dxa"/>
              <w:bottom w:w="70" w:type="dxa"/>
              <w:right w:w="90" w:type="dxa"/>
            </w:tcMar>
            <w:vAlign w:val="center"/>
          </w:tcPr>
          <w:p w14:paraId="27E585D0" w14:textId="77777777" w:rsidR="00623E5F" w:rsidRDefault="00623E5F"/>
          <w:p w14:paraId="2B4B428C"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45BAD1B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66D205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B0C5DE2"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47A6479" w14:textId="77777777" w:rsidR="00623E5F" w:rsidRDefault="00000000">
            <w:pPr>
              <w:jc w:val="center"/>
            </w:pPr>
            <w:r>
              <w:rPr>
                <w:b/>
                <w:color w:val="000000"/>
                <w:sz w:val="20"/>
              </w:rPr>
              <w:t>UČNE DEJAVNOSTI, METODE IN FORMATIVNO SPREMLJANJE</w:t>
            </w:r>
          </w:p>
        </w:tc>
      </w:tr>
      <w:tr w:rsidR="00623E5F" w14:paraId="2678FFAC" w14:textId="77777777">
        <w:trPr>
          <w:tblHeader/>
          <w:jc w:val="center"/>
        </w:trPr>
        <w:tc>
          <w:tcPr>
            <w:tcW w:w="4422" w:type="dxa"/>
            <w:vMerge/>
            <w:tcMar>
              <w:top w:w="70" w:type="dxa"/>
              <w:left w:w="90" w:type="dxa"/>
              <w:bottom w:w="70" w:type="dxa"/>
              <w:right w:w="90" w:type="dxa"/>
            </w:tcMar>
            <w:vAlign w:val="center"/>
          </w:tcPr>
          <w:p w14:paraId="137F88A6" w14:textId="77777777" w:rsidR="00623E5F" w:rsidRDefault="00623E5F"/>
        </w:tc>
        <w:tc>
          <w:tcPr>
            <w:tcW w:w="7087" w:type="dxa"/>
            <w:shd w:val="clear" w:color="auto" w:fill="FFFFFF"/>
            <w:tcMar>
              <w:top w:w="70" w:type="dxa"/>
              <w:left w:w="90" w:type="dxa"/>
              <w:bottom w:w="70" w:type="dxa"/>
              <w:right w:w="90" w:type="dxa"/>
            </w:tcMar>
            <w:vAlign w:val="center"/>
          </w:tcPr>
          <w:p w14:paraId="1EA9FB42"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A18DA3B" w14:textId="77777777" w:rsidR="00623E5F" w:rsidRDefault="00000000">
            <w:pPr>
              <w:jc w:val="center"/>
            </w:pPr>
            <w:r>
              <w:rPr>
                <w:b/>
                <w:color w:val="000000"/>
              </w:rPr>
              <w:t>UČENEC</w:t>
            </w:r>
          </w:p>
        </w:tc>
      </w:tr>
      <w:tr w:rsidR="00623E5F" w14:paraId="21D68F7E" w14:textId="77777777">
        <w:trPr>
          <w:jc w:val="center"/>
        </w:trPr>
        <w:tc>
          <w:tcPr>
            <w:tcW w:w="4422" w:type="dxa"/>
            <w:tcMar>
              <w:top w:w="70" w:type="dxa"/>
              <w:left w:w="90" w:type="dxa"/>
              <w:bottom w:w="70" w:type="dxa"/>
              <w:right w:w="90" w:type="dxa"/>
            </w:tcMar>
          </w:tcPr>
          <w:p w14:paraId="0AF5353E" w14:textId="77777777" w:rsidR="00623E5F" w:rsidRDefault="00623E5F"/>
          <w:p w14:paraId="7C083122" w14:textId="77777777" w:rsidR="00623E5F" w:rsidRDefault="00000000">
            <w:pPr>
              <w:spacing w:after="60" w:line="245" w:lineRule="auto"/>
            </w:pPr>
            <w:r>
              <w:rPr>
                <w:b/>
                <w:color w:val="000000"/>
              </w:rPr>
              <w:t>UČNI CILJI</w:t>
            </w:r>
          </w:p>
          <w:p w14:paraId="6151EC98" w14:textId="77777777" w:rsidR="00623E5F" w:rsidRDefault="00000000">
            <w:pPr>
              <w:spacing w:after="20" w:line="245" w:lineRule="auto"/>
            </w:pPr>
            <w:r>
              <w:rPr>
                <w:b/>
                <w:color w:val="000000"/>
                <w:sz w:val="17"/>
              </w:rPr>
              <w:t>SPLOŠNI</w:t>
            </w:r>
          </w:p>
          <w:p w14:paraId="1EEE7E2E"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3E6B60F6" w14:textId="77777777" w:rsidR="00623E5F" w:rsidRDefault="00000000">
            <w:pPr>
              <w:pStyle w:val="Oznaenseznam"/>
              <w:spacing w:after="16"/>
            </w:pPr>
            <w:r>
              <w:rPr>
                <w:color w:val="000000"/>
                <w:sz w:val="15"/>
              </w:rPr>
              <w:t>varno hodi, teče, skače, meče, pleza, se plazi, lovi, ravnoteži, pleše in uporablja različne rekvizite</w:t>
            </w:r>
          </w:p>
          <w:p w14:paraId="38738453" w14:textId="77777777" w:rsidR="00623E5F" w:rsidRDefault="00000000">
            <w:pPr>
              <w:pStyle w:val="Oznaenseznam"/>
              <w:spacing w:after="16"/>
            </w:pPr>
            <w:r>
              <w:rPr>
                <w:color w:val="000000"/>
                <w:sz w:val="15"/>
              </w:rPr>
              <w:t>razume pomen rednega gibanja, ogrevanja, higiene, primerne opreme, počitka in varnega ravnanja</w:t>
            </w:r>
          </w:p>
          <w:p w14:paraId="42A83E84"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4B732A0A" w14:textId="77777777" w:rsidR="00623E5F" w:rsidRDefault="00000000">
            <w:pPr>
              <w:spacing w:before="40" w:after="20" w:line="245" w:lineRule="auto"/>
            </w:pPr>
            <w:r>
              <w:rPr>
                <w:b/>
                <w:color w:val="000000"/>
                <w:sz w:val="17"/>
              </w:rPr>
              <w:t>OPERATIVNI</w:t>
            </w:r>
          </w:p>
          <w:p w14:paraId="1C20A48A" w14:textId="77777777" w:rsidR="00623E5F" w:rsidRDefault="00000000">
            <w:pPr>
              <w:pStyle w:val="Oznaenseznam"/>
              <w:spacing w:after="16"/>
            </w:pPr>
            <w:r>
              <w:rPr>
                <w:color w:val="000000"/>
                <w:sz w:val="15"/>
              </w:rPr>
              <w:t>teče in se ustavlja na znak</w:t>
            </w:r>
          </w:p>
          <w:p w14:paraId="2B5512FB" w14:textId="77777777" w:rsidR="00623E5F" w:rsidRDefault="00000000">
            <w:pPr>
              <w:pStyle w:val="Oznaenseznam"/>
              <w:spacing w:after="16"/>
            </w:pPr>
            <w:r>
              <w:rPr>
                <w:color w:val="000000"/>
                <w:sz w:val="15"/>
              </w:rPr>
              <w:t>spreminja smer in hitrost</w:t>
            </w:r>
          </w:p>
          <w:p w14:paraId="79C600A5" w14:textId="77777777" w:rsidR="00623E5F" w:rsidRDefault="00000000">
            <w:pPr>
              <w:pStyle w:val="Oznaenseznam"/>
              <w:spacing w:after="16"/>
            </w:pPr>
            <w:r>
              <w:rPr>
                <w:color w:val="000000"/>
                <w:sz w:val="15"/>
              </w:rPr>
              <w:t>varno ohranja razdaljo</w:t>
            </w:r>
          </w:p>
          <w:p w14:paraId="3C13B580" w14:textId="77777777" w:rsidR="00623E5F" w:rsidRDefault="00000000">
            <w:pPr>
              <w:spacing w:before="40" w:after="20" w:line="245" w:lineRule="auto"/>
            </w:pPr>
            <w:r>
              <w:rPr>
                <w:b/>
                <w:color w:val="000000"/>
                <w:sz w:val="17"/>
              </w:rPr>
              <w:t>PRIČAKOVANI DOSEŽKI / MINIMALNI POUDARKI</w:t>
            </w:r>
          </w:p>
          <w:p w14:paraId="5B26B734" w14:textId="77777777" w:rsidR="00623E5F" w:rsidRDefault="00000000">
            <w:pPr>
              <w:pStyle w:val="Oznaenseznam"/>
              <w:spacing w:after="16"/>
            </w:pPr>
            <w:r>
              <w:rPr>
                <w:color w:val="000000"/>
                <w:sz w:val="15"/>
              </w:rPr>
              <w:t>učenec samostojno oziroma z dogovorjeno oporo teče in se ustavlja na znak</w:t>
            </w:r>
          </w:p>
          <w:p w14:paraId="774F3F92" w14:textId="77777777" w:rsidR="00623E5F" w:rsidRDefault="00000000">
            <w:pPr>
              <w:pStyle w:val="Oznaenseznam"/>
              <w:spacing w:after="16"/>
            </w:pPr>
            <w:r>
              <w:rPr>
                <w:color w:val="000000"/>
                <w:sz w:val="15"/>
              </w:rPr>
              <w:t>učenec samostojno oziroma z dogovorjeno oporo spreminja smer in hitrost</w:t>
            </w:r>
          </w:p>
          <w:p w14:paraId="3646C3A5" w14:textId="77777777" w:rsidR="00623E5F" w:rsidRDefault="00000000">
            <w:pPr>
              <w:pStyle w:val="Oznaenseznam"/>
              <w:spacing w:after="16"/>
            </w:pPr>
            <w:r>
              <w:rPr>
                <w:color w:val="000000"/>
                <w:sz w:val="15"/>
              </w:rPr>
              <w:t>učenec samostojno oziroma z dogovorjeno oporo varno ohranja razdaljo</w:t>
            </w:r>
          </w:p>
        </w:tc>
        <w:tc>
          <w:tcPr>
            <w:tcW w:w="7087" w:type="dxa"/>
            <w:tcMar>
              <w:top w:w="70" w:type="dxa"/>
              <w:left w:w="90" w:type="dxa"/>
              <w:bottom w:w="70" w:type="dxa"/>
              <w:right w:w="90" w:type="dxa"/>
            </w:tcMar>
          </w:tcPr>
          <w:p w14:paraId="53CC514E"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9DD6915" w14:textId="77777777">
              <w:trPr>
                <w:jc w:val="center"/>
              </w:trPr>
              <w:tc>
                <w:tcPr>
                  <w:tcW w:w="7087" w:type="dxa"/>
                  <w:shd w:val="clear" w:color="auto" w:fill="C6E7F3"/>
                  <w:tcMar>
                    <w:top w:w="45" w:type="dxa"/>
                    <w:left w:w="70" w:type="dxa"/>
                    <w:bottom w:w="45" w:type="dxa"/>
                    <w:right w:w="70" w:type="dxa"/>
                  </w:tcMar>
                </w:tcPr>
                <w:p w14:paraId="6057F84C" w14:textId="77777777" w:rsidR="00623E5F" w:rsidRDefault="00000000">
                  <w:pPr>
                    <w:keepNext/>
                  </w:pPr>
                  <w:r>
                    <w:rPr>
                      <w:b/>
                      <w:color w:val="000000"/>
                    </w:rPr>
                    <w:t>UVODNI DEL – POČUTJE, GIBALNI NAMIG, PREDZNANJE IN NAMEN UČENJA (7–10 min)</w:t>
                  </w:r>
                </w:p>
              </w:tc>
            </w:tr>
          </w:tbl>
          <w:p w14:paraId="2E150C91" w14:textId="77777777" w:rsidR="00623E5F" w:rsidRDefault="00623E5F">
            <w:pPr>
              <w:spacing w:line="20" w:lineRule="exact"/>
            </w:pPr>
          </w:p>
          <w:p w14:paraId="788FEA84" w14:textId="77777777" w:rsidR="00623E5F" w:rsidRDefault="00000000">
            <w:pPr>
              <w:spacing w:before="40" w:after="60" w:line="245" w:lineRule="auto"/>
            </w:pPr>
            <w:r>
              <w:rPr>
                <w:color w:val="000000"/>
                <w:sz w:val="15"/>
              </w:rPr>
              <w:t>Ob književnem motivu »Rdeča kapica« – brata Grimm učenci vstopijo v temo varna pot, vidnost in premišljeno ravnanje. Učiteljica pripravi kratek gibalni namig: na tleh se pojavi pot stopinj, puščic in varnih ovir; učenci z gibalno napovedjo iščejo različne rešitve za temo »gibanje v smereh«. Tedenski gibalni izziv: premaga gozdni poligon z varnostnimi nalogami.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53E4C169" w14:textId="77777777">
              <w:trPr>
                <w:jc w:val="center"/>
              </w:trPr>
              <w:tc>
                <w:tcPr>
                  <w:tcW w:w="7087" w:type="dxa"/>
                  <w:shd w:val="clear" w:color="auto" w:fill="EDC9EA"/>
                  <w:tcMar>
                    <w:top w:w="45" w:type="dxa"/>
                    <w:left w:w="70" w:type="dxa"/>
                    <w:bottom w:w="45" w:type="dxa"/>
                    <w:right w:w="70" w:type="dxa"/>
                  </w:tcMar>
                </w:tcPr>
                <w:p w14:paraId="4424D3F9" w14:textId="77777777" w:rsidR="00623E5F" w:rsidRDefault="00000000">
                  <w:pPr>
                    <w:keepNext/>
                  </w:pPr>
                  <w:r>
                    <w:rPr>
                      <w:b/>
                      <w:color w:val="000000"/>
                    </w:rPr>
                    <w:t>NAMENI UČENJA</w:t>
                  </w:r>
                </w:p>
              </w:tc>
            </w:tr>
          </w:tbl>
          <w:p w14:paraId="09DCBDB4" w14:textId="77777777" w:rsidR="00623E5F" w:rsidRDefault="00623E5F">
            <w:pPr>
              <w:spacing w:line="20" w:lineRule="exact"/>
            </w:pPr>
          </w:p>
          <w:p w14:paraId="74664CB9"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139A471A" w14:textId="77777777" w:rsidR="00623E5F" w:rsidRDefault="00000000">
            <w:pPr>
              <w:pStyle w:val="Oznaenseznam"/>
              <w:spacing w:after="16"/>
            </w:pPr>
            <w:r>
              <w:rPr>
                <w:color w:val="000000"/>
                <w:sz w:val="15"/>
              </w:rPr>
              <w:t>tečem in se ustavljam na znak</w:t>
            </w:r>
          </w:p>
          <w:p w14:paraId="20A66785" w14:textId="77777777" w:rsidR="00623E5F" w:rsidRDefault="00000000">
            <w:pPr>
              <w:pStyle w:val="Oznaenseznam"/>
              <w:spacing w:after="16"/>
            </w:pPr>
            <w:r>
              <w:rPr>
                <w:color w:val="000000"/>
                <w:sz w:val="15"/>
              </w:rPr>
              <w:t>spreminjam smer in hitrost</w:t>
            </w:r>
          </w:p>
          <w:p w14:paraId="2ADE2033" w14:textId="77777777" w:rsidR="00623E5F" w:rsidRDefault="00000000">
            <w:pPr>
              <w:pStyle w:val="Oznaenseznam"/>
              <w:spacing w:after="16"/>
            </w:pPr>
            <w:r>
              <w:rPr>
                <w:color w:val="000000"/>
                <w:sz w:val="15"/>
              </w:rPr>
              <w:t>varno ohranjam razdaljo</w:t>
            </w:r>
          </w:p>
          <w:tbl>
            <w:tblPr>
              <w:tblStyle w:val="Tabelamrea"/>
              <w:tblW w:w="0" w:type="auto"/>
              <w:jc w:val="center"/>
              <w:tblLayout w:type="fixed"/>
              <w:tblLook w:val="04A0" w:firstRow="1" w:lastRow="0" w:firstColumn="1" w:lastColumn="0" w:noHBand="0" w:noVBand="1"/>
            </w:tblPr>
            <w:tblGrid>
              <w:gridCol w:w="7087"/>
            </w:tblGrid>
            <w:tr w:rsidR="00623E5F" w14:paraId="015098F2" w14:textId="77777777">
              <w:trPr>
                <w:jc w:val="center"/>
              </w:trPr>
              <w:tc>
                <w:tcPr>
                  <w:tcW w:w="7087" w:type="dxa"/>
                  <w:shd w:val="clear" w:color="auto" w:fill="EDC9EA"/>
                  <w:tcMar>
                    <w:top w:w="45" w:type="dxa"/>
                    <w:left w:w="70" w:type="dxa"/>
                    <w:bottom w:w="45" w:type="dxa"/>
                    <w:right w:w="70" w:type="dxa"/>
                  </w:tcMar>
                </w:tcPr>
                <w:p w14:paraId="268617ED" w14:textId="77777777" w:rsidR="00623E5F" w:rsidRDefault="00000000">
                  <w:pPr>
                    <w:keepNext/>
                  </w:pPr>
                  <w:r>
                    <w:rPr>
                      <w:b/>
                      <w:color w:val="000000"/>
                    </w:rPr>
                    <w:t>PREVERJANJE PREDZNANJA</w:t>
                  </w:r>
                </w:p>
              </w:tc>
            </w:tr>
          </w:tbl>
          <w:p w14:paraId="0C083816" w14:textId="77777777" w:rsidR="00623E5F" w:rsidRDefault="00623E5F">
            <w:pPr>
              <w:spacing w:line="20" w:lineRule="exact"/>
            </w:pPr>
          </w:p>
          <w:p w14:paraId="325C5200" w14:textId="77777777" w:rsidR="00623E5F" w:rsidRDefault="00000000">
            <w:pPr>
              <w:pStyle w:val="Oznaenseznam"/>
              <w:spacing w:after="16"/>
            </w:pPr>
            <w:r>
              <w:rPr>
                <w:color w:val="000000"/>
                <w:sz w:val="15"/>
              </w:rPr>
              <w:t>Kaj moje telo in prostor že znata pokazati pri temi »GIBANJE V SMEREH«?</w:t>
            </w:r>
          </w:p>
          <w:p w14:paraId="1AC29D36" w14:textId="77777777" w:rsidR="00623E5F" w:rsidRDefault="00000000">
            <w:pPr>
              <w:pStyle w:val="Oznaenseznam"/>
              <w:spacing w:after="16"/>
            </w:pPr>
            <w:r>
              <w:rPr>
                <w:color w:val="000000"/>
                <w:sz w:val="15"/>
              </w:rPr>
              <w:t>Katero varnostno pravilo, gibalni korak ali strategijo že obvladam in kaj bi najprej preizkusil/-a?</w:t>
            </w:r>
          </w:p>
          <w:p w14:paraId="3715DC39"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264DACE5" w14:textId="77777777">
              <w:trPr>
                <w:jc w:val="center"/>
              </w:trPr>
              <w:tc>
                <w:tcPr>
                  <w:tcW w:w="7087" w:type="dxa"/>
                  <w:shd w:val="clear" w:color="auto" w:fill="EDC9EA"/>
                  <w:tcMar>
                    <w:top w:w="45" w:type="dxa"/>
                    <w:left w:w="70" w:type="dxa"/>
                    <w:bottom w:w="45" w:type="dxa"/>
                    <w:right w:w="70" w:type="dxa"/>
                  </w:tcMar>
                </w:tcPr>
                <w:p w14:paraId="5CAE505B" w14:textId="77777777" w:rsidR="00623E5F" w:rsidRDefault="00000000">
                  <w:pPr>
                    <w:keepNext/>
                  </w:pPr>
                  <w:r>
                    <w:rPr>
                      <w:b/>
                      <w:color w:val="000000"/>
                    </w:rPr>
                    <w:t>KRITERIJI USPEŠNOSTI</w:t>
                  </w:r>
                </w:p>
              </w:tc>
            </w:tr>
          </w:tbl>
          <w:p w14:paraId="0CEE8E02" w14:textId="77777777" w:rsidR="00623E5F" w:rsidRDefault="00623E5F"/>
          <w:p w14:paraId="36CA9AC6" w14:textId="77777777" w:rsidR="00623E5F" w:rsidRDefault="00000000">
            <w:pPr>
              <w:spacing w:before="20" w:after="20" w:line="245" w:lineRule="auto"/>
            </w:pPr>
            <w:r>
              <w:rPr>
                <w:b/>
                <w:color w:val="000000"/>
                <w:sz w:val="16"/>
              </w:rPr>
              <w:t>Uspešen/-na bom, ko:</w:t>
            </w:r>
          </w:p>
          <w:p w14:paraId="15A072AD" w14:textId="77777777" w:rsidR="00623E5F" w:rsidRDefault="00000000">
            <w:pPr>
              <w:pStyle w:val="Oznaenseznam"/>
              <w:spacing w:after="16"/>
            </w:pPr>
            <w:r>
              <w:rPr>
                <w:color w:val="000000"/>
                <w:sz w:val="15"/>
              </w:rPr>
              <w:t>tečem in se ustavljam na znak</w:t>
            </w:r>
          </w:p>
          <w:p w14:paraId="475C1B08" w14:textId="77777777" w:rsidR="00623E5F" w:rsidRDefault="00000000">
            <w:pPr>
              <w:pStyle w:val="Oznaenseznam"/>
              <w:spacing w:after="16"/>
            </w:pPr>
            <w:r>
              <w:rPr>
                <w:color w:val="000000"/>
                <w:sz w:val="15"/>
              </w:rPr>
              <w:t>spreminjam smer in hitrost</w:t>
            </w:r>
          </w:p>
          <w:p w14:paraId="3385E6FC" w14:textId="77777777" w:rsidR="00623E5F" w:rsidRDefault="00000000">
            <w:pPr>
              <w:pStyle w:val="Oznaenseznam"/>
              <w:spacing w:after="16"/>
            </w:pPr>
            <w:r>
              <w:rPr>
                <w:color w:val="000000"/>
                <w:sz w:val="15"/>
              </w:rPr>
              <w:t>varno ohranjam razdaljo</w:t>
            </w:r>
          </w:p>
          <w:p w14:paraId="32FB2CA9" w14:textId="77777777" w:rsidR="00623E5F" w:rsidRDefault="00000000">
            <w:pPr>
              <w:pStyle w:val="Oznaenseznam"/>
              <w:spacing w:after="16"/>
            </w:pPr>
            <w:r>
              <w:rPr>
                <w:color w:val="000000"/>
                <w:sz w:val="15"/>
              </w:rPr>
              <w:t>pred začetkom preverim prostor in opremo, ohranjam razdaljo ter se na znak varno ustavim</w:t>
            </w:r>
          </w:p>
          <w:p w14:paraId="68ED2470"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6C9BBCBE" w14:textId="77777777" w:rsidR="00623E5F" w:rsidRDefault="00623E5F"/>
          <w:p w14:paraId="2DA4BFFB"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2465DCDF"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72D724EF" w14:textId="77777777" w:rsidR="00623E5F" w:rsidRDefault="00000000">
            <w:pPr>
              <w:spacing w:after="100" w:line="245" w:lineRule="auto"/>
            </w:pPr>
            <w:r>
              <w:rPr>
                <w:color w:val="000000"/>
                <w:sz w:val="15"/>
              </w:rPr>
              <w:t>Sodeluje pri razumevanju namena, vidnih meril, varnostnih pravil, prehodov in načina dokazovanja.</w:t>
            </w:r>
          </w:p>
          <w:p w14:paraId="42B0E16E" w14:textId="77777777" w:rsidR="00623E5F" w:rsidRDefault="00000000">
            <w:pPr>
              <w:spacing w:after="20" w:line="245" w:lineRule="auto"/>
            </w:pPr>
            <w:r>
              <w:rPr>
                <w:b/>
                <w:color w:val="D95BC6"/>
                <w:sz w:val="17"/>
              </w:rPr>
              <w:t>DOKAZ O UČENJU</w:t>
            </w:r>
          </w:p>
          <w:p w14:paraId="16C51580"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3F4B8CE5"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E54516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06908E7"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8876C58" w14:textId="77777777" w:rsidR="00623E5F" w:rsidRDefault="00000000">
            <w:pPr>
              <w:jc w:val="center"/>
            </w:pPr>
            <w:r>
              <w:rPr>
                <w:b/>
                <w:color w:val="000000"/>
                <w:sz w:val="20"/>
              </w:rPr>
              <w:t>UČNE DEJAVNOSTI, METODE IN FORMATIVNO SPREMLJANJE</w:t>
            </w:r>
          </w:p>
        </w:tc>
      </w:tr>
      <w:tr w:rsidR="00623E5F" w14:paraId="67F9FBE3" w14:textId="77777777">
        <w:trPr>
          <w:tblHeader/>
          <w:jc w:val="center"/>
        </w:trPr>
        <w:tc>
          <w:tcPr>
            <w:tcW w:w="4422" w:type="dxa"/>
            <w:vMerge/>
            <w:tcMar>
              <w:top w:w="70" w:type="dxa"/>
              <w:left w:w="90" w:type="dxa"/>
              <w:bottom w:w="70" w:type="dxa"/>
              <w:right w:w="90" w:type="dxa"/>
            </w:tcMar>
            <w:vAlign w:val="center"/>
          </w:tcPr>
          <w:p w14:paraId="73C473D3" w14:textId="77777777" w:rsidR="00623E5F" w:rsidRDefault="00623E5F"/>
        </w:tc>
        <w:tc>
          <w:tcPr>
            <w:tcW w:w="7087" w:type="dxa"/>
            <w:shd w:val="clear" w:color="auto" w:fill="FFFFFF"/>
            <w:tcMar>
              <w:top w:w="70" w:type="dxa"/>
              <w:left w:w="90" w:type="dxa"/>
              <w:bottom w:w="70" w:type="dxa"/>
              <w:right w:w="90" w:type="dxa"/>
            </w:tcMar>
            <w:vAlign w:val="center"/>
          </w:tcPr>
          <w:p w14:paraId="529C4C74"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12DE012" w14:textId="77777777" w:rsidR="00623E5F" w:rsidRDefault="00000000">
            <w:pPr>
              <w:jc w:val="center"/>
            </w:pPr>
            <w:r>
              <w:rPr>
                <w:b/>
                <w:color w:val="000000"/>
              </w:rPr>
              <w:t>UČENEC</w:t>
            </w:r>
          </w:p>
        </w:tc>
      </w:tr>
      <w:tr w:rsidR="00623E5F" w14:paraId="5C026565" w14:textId="77777777">
        <w:trPr>
          <w:jc w:val="center"/>
        </w:trPr>
        <w:tc>
          <w:tcPr>
            <w:tcW w:w="4422" w:type="dxa"/>
            <w:tcMar>
              <w:top w:w="70" w:type="dxa"/>
              <w:left w:w="90" w:type="dxa"/>
              <w:bottom w:w="70" w:type="dxa"/>
              <w:right w:w="90" w:type="dxa"/>
            </w:tcMar>
          </w:tcPr>
          <w:p w14:paraId="7C411C23" w14:textId="77777777" w:rsidR="00623E5F" w:rsidRDefault="00623E5F"/>
          <w:p w14:paraId="68E16166" w14:textId="77777777" w:rsidR="00623E5F" w:rsidRDefault="00000000">
            <w:pPr>
              <w:spacing w:after="40" w:line="245" w:lineRule="auto"/>
            </w:pPr>
            <w:r>
              <w:rPr>
                <w:b/>
                <w:color w:val="000000"/>
                <w:sz w:val="17"/>
              </w:rPr>
              <w:t>KLJUČNI ŠPORTNI IN GIBALNI POJMI</w:t>
            </w:r>
          </w:p>
          <w:p w14:paraId="29627B78"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hoja, tek, lazenje, plazenje, valjanje, opora, ovira, poligon, doskok</w:t>
            </w:r>
          </w:p>
          <w:p w14:paraId="42277646" w14:textId="77777777" w:rsidR="00623E5F" w:rsidRDefault="00000000">
            <w:pPr>
              <w:spacing w:after="20" w:line="245" w:lineRule="auto"/>
            </w:pPr>
            <w:r>
              <w:rPr>
                <w:b/>
                <w:color w:val="000000"/>
                <w:sz w:val="17"/>
              </w:rPr>
              <w:t>DOKAZI O UČENJU</w:t>
            </w:r>
          </w:p>
          <w:p w14:paraId="7EF1206F" w14:textId="77777777" w:rsidR="00623E5F" w:rsidRDefault="00000000">
            <w:pPr>
              <w:pStyle w:val="Oznaenseznam"/>
              <w:spacing w:after="7"/>
            </w:pPr>
            <w:r>
              <w:rPr>
                <w:color w:val="000000"/>
                <w:sz w:val="14"/>
              </w:rPr>
              <w:t>varen odziv na znak, začetni poskus prvine in ustno varnostno pravilo.</w:t>
            </w:r>
          </w:p>
          <w:p w14:paraId="03764DB2" w14:textId="77777777" w:rsidR="00623E5F" w:rsidRDefault="00000000">
            <w:pPr>
              <w:pStyle w:val="Oznaenseznam"/>
              <w:spacing w:after="7"/>
            </w:pPr>
            <w:r>
              <w:rPr>
                <w:color w:val="000000"/>
                <w:sz w:val="14"/>
              </w:rPr>
              <w:t>opazovalna kartica, izvedba na izbrani ravni in učiteljev zapis o napredku.</w:t>
            </w:r>
          </w:p>
          <w:p w14:paraId="6C8F5371" w14:textId="77777777" w:rsidR="00623E5F" w:rsidRDefault="00000000">
            <w:pPr>
              <w:pStyle w:val="Oznaenseznam"/>
              <w:spacing w:after="7"/>
            </w:pPr>
            <w:r>
              <w:rPr>
                <w:color w:val="000000"/>
                <w:sz w:val="14"/>
              </w:rPr>
              <w:t>uporaba prvine v igri, sodelovanje, upoštevanje pravil in osebno samovrednotenje.</w:t>
            </w:r>
          </w:p>
          <w:p w14:paraId="51811594" w14:textId="77777777" w:rsidR="00623E5F" w:rsidRDefault="00000000">
            <w:pPr>
              <w:spacing w:before="40" w:after="20" w:line="245" w:lineRule="auto"/>
            </w:pPr>
            <w:r>
              <w:rPr>
                <w:b/>
                <w:color w:val="000000"/>
                <w:sz w:val="16"/>
              </w:rPr>
              <w:t>GIBALNO DOŽIVETJE IN IZKUŠENJSKI POUK</w:t>
            </w:r>
          </w:p>
          <w:p w14:paraId="6025AE99"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20A809A3" w14:textId="77777777" w:rsidR="00623E5F" w:rsidRDefault="00000000">
            <w:pPr>
              <w:spacing w:after="20" w:line="245" w:lineRule="auto"/>
            </w:pPr>
            <w:r>
              <w:rPr>
                <w:b/>
                <w:color w:val="000000"/>
                <w:sz w:val="16"/>
              </w:rPr>
              <w:t>POUČEVANJE V GIBANJU</w:t>
            </w:r>
          </w:p>
          <w:p w14:paraId="698674D3"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663CAED9" w14:textId="77777777" w:rsidR="00623E5F" w:rsidRDefault="00000000">
            <w:pPr>
              <w:spacing w:after="20" w:line="245" w:lineRule="auto"/>
            </w:pPr>
            <w:r>
              <w:rPr>
                <w:b/>
                <w:color w:val="000000"/>
                <w:sz w:val="16"/>
              </w:rPr>
              <w:t>DELO PO ŠTIRIH POSTAJAH</w:t>
            </w:r>
          </w:p>
          <w:p w14:paraId="410C9FC3"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1C59C905" w14:textId="77777777" w:rsidR="00623E5F" w:rsidRDefault="00000000">
            <w:pPr>
              <w:spacing w:after="7" w:line="245" w:lineRule="auto"/>
            </w:pPr>
            <w:r>
              <w:rPr>
                <w:color w:val="000000"/>
                <w:sz w:val="14"/>
              </w:rPr>
              <w:t>1. Tehnična: po talnih oznakah in modelu večkrat vadim cilj »tečem in se ustavljam na znak« na izbrani ravni.</w:t>
            </w:r>
          </w:p>
          <w:p w14:paraId="3B817BBD" w14:textId="77777777" w:rsidR="00623E5F" w:rsidRDefault="00000000">
            <w:pPr>
              <w:spacing w:after="7" w:line="245" w:lineRule="auto"/>
            </w:pPr>
            <w:r>
              <w:rPr>
                <w:color w:val="000000"/>
                <w:sz w:val="14"/>
              </w:rPr>
              <w:t>2. Ravnotežno-koordinacijska: z linijo, obroči, nizko oviro ali blazino uresničujem cilj »spreminjam smer in hitrost«.</w:t>
            </w:r>
          </w:p>
          <w:p w14:paraId="7174E0F7" w14:textId="77777777" w:rsidR="00623E5F" w:rsidRDefault="00000000">
            <w:pPr>
              <w:spacing w:after="7" w:line="245" w:lineRule="auto"/>
            </w:pPr>
            <w:r>
              <w:rPr>
                <w:color w:val="000000"/>
                <w:sz w:val="14"/>
              </w:rPr>
              <w:t>3. Povezovalni poligon: v varen niz povežem tri osnovne oblike gibanja, smer, spremembo nivoja in ustavitev.</w:t>
            </w:r>
          </w:p>
          <w:p w14:paraId="2BE765BC" w14:textId="77777777" w:rsidR="00623E5F" w:rsidRDefault="00000000">
            <w:pPr>
              <w:spacing w:after="7" w:line="245" w:lineRule="auto"/>
            </w:pPr>
            <w:r>
              <w:rPr>
                <w:color w:val="000000"/>
                <w:sz w:val="14"/>
              </w:rPr>
              <w:t>4. Igralno-refleksivna: spretnost uporabim v igri brez izločanja ter s semaforjem pokažem, kako »varno ohranjam razdaljo«.</w:t>
            </w:r>
          </w:p>
          <w:p w14:paraId="67369677" w14:textId="77777777" w:rsidR="00623E5F" w:rsidRDefault="00000000">
            <w:pPr>
              <w:spacing w:after="20" w:line="245" w:lineRule="auto"/>
            </w:pPr>
            <w:r>
              <w:rPr>
                <w:b/>
                <w:color w:val="000000"/>
                <w:sz w:val="16"/>
              </w:rPr>
              <w:t>DIFERENCIACIJA IN VKLJUČEVANJE</w:t>
            </w:r>
          </w:p>
          <w:p w14:paraId="343743C6"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472FD606" w14:textId="77777777" w:rsidR="00623E5F" w:rsidRDefault="00000000">
            <w:pPr>
              <w:spacing w:after="20" w:line="245" w:lineRule="auto"/>
            </w:pPr>
            <w:r>
              <w:rPr>
                <w:b/>
                <w:color w:val="000000"/>
                <w:sz w:val="16"/>
              </w:rPr>
              <w:t>SPREMLJANJE</w:t>
            </w:r>
          </w:p>
          <w:p w14:paraId="11328EE1"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5BA01A63"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ECF1753" w14:textId="77777777">
              <w:trPr>
                <w:jc w:val="center"/>
              </w:trPr>
              <w:tc>
                <w:tcPr>
                  <w:tcW w:w="7087" w:type="dxa"/>
                  <w:shd w:val="clear" w:color="auto" w:fill="C6E7F3"/>
                  <w:tcMar>
                    <w:top w:w="45" w:type="dxa"/>
                    <w:left w:w="70" w:type="dxa"/>
                    <w:bottom w:w="45" w:type="dxa"/>
                    <w:right w:w="70" w:type="dxa"/>
                  </w:tcMar>
                </w:tcPr>
                <w:p w14:paraId="28214133" w14:textId="77777777" w:rsidR="00623E5F" w:rsidRDefault="00000000">
                  <w:pPr>
                    <w:keepNext/>
                  </w:pPr>
                  <w:r>
                    <w:rPr>
                      <w:b/>
                      <w:color w:val="000000"/>
                      <w:sz w:val="16"/>
                    </w:rPr>
                    <w:t>GLAVNI DEL – GIBALNI IZZIV, VADBA NA ŠTIRIH POSTAJAH IN IGRA (3 šolske ure)</w:t>
                  </w:r>
                </w:p>
              </w:tc>
            </w:tr>
          </w:tbl>
          <w:p w14:paraId="09BE7DCF" w14:textId="77777777" w:rsidR="00623E5F" w:rsidRDefault="00623E5F">
            <w:pPr>
              <w:spacing w:line="20" w:lineRule="exact"/>
            </w:pPr>
          </w:p>
          <w:p w14:paraId="6BED1995" w14:textId="77777777" w:rsidR="00623E5F" w:rsidRDefault="00000000">
            <w:pPr>
              <w:keepNext/>
              <w:spacing w:before="16" w:after="6" w:line="245" w:lineRule="auto"/>
            </w:pPr>
            <w:r>
              <w:rPr>
                <w:b/>
                <w:color w:val="000000"/>
                <w:sz w:val="15"/>
              </w:rPr>
              <w:t>1. URA – Gibanje v smereh – Ogrejem se in usvojim gib</w:t>
            </w:r>
          </w:p>
          <w:p w14:paraId="01FB497E"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»Rdeča kapica« – brata Grimm. Osrednji del 30': 32' – Preveri prostor in opremo, predstavi varnostni znak ter skozi gibalno zgodbo modelira ključno prvino po korakih.</w:t>
            </w:r>
          </w:p>
          <w:p w14:paraId="203F0AAB"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2D88F5D3" w14:textId="77777777" w:rsidR="00623E5F" w:rsidRDefault="00000000">
            <w:pPr>
              <w:spacing w:after="15" w:line="245" w:lineRule="auto"/>
            </w:pPr>
            <w:r>
              <w:rPr>
                <w:i/>
                <w:color w:val="D95BC6"/>
                <w:sz w:val="14"/>
              </w:rPr>
              <w:t>Predvideni dokaz: varen odziv na znak, začetni poskus prvine in ustno varnostno pravilo..</w:t>
            </w:r>
          </w:p>
          <w:p w14:paraId="7A4B76DE" w14:textId="77777777" w:rsidR="00623E5F" w:rsidRDefault="00000000">
            <w:pPr>
              <w:keepNext/>
              <w:spacing w:before="16" w:after="6" w:line="245" w:lineRule="auto"/>
            </w:pPr>
            <w:r>
              <w:rPr>
                <w:b/>
                <w:color w:val="000000"/>
                <w:sz w:val="15"/>
              </w:rPr>
              <w:t>2. URA – Gibanje v smereh – Vadim na postajah</w:t>
            </w:r>
          </w:p>
          <w:p w14:paraId="3C1C0CF9"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»Rdeča kapica« – brata Grimm. Osrednji del 30': 32' – Pripravi 4–6 postaj z enosmernimi prehodi, pokaže tri ravni izziva in opazovalcu dodeli en jasen kriterij.</w:t>
            </w:r>
          </w:p>
          <w:p w14:paraId="1B2A7CB5"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47FEF3D6" w14:textId="77777777" w:rsidR="00623E5F" w:rsidRDefault="00000000">
            <w:pPr>
              <w:spacing w:after="15" w:line="245" w:lineRule="auto"/>
            </w:pPr>
            <w:r>
              <w:rPr>
                <w:i/>
                <w:color w:val="D95BC6"/>
                <w:sz w:val="14"/>
              </w:rPr>
              <w:t>Predvideni dokaz: opazovalna kartica, izvedba na izbrani ravni in učiteljev zapis o napredku..</w:t>
            </w:r>
          </w:p>
          <w:p w14:paraId="1ADD288B" w14:textId="77777777" w:rsidR="00623E5F" w:rsidRDefault="00000000">
            <w:pPr>
              <w:keepNext/>
              <w:spacing w:before="16" w:after="6" w:line="245" w:lineRule="auto"/>
            </w:pPr>
            <w:r>
              <w:rPr>
                <w:b/>
                <w:color w:val="000000"/>
                <w:sz w:val="15"/>
              </w:rPr>
              <w:t>3. URA – Gibanje v smereh – Uporabim v igri</w:t>
            </w:r>
          </w:p>
          <w:p w14:paraId="31692122"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»Rdeča kapica« – brata Grimm. Osrednji del 30': 32' – Organizira vključujočo igro ali izziv brez izločanja, spremlja varnost, pošteno igro in uporabo naučene prvine.</w:t>
            </w:r>
          </w:p>
          <w:p w14:paraId="2928D784"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1EE0A558"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7E082F7B" w14:textId="77777777">
              <w:trPr>
                <w:jc w:val="center"/>
              </w:trPr>
              <w:tc>
                <w:tcPr>
                  <w:tcW w:w="7087" w:type="dxa"/>
                  <w:shd w:val="clear" w:color="auto" w:fill="EDC9EA"/>
                  <w:tcMar>
                    <w:top w:w="45" w:type="dxa"/>
                    <w:left w:w="70" w:type="dxa"/>
                    <w:bottom w:w="45" w:type="dxa"/>
                    <w:right w:w="70" w:type="dxa"/>
                  </w:tcMar>
                </w:tcPr>
                <w:p w14:paraId="2B33D1E6" w14:textId="77777777" w:rsidR="00623E5F" w:rsidRDefault="00000000">
                  <w:pPr>
                    <w:keepNext/>
                  </w:pPr>
                  <w:r>
                    <w:rPr>
                      <w:b/>
                      <w:color w:val="000000"/>
                      <w:sz w:val="16"/>
                    </w:rPr>
                    <w:t>ORGANIZACIJA POSTAJ, PREHODOV IN AKTIVNEGA ČASA</w:t>
                  </w:r>
                </w:p>
              </w:tc>
            </w:tr>
          </w:tbl>
          <w:p w14:paraId="1B12741A" w14:textId="77777777" w:rsidR="00623E5F" w:rsidRDefault="00623E5F"/>
          <w:p w14:paraId="2DFCCB02" w14:textId="77777777" w:rsidR="00623E5F" w:rsidRDefault="00000000">
            <w:pPr>
              <w:spacing w:before="5" w:after="6" w:line="245" w:lineRule="auto"/>
            </w:pPr>
            <w:r>
              <w:rPr>
                <w:color w:val="000000"/>
                <w:sz w:val="14"/>
              </w:rPr>
              <w:t>Postaja 1: Tehnična: po talnih oznakah in modelu večkrat vadim cilj »tečem in se ustavljam na znak« na izbrani ravni.</w:t>
            </w:r>
          </w:p>
          <w:p w14:paraId="5604E318" w14:textId="77777777" w:rsidR="00623E5F" w:rsidRDefault="00000000">
            <w:pPr>
              <w:spacing w:before="5" w:after="6" w:line="245" w:lineRule="auto"/>
            </w:pPr>
            <w:r>
              <w:rPr>
                <w:color w:val="000000"/>
                <w:sz w:val="14"/>
              </w:rPr>
              <w:t>Postaja 2: Ravnotežno-koordinacijska: z linijo, obroči, nizko oviro ali blazino uresničujem cilj »spreminjam smer in hitrost«.</w:t>
            </w:r>
          </w:p>
          <w:p w14:paraId="1488E19E" w14:textId="77777777" w:rsidR="00623E5F" w:rsidRDefault="00000000">
            <w:pPr>
              <w:spacing w:before="5" w:after="6" w:line="245" w:lineRule="auto"/>
            </w:pPr>
            <w:r>
              <w:rPr>
                <w:color w:val="000000"/>
                <w:sz w:val="14"/>
              </w:rPr>
              <w:t>Postaja 3: Povezovalni poligon: v varen niz povežem tri osnovne oblike gibanja, smer, spremembo nivoja in ustavitev.</w:t>
            </w:r>
          </w:p>
          <w:p w14:paraId="62443254" w14:textId="77777777" w:rsidR="00623E5F" w:rsidRDefault="00000000">
            <w:pPr>
              <w:spacing w:before="5" w:after="6" w:line="245" w:lineRule="auto"/>
            </w:pPr>
            <w:r>
              <w:rPr>
                <w:color w:val="000000"/>
                <w:sz w:val="14"/>
              </w:rPr>
              <w:t>Postaja 4: Igralno-refleksivna: spretnost uporabim v igri brez izločanja ter s semaforjem pokažem, kako »varno ohranjam razdaljo«.</w:t>
            </w:r>
          </w:p>
          <w:p w14:paraId="6D4BA8BD"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0A954DE7" w14:textId="77777777" w:rsidR="00623E5F" w:rsidRDefault="00623E5F"/>
          <w:p w14:paraId="1CDA587C" w14:textId="77777777" w:rsidR="00623E5F" w:rsidRDefault="00000000">
            <w:pPr>
              <w:spacing w:after="5" w:line="245" w:lineRule="auto"/>
            </w:pPr>
            <w:r>
              <w:rPr>
                <w:b/>
                <w:color w:val="000000"/>
                <w:sz w:val="15"/>
              </w:rPr>
              <w:t>1. URA – Gibanje v smereh – Ogrejem se in usvojim gib</w:t>
            </w:r>
          </w:p>
          <w:p w14:paraId="7F813E0C"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1C364A9F" w14:textId="77777777" w:rsidR="00623E5F" w:rsidRDefault="00000000">
            <w:pPr>
              <w:spacing w:after="14" w:line="245" w:lineRule="auto"/>
            </w:pPr>
            <w:r>
              <w:rPr>
                <w:color w:val="D95BC6"/>
                <w:sz w:val="13"/>
              </w:rPr>
              <w:t>Dokaz: varen odziv na znak, začetni poskus prvine in ustno varnostno pravilo.</w:t>
            </w:r>
          </w:p>
          <w:p w14:paraId="69D97DC4" w14:textId="77777777" w:rsidR="00623E5F" w:rsidRDefault="00000000">
            <w:pPr>
              <w:spacing w:after="5" w:line="245" w:lineRule="auto"/>
            </w:pPr>
            <w:r>
              <w:rPr>
                <w:b/>
                <w:color w:val="000000"/>
                <w:sz w:val="15"/>
              </w:rPr>
              <w:t>2. URA – Gibanje v smereh – Vadim na postajah</w:t>
            </w:r>
          </w:p>
          <w:p w14:paraId="57BAB765"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311A8CD0" w14:textId="77777777" w:rsidR="00623E5F" w:rsidRDefault="00000000">
            <w:pPr>
              <w:spacing w:after="14" w:line="245" w:lineRule="auto"/>
            </w:pPr>
            <w:r>
              <w:rPr>
                <w:color w:val="D95BC6"/>
                <w:sz w:val="13"/>
              </w:rPr>
              <w:t>Dokaz: opazovalna kartica, izvedba na izbrani ravni in učiteljev zapis o napredku.</w:t>
            </w:r>
          </w:p>
          <w:p w14:paraId="6298C959" w14:textId="77777777" w:rsidR="00623E5F" w:rsidRDefault="00000000">
            <w:pPr>
              <w:spacing w:after="5" w:line="245" w:lineRule="auto"/>
            </w:pPr>
            <w:r>
              <w:rPr>
                <w:b/>
                <w:color w:val="000000"/>
                <w:sz w:val="15"/>
              </w:rPr>
              <w:t>3. URA – Gibanje v smereh – Uporabim v igri</w:t>
            </w:r>
          </w:p>
          <w:p w14:paraId="1A71479B"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06D4CAD9" w14:textId="77777777" w:rsidR="00623E5F" w:rsidRDefault="00000000">
            <w:pPr>
              <w:spacing w:after="14" w:line="245" w:lineRule="auto"/>
            </w:pPr>
            <w:r>
              <w:rPr>
                <w:color w:val="D95BC6"/>
                <w:sz w:val="13"/>
              </w:rPr>
              <w:t>Dokaz: uporaba prvine v igri, sodelovanje, upoštevanje pravil in osebno.</w:t>
            </w:r>
          </w:p>
          <w:p w14:paraId="2C768986" w14:textId="77777777" w:rsidR="00623E5F" w:rsidRDefault="00000000">
            <w:pPr>
              <w:spacing w:before="30" w:after="14" w:line="245" w:lineRule="auto"/>
            </w:pPr>
            <w:r>
              <w:rPr>
                <w:b/>
                <w:color w:val="D95BC6"/>
                <w:sz w:val="16"/>
              </w:rPr>
              <w:t>MOJ KROG POSTAJ</w:t>
            </w:r>
          </w:p>
          <w:p w14:paraId="5A86B757" w14:textId="77777777" w:rsidR="00623E5F" w:rsidRDefault="00000000">
            <w:pPr>
              <w:spacing w:after="8" w:line="245" w:lineRule="auto"/>
            </w:pPr>
            <w:r>
              <w:rPr>
                <w:color w:val="000000"/>
                <w:sz w:val="13"/>
              </w:rPr>
              <w:t>1. Tehnična: po talnih oznakah in modelu večkrat vadim cilj »tečem in se ustavljam na.</w:t>
            </w:r>
          </w:p>
          <w:p w14:paraId="7D346064" w14:textId="77777777" w:rsidR="00623E5F" w:rsidRDefault="00000000">
            <w:pPr>
              <w:spacing w:after="8" w:line="245" w:lineRule="auto"/>
            </w:pPr>
            <w:r>
              <w:rPr>
                <w:color w:val="000000"/>
                <w:sz w:val="13"/>
              </w:rPr>
              <w:t>2. Ravnotežno-koordinacijska: z linijo, obroči, nizko oviro ali blazino uresničujem.</w:t>
            </w:r>
          </w:p>
          <w:p w14:paraId="5D62C9B9" w14:textId="77777777" w:rsidR="00623E5F" w:rsidRDefault="00000000">
            <w:pPr>
              <w:spacing w:after="8" w:line="245" w:lineRule="auto"/>
            </w:pPr>
            <w:r>
              <w:rPr>
                <w:color w:val="000000"/>
                <w:sz w:val="13"/>
              </w:rPr>
              <w:t>3. Povezovalni poligon: v varen niz povežem tri osnovne oblike gibanja, smer.</w:t>
            </w:r>
          </w:p>
          <w:p w14:paraId="31E19F8A" w14:textId="77777777" w:rsidR="00623E5F" w:rsidRDefault="00000000">
            <w:pPr>
              <w:spacing w:after="8" w:line="245" w:lineRule="auto"/>
            </w:pPr>
            <w:r>
              <w:rPr>
                <w:color w:val="000000"/>
                <w:sz w:val="13"/>
              </w:rPr>
              <w:t>4. Igralno-refleksivna: spretnost uporabim v igri brez izločanja ter s semaforjem.</w:t>
            </w:r>
          </w:p>
          <w:p w14:paraId="37B24919"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4DAB275D" w14:textId="77777777" w:rsidR="00623E5F" w:rsidRDefault="00000000">
            <w:pPr>
              <w:spacing w:after="14" w:line="245" w:lineRule="auto"/>
            </w:pPr>
            <w:r>
              <w:rPr>
                <w:b/>
                <w:color w:val="D95BC6"/>
                <w:sz w:val="16"/>
              </w:rPr>
              <w:t>DOKAZ O UČENJU</w:t>
            </w:r>
          </w:p>
          <w:p w14:paraId="3A11E81D"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62F8AAC2"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79AB47C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8BBB0DC"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37CE6B3" w14:textId="77777777" w:rsidR="00623E5F" w:rsidRDefault="00000000">
            <w:pPr>
              <w:jc w:val="center"/>
            </w:pPr>
            <w:r>
              <w:rPr>
                <w:b/>
                <w:color w:val="000000"/>
                <w:sz w:val="20"/>
              </w:rPr>
              <w:t>UČNE DEJAVNOSTI, METODE IN FORMATIVNO SPREMLJANJE</w:t>
            </w:r>
          </w:p>
        </w:tc>
      </w:tr>
      <w:tr w:rsidR="00623E5F" w14:paraId="452C3730" w14:textId="77777777">
        <w:trPr>
          <w:tblHeader/>
          <w:jc w:val="center"/>
        </w:trPr>
        <w:tc>
          <w:tcPr>
            <w:tcW w:w="4422" w:type="dxa"/>
            <w:vMerge/>
            <w:tcMar>
              <w:top w:w="70" w:type="dxa"/>
              <w:left w:w="90" w:type="dxa"/>
              <w:bottom w:w="70" w:type="dxa"/>
              <w:right w:w="90" w:type="dxa"/>
            </w:tcMar>
            <w:vAlign w:val="center"/>
          </w:tcPr>
          <w:p w14:paraId="3AEC9214" w14:textId="77777777" w:rsidR="00623E5F" w:rsidRDefault="00623E5F"/>
        </w:tc>
        <w:tc>
          <w:tcPr>
            <w:tcW w:w="7087" w:type="dxa"/>
            <w:shd w:val="clear" w:color="auto" w:fill="FFFFFF"/>
            <w:tcMar>
              <w:top w:w="70" w:type="dxa"/>
              <w:left w:w="90" w:type="dxa"/>
              <w:bottom w:w="70" w:type="dxa"/>
              <w:right w:w="90" w:type="dxa"/>
            </w:tcMar>
            <w:vAlign w:val="center"/>
          </w:tcPr>
          <w:p w14:paraId="20ACD086"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0C8748E" w14:textId="77777777" w:rsidR="00623E5F" w:rsidRDefault="00000000">
            <w:pPr>
              <w:jc w:val="center"/>
            </w:pPr>
            <w:r>
              <w:rPr>
                <w:b/>
                <w:color w:val="000000"/>
              </w:rPr>
              <w:t>UČENEC</w:t>
            </w:r>
          </w:p>
        </w:tc>
      </w:tr>
      <w:tr w:rsidR="00623E5F" w14:paraId="147E9EA1" w14:textId="77777777">
        <w:trPr>
          <w:jc w:val="center"/>
        </w:trPr>
        <w:tc>
          <w:tcPr>
            <w:tcW w:w="4422" w:type="dxa"/>
            <w:tcMar>
              <w:top w:w="70" w:type="dxa"/>
              <w:left w:w="90" w:type="dxa"/>
              <w:bottom w:w="70" w:type="dxa"/>
              <w:right w:w="90" w:type="dxa"/>
            </w:tcMar>
          </w:tcPr>
          <w:p w14:paraId="4C4E10D7" w14:textId="77777777" w:rsidR="00623E5F" w:rsidRDefault="00623E5F"/>
          <w:p w14:paraId="69E8F13A" w14:textId="77777777" w:rsidR="00623E5F" w:rsidRDefault="00000000">
            <w:pPr>
              <w:spacing w:after="40" w:line="245" w:lineRule="auto"/>
            </w:pPr>
            <w:r>
              <w:rPr>
                <w:b/>
                <w:color w:val="000000"/>
              </w:rPr>
              <w:t>FORMATIVNO SPREMLJANJE</w:t>
            </w:r>
          </w:p>
          <w:p w14:paraId="287B3835" w14:textId="77777777" w:rsidR="00623E5F" w:rsidRDefault="00000000">
            <w:pPr>
              <w:pStyle w:val="Oznaenseznam"/>
              <w:spacing w:after="16"/>
            </w:pPr>
            <w:r>
              <w:rPr>
                <w:color w:val="000000"/>
                <w:sz w:val="15"/>
              </w:rPr>
              <w:t>predznanje: gibalni prikaz, odziv na znak, izbira kartice, začetni poskus ali kratka razlaga</w:t>
            </w:r>
          </w:p>
          <w:p w14:paraId="1A27FF94" w14:textId="77777777" w:rsidR="00623E5F" w:rsidRDefault="00000000">
            <w:pPr>
              <w:pStyle w:val="Oznaenseznam"/>
              <w:spacing w:after="16"/>
            </w:pPr>
            <w:r>
              <w:rPr>
                <w:color w:val="000000"/>
                <w:sz w:val="15"/>
              </w:rPr>
              <w:t>nameni in merila: kratka poved, slikovni znak, model varne izvedbe in en opazljiv tehnični poudarek</w:t>
            </w:r>
          </w:p>
          <w:p w14:paraId="0B849EB2"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79C8C28A" w14:textId="77777777" w:rsidR="00623E5F" w:rsidRDefault="00000000">
            <w:pPr>
              <w:pStyle w:val="Oznaenseznam"/>
              <w:spacing w:after="16"/>
            </w:pPr>
            <w:r>
              <w:rPr>
                <w:color w:val="000000"/>
                <w:sz w:val="15"/>
              </w:rPr>
              <w:t>povratna informacija: opis opaženega, povezava z enim merilom in takoj izvedljiv ponovni poskus</w:t>
            </w:r>
          </w:p>
          <w:p w14:paraId="25DC2AF6" w14:textId="77777777" w:rsidR="00623E5F" w:rsidRDefault="00000000">
            <w:pPr>
              <w:pStyle w:val="Oznaenseznam"/>
              <w:spacing w:after="16"/>
            </w:pPr>
            <w:r>
              <w:rPr>
                <w:color w:val="000000"/>
                <w:sz w:val="15"/>
              </w:rPr>
              <w:t>samovrednotenje: semafor napora in varnosti, lestvica samostojnosti, izbran dokaz ter osebni naslednji korak</w:t>
            </w:r>
          </w:p>
          <w:p w14:paraId="0A68D88B" w14:textId="77777777" w:rsidR="00623E5F" w:rsidRDefault="00000000">
            <w:pPr>
              <w:spacing w:before="40" w:after="20" w:line="245" w:lineRule="auto"/>
            </w:pPr>
            <w:r>
              <w:rPr>
                <w:b/>
                <w:color w:val="000000"/>
                <w:sz w:val="17"/>
              </w:rPr>
              <w:t>VARNOST, POČUTJE IN HIGIENA</w:t>
            </w:r>
          </w:p>
          <w:p w14:paraId="7347F04F"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Pri plezanju, ravnotežju, kotaljenju in prevalnih predvajah je območje oblazinjeno, naloga pa poteka posamično in ob jasnem varovanju.</w:t>
            </w:r>
          </w:p>
          <w:p w14:paraId="29DB0029" w14:textId="77777777" w:rsidR="00623E5F" w:rsidRDefault="00000000">
            <w:pPr>
              <w:spacing w:after="20" w:line="245" w:lineRule="auto"/>
            </w:pPr>
            <w:r>
              <w:rPr>
                <w:b/>
                <w:color w:val="000000"/>
                <w:sz w:val="17"/>
              </w:rPr>
              <w:t>EVIDENCA PO IZVEDBI</w:t>
            </w:r>
          </w:p>
          <w:p w14:paraId="51A1E94E"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4B8028F5" w14:textId="77777777" w:rsidR="00623E5F" w:rsidRDefault="00000000">
            <w:pPr>
              <w:spacing w:before="40" w:after="20" w:line="245" w:lineRule="auto"/>
            </w:pPr>
            <w:r>
              <w:rPr>
                <w:b/>
                <w:color w:val="000000"/>
                <w:sz w:val="17"/>
              </w:rPr>
              <w:t>RAVEN DOSEGANJA</w:t>
            </w:r>
          </w:p>
          <w:p w14:paraId="0EB00DC2"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130C7B49"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64F019CF" w14:textId="77777777">
              <w:trPr>
                <w:jc w:val="center"/>
              </w:trPr>
              <w:tc>
                <w:tcPr>
                  <w:tcW w:w="7087" w:type="dxa"/>
                  <w:shd w:val="clear" w:color="auto" w:fill="EDC9EA"/>
                  <w:tcMar>
                    <w:top w:w="45" w:type="dxa"/>
                    <w:left w:w="70" w:type="dxa"/>
                    <w:bottom w:w="45" w:type="dxa"/>
                    <w:right w:w="70" w:type="dxa"/>
                  </w:tcMar>
                </w:tcPr>
                <w:p w14:paraId="60E24EA6" w14:textId="77777777" w:rsidR="00623E5F" w:rsidRDefault="00000000">
                  <w:pPr>
                    <w:keepNext/>
                  </w:pPr>
                  <w:r>
                    <w:rPr>
                      <w:b/>
                      <w:color w:val="000000"/>
                    </w:rPr>
                    <w:t>VPRAŠANJA V PODPORO GIBALNEMU UČENJU</w:t>
                  </w:r>
                </w:p>
              </w:tc>
            </w:tr>
          </w:tbl>
          <w:p w14:paraId="6A1AFC6E" w14:textId="77777777" w:rsidR="00623E5F" w:rsidRDefault="00623E5F">
            <w:pPr>
              <w:spacing w:line="20" w:lineRule="exact"/>
            </w:pPr>
          </w:p>
          <w:p w14:paraId="2852E6D2" w14:textId="77777777" w:rsidR="00623E5F" w:rsidRDefault="00000000">
            <w:pPr>
              <w:pStyle w:val="Oznaenseznam"/>
              <w:spacing w:after="16"/>
            </w:pPr>
            <w:r>
              <w:rPr>
                <w:color w:val="000000"/>
                <w:sz w:val="15"/>
              </w:rPr>
              <w:t>Kaj si pri prvem poskusu začutil/-a ali opazil/-a v položaju telesa, ravnotežju, smeri, ritmu ali naporu?</w:t>
            </w:r>
          </w:p>
          <w:p w14:paraId="0F6DDE7C" w14:textId="77777777" w:rsidR="00623E5F" w:rsidRDefault="00000000">
            <w:pPr>
              <w:pStyle w:val="Oznaenseznam"/>
              <w:spacing w:after="16"/>
            </w:pPr>
            <w:r>
              <w:rPr>
                <w:color w:val="000000"/>
                <w:sz w:val="15"/>
              </w:rPr>
              <w:t>Katero varnostno pravilo in kateri gibalni korak sta bila danes najpomembnejša?</w:t>
            </w:r>
          </w:p>
          <w:p w14:paraId="04FCE682" w14:textId="77777777" w:rsidR="00623E5F" w:rsidRDefault="00000000">
            <w:pPr>
              <w:pStyle w:val="Oznaenseznam"/>
              <w:spacing w:after="16"/>
            </w:pPr>
            <w:r>
              <w:rPr>
                <w:color w:val="000000"/>
                <w:sz w:val="15"/>
              </w:rPr>
              <w:t>Katero raven si izbral/-a, zakaj je bila primerna in kaj si pri naslednjem poskusu spremenil/-a?</w:t>
            </w:r>
          </w:p>
          <w:p w14:paraId="7523CA30" w14:textId="77777777" w:rsidR="00623E5F" w:rsidRDefault="00000000">
            <w:pPr>
              <w:pStyle w:val="Oznaenseznam"/>
              <w:spacing w:after="16"/>
            </w:pPr>
            <w:r>
              <w:rPr>
                <w:color w:val="000000"/>
                <w:sz w:val="15"/>
              </w:rPr>
              <w:t>Kateri tvoj gibalni dokaz najjasneje pokaže dogovorjeno merilo?</w:t>
            </w:r>
          </w:p>
          <w:p w14:paraId="79107FC8"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5556AF6E" w14:textId="77777777">
              <w:trPr>
                <w:jc w:val="center"/>
              </w:trPr>
              <w:tc>
                <w:tcPr>
                  <w:tcW w:w="7087" w:type="dxa"/>
                  <w:shd w:val="clear" w:color="auto" w:fill="C6E7F3"/>
                  <w:tcMar>
                    <w:top w:w="45" w:type="dxa"/>
                    <w:left w:w="70" w:type="dxa"/>
                    <w:bottom w:w="45" w:type="dxa"/>
                    <w:right w:w="70" w:type="dxa"/>
                  </w:tcMar>
                </w:tcPr>
                <w:p w14:paraId="09030EAD" w14:textId="77777777" w:rsidR="00623E5F" w:rsidRDefault="00000000">
                  <w:pPr>
                    <w:keepNext/>
                  </w:pPr>
                  <w:r>
                    <w:rPr>
                      <w:b/>
                      <w:color w:val="000000"/>
                    </w:rPr>
                    <w:t>ZAKLJUČNI DEL – UMIRJANJE, RAZTEZANJE, DOKAZ IN REFLEKSIJA (8–10 min)</w:t>
                  </w:r>
                </w:p>
              </w:tc>
            </w:tr>
          </w:tbl>
          <w:p w14:paraId="7994EBB8" w14:textId="77777777" w:rsidR="00623E5F" w:rsidRDefault="00623E5F">
            <w:pPr>
              <w:spacing w:line="20" w:lineRule="exact"/>
            </w:pPr>
          </w:p>
          <w:p w14:paraId="6123ED19"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09900763" w14:textId="77777777">
              <w:trPr>
                <w:jc w:val="center"/>
              </w:trPr>
              <w:tc>
                <w:tcPr>
                  <w:tcW w:w="7087" w:type="dxa"/>
                  <w:shd w:val="clear" w:color="auto" w:fill="EDC9EA"/>
                  <w:tcMar>
                    <w:top w:w="45" w:type="dxa"/>
                    <w:left w:w="70" w:type="dxa"/>
                    <w:bottom w:w="45" w:type="dxa"/>
                    <w:right w:w="70" w:type="dxa"/>
                  </w:tcMar>
                </w:tcPr>
                <w:p w14:paraId="3A4BD0A4" w14:textId="77777777" w:rsidR="00623E5F" w:rsidRDefault="00000000">
                  <w:pPr>
                    <w:keepNext/>
                  </w:pPr>
                  <w:r>
                    <w:rPr>
                      <w:b/>
                      <w:color w:val="000000"/>
                    </w:rPr>
                    <w:t>SAMOVREDNOTENJE</w:t>
                  </w:r>
                </w:p>
              </w:tc>
            </w:tr>
          </w:tbl>
          <w:p w14:paraId="75781257" w14:textId="77777777" w:rsidR="00623E5F" w:rsidRDefault="00623E5F">
            <w:pPr>
              <w:spacing w:line="20" w:lineRule="exact"/>
            </w:pPr>
          </w:p>
          <w:p w14:paraId="1A648859"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3A4DE3DF" w14:textId="77777777">
              <w:trPr>
                <w:jc w:val="center"/>
              </w:trPr>
              <w:tc>
                <w:tcPr>
                  <w:tcW w:w="7087" w:type="dxa"/>
                  <w:shd w:val="clear" w:color="auto" w:fill="EDC9EA"/>
                  <w:tcMar>
                    <w:top w:w="45" w:type="dxa"/>
                    <w:left w:w="70" w:type="dxa"/>
                    <w:bottom w:w="45" w:type="dxa"/>
                    <w:right w:w="70" w:type="dxa"/>
                  </w:tcMar>
                </w:tcPr>
                <w:p w14:paraId="1DCF71CF" w14:textId="77777777" w:rsidR="00623E5F" w:rsidRDefault="00000000">
                  <w:pPr>
                    <w:keepNext/>
                  </w:pPr>
                  <w:r>
                    <w:rPr>
                      <w:b/>
                      <w:color w:val="000000"/>
                    </w:rPr>
                    <w:t>VRSTNIŠKO OPAZOVANJE IN POVRATNA INFORMACIJA</w:t>
                  </w:r>
                </w:p>
              </w:tc>
            </w:tr>
          </w:tbl>
          <w:p w14:paraId="592BBB66" w14:textId="77777777" w:rsidR="00623E5F" w:rsidRDefault="00623E5F">
            <w:pPr>
              <w:spacing w:line="20" w:lineRule="exact"/>
            </w:pPr>
          </w:p>
          <w:p w14:paraId="7DC12CA4"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37AE55B8" w14:textId="77777777">
              <w:trPr>
                <w:jc w:val="center"/>
              </w:trPr>
              <w:tc>
                <w:tcPr>
                  <w:tcW w:w="7087" w:type="dxa"/>
                  <w:shd w:val="clear" w:color="auto" w:fill="EDC9EA"/>
                  <w:tcMar>
                    <w:top w:w="45" w:type="dxa"/>
                    <w:left w:w="70" w:type="dxa"/>
                    <w:bottom w:w="45" w:type="dxa"/>
                    <w:right w:w="70" w:type="dxa"/>
                  </w:tcMar>
                </w:tcPr>
                <w:p w14:paraId="76DA81B1" w14:textId="77777777" w:rsidR="00623E5F" w:rsidRDefault="00000000">
                  <w:pPr>
                    <w:keepNext/>
                  </w:pPr>
                  <w:r>
                    <w:rPr>
                      <w:b/>
                      <w:color w:val="000000"/>
                    </w:rPr>
                    <w:t>SKUPNI POVZETEK</w:t>
                  </w:r>
                </w:p>
              </w:tc>
            </w:tr>
          </w:tbl>
          <w:p w14:paraId="361B3568" w14:textId="77777777" w:rsidR="00623E5F" w:rsidRDefault="00623E5F"/>
          <w:p w14:paraId="4CDCAE26" w14:textId="77777777" w:rsidR="00623E5F" w:rsidRDefault="00000000">
            <w:pPr>
              <w:spacing w:before="20" w:after="40" w:line="245" w:lineRule="auto"/>
            </w:pPr>
            <w:r>
              <w:rPr>
                <w:b/>
                <w:color w:val="000000"/>
                <w:sz w:val="16"/>
              </w:rPr>
              <w:t>tečem in se ustavljam na znak; spreminjam smer in hitrost; varno ohranjam razdaljo. Izbrani gibalni dokaz pojasnim in določim varen naslednji korak.</w:t>
            </w:r>
          </w:p>
        </w:tc>
        <w:tc>
          <w:tcPr>
            <w:tcW w:w="2551" w:type="dxa"/>
            <w:tcMar>
              <w:top w:w="70" w:type="dxa"/>
              <w:left w:w="90" w:type="dxa"/>
              <w:bottom w:w="70" w:type="dxa"/>
              <w:right w:w="90" w:type="dxa"/>
            </w:tcMar>
          </w:tcPr>
          <w:p w14:paraId="4911B9B3" w14:textId="77777777" w:rsidR="00623E5F" w:rsidRDefault="00623E5F"/>
          <w:p w14:paraId="480DF652" w14:textId="77777777" w:rsidR="00623E5F" w:rsidRDefault="00000000">
            <w:pPr>
              <w:spacing w:after="80" w:line="245" w:lineRule="auto"/>
            </w:pPr>
            <w:r>
              <w:rPr>
                <w:color w:val="000000"/>
                <w:sz w:val="15"/>
              </w:rPr>
              <w:t>Odgovarja na podporna vprašanja in se sklicuje na svojo izvedbo, počutje, izbrano raven in varnost.</w:t>
            </w:r>
          </w:p>
          <w:p w14:paraId="5AAF9003" w14:textId="77777777" w:rsidR="00623E5F" w:rsidRDefault="00000000">
            <w:pPr>
              <w:spacing w:after="80" w:line="245" w:lineRule="auto"/>
            </w:pPr>
            <w:r>
              <w:rPr>
                <w:color w:val="000000"/>
                <w:sz w:val="15"/>
              </w:rPr>
              <w:t>Predstavi izbrani gibalni dokaz ter pokaže ali pove, katero merilo z njim dosega.</w:t>
            </w:r>
          </w:p>
          <w:p w14:paraId="1C34B655" w14:textId="77777777" w:rsidR="00623E5F" w:rsidRDefault="00000000">
            <w:pPr>
              <w:spacing w:after="80" w:line="245" w:lineRule="auto"/>
            </w:pPr>
            <w:r>
              <w:rPr>
                <w:color w:val="000000"/>
                <w:sz w:val="15"/>
              </w:rPr>
              <w:t>Opazuje eno dogovorjeno prvino vrstnikove izvedbe in poda kratek, prijazen ter uporaben odziv.</w:t>
            </w:r>
          </w:p>
          <w:p w14:paraId="2D439C4B"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15CFB2AE" w14:textId="77777777" w:rsidR="00623E5F" w:rsidRDefault="00000000">
            <w:pPr>
              <w:spacing w:after="100" w:line="245" w:lineRule="auto"/>
            </w:pPr>
            <w:r>
              <w:rPr>
                <w:color w:val="000000"/>
                <w:sz w:val="15"/>
              </w:rPr>
              <w:t>Umiri dihanje, oceni napor in počutje, izbere raven samostojnosti ter določi varen naslednji korak.</w:t>
            </w:r>
          </w:p>
          <w:p w14:paraId="5C0670FC" w14:textId="77777777" w:rsidR="00623E5F" w:rsidRDefault="00000000">
            <w:pPr>
              <w:spacing w:after="20" w:line="245" w:lineRule="auto"/>
            </w:pPr>
            <w:r>
              <w:rPr>
                <w:b/>
                <w:color w:val="D95BC6"/>
                <w:sz w:val="17"/>
              </w:rPr>
              <w:t>DOKAZ O UČENJU</w:t>
            </w:r>
          </w:p>
          <w:p w14:paraId="7E296117"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58982FEC"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2192FD76" w14:textId="77777777">
        <w:trPr>
          <w:cantSplit/>
          <w:jc w:val="center"/>
        </w:trPr>
        <w:tc>
          <w:tcPr>
            <w:tcW w:w="14060" w:type="dxa"/>
            <w:gridSpan w:val="6"/>
            <w:tcMar>
              <w:top w:w="70" w:type="dxa"/>
              <w:left w:w="90" w:type="dxa"/>
              <w:bottom w:w="70" w:type="dxa"/>
              <w:right w:w="90" w:type="dxa"/>
            </w:tcMar>
            <w:vAlign w:val="center"/>
          </w:tcPr>
          <w:p w14:paraId="61735BBB" w14:textId="77777777" w:rsidR="00623E5F" w:rsidRDefault="00000000">
            <w:pPr>
              <w:jc w:val="center"/>
            </w:pPr>
            <w:r>
              <w:rPr>
                <w:b/>
                <w:color w:val="000000"/>
                <w:sz w:val="24"/>
              </w:rPr>
              <w:lastRenderedPageBreak/>
              <w:t>UČNA PRIPRAVA 6/39</w:t>
            </w:r>
          </w:p>
        </w:tc>
      </w:tr>
      <w:tr w:rsidR="00623E5F" w14:paraId="03AD4295" w14:textId="77777777">
        <w:trPr>
          <w:jc w:val="center"/>
        </w:trPr>
        <w:tc>
          <w:tcPr>
            <w:tcW w:w="2665" w:type="dxa"/>
            <w:tcMar>
              <w:top w:w="70" w:type="dxa"/>
              <w:left w:w="90" w:type="dxa"/>
              <w:bottom w:w="70" w:type="dxa"/>
              <w:right w:w="90" w:type="dxa"/>
            </w:tcMar>
            <w:vAlign w:val="center"/>
          </w:tcPr>
          <w:p w14:paraId="1F125A42"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E1D46E8"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6435FD35"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63FCCAC" w14:textId="77777777" w:rsidR="00623E5F" w:rsidRDefault="00000000">
            <w:r>
              <w:rPr>
                <w:b/>
                <w:color w:val="000000"/>
                <w:sz w:val="16"/>
              </w:rPr>
              <w:t xml:space="preserve">NAČRTOVANI TERMIN: </w:t>
            </w:r>
            <w:r>
              <w:rPr>
                <w:color w:val="000000"/>
                <w:sz w:val="16"/>
              </w:rPr>
              <w:t>6. teden • 5.–9. 10. 2026</w:t>
            </w:r>
          </w:p>
        </w:tc>
        <w:tc>
          <w:tcPr>
            <w:tcW w:w="2268" w:type="dxa"/>
            <w:tcMar>
              <w:top w:w="70" w:type="dxa"/>
              <w:left w:w="90" w:type="dxa"/>
              <w:bottom w:w="70" w:type="dxa"/>
              <w:right w:w="90" w:type="dxa"/>
            </w:tcMar>
            <w:vAlign w:val="center"/>
          </w:tcPr>
          <w:p w14:paraId="589BA3F8"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5EE57DA" w14:textId="77777777" w:rsidR="00623E5F" w:rsidRDefault="00000000">
            <w:r>
              <w:rPr>
                <w:b/>
                <w:color w:val="000000"/>
                <w:sz w:val="16"/>
              </w:rPr>
              <w:t xml:space="preserve">ŠTEVILO UR: </w:t>
            </w:r>
            <w:r>
              <w:rPr>
                <w:color w:val="000000"/>
                <w:sz w:val="16"/>
              </w:rPr>
              <w:t>3</w:t>
            </w:r>
          </w:p>
        </w:tc>
      </w:tr>
      <w:tr w:rsidR="00623E5F" w14:paraId="31ED088A" w14:textId="77777777">
        <w:trPr>
          <w:jc w:val="center"/>
        </w:trPr>
        <w:tc>
          <w:tcPr>
            <w:tcW w:w="14061" w:type="dxa"/>
            <w:gridSpan w:val="6"/>
            <w:tcMar>
              <w:top w:w="70" w:type="dxa"/>
              <w:left w:w="90" w:type="dxa"/>
              <w:bottom w:w="70" w:type="dxa"/>
              <w:right w:w="90" w:type="dxa"/>
            </w:tcMar>
            <w:vAlign w:val="center"/>
          </w:tcPr>
          <w:p w14:paraId="28DFEF53"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576DB534" w14:textId="77777777">
        <w:trPr>
          <w:cantSplit/>
          <w:jc w:val="center"/>
        </w:trPr>
        <w:tc>
          <w:tcPr>
            <w:tcW w:w="14060" w:type="dxa"/>
            <w:gridSpan w:val="6"/>
            <w:tcMar>
              <w:top w:w="70" w:type="dxa"/>
              <w:left w:w="90" w:type="dxa"/>
              <w:bottom w:w="70" w:type="dxa"/>
              <w:right w:w="90" w:type="dxa"/>
            </w:tcMar>
            <w:vAlign w:val="center"/>
          </w:tcPr>
          <w:p w14:paraId="6D6D5140" w14:textId="77777777" w:rsidR="00623E5F" w:rsidRDefault="00623E5F"/>
          <w:p w14:paraId="15D2EA28" w14:textId="77777777" w:rsidR="00623E5F" w:rsidRDefault="00000000">
            <w:pPr>
              <w:spacing w:line="245" w:lineRule="auto"/>
            </w:pPr>
            <w:r>
              <w:rPr>
                <w:b/>
                <w:color w:val="000000"/>
                <w:sz w:val="15"/>
              </w:rPr>
              <w:t xml:space="preserve">UČNI SKLOP: </w:t>
            </w:r>
            <w:r>
              <w:rPr>
                <w:color w:val="000000"/>
                <w:sz w:val="15"/>
              </w:rPr>
              <w:t>VARNA POT IN MOBILNOST</w:t>
            </w:r>
          </w:p>
        </w:tc>
      </w:tr>
      <w:tr w:rsidR="00623E5F" w14:paraId="6A5E52E2" w14:textId="77777777">
        <w:trPr>
          <w:cantSplit/>
          <w:jc w:val="center"/>
        </w:trPr>
        <w:tc>
          <w:tcPr>
            <w:tcW w:w="14060" w:type="dxa"/>
            <w:gridSpan w:val="6"/>
            <w:tcMar>
              <w:top w:w="70" w:type="dxa"/>
              <w:left w:w="90" w:type="dxa"/>
              <w:bottom w:w="70" w:type="dxa"/>
              <w:right w:w="90" w:type="dxa"/>
            </w:tcMar>
            <w:vAlign w:val="center"/>
          </w:tcPr>
          <w:p w14:paraId="26CD8055" w14:textId="77777777" w:rsidR="00623E5F" w:rsidRDefault="00623E5F"/>
          <w:p w14:paraId="34C0FAB2" w14:textId="77777777" w:rsidR="00623E5F" w:rsidRDefault="00000000">
            <w:pPr>
              <w:spacing w:line="245" w:lineRule="auto"/>
            </w:pPr>
            <w:r>
              <w:rPr>
                <w:b/>
                <w:color w:val="000000"/>
                <w:sz w:val="15"/>
              </w:rPr>
              <w:t xml:space="preserve">UČNA TEMA: </w:t>
            </w:r>
            <w:r>
              <w:rPr>
                <w:color w:val="000000"/>
                <w:sz w:val="15"/>
              </w:rPr>
              <w:t>POLIGON PROMETA</w:t>
            </w:r>
          </w:p>
        </w:tc>
      </w:tr>
      <w:tr w:rsidR="00623E5F" w14:paraId="26213EEA" w14:textId="77777777">
        <w:trPr>
          <w:cantSplit/>
          <w:jc w:val="center"/>
        </w:trPr>
        <w:tc>
          <w:tcPr>
            <w:tcW w:w="14060" w:type="dxa"/>
            <w:gridSpan w:val="6"/>
            <w:tcMar>
              <w:top w:w="70" w:type="dxa"/>
              <w:left w:w="90" w:type="dxa"/>
              <w:bottom w:w="70" w:type="dxa"/>
              <w:right w:w="90" w:type="dxa"/>
            </w:tcMar>
            <w:vAlign w:val="center"/>
          </w:tcPr>
          <w:p w14:paraId="3F9E883C" w14:textId="77777777" w:rsidR="00623E5F" w:rsidRDefault="00623E5F"/>
          <w:p w14:paraId="3FDD415C" w14:textId="77777777" w:rsidR="00623E5F" w:rsidRDefault="00000000">
            <w:pPr>
              <w:spacing w:line="245" w:lineRule="auto"/>
            </w:pPr>
            <w:r>
              <w:rPr>
                <w:b/>
                <w:color w:val="000000"/>
                <w:sz w:val="15"/>
              </w:rPr>
              <w:t xml:space="preserve">KNJIŽEVNO / MOTIVNO IZHODIŠČE: </w:t>
            </w:r>
            <w:r>
              <w:rPr>
                <w:color w:val="000000"/>
                <w:sz w:val="15"/>
              </w:rPr>
              <w:t>»Volk in sedem kozličkov« – brata Grimm • prepoznavanje znakov, varnost doma in kritično poslušanje</w:t>
            </w:r>
          </w:p>
        </w:tc>
      </w:tr>
      <w:tr w:rsidR="00623E5F" w14:paraId="6EE33142" w14:textId="77777777">
        <w:trPr>
          <w:cantSplit/>
          <w:jc w:val="center"/>
        </w:trPr>
        <w:tc>
          <w:tcPr>
            <w:tcW w:w="14060" w:type="dxa"/>
            <w:gridSpan w:val="6"/>
            <w:tcMar>
              <w:top w:w="70" w:type="dxa"/>
              <w:left w:w="90" w:type="dxa"/>
              <w:bottom w:w="70" w:type="dxa"/>
              <w:right w:w="90" w:type="dxa"/>
            </w:tcMar>
            <w:vAlign w:val="center"/>
          </w:tcPr>
          <w:p w14:paraId="64775E56" w14:textId="77777777" w:rsidR="00623E5F" w:rsidRDefault="00623E5F"/>
          <w:p w14:paraId="526B0672" w14:textId="77777777" w:rsidR="00623E5F" w:rsidRDefault="00000000">
            <w:pPr>
              <w:spacing w:line="245" w:lineRule="auto"/>
            </w:pPr>
            <w:r>
              <w:rPr>
                <w:b/>
                <w:color w:val="000000"/>
                <w:sz w:val="15"/>
              </w:rPr>
              <w:t xml:space="preserve">GIBALNO IZHODIŠČE / MOTIVACIJA: </w:t>
            </w:r>
            <w:r>
              <w:rPr>
                <w:color w:val="000000"/>
                <w:sz w:val="15"/>
              </w:rPr>
              <w:t>na tleh se pojavi pot stopinj, puščic in varnih ovir; učenci z gibalno napovedjo iščejo različne rešitve za temo »poligon prometa«. Tedenski gibalni izziv: hitro reagira na dogovorjeni varnostni znak.</w:t>
            </w:r>
          </w:p>
        </w:tc>
      </w:tr>
      <w:tr w:rsidR="00623E5F" w14:paraId="08A51BE2" w14:textId="77777777">
        <w:trPr>
          <w:cantSplit/>
          <w:jc w:val="center"/>
        </w:trPr>
        <w:tc>
          <w:tcPr>
            <w:tcW w:w="14060" w:type="dxa"/>
            <w:gridSpan w:val="6"/>
            <w:tcMar>
              <w:top w:w="70" w:type="dxa"/>
              <w:left w:w="90" w:type="dxa"/>
              <w:bottom w:w="70" w:type="dxa"/>
              <w:right w:w="90" w:type="dxa"/>
            </w:tcMar>
            <w:vAlign w:val="center"/>
          </w:tcPr>
          <w:p w14:paraId="1CE595C2" w14:textId="77777777" w:rsidR="00623E5F" w:rsidRDefault="00623E5F"/>
          <w:p w14:paraId="2EAEF2CB" w14:textId="77777777" w:rsidR="00623E5F" w:rsidRDefault="00000000">
            <w:pPr>
              <w:spacing w:line="245" w:lineRule="auto"/>
            </w:pPr>
            <w:r>
              <w:rPr>
                <w:b/>
                <w:color w:val="000000"/>
                <w:sz w:val="15"/>
              </w:rPr>
              <w:t xml:space="preserve">UČNE ENOTE: </w:t>
            </w:r>
            <w:r>
              <w:rPr>
                <w:color w:val="000000"/>
                <w:sz w:val="15"/>
              </w:rPr>
              <w:t>1. ura – Poligon prometa – Ogrejem se in usvojim gib • 2. ura – Poligon prometa – Vadim na postajah • 3. ura – Poligon prometa – Uporabim v igri</w:t>
            </w:r>
          </w:p>
        </w:tc>
      </w:tr>
      <w:tr w:rsidR="00623E5F" w14:paraId="6BCFF433" w14:textId="77777777">
        <w:trPr>
          <w:cantSplit/>
          <w:jc w:val="center"/>
        </w:trPr>
        <w:tc>
          <w:tcPr>
            <w:tcW w:w="14060" w:type="dxa"/>
            <w:gridSpan w:val="6"/>
            <w:tcMar>
              <w:top w:w="70" w:type="dxa"/>
              <w:left w:w="90" w:type="dxa"/>
              <w:bottom w:w="70" w:type="dxa"/>
              <w:right w:w="90" w:type="dxa"/>
            </w:tcMar>
            <w:vAlign w:val="center"/>
          </w:tcPr>
          <w:p w14:paraId="412B612D" w14:textId="77777777" w:rsidR="00623E5F" w:rsidRDefault="00623E5F"/>
          <w:p w14:paraId="383BDE67"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093B2547" w14:textId="77777777">
        <w:trPr>
          <w:cantSplit/>
          <w:jc w:val="center"/>
        </w:trPr>
        <w:tc>
          <w:tcPr>
            <w:tcW w:w="14060" w:type="dxa"/>
            <w:gridSpan w:val="6"/>
            <w:tcMar>
              <w:top w:w="70" w:type="dxa"/>
              <w:left w:w="90" w:type="dxa"/>
              <w:bottom w:w="70" w:type="dxa"/>
              <w:right w:w="90" w:type="dxa"/>
            </w:tcMar>
            <w:vAlign w:val="center"/>
          </w:tcPr>
          <w:p w14:paraId="23D8401D" w14:textId="77777777" w:rsidR="00623E5F" w:rsidRDefault="00623E5F"/>
          <w:p w14:paraId="3A206E7B"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462A8FE3" w14:textId="77777777">
        <w:trPr>
          <w:cantSplit/>
          <w:jc w:val="center"/>
        </w:trPr>
        <w:tc>
          <w:tcPr>
            <w:tcW w:w="14060" w:type="dxa"/>
            <w:gridSpan w:val="6"/>
            <w:tcMar>
              <w:top w:w="70" w:type="dxa"/>
              <w:left w:w="90" w:type="dxa"/>
              <w:bottom w:w="70" w:type="dxa"/>
              <w:right w:w="90" w:type="dxa"/>
            </w:tcMar>
            <w:vAlign w:val="center"/>
          </w:tcPr>
          <w:p w14:paraId="3D11B7EF" w14:textId="77777777" w:rsidR="00623E5F" w:rsidRDefault="00623E5F"/>
          <w:p w14:paraId="6BCA2CEE"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60FC792B" w14:textId="77777777">
        <w:trPr>
          <w:cantSplit/>
          <w:jc w:val="center"/>
        </w:trPr>
        <w:tc>
          <w:tcPr>
            <w:tcW w:w="14060" w:type="dxa"/>
            <w:gridSpan w:val="6"/>
            <w:tcMar>
              <w:top w:w="70" w:type="dxa"/>
              <w:left w:w="90" w:type="dxa"/>
              <w:bottom w:w="70" w:type="dxa"/>
              <w:right w:w="90" w:type="dxa"/>
            </w:tcMar>
            <w:vAlign w:val="center"/>
          </w:tcPr>
          <w:p w14:paraId="69DEC0D1" w14:textId="77777777" w:rsidR="00623E5F" w:rsidRDefault="00623E5F"/>
          <w:p w14:paraId="21980B76" w14:textId="77777777" w:rsidR="00623E5F" w:rsidRDefault="00000000">
            <w:pPr>
              <w:spacing w:line="245" w:lineRule="auto"/>
            </w:pPr>
            <w:r>
              <w:rPr>
                <w:b/>
                <w:color w:val="000000"/>
                <w:sz w:val="15"/>
              </w:rPr>
              <w:t xml:space="preserve">MEDPREDMETNE POVEZAVE: </w:t>
            </w:r>
            <w:r>
              <w:rPr>
                <w:color w:val="000000"/>
                <w:sz w:val="15"/>
              </w:rPr>
              <w:t>SPO – prepoznavanje znakov, varnost doma in kritično poslušanje, telo, zdravje, varnost in okolje; SLJ – poslušanje navodila, športno izrazje, kratka razlaga in podporna povratna informacija; MAT – smer, zaporedje, razdalja, merjenje in primerjanje; GUM – ritem, tempo in odziv na zvočni znak.</w:t>
            </w:r>
          </w:p>
        </w:tc>
      </w:tr>
      <w:tr w:rsidR="00623E5F" w14:paraId="5B7B82CC" w14:textId="77777777">
        <w:trPr>
          <w:cantSplit/>
          <w:jc w:val="center"/>
        </w:trPr>
        <w:tc>
          <w:tcPr>
            <w:tcW w:w="14060" w:type="dxa"/>
            <w:gridSpan w:val="6"/>
            <w:tcMar>
              <w:top w:w="70" w:type="dxa"/>
              <w:left w:w="90" w:type="dxa"/>
              <w:bottom w:w="70" w:type="dxa"/>
              <w:right w:w="90" w:type="dxa"/>
            </w:tcMar>
            <w:vAlign w:val="center"/>
          </w:tcPr>
          <w:p w14:paraId="50C15584" w14:textId="77777777" w:rsidR="00623E5F" w:rsidRDefault="00623E5F"/>
          <w:p w14:paraId="23FA7C33" w14:textId="77777777" w:rsidR="00623E5F" w:rsidRDefault="00000000">
            <w:pPr>
              <w:spacing w:line="245" w:lineRule="auto"/>
            </w:pPr>
            <w:r>
              <w:rPr>
                <w:b/>
                <w:color w:val="000000"/>
                <w:sz w:val="15"/>
              </w:rPr>
              <w:t xml:space="preserve">UČNA SREDSTVA IN PRIPOMOČKI: </w:t>
            </w:r>
            <w:r>
              <w:rPr>
                <w:color w:val="000000"/>
                <w:sz w:val="15"/>
              </w:rPr>
              <w:t>stožci, talne oznake, obroči, vrvi, klopi, letveniki ali nizka plezala, blazine in mehke ovire; kartice namena in kriterijev; oznake štirih postaj; opazovalni list; semafor napora in mapa dokazov</w:t>
            </w:r>
          </w:p>
        </w:tc>
      </w:tr>
      <w:tr w:rsidR="00623E5F" w14:paraId="4A0EBAF5" w14:textId="77777777">
        <w:trPr>
          <w:cantSplit/>
          <w:jc w:val="center"/>
        </w:trPr>
        <w:tc>
          <w:tcPr>
            <w:tcW w:w="14060" w:type="dxa"/>
            <w:gridSpan w:val="6"/>
            <w:tcMar>
              <w:top w:w="70" w:type="dxa"/>
              <w:left w:w="90" w:type="dxa"/>
              <w:bottom w:w="70" w:type="dxa"/>
              <w:right w:w="90" w:type="dxa"/>
            </w:tcMar>
            <w:vAlign w:val="center"/>
          </w:tcPr>
          <w:p w14:paraId="2C55B6E2" w14:textId="77777777" w:rsidR="00623E5F" w:rsidRDefault="00623E5F"/>
          <w:p w14:paraId="6F55CFB8"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253C85B8" w14:textId="77777777">
        <w:trPr>
          <w:cantSplit/>
          <w:jc w:val="center"/>
        </w:trPr>
        <w:tc>
          <w:tcPr>
            <w:tcW w:w="14060" w:type="dxa"/>
            <w:gridSpan w:val="6"/>
            <w:tcMar>
              <w:top w:w="70" w:type="dxa"/>
              <w:left w:w="90" w:type="dxa"/>
              <w:bottom w:w="70" w:type="dxa"/>
              <w:right w:w="90" w:type="dxa"/>
            </w:tcMar>
            <w:vAlign w:val="center"/>
          </w:tcPr>
          <w:p w14:paraId="32271F3F" w14:textId="77777777" w:rsidR="00623E5F" w:rsidRDefault="00623E5F"/>
          <w:p w14:paraId="21E6905A"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7CD14B76" w14:textId="77777777">
        <w:trPr>
          <w:cantSplit/>
          <w:jc w:val="center"/>
        </w:trPr>
        <w:tc>
          <w:tcPr>
            <w:tcW w:w="14060" w:type="dxa"/>
            <w:gridSpan w:val="6"/>
            <w:tcMar>
              <w:top w:w="70" w:type="dxa"/>
              <w:left w:w="90" w:type="dxa"/>
              <w:bottom w:w="70" w:type="dxa"/>
              <w:right w:w="90" w:type="dxa"/>
            </w:tcMar>
            <w:vAlign w:val="center"/>
          </w:tcPr>
          <w:p w14:paraId="1DE2A017" w14:textId="77777777" w:rsidR="00623E5F" w:rsidRDefault="00623E5F"/>
          <w:p w14:paraId="1A244755"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0448E7EE"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5642AB3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BF644E3"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1BDB7D8" w14:textId="77777777" w:rsidR="00623E5F" w:rsidRDefault="00000000">
            <w:pPr>
              <w:jc w:val="center"/>
            </w:pPr>
            <w:r>
              <w:rPr>
                <w:b/>
                <w:color w:val="000000"/>
                <w:sz w:val="20"/>
              </w:rPr>
              <w:t>UČNE DEJAVNOSTI, METODE IN FORMATIVNO SPREMLJANJE</w:t>
            </w:r>
          </w:p>
        </w:tc>
      </w:tr>
      <w:tr w:rsidR="00623E5F" w14:paraId="10729F58" w14:textId="77777777">
        <w:trPr>
          <w:tblHeader/>
          <w:jc w:val="center"/>
        </w:trPr>
        <w:tc>
          <w:tcPr>
            <w:tcW w:w="4422" w:type="dxa"/>
            <w:vMerge/>
            <w:tcMar>
              <w:top w:w="70" w:type="dxa"/>
              <w:left w:w="90" w:type="dxa"/>
              <w:bottom w:w="70" w:type="dxa"/>
              <w:right w:w="90" w:type="dxa"/>
            </w:tcMar>
            <w:vAlign w:val="center"/>
          </w:tcPr>
          <w:p w14:paraId="56AF3D56" w14:textId="77777777" w:rsidR="00623E5F" w:rsidRDefault="00623E5F"/>
        </w:tc>
        <w:tc>
          <w:tcPr>
            <w:tcW w:w="7087" w:type="dxa"/>
            <w:shd w:val="clear" w:color="auto" w:fill="FFFFFF"/>
            <w:tcMar>
              <w:top w:w="70" w:type="dxa"/>
              <w:left w:w="90" w:type="dxa"/>
              <w:bottom w:w="70" w:type="dxa"/>
              <w:right w:w="90" w:type="dxa"/>
            </w:tcMar>
            <w:vAlign w:val="center"/>
          </w:tcPr>
          <w:p w14:paraId="1BD0FCB6"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B7B9E3F" w14:textId="77777777" w:rsidR="00623E5F" w:rsidRDefault="00000000">
            <w:pPr>
              <w:jc w:val="center"/>
            </w:pPr>
            <w:r>
              <w:rPr>
                <w:b/>
                <w:color w:val="000000"/>
              </w:rPr>
              <w:t>UČENEC</w:t>
            </w:r>
          </w:p>
        </w:tc>
      </w:tr>
      <w:tr w:rsidR="00623E5F" w14:paraId="2B1D154B" w14:textId="77777777">
        <w:trPr>
          <w:jc w:val="center"/>
        </w:trPr>
        <w:tc>
          <w:tcPr>
            <w:tcW w:w="4422" w:type="dxa"/>
            <w:tcMar>
              <w:top w:w="70" w:type="dxa"/>
              <w:left w:w="90" w:type="dxa"/>
              <w:bottom w:w="70" w:type="dxa"/>
              <w:right w:w="90" w:type="dxa"/>
            </w:tcMar>
          </w:tcPr>
          <w:p w14:paraId="1857BF40" w14:textId="77777777" w:rsidR="00623E5F" w:rsidRDefault="00623E5F"/>
          <w:p w14:paraId="7950AA47" w14:textId="77777777" w:rsidR="00623E5F" w:rsidRDefault="00000000">
            <w:pPr>
              <w:spacing w:after="60" w:line="245" w:lineRule="auto"/>
            </w:pPr>
            <w:r>
              <w:rPr>
                <w:b/>
                <w:color w:val="000000"/>
              </w:rPr>
              <w:t>UČNI CILJI</w:t>
            </w:r>
          </w:p>
          <w:p w14:paraId="26A15031" w14:textId="77777777" w:rsidR="00623E5F" w:rsidRDefault="00000000">
            <w:pPr>
              <w:spacing w:after="20" w:line="245" w:lineRule="auto"/>
            </w:pPr>
            <w:r>
              <w:rPr>
                <w:b/>
                <w:color w:val="000000"/>
                <w:sz w:val="17"/>
              </w:rPr>
              <w:t>SPLOŠNI</w:t>
            </w:r>
          </w:p>
          <w:p w14:paraId="158E3EF2"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0D1186E9" w14:textId="77777777" w:rsidR="00623E5F" w:rsidRDefault="00000000">
            <w:pPr>
              <w:pStyle w:val="Oznaenseznam"/>
              <w:spacing w:after="16"/>
            </w:pPr>
            <w:r>
              <w:rPr>
                <w:color w:val="000000"/>
                <w:sz w:val="15"/>
              </w:rPr>
              <w:t>varno hodi, teče, skače, meče, pleza, se plazi, lovi, ravnoteži, pleše in uporablja različne rekvizite</w:t>
            </w:r>
          </w:p>
          <w:p w14:paraId="74714693" w14:textId="77777777" w:rsidR="00623E5F" w:rsidRDefault="00000000">
            <w:pPr>
              <w:pStyle w:val="Oznaenseznam"/>
              <w:spacing w:after="16"/>
            </w:pPr>
            <w:r>
              <w:rPr>
                <w:color w:val="000000"/>
                <w:sz w:val="15"/>
              </w:rPr>
              <w:t>razume pomen rednega gibanja, ogrevanja, higiene, primerne opreme, počitka in varnega ravnanja</w:t>
            </w:r>
          </w:p>
          <w:p w14:paraId="38AD5C81"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6DC2984D" w14:textId="77777777" w:rsidR="00623E5F" w:rsidRDefault="00000000">
            <w:pPr>
              <w:spacing w:before="40" w:after="20" w:line="245" w:lineRule="auto"/>
            </w:pPr>
            <w:r>
              <w:rPr>
                <w:b/>
                <w:color w:val="000000"/>
                <w:sz w:val="17"/>
              </w:rPr>
              <w:t>OPERATIVNI</w:t>
            </w:r>
          </w:p>
          <w:p w14:paraId="5D59C133" w14:textId="77777777" w:rsidR="00623E5F" w:rsidRDefault="00000000">
            <w:pPr>
              <w:pStyle w:val="Oznaenseznam"/>
              <w:spacing w:after="16"/>
            </w:pPr>
            <w:r>
              <w:rPr>
                <w:color w:val="000000"/>
                <w:sz w:val="15"/>
              </w:rPr>
              <w:t>premaguje ovire</w:t>
            </w:r>
          </w:p>
          <w:p w14:paraId="5755ABD9" w14:textId="77777777" w:rsidR="00623E5F" w:rsidRDefault="00000000">
            <w:pPr>
              <w:pStyle w:val="Oznaenseznam"/>
              <w:spacing w:after="16"/>
            </w:pPr>
            <w:r>
              <w:rPr>
                <w:color w:val="000000"/>
                <w:sz w:val="15"/>
              </w:rPr>
              <w:t>pravilno menja smer</w:t>
            </w:r>
          </w:p>
          <w:p w14:paraId="0CAE9A5F" w14:textId="77777777" w:rsidR="00623E5F" w:rsidRDefault="00000000">
            <w:pPr>
              <w:pStyle w:val="Oznaenseznam"/>
              <w:spacing w:after="16"/>
            </w:pPr>
            <w:r>
              <w:rPr>
                <w:color w:val="000000"/>
                <w:sz w:val="15"/>
              </w:rPr>
              <w:t>upošteva dogovorjena pravila</w:t>
            </w:r>
          </w:p>
          <w:p w14:paraId="2164EFA0" w14:textId="77777777" w:rsidR="00623E5F" w:rsidRDefault="00000000">
            <w:pPr>
              <w:spacing w:before="40" w:after="20" w:line="245" w:lineRule="auto"/>
            </w:pPr>
            <w:r>
              <w:rPr>
                <w:b/>
                <w:color w:val="000000"/>
                <w:sz w:val="17"/>
              </w:rPr>
              <w:t>PRIČAKOVANI DOSEŽKI / MINIMALNI POUDARKI</w:t>
            </w:r>
          </w:p>
          <w:p w14:paraId="3849A10C" w14:textId="77777777" w:rsidR="00623E5F" w:rsidRDefault="00000000">
            <w:pPr>
              <w:pStyle w:val="Oznaenseznam"/>
              <w:spacing w:after="16"/>
            </w:pPr>
            <w:r>
              <w:rPr>
                <w:color w:val="000000"/>
                <w:sz w:val="15"/>
              </w:rPr>
              <w:t>učenec samostojno oziroma z dogovorjeno oporo premaguje ovire</w:t>
            </w:r>
          </w:p>
          <w:p w14:paraId="7BB40D9E" w14:textId="77777777" w:rsidR="00623E5F" w:rsidRDefault="00000000">
            <w:pPr>
              <w:pStyle w:val="Oznaenseznam"/>
              <w:spacing w:after="16"/>
            </w:pPr>
            <w:r>
              <w:rPr>
                <w:color w:val="000000"/>
                <w:sz w:val="15"/>
              </w:rPr>
              <w:t>učenec samostojno oziroma z dogovorjeno oporo pravilno menja smer</w:t>
            </w:r>
          </w:p>
          <w:p w14:paraId="457B5272" w14:textId="77777777" w:rsidR="00623E5F" w:rsidRDefault="00000000">
            <w:pPr>
              <w:pStyle w:val="Oznaenseznam"/>
              <w:spacing w:after="16"/>
            </w:pPr>
            <w:r>
              <w:rPr>
                <w:color w:val="000000"/>
                <w:sz w:val="15"/>
              </w:rPr>
              <w:t>učenec samostojno oziroma z dogovorjeno oporo upošteva dogovorjena pravila</w:t>
            </w:r>
          </w:p>
        </w:tc>
        <w:tc>
          <w:tcPr>
            <w:tcW w:w="7087" w:type="dxa"/>
            <w:tcMar>
              <w:top w:w="70" w:type="dxa"/>
              <w:left w:w="90" w:type="dxa"/>
              <w:bottom w:w="70" w:type="dxa"/>
              <w:right w:w="90" w:type="dxa"/>
            </w:tcMar>
          </w:tcPr>
          <w:p w14:paraId="2716B68F"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480919D8" w14:textId="77777777">
              <w:trPr>
                <w:jc w:val="center"/>
              </w:trPr>
              <w:tc>
                <w:tcPr>
                  <w:tcW w:w="7087" w:type="dxa"/>
                  <w:shd w:val="clear" w:color="auto" w:fill="C6E7F3"/>
                  <w:tcMar>
                    <w:top w:w="45" w:type="dxa"/>
                    <w:left w:w="70" w:type="dxa"/>
                    <w:bottom w:w="45" w:type="dxa"/>
                    <w:right w:w="70" w:type="dxa"/>
                  </w:tcMar>
                </w:tcPr>
                <w:p w14:paraId="2D6648F1" w14:textId="77777777" w:rsidR="00623E5F" w:rsidRDefault="00000000">
                  <w:pPr>
                    <w:keepNext/>
                  </w:pPr>
                  <w:r>
                    <w:rPr>
                      <w:b/>
                      <w:color w:val="000000"/>
                    </w:rPr>
                    <w:t>UVODNI DEL – POČUTJE, GIBALNI NAMIG, PREDZNANJE IN NAMEN UČENJA (7–10 min)</w:t>
                  </w:r>
                </w:p>
              </w:tc>
            </w:tr>
          </w:tbl>
          <w:p w14:paraId="20315A93" w14:textId="77777777" w:rsidR="00623E5F" w:rsidRDefault="00623E5F">
            <w:pPr>
              <w:spacing w:line="20" w:lineRule="exact"/>
            </w:pPr>
          </w:p>
          <w:p w14:paraId="206C6A7C" w14:textId="77777777" w:rsidR="00623E5F" w:rsidRDefault="00000000">
            <w:pPr>
              <w:spacing w:before="40" w:after="60" w:line="245" w:lineRule="auto"/>
            </w:pPr>
            <w:r>
              <w:rPr>
                <w:color w:val="000000"/>
                <w:sz w:val="15"/>
              </w:rPr>
              <w:t>Ob književnem motivu »Volk in sedem kozličkov« – brata Grimm učenci vstopijo v temo prepoznavanje znakov, varnost doma in kritično poslušanje. Učiteljica pripravi kratek gibalni namig: na tleh se pojavi pot stopinj, puščic in varnih ovir; učenci z gibalno napovedjo iščejo različne rešitve za temo »poligon prometa«. Tedenski gibalni izziv: hitro reagira na dogovorjeni varnostni znak.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2F69EA09" w14:textId="77777777">
              <w:trPr>
                <w:jc w:val="center"/>
              </w:trPr>
              <w:tc>
                <w:tcPr>
                  <w:tcW w:w="7087" w:type="dxa"/>
                  <w:shd w:val="clear" w:color="auto" w:fill="EDC9EA"/>
                  <w:tcMar>
                    <w:top w:w="45" w:type="dxa"/>
                    <w:left w:w="70" w:type="dxa"/>
                    <w:bottom w:w="45" w:type="dxa"/>
                    <w:right w:w="70" w:type="dxa"/>
                  </w:tcMar>
                </w:tcPr>
                <w:p w14:paraId="7A3DC98C" w14:textId="77777777" w:rsidR="00623E5F" w:rsidRDefault="00000000">
                  <w:pPr>
                    <w:keepNext/>
                  </w:pPr>
                  <w:r>
                    <w:rPr>
                      <w:b/>
                      <w:color w:val="000000"/>
                    </w:rPr>
                    <w:t>NAMENI UČENJA</w:t>
                  </w:r>
                </w:p>
              </w:tc>
            </w:tr>
          </w:tbl>
          <w:p w14:paraId="0D441D96" w14:textId="77777777" w:rsidR="00623E5F" w:rsidRDefault="00623E5F">
            <w:pPr>
              <w:spacing w:line="20" w:lineRule="exact"/>
            </w:pPr>
          </w:p>
          <w:p w14:paraId="092FAD75"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051E0A32" w14:textId="77777777" w:rsidR="00623E5F" w:rsidRDefault="00000000">
            <w:pPr>
              <w:pStyle w:val="Oznaenseznam"/>
              <w:spacing w:after="16"/>
            </w:pPr>
            <w:r>
              <w:rPr>
                <w:color w:val="000000"/>
                <w:sz w:val="15"/>
              </w:rPr>
              <w:t>premagujem ovire</w:t>
            </w:r>
          </w:p>
          <w:p w14:paraId="6C79C57A" w14:textId="77777777" w:rsidR="00623E5F" w:rsidRDefault="00000000">
            <w:pPr>
              <w:pStyle w:val="Oznaenseznam"/>
              <w:spacing w:after="16"/>
            </w:pPr>
            <w:r>
              <w:rPr>
                <w:color w:val="000000"/>
                <w:sz w:val="15"/>
              </w:rPr>
              <w:t>pravilno menja smer</w:t>
            </w:r>
          </w:p>
          <w:p w14:paraId="1699C4B2" w14:textId="77777777" w:rsidR="00623E5F" w:rsidRDefault="00000000">
            <w:pPr>
              <w:pStyle w:val="Oznaenseznam"/>
              <w:spacing w:after="16"/>
            </w:pPr>
            <w:r>
              <w:rPr>
                <w:color w:val="000000"/>
                <w:sz w:val="15"/>
              </w:rPr>
              <w:t>upoštevam dogovorjena pravila</w:t>
            </w:r>
          </w:p>
          <w:tbl>
            <w:tblPr>
              <w:tblStyle w:val="Tabelamrea"/>
              <w:tblW w:w="0" w:type="auto"/>
              <w:jc w:val="center"/>
              <w:tblLayout w:type="fixed"/>
              <w:tblLook w:val="04A0" w:firstRow="1" w:lastRow="0" w:firstColumn="1" w:lastColumn="0" w:noHBand="0" w:noVBand="1"/>
            </w:tblPr>
            <w:tblGrid>
              <w:gridCol w:w="7087"/>
            </w:tblGrid>
            <w:tr w:rsidR="00623E5F" w14:paraId="52BE275A" w14:textId="77777777">
              <w:trPr>
                <w:jc w:val="center"/>
              </w:trPr>
              <w:tc>
                <w:tcPr>
                  <w:tcW w:w="7087" w:type="dxa"/>
                  <w:shd w:val="clear" w:color="auto" w:fill="EDC9EA"/>
                  <w:tcMar>
                    <w:top w:w="45" w:type="dxa"/>
                    <w:left w:w="70" w:type="dxa"/>
                    <w:bottom w:w="45" w:type="dxa"/>
                    <w:right w:w="70" w:type="dxa"/>
                  </w:tcMar>
                </w:tcPr>
                <w:p w14:paraId="241B9F62" w14:textId="77777777" w:rsidR="00623E5F" w:rsidRDefault="00000000">
                  <w:pPr>
                    <w:keepNext/>
                  </w:pPr>
                  <w:r>
                    <w:rPr>
                      <w:b/>
                      <w:color w:val="000000"/>
                    </w:rPr>
                    <w:t>PREVERJANJE PREDZNANJA</w:t>
                  </w:r>
                </w:p>
              </w:tc>
            </w:tr>
          </w:tbl>
          <w:p w14:paraId="63F87CBD" w14:textId="77777777" w:rsidR="00623E5F" w:rsidRDefault="00623E5F">
            <w:pPr>
              <w:spacing w:line="20" w:lineRule="exact"/>
            </w:pPr>
          </w:p>
          <w:p w14:paraId="4ED63EB8" w14:textId="77777777" w:rsidR="00623E5F" w:rsidRDefault="00000000">
            <w:pPr>
              <w:pStyle w:val="Oznaenseznam"/>
              <w:spacing w:after="16"/>
            </w:pPr>
            <w:r>
              <w:rPr>
                <w:color w:val="000000"/>
                <w:sz w:val="15"/>
              </w:rPr>
              <w:t>Kaj moje telo in prostor že znata pokazati pri temi »POLIGON PROMETA«?</w:t>
            </w:r>
          </w:p>
          <w:p w14:paraId="0C30ED71" w14:textId="77777777" w:rsidR="00623E5F" w:rsidRDefault="00000000">
            <w:pPr>
              <w:pStyle w:val="Oznaenseznam"/>
              <w:spacing w:after="16"/>
            </w:pPr>
            <w:r>
              <w:rPr>
                <w:color w:val="000000"/>
                <w:sz w:val="15"/>
              </w:rPr>
              <w:t>Katero varnostno pravilo, gibalni korak ali strategijo že obvladam in kaj bi najprej preizkusil/-a?</w:t>
            </w:r>
          </w:p>
          <w:p w14:paraId="4C11BE4C"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2419C2D4" w14:textId="77777777">
              <w:trPr>
                <w:jc w:val="center"/>
              </w:trPr>
              <w:tc>
                <w:tcPr>
                  <w:tcW w:w="7087" w:type="dxa"/>
                  <w:shd w:val="clear" w:color="auto" w:fill="EDC9EA"/>
                  <w:tcMar>
                    <w:top w:w="45" w:type="dxa"/>
                    <w:left w:w="70" w:type="dxa"/>
                    <w:bottom w:w="45" w:type="dxa"/>
                    <w:right w:w="70" w:type="dxa"/>
                  </w:tcMar>
                </w:tcPr>
                <w:p w14:paraId="5FBE56EE" w14:textId="77777777" w:rsidR="00623E5F" w:rsidRDefault="00000000">
                  <w:pPr>
                    <w:keepNext/>
                  </w:pPr>
                  <w:r>
                    <w:rPr>
                      <w:b/>
                      <w:color w:val="000000"/>
                    </w:rPr>
                    <w:t>KRITERIJI USPEŠNOSTI</w:t>
                  </w:r>
                </w:p>
              </w:tc>
            </w:tr>
          </w:tbl>
          <w:p w14:paraId="0B53F4BE" w14:textId="77777777" w:rsidR="00623E5F" w:rsidRDefault="00623E5F"/>
          <w:p w14:paraId="2EE0D991" w14:textId="77777777" w:rsidR="00623E5F" w:rsidRDefault="00000000">
            <w:pPr>
              <w:spacing w:before="20" w:after="20" w:line="245" w:lineRule="auto"/>
            </w:pPr>
            <w:r>
              <w:rPr>
                <w:b/>
                <w:color w:val="000000"/>
                <w:sz w:val="16"/>
              </w:rPr>
              <w:t>Uspešen/-na bom, ko:</w:t>
            </w:r>
          </w:p>
          <w:p w14:paraId="03076087" w14:textId="77777777" w:rsidR="00623E5F" w:rsidRDefault="00000000">
            <w:pPr>
              <w:pStyle w:val="Oznaenseznam"/>
              <w:spacing w:after="16"/>
            </w:pPr>
            <w:r>
              <w:rPr>
                <w:color w:val="000000"/>
                <w:sz w:val="15"/>
              </w:rPr>
              <w:t>premagujem ovire</w:t>
            </w:r>
          </w:p>
          <w:p w14:paraId="4D0ECE25" w14:textId="77777777" w:rsidR="00623E5F" w:rsidRDefault="00000000">
            <w:pPr>
              <w:pStyle w:val="Oznaenseznam"/>
              <w:spacing w:after="16"/>
            </w:pPr>
            <w:r>
              <w:rPr>
                <w:color w:val="000000"/>
                <w:sz w:val="15"/>
              </w:rPr>
              <w:t>pravilno menja smer</w:t>
            </w:r>
          </w:p>
          <w:p w14:paraId="4C0736A3" w14:textId="77777777" w:rsidR="00623E5F" w:rsidRDefault="00000000">
            <w:pPr>
              <w:pStyle w:val="Oznaenseznam"/>
              <w:spacing w:after="16"/>
            </w:pPr>
            <w:r>
              <w:rPr>
                <w:color w:val="000000"/>
                <w:sz w:val="15"/>
              </w:rPr>
              <w:t>upoštevam dogovorjena pravila</w:t>
            </w:r>
          </w:p>
          <w:p w14:paraId="4BC7E9D9" w14:textId="77777777" w:rsidR="00623E5F" w:rsidRDefault="00000000">
            <w:pPr>
              <w:pStyle w:val="Oznaenseznam"/>
              <w:spacing w:after="16"/>
            </w:pPr>
            <w:r>
              <w:rPr>
                <w:color w:val="000000"/>
                <w:sz w:val="15"/>
              </w:rPr>
              <w:t>pred začetkom preverim prostor in opremo, ohranjam razdaljo ter se na znak varno ustavim</w:t>
            </w:r>
          </w:p>
          <w:p w14:paraId="4F63137B"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26EF33DF" w14:textId="77777777" w:rsidR="00623E5F" w:rsidRDefault="00623E5F"/>
          <w:p w14:paraId="41A5B1DA"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0CA4C8BF"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28B604FB" w14:textId="77777777" w:rsidR="00623E5F" w:rsidRDefault="00000000">
            <w:pPr>
              <w:spacing w:after="100" w:line="245" w:lineRule="auto"/>
            </w:pPr>
            <w:r>
              <w:rPr>
                <w:color w:val="000000"/>
                <w:sz w:val="15"/>
              </w:rPr>
              <w:t>Sodeluje pri razumevanju namena, vidnih meril, varnostnih pravil, prehodov in načina dokazovanja.</w:t>
            </w:r>
          </w:p>
          <w:p w14:paraId="69E9D07F" w14:textId="77777777" w:rsidR="00623E5F" w:rsidRDefault="00000000">
            <w:pPr>
              <w:spacing w:after="20" w:line="245" w:lineRule="auto"/>
            </w:pPr>
            <w:r>
              <w:rPr>
                <w:b/>
                <w:color w:val="D95BC6"/>
                <w:sz w:val="17"/>
              </w:rPr>
              <w:t>DOKAZ O UČENJU</w:t>
            </w:r>
          </w:p>
          <w:p w14:paraId="49F084A2"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15C69AF1"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20C252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F32C7F8"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A2E6CAE" w14:textId="77777777" w:rsidR="00623E5F" w:rsidRDefault="00000000">
            <w:pPr>
              <w:jc w:val="center"/>
            </w:pPr>
            <w:r>
              <w:rPr>
                <w:b/>
                <w:color w:val="000000"/>
                <w:sz w:val="20"/>
              </w:rPr>
              <w:t>UČNE DEJAVNOSTI, METODE IN FORMATIVNO SPREMLJANJE</w:t>
            </w:r>
          </w:p>
        </w:tc>
      </w:tr>
      <w:tr w:rsidR="00623E5F" w14:paraId="783A4E1F" w14:textId="77777777">
        <w:trPr>
          <w:tblHeader/>
          <w:jc w:val="center"/>
        </w:trPr>
        <w:tc>
          <w:tcPr>
            <w:tcW w:w="4422" w:type="dxa"/>
            <w:vMerge/>
            <w:tcMar>
              <w:top w:w="70" w:type="dxa"/>
              <w:left w:w="90" w:type="dxa"/>
              <w:bottom w:w="70" w:type="dxa"/>
              <w:right w:w="90" w:type="dxa"/>
            </w:tcMar>
            <w:vAlign w:val="center"/>
          </w:tcPr>
          <w:p w14:paraId="66FA301E" w14:textId="77777777" w:rsidR="00623E5F" w:rsidRDefault="00623E5F"/>
        </w:tc>
        <w:tc>
          <w:tcPr>
            <w:tcW w:w="7087" w:type="dxa"/>
            <w:shd w:val="clear" w:color="auto" w:fill="FFFFFF"/>
            <w:tcMar>
              <w:top w:w="70" w:type="dxa"/>
              <w:left w:w="90" w:type="dxa"/>
              <w:bottom w:w="70" w:type="dxa"/>
              <w:right w:w="90" w:type="dxa"/>
            </w:tcMar>
            <w:vAlign w:val="center"/>
          </w:tcPr>
          <w:p w14:paraId="2714DEC5"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6B2E64F" w14:textId="77777777" w:rsidR="00623E5F" w:rsidRDefault="00000000">
            <w:pPr>
              <w:jc w:val="center"/>
            </w:pPr>
            <w:r>
              <w:rPr>
                <w:b/>
                <w:color w:val="000000"/>
              </w:rPr>
              <w:t>UČENEC</w:t>
            </w:r>
          </w:p>
        </w:tc>
      </w:tr>
      <w:tr w:rsidR="00623E5F" w14:paraId="4BE084BF" w14:textId="77777777">
        <w:trPr>
          <w:jc w:val="center"/>
        </w:trPr>
        <w:tc>
          <w:tcPr>
            <w:tcW w:w="4422" w:type="dxa"/>
            <w:tcMar>
              <w:top w:w="70" w:type="dxa"/>
              <w:left w:w="90" w:type="dxa"/>
              <w:bottom w:w="70" w:type="dxa"/>
              <w:right w:w="90" w:type="dxa"/>
            </w:tcMar>
          </w:tcPr>
          <w:p w14:paraId="6FD3EAE7" w14:textId="77777777" w:rsidR="00623E5F" w:rsidRDefault="00623E5F"/>
          <w:p w14:paraId="2FE792A2" w14:textId="77777777" w:rsidR="00623E5F" w:rsidRDefault="00000000">
            <w:pPr>
              <w:spacing w:after="40" w:line="245" w:lineRule="auto"/>
            </w:pPr>
            <w:r>
              <w:rPr>
                <w:b/>
                <w:color w:val="000000"/>
                <w:sz w:val="17"/>
              </w:rPr>
              <w:t>KLJUČNI ŠPORTNI IN GIBALNI POJMI</w:t>
            </w:r>
          </w:p>
          <w:p w14:paraId="61F12E49"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hoja, tek, lazenje, plazenje, valjanje, opora, ovira, poligon, doskok</w:t>
            </w:r>
          </w:p>
          <w:p w14:paraId="7C8993C3" w14:textId="77777777" w:rsidR="00623E5F" w:rsidRDefault="00000000">
            <w:pPr>
              <w:spacing w:after="20" w:line="245" w:lineRule="auto"/>
            </w:pPr>
            <w:r>
              <w:rPr>
                <w:b/>
                <w:color w:val="000000"/>
                <w:sz w:val="17"/>
              </w:rPr>
              <w:t>DOKAZI O UČENJU</w:t>
            </w:r>
          </w:p>
          <w:p w14:paraId="44F69999" w14:textId="77777777" w:rsidR="00623E5F" w:rsidRDefault="00000000">
            <w:pPr>
              <w:pStyle w:val="Oznaenseznam"/>
              <w:spacing w:after="7"/>
            </w:pPr>
            <w:r>
              <w:rPr>
                <w:color w:val="000000"/>
                <w:sz w:val="14"/>
              </w:rPr>
              <w:t>varen odziv na znak, začetni poskus prvine in ustno varnostno pravilo.</w:t>
            </w:r>
          </w:p>
          <w:p w14:paraId="436F62DD" w14:textId="77777777" w:rsidR="00623E5F" w:rsidRDefault="00000000">
            <w:pPr>
              <w:pStyle w:val="Oznaenseznam"/>
              <w:spacing w:after="7"/>
            </w:pPr>
            <w:r>
              <w:rPr>
                <w:color w:val="000000"/>
                <w:sz w:val="14"/>
              </w:rPr>
              <w:t>opazovalna kartica, izvedba na izbrani ravni in učiteljev zapis o napredku.</w:t>
            </w:r>
          </w:p>
          <w:p w14:paraId="2330A1C9" w14:textId="77777777" w:rsidR="00623E5F" w:rsidRDefault="00000000">
            <w:pPr>
              <w:pStyle w:val="Oznaenseznam"/>
              <w:spacing w:after="7"/>
            </w:pPr>
            <w:r>
              <w:rPr>
                <w:color w:val="000000"/>
                <w:sz w:val="14"/>
              </w:rPr>
              <w:t>uporaba prvine v igri, sodelovanje, upoštevanje pravil in osebno samovrednotenje.</w:t>
            </w:r>
          </w:p>
          <w:p w14:paraId="1BBB6C45" w14:textId="77777777" w:rsidR="00623E5F" w:rsidRDefault="00000000">
            <w:pPr>
              <w:spacing w:before="40" w:after="20" w:line="245" w:lineRule="auto"/>
            </w:pPr>
            <w:r>
              <w:rPr>
                <w:b/>
                <w:color w:val="000000"/>
                <w:sz w:val="16"/>
              </w:rPr>
              <w:t>GIBALNO DOŽIVETJE IN IZKUŠENJSKI POUK</w:t>
            </w:r>
          </w:p>
          <w:p w14:paraId="00355B27"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19F6909B" w14:textId="77777777" w:rsidR="00623E5F" w:rsidRDefault="00000000">
            <w:pPr>
              <w:spacing w:after="20" w:line="245" w:lineRule="auto"/>
            </w:pPr>
            <w:r>
              <w:rPr>
                <w:b/>
                <w:color w:val="000000"/>
                <w:sz w:val="16"/>
              </w:rPr>
              <w:t>POUČEVANJE V GIBANJU</w:t>
            </w:r>
          </w:p>
          <w:p w14:paraId="23164EF2"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29DF6A72" w14:textId="77777777" w:rsidR="00623E5F" w:rsidRDefault="00000000">
            <w:pPr>
              <w:spacing w:after="20" w:line="245" w:lineRule="auto"/>
            </w:pPr>
            <w:r>
              <w:rPr>
                <w:b/>
                <w:color w:val="000000"/>
                <w:sz w:val="16"/>
              </w:rPr>
              <w:t>DELO PO ŠTIRIH POSTAJAH</w:t>
            </w:r>
          </w:p>
          <w:p w14:paraId="7B035CDF"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4B0EBF76" w14:textId="77777777" w:rsidR="00623E5F" w:rsidRDefault="00000000">
            <w:pPr>
              <w:spacing w:after="7" w:line="245" w:lineRule="auto"/>
            </w:pPr>
            <w:r>
              <w:rPr>
                <w:color w:val="000000"/>
                <w:sz w:val="14"/>
              </w:rPr>
              <w:t>1. Tehnična: po talnih oznakah in modelu večkrat vadim cilj »premagujem ovire« na izbrani ravni.</w:t>
            </w:r>
          </w:p>
          <w:p w14:paraId="0FD3F3CD" w14:textId="77777777" w:rsidR="00623E5F" w:rsidRDefault="00000000">
            <w:pPr>
              <w:spacing w:after="7" w:line="245" w:lineRule="auto"/>
            </w:pPr>
            <w:r>
              <w:rPr>
                <w:color w:val="000000"/>
                <w:sz w:val="14"/>
              </w:rPr>
              <w:t>2. Ravnotežno-koordinacijska: z linijo, obroči, nizko oviro ali blazino uresničujem cilj »pravilno menja smer«.</w:t>
            </w:r>
          </w:p>
          <w:p w14:paraId="513CC275" w14:textId="77777777" w:rsidR="00623E5F" w:rsidRDefault="00000000">
            <w:pPr>
              <w:spacing w:after="7" w:line="245" w:lineRule="auto"/>
            </w:pPr>
            <w:r>
              <w:rPr>
                <w:color w:val="000000"/>
                <w:sz w:val="14"/>
              </w:rPr>
              <w:t>3. Povezovalni poligon: v varen niz povežem tri osnovne oblike gibanja, smer, spremembo nivoja in ustavitev.</w:t>
            </w:r>
          </w:p>
          <w:p w14:paraId="22FCEB2E" w14:textId="77777777" w:rsidR="00623E5F" w:rsidRDefault="00000000">
            <w:pPr>
              <w:spacing w:after="7" w:line="245" w:lineRule="auto"/>
            </w:pPr>
            <w:r>
              <w:rPr>
                <w:color w:val="000000"/>
                <w:sz w:val="14"/>
              </w:rPr>
              <w:t>4. Igralno-refleksivna: spretnost uporabim v igri brez izločanja ter s semaforjem pokažem, kako »upoštevam dogovorjena pravila«.</w:t>
            </w:r>
          </w:p>
          <w:p w14:paraId="5BD71408" w14:textId="77777777" w:rsidR="00623E5F" w:rsidRDefault="00000000">
            <w:pPr>
              <w:spacing w:after="20" w:line="245" w:lineRule="auto"/>
            </w:pPr>
            <w:r>
              <w:rPr>
                <w:b/>
                <w:color w:val="000000"/>
                <w:sz w:val="16"/>
              </w:rPr>
              <w:t>DIFERENCIACIJA IN VKLJUČEVANJE</w:t>
            </w:r>
          </w:p>
          <w:p w14:paraId="65286C51"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5AD05177" w14:textId="77777777" w:rsidR="00623E5F" w:rsidRDefault="00000000">
            <w:pPr>
              <w:spacing w:after="20" w:line="245" w:lineRule="auto"/>
            </w:pPr>
            <w:r>
              <w:rPr>
                <w:b/>
                <w:color w:val="000000"/>
                <w:sz w:val="16"/>
              </w:rPr>
              <w:t>SPREMLJANJE</w:t>
            </w:r>
          </w:p>
          <w:p w14:paraId="04D22D9B"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0E2C51F4"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2CD2767" w14:textId="77777777">
              <w:trPr>
                <w:jc w:val="center"/>
              </w:trPr>
              <w:tc>
                <w:tcPr>
                  <w:tcW w:w="7087" w:type="dxa"/>
                  <w:shd w:val="clear" w:color="auto" w:fill="C6E7F3"/>
                  <w:tcMar>
                    <w:top w:w="45" w:type="dxa"/>
                    <w:left w:w="70" w:type="dxa"/>
                    <w:bottom w:w="45" w:type="dxa"/>
                    <w:right w:w="70" w:type="dxa"/>
                  </w:tcMar>
                </w:tcPr>
                <w:p w14:paraId="5550AB6C" w14:textId="77777777" w:rsidR="00623E5F" w:rsidRDefault="00000000">
                  <w:pPr>
                    <w:keepNext/>
                  </w:pPr>
                  <w:r>
                    <w:rPr>
                      <w:b/>
                      <w:color w:val="000000"/>
                      <w:sz w:val="16"/>
                    </w:rPr>
                    <w:t>GLAVNI DEL – GIBALNI IZZIV, VADBA NA ŠTIRIH POSTAJAH IN IGRA (3 šolske ure)</w:t>
                  </w:r>
                </w:p>
              </w:tc>
            </w:tr>
          </w:tbl>
          <w:p w14:paraId="636D53BC" w14:textId="77777777" w:rsidR="00623E5F" w:rsidRDefault="00623E5F">
            <w:pPr>
              <w:spacing w:line="20" w:lineRule="exact"/>
            </w:pPr>
          </w:p>
          <w:p w14:paraId="743251C6" w14:textId="77777777" w:rsidR="00623E5F" w:rsidRDefault="00000000">
            <w:pPr>
              <w:keepNext/>
              <w:spacing w:before="16" w:after="6" w:line="245" w:lineRule="auto"/>
            </w:pPr>
            <w:r>
              <w:rPr>
                <w:b/>
                <w:color w:val="000000"/>
                <w:sz w:val="15"/>
              </w:rPr>
              <w:t>1. URA – Poligon prometa – Ogrejem se in usvojim gib</w:t>
            </w:r>
          </w:p>
          <w:p w14:paraId="49780A25"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»Volk in sedem kozličkov« – brata Grimm. Osrednji del 30': 32' – Preveri prostor in opremo, predstavi varnostni znak ter skozi gibalno zgodbo modelira ključno prvino po korakih.</w:t>
            </w:r>
          </w:p>
          <w:p w14:paraId="1D2A18F7"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730C884E" w14:textId="77777777" w:rsidR="00623E5F" w:rsidRDefault="00000000">
            <w:pPr>
              <w:spacing w:after="15" w:line="245" w:lineRule="auto"/>
            </w:pPr>
            <w:r>
              <w:rPr>
                <w:i/>
                <w:color w:val="D95BC6"/>
                <w:sz w:val="14"/>
              </w:rPr>
              <w:t>Predvideni dokaz: varen odziv na znak, začetni poskus prvine in ustno varnostno pravilo..</w:t>
            </w:r>
          </w:p>
          <w:p w14:paraId="42D60A9A" w14:textId="77777777" w:rsidR="00623E5F" w:rsidRDefault="00000000">
            <w:pPr>
              <w:keepNext/>
              <w:spacing w:before="16" w:after="6" w:line="245" w:lineRule="auto"/>
            </w:pPr>
            <w:r>
              <w:rPr>
                <w:b/>
                <w:color w:val="000000"/>
                <w:sz w:val="15"/>
              </w:rPr>
              <w:t>2. URA – Poligon prometa – Vadim na postajah</w:t>
            </w:r>
          </w:p>
          <w:p w14:paraId="28618FF0"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»Volk in sedem kozličkov« – brata Grimm. Osrednji del 30': 32' – Pripravi 4–6 postaj z enosmernimi prehodi, pokaže tri ravni izziva in opazovalcu dodeli en jasen kriterij.</w:t>
            </w:r>
          </w:p>
          <w:p w14:paraId="41DBA36F"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2219AA79" w14:textId="77777777" w:rsidR="00623E5F" w:rsidRDefault="00000000">
            <w:pPr>
              <w:spacing w:after="15" w:line="245" w:lineRule="auto"/>
            </w:pPr>
            <w:r>
              <w:rPr>
                <w:i/>
                <w:color w:val="D95BC6"/>
                <w:sz w:val="14"/>
              </w:rPr>
              <w:t>Predvideni dokaz: opazovalna kartica, izvedba na izbrani ravni in učiteljev zapis o napredku..</w:t>
            </w:r>
          </w:p>
          <w:p w14:paraId="4DADB2EE" w14:textId="77777777" w:rsidR="00623E5F" w:rsidRDefault="00000000">
            <w:pPr>
              <w:keepNext/>
              <w:spacing w:before="16" w:after="6" w:line="245" w:lineRule="auto"/>
            </w:pPr>
            <w:r>
              <w:rPr>
                <w:b/>
                <w:color w:val="000000"/>
                <w:sz w:val="15"/>
              </w:rPr>
              <w:t>3. URA – Poligon prometa – Uporabim v igri</w:t>
            </w:r>
          </w:p>
          <w:p w14:paraId="1BB63F89"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»Volk in sedem kozličkov« – brata Grimm. Osrednji del 30': 32' – Organizira vključujočo igro ali izziv brez izločanja, spremlja varnost, pošteno igro in uporabo naučene prvine.</w:t>
            </w:r>
          </w:p>
          <w:p w14:paraId="39B033E6"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37C3E32F"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2952956F" w14:textId="77777777">
              <w:trPr>
                <w:jc w:val="center"/>
              </w:trPr>
              <w:tc>
                <w:tcPr>
                  <w:tcW w:w="7087" w:type="dxa"/>
                  <w:shd w:val="clear" w:color="auto" w:fill="EDC9EA"/>
                  <w:tcMar>
                    <w:top w:w="45" w:type="dxa"/>
                    <w:left w:w="70" w:type="dxa"/>
                    <w:bottom w:w="45" w:type="dxa"/>
                    <w:right w:w="70" w:type="dxa"/>
                  </w:tcMar>
                </w:tcPr>
                <w:p w14:paraId="70EF59BD" w14:textId="77777777" w:rsidR="00623E5F" w:rsidRDefault="00000000">
                  <w:pPr>
                    <w:keepNext/>
                  </w:pPr>
                  <w:r>
                    <w:rPr>
                      <w:b/>
                      <w:color w:val="000000"/>
                      <w:sz w:val="16"/>
                    </w:rPr>
                    <w:t>ORGANIZACIJA POSTAJ, PREHODOV IN AKTIVNEGA ČASA</w:t>
                  </w:r>
                </w:p>
              </w:tc>
            </w:tr>
          </w:tbl>
          <w:p w14:paraId="603B7AD8" w14:textId="77777777" w:rsidR="00623E5F" w:rsidRDefault="00623E5F"/>
          <w:p w14:paraId="64E4A129" w14:textId="77777777" w:rsidR="00623E5F" w:rsidRDefault="00000000">
            <w:pPr>
              <w:spacing w:before="5" w:after="6" w:line="245" w:lineRule="auto"/>
            </w:pPr>
            <w:r>
              <w:rPr>
                <w:color w:val="000000"/>
                <w:sz w:val="14"/>
              </w:rPr>
              <w:t>Postaja 1: Tehnična: po talnih oznakah in modelu večkrat vadim cilj »premagujem ovire« na izbrani ravni.</w:t>
            </w:r>
          </w:p>
          <w:p w14:paraId="320782EE" w14:textId="77777777" w:rsidR="00623E5F" w:rsidRDefault="00000000">
            <w:pPr>
              <w:spacing w:before="5" w:after="6" w:line="245" w:lineRule="auto"/>
            </w:pPr>
            <w:r>
              <w:rPr>
                <w:color w:val="000000"/>
                <w:sz w:val="14"/>
              </w:rPr>
              <w:t>Postaja 2: Ravnotežno-koordinacijska: z linijo, obroči, nizko oviro ali blazino uresničujem cilj »pravilno menja smer«.</w:t>
            </w:r>
          </w:p>
          <w:p w14:paraId="6536A08D" w14:textId="77777777" w:rsidR="00623E5F" w:rsidRDefault="00000000">
            <w:pPr>
              <w:spacing w:before="5" w:after="6" w:line="245" w:lineRule="auto"/>
            </w:pPr>
            <w:r>
              <w:rPr>
                <w:color w:val="000000"/>
                <w:sz w:val="14"/>
              </w:rPr>
              <w:t>Postaja 3: Povezovalni poligon: v varen niz povežem tri osnovne oblike gibanja, smer, spremembo nivoja in ustavitev.</w:t>
            </w:r>
          </w:p>
          <w:p w14:paraId="7BBA34FC" w14:textId="77777777" w:rsidR="00623E5F" w:rsidRDefault="00000000">
            <w:pPr>
              <w:spacing w:before="5" w:after="6" w:line="245" w:lineRule="auto"/>
            </w:pPr>
            <w:r>
              <w:rPr>
                <w:color w:val="000000"/>
                <w:sz w:val="14"/>
              </w:rPr>
              <w:t>Postaja 4: Igralno-refleksivna: spretnost uporabim v igri brez izločanja ter s semaforjem pokažem, kako »upoštevam dogovorjena pravila«.</w:t>
            </w:r>
          </w:p>
          <w:p w14:paraId="318F99BD"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6D09BA9A" w14:textId="77777777" w:rsidR="00623E5F" w:rsidRDefault="00623E5F"/>
          <w:p w14:paraId="2948A912" w14:textId="77777777" w:rsidR="00623E5F" w:rsidRDefault="00000000">
            <w:pPr>
              <w:spacing w:after="5" w:line="245" w:lineRule="auto"/>
            </w:pPr>
            <w:r>
              <w:rPr>
                <w:b/>
                <w:color w:val="000000"/>
                <w:sz w:val="15"/>
              </w:rPr>
              <w:t>1. URA – Poligon prometa – Ogrejem se in usvojim gib</w:t>
            </w:r>
          </w:p>
          <w:p w14:paraId="638AEC95"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3A2F02F" w14:textId="77777777" w:rsidR="00623E5F" w:rsidRDefault="00000000">
            <w:pPr>
              <w:spacing w:after="14" w:line="245" w:lineRule="auto"/>
            </w:pPr>
            <w:r>
              <w:rPr>
                <w:color w:val="D95BC6"/>
                <w:sz w:val="13"/>
              </w:rPr>
              <w:t>Dokaz: varen odziv na znak, začetni poskus prvine in ustno varnostno pravilo.</w:t>
            </w:r>
          </w:p>
          <w:p w14:paraId="7CE53607" w14:textId="77777777" w:rsidR="00623E5F" w:rsidRDefault="00000000">
            <w:pPr>
              <w:spacing w:after="5" w:line="245" w:lineRule="auto"/>
            </w:pPr>
            <w:r>
              <w:rPr>
                <w:b/>
                <w:color w:val="000000"/>
                <w:sz w:val="15"/>
              </w:rPr>
              <w:t>2. URA – Poligon prometa – Vadim na postajah</w:t>
            </w:r>
          </w:p>
          <w:p w14:paraId="0056AD86"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184B8E47" w14:textId="77777777" w:rsidR="00623E5F" w:rsidRDefault="00000000">
            <w:pPr>
              <w:spacing w:after="14" w:line="245" w:lineRule="auto"/>
            </w:pPr>
            <w:r>
              <w:rPr>
                <w:color w:val="D95BC6"/>
                <w:sz w:val="13"/>
              </w:rPr>
              <w:t>Dokaz: opazovalna kartica, izvedba na izbrani ravni in učiteljev zapis o napredku.</w:t>
            </w:r>
          </w:p>
          <w:p w14:paraId="259DEDCC" w14:textId="77777777" w:rsidR="00623E5F" w:rsidRDefault="00000000">
            <w:pPr>
              <w:spacing w:after="5" w:line="245" w:lineRule="auto"/>
            </w:pPr>
            <w:r>
              <w:rPr>
                <w:b/>
                <w:color w:val="000000"/>
                <w:sz w:val="15"/>
              </w:rPr>
              <w:t>3. URA – Poligon prometa – Uporabim v igri</w:t>
            </w:r>
          </w:p>
          <w:p w14:paraId="36B86F34"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5C8EDD81" w14:textId="77777777" w:rsidR="00623E5F" w:rsidRDefault="00000000">
            <w:pPr>
              <w:spacing w:after="14" w:line="245" w:lineRule="auto"/>
            </w:pPr>
            <w:r>
              <w:rPr>
                <w:color w:val="D95BC6"/>
                <w:sz w:val="13"/>
              </w:rPr>
              <w:t>Dokaz: uporaba prvine v igri, sodelovanje, upoštevanje pravil in osebno.</w:t>
            </w:r>
          </w:p>
          <w:p w14:paraId="6FD47FDE" w14:textId="77777777" w:rsidR="00623E5F" w:rsidRDefault="00000000">
            <w:pPr>
              <w:spacing w:before="30" w:after="14" w:line="245" w:lineRule="auto"/>
            </w:pPr>
            <w:r>
              <w:rPr>
                <w:b/>
                <w:color w:val="D95BC6"/>
                <w:sz w:val="16"/>
              </w:rPr>
              <w:t>MOJ KROG POSTAJ</w:t>
            </w:r>
          </w:p>
          <w:p w14:paraId="463A57F7" w14:textId="77777777" w:rsidR="00623E5F" w:rsidRDefault="00000000">
            <w:pPr>
              <w:spacing w:after="8" w:line="245" w:lineRule="auto"/>
            </w:pPr>
            <w:r>
              <w:rPr>
                <w:color w:val="000000"/>
                <w:sz w:val="13"/>
              </w:rPr>
              <w:t>1. Tehnična: po talnih oznakah in modelu večkrat vadim cilj »premagujem ovire« na.</w:t>
            </w:r>
          </w:p>
          <w:p w14:paraId="474D835C" w14:textId="77777777" w:rsidR="00623E5F" w:rsidRDefault="00000000">
            <w:pPr>
              <w:spacing w:after="8" w:line="245" w:lineRule="auto"/>
            </w:pPr>
            <w:r>
              <w:rPr>
                <w:color w:val="000000"/>
                <w:sz w:val="13"/>
              </w:rPr>
              <w:t>2. Ravnotežno-koordinacijska: z linijo, obroči, nizko oviro ali blazino uresničujem.</w:t>
            </w:r>
          </w:p>
          <w:p w14:paraId="03B53818" w14:textId="77777777" w:rsidR="00623E5F" w:rsidRDefault="00000000">
            <w:pPr>
              <w:spacing w:after="8" w:line="245" w:lineRule="auto"/>
            </w:pPr>
            <w:r>
              <w:rPr>
                <w:color w:val="000000"/>
                <w:sz w:val="13"/>
              </w:rPr>
              <w:t>3. Povezovalni poligon: v varen niz povežem tri osnovne oblike gibanja, smer.</w:t>
            </w:r>
          </w:p>
          <w:p w14:paraId="5A3591C3" w14:textId="77777777" w:rsidR="00623E5F" w:rsidRDefault="00000000">
            <w:pPr>
              <w:spacing w:after="8" w:line="245" w:lineRule="auto"/>
            </w:pPr>
            <w:r>
              <w:rPr>
                <w:color w:val="000000"/>
                <w:sz w:val="13"/>
              </w:rPr>
              <w:t>4. Igralno-refleksivna: spretnost uporabim v igri brez izločanja ter s semaforjem.</w:t>
            </w:r>
          </w:p>
          <w:p w14:paraId="5425C3A6"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47CFA107" w14:textId="77777777" w:rsidR="00623E5F" w:rsidRDefault="00000000">
            <w:pPr>
              <w:spacing w:after="14" w:line="245" w:lineRule="auto"/>
            </w:pPr>
            <w:r>
              <w:rPr>
                <w:b/>
                <w:color w:val="D95BC6"/>
                <w:sz w:val="16"/>
              </w:rPr>
              <w:t>DOKAZ O UČENJU</w:t>
            </w:r>
          </w:p>
          <w:p w14:paraId="03616EB3"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7F51644E"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671458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0820B21"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7F1E880" w14:textId="77777777" w:rsidR="00623E5F" w:rsidRDefault="00000000">
            <w:pPr>
              <w:jc w:val="center"/>
            </w:pPr>
            <w:r>
              <w:rPr>
                <w:b/>
                <w:color w:val="000000"/>
                <w:sz w:val="20"/>
              </w:rPr>
              <w:t>UČNE DEJAVNOSTI, METODE IN FORMATIVNO SPREMLJANJE</w:t>
            </w:r>
          </w:p>
        </w:tc>
      </w:tr>
      <w:tr w:rsidR="00623E5F" w14:paraId="3E10C197" w14:textId="77777777">
        <w:trPr>
          <w:tblHeader/>
          <w:jc w:val="center"/>
        </w:trPr>
        <w:tc>
          <w:tcPr>
            <w:tcW w:w="4422" w:type="dxa"/>
            <w:vMerge/>
            <w:tcMar>
              <w:top w:w="70" w:type="dxa"/>
              <w:left w:w="90" w:type="dxa"/>
              <w:bottom w:w="70" w:type="dxa"/>
              <w:right w:w="90" w:type="dxa"/>
            </w:tcMar>
            <w:vAlign w:val="center"/>
          </w:tcPr>
          <w:p w14:paraId="6285FDE6" w14:textId="77777777" w:rsidR="00623E5F" w:rsidRDefault="00623E5F"/>
        </w:tc>
        <w:tc>
          <w:tcPr>
            <w:tcW w:w="7087" w:type="dxa"/>
            <w:shd w:val="clear" w:color="auto" w:fill="FFFFFF"/>
            <w:tcMar>
              <w:top w:w="70" w:type="dxa"/>
              <w:left w:w="90" w:type="dxa"/>
              <w:bottom w:w="70" w:type="dxa"/>
              <w:right w:w="90" w:type="dxa"/>
            </w:tcMar>
            <w:vAlign w:val="center"/>
          </w:tcPr>
          <w:p w14:paraId="496A4BED"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DEFA81B" w14:textId="77777777" w:rsidR="00623E5F" w:rsidRDefault="00000000">
            <w:pPr>
              <w:jc w:val="center"/>
            </w:pPr>
            <w:r>
              <w:rPr>
                <w:b/>
                <w:color w:val="000000"/>
              </w:rPr>
              <w:t>UČENEC</w:t>
            </w:r>
          </w:p>
        </w:tc>
      </w:tr>
      <w:tr w:rsidR="00623E5F" w14:paraId="4EBC479A" w14:textId="77777777">
        <w:trPr>
          <w:jc w:val="center"/>
        </w:trPr>
        <w:tc>
          <w:tcPr>
            <w:tcW w:w="4422" w:type="dxa"/>
            <w:tcMar>
              <w:top w:w="70" w:type="dxa"/>
              <w:left w:w="90" w:type="dxa"/>
              <w:bottom w:w="70" w:type="dxa"/>
              <w:right w:w="90" w:type="dxa"/>
            </w:tcMar>
          </w:tcPr>
          <w:p w14:paraId="23DF9706" w14:textId="77777777" w:rsidR="00623E5F" w:rsidRDefault="00623E5F"/>
          <w:p w14:paraId="53B17A80" w14:textId="77777777" w:rsidR="00623E5F" w:rsidRDefault="00000000">
            <w:pPr>
              <w:spacing w:after="40" w:line="245" w:lineRule="auto"/>
            </w:pPr>
            <w:r>
              <w:rPr>
                <w:b/>
                <w:color w:val="000000"/>
              </w:rPr>
              <w:t>FORMATIVNO SPREMLJANJE</w:t>
            </w:r>
          </w:p>
          <w:p w14:paraId="5AB5589D" w14:textId="77777777" w:rsidR="00623E5F" w:rsidRDefault="00000000">
            <w:pPr>
              <w:pStyle w:val="Oznaenseznam"/>
              <w:spacing w:after="16"/>
            </w:pPr>
            <w:r>
              <w:rPr>
                <w:color w:val="000000"/>
                <w:sz w:val="15"/>
              </w:rPr>
              <w:t>predznanje: gibalni prikaz, odziv na znak, izbira kartice, začetni poskus ali kratka razlaga</w:t>
            </w:r>
          </w:p>
          <w:p w14:paraId="7A157040" w14:textId="77777777" w:rsidR="00623E5F" w:rsidRDefault="00000000">
            <w:pPr>
              <w:pStyle w:val="Oznaenseznam"/>
              <w:spacing w:after="16"/>
            </w:pPr>
            <w:r>
              <w:rPr>
                <w:color w:val="000000"/>
                <w:sz w:val="15"/>
              </w:rPr>
              <w:t>nameni in merila: kratka poved, slikovni znak, model varne izvedbe in en opazljiv tehnični poudarek</w:t>
            </w:r>
          </w:p>
          <w:p w14:paraId="238032B3"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0825C2CA" w14:textId="77777777" w:rsidR="00623E5F" w:rsidRDefault="00000000">
            <w:pPr>
              <w:pStyle w:val="Oznaenseznam"/>
              <w:spacing w:after="16"/>
            </w:pPr>
            <w:r>
              <w:rPr>
                <w:color w:val="000000"/>
                <w:sz w:val="15"/>
              </w:rPr>
              <w:t>povratna informacija: opis opaženega, povezava z enim merilom in takoj izvedljiv ponovni poskus</w:t>
            </w:r>
          </w:p>
          <w:p w14:paraId="2BAE76FB" w14:textId="77777777" w:rsidR="00623E5F" w:rsidRDefault="00000000">
            <w:pPr>
              <w:pStyle w:val="Oznaenseznam"/>
              <w:spacing w:after="16"/>
            </w:pPr>
            <w:r>
              <w:rPr>
                <w:color w:val="000000"/>
                <w:sz w:val="15"/>
              </w:rPr>
              <w:t>samovrednotenje: semafor napora in varnosti, lestvica samostojnosti, izbran dokaz ter osebni naslednji korak</w:t>
            </w:r>
          </w:p>
          <w:p w14:paraId="5F174C7B" w14:textId="77777777" w:rsidR="00623E5F" w:rsidRDefault="00000000">
            <w:pPr>
              <w:spacing w:before="40" w:after="20" w:line="245" w:lineRule="auto"/>
            </w:pPr>
            <w:r>
              <w:rPr>
                <w:b/>
                <w:color w:val="000000"/>
                <w:sz w:val="17"/>
              </w:rPr>
              <w:t>VARNOST, POČUTJE IN HIGIENA</w:t>
            </w:r>
          </w:p>
          <w:p w14:paraId="1BDDE799"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Pri plezanju, ravnotežju, kotaljenju in prevalnih predvajah je območje oblazinjeno, naloga pa poteka posamično in ob jasnem varovanju.</w:t>
            </w:r>
          </w:p>
          <w:p w14:paraId="2B0A950D" w14:textId="77777777" w:rsidR="00623E5F" w:rsidRDefault="00000000">
            <w:pPr>
              <w:spacing w:after="20" w:line="245" w:lineRule="auto"/>
            </w:pPr>
            <w:r>
              <w:rPr>
                <w:b/>
                <w:color w:val="000000"/>
                <w:sz w:val="17"/>
              </w:rPr>
              <w:t>EVIDENCA PO IZVEDBI</w:t>
            </w:r>
          </w:p>
          <w:p w14:paraId="5004DD9A"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65B63A87" w14:textId="77777777" w:rsidR="00623E5F" w:rsidRDefault="00000000">
            <w:pPr>
              <w:spacing w:before="40" w:after="20" w:line="245" w:lineRule="auto"/>
            </w:pPr>
            <w:r>
              <w:rPr>
                <w:b/>
                <w:color w:val="000000"/>
                <w:sz w:val="17"/>
              </w:rPr>
              <w:t>RAVEN DOSEGANJA</w:t>
            </w:r>
          </w:p>
          <w:p w14:paraId="1AF0483A"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0F0FA43A"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B2BF83E" w14:textId="77777777">
              <w:trPr>
                <w:jc w:val="center"/>
              </w:trPr>
              <w:tc>
                <w:tcPr>
                  <w:tcW w:w="7087" w:type="dxa"/>
                  <w:shd w:val="clear" w:color="auto" w:fill="EDC9EA"/>
                  <w:tcMar>
                    <w:top w:w="45" w:type="dxa"/>
                    <w:left w:w="70" w:type="dxa"/>
                    <w:bottom w:w="45" w:type="dxa"/>
                    <w:right w:w="70" w:type="dxa"/>
                  </w:tcMar>
                </w:tcPr>
                <w:p w14:paraId="661BFFAA" w14:textId="77777777" w:rsidR="00623E5F" w:rsidRDefault="00000000">
                  <w:pPr>
                    <w:keepNext/>
                  </w:pPr>
                  <w:r>
                    <w:rPr>
                      <w:b/>
                      <w:color w:val="000000"/>
                    </w:rPr>
                    <w:t>VPRAŠANJA V PODPORO GIBALNEMU UČENJU</w:t>
                  </w:r>
                </w:p>
              </w:tc>
            </w:tr>
          </w:tbl>
          <w:p w14:paraId="40DF5A69" w14:textId="77777777" w:rsidR="00623E5F" w:rsidRDefault="00623E5F">
            <w:pPr>
              <w:spacing w:line="20" w:lineRule="exact"/>
            </w:pPr>
          </w:p>
          <w:p w14:paraId="539C3999" w14:textId="77777777" w:rsidR="00623E5F" w:rsidRDefault="00000000">
            <w:pPr>
              <w:pStyle w:val="Oznaenseznam"/>
              <w:spacing w:after="16"/>
            </w:pPr>
            <w:r>
              <w:rPr>
                <w:color w:val="000000"/>
                <w:sz w:val="15"/>
              </w:rPr>
              <w:t>Kaj si pri prvem poskusu začutil/-a ali opazil/-a v položaju telesa, ravnotežju, smeri, ritmu ali naporu?</w:t>
            </w:r>
          </w:p>
          <w:p w14:paraId="2B5A790D" w14:textId="77777777" w:rsidR="00623E5F" w:rsidRDefault="00000000">
            <w:pPr>
              <w:pStyle w:val="Oznaenseznam"/>
              <w:spacing w:after="16"/>
            </w:pPr>
            <w:r>
              <w:rPr>
                <w:color w:val="000000"/>
                <w:sz w:val="15"/>
              </w:rPr>
              <w:t>Katero varnostno pravilo in kateri gibalni korak sta bila danes najpomembnejša?</w:t>
            </w:r>
          </w:p>
          <w:p w14:paraId="48E2B2BA" w14:textId="77777777" w:rsidR="00623E5F" w:rsidRDefault="00000000">
            <w:pPr>
              <w:pStyle w:val="Oznaenseznam"/>
              <w:spacing w:after="16"/>
            </w:pPr>
            <w:r>
              <w:rPr>
                <w:color w:val="000000"/>
                <w:sz w:val="15"/>
              </w:rPr>
              <w:t>Katero raven si izbral/-a, zakaj je bila primerna in kaj si pri naslednjem poskusu spremenil/-a?</w:t>
            </w:r>
          </w:p>
          <w:p w14:paraId="3BEF5C97" w14:textId="77777777" w:rsidR="00623E5F" w:rsidRDefault="00000000">
            <w:pPr>
              <w:pStyle w:val="Oznaenseznam"/>
              <w:spacing w:after="16"/>
            </w:pPr>
            <w:r>
              <w:rPr>
                <w:color w:val="000000"/>
                <w:sz w:val="15"/>
              </w:rPr>
              <w:t>Kateri tvoj gibalni dokaz najjasneje pokaže dogovorjeno merilo?</w:t>
            </w:r>
          </w:p>
          <w:p w14:paraId="68BFF095"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36EEB233" w14:textId="77777777">
              <w:trPr>
                <w:jc w:val="center"/>
              </w:trPr>
              <w:tc>
                <w:tcPr>
                  <w:tcW w:w="7087" w:type="dxa"/>
                  <w:shd w:val="clear" w:color="auto" w:fill="C6E7F3"/>
                  <w:tcMar>
                    <w:top w:w="45" w:type="dxa"/>
                    <w:left w:w="70" w:type="dxa"/>
                    <w:bottom w:w="45" w:type="dxa"/>
                    <w:right w:w="70" w:type="dxa"/>
                  </w:tcMar>
                </w:tcPr>
                <w:p w14:paraId="267D7B44" w14:textId="77777777" w:rsidR="00623E5F" w:rsidRDefault="00000000">
                  <w:pPr>
                    <w:keepNext/>
                  </w:pPr>
                  <w:r>
                    <w:rPr>
                      <w:b/>
                      <w:color w:val="000000"/>
                    </w:rPr>
                    <w:t>ZAKLJUČNI DEL – UMIRJANJE, RAZTEZANJE, DOKAZ IN REFLEKSIJA (8–10 min)</w:t>
                  </w:r>
                </w:p>
              </w:tc>
            </w:tr>
          </w:tbl>
          <w:p w14:paraId="7E3727D7" w14:textId="77777777" w:rsidR="00623E5F" w:rsidRDefault="00623E5F">
            <w:pPr>
              <w:spacing w:line="20" w:lineRule="exact"/>
            </w:pPr>
          </w:p>
          <w:p w14:paraId="250050BA"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7B3123E2" w14:textId="77777777">
              <w:trPr>
                <w:jc w:val="center"/>
              </w:trPr>
              <w:tc>
                <w:tcPr>
                  <w:tcW w:w="7087" w:type="dxa"/>
                  <w:shd w:val="clear" w:color="auto" w:fill="EDC9EA"/>
                  <w:tcMar>
                    <w:top w:w="45" w:type="dxa"/>
                    <w:left w:w="70" w:type="dxa"/>
                    <w:bottom w:w="45" w:type="dxa"/>
                    <w:right w:w="70" w:type="dxa"/>
                  </w:tcMar>
                </w:tcPr>
                <w:p w14:paraId="1825BF86" w14:textId="77777777" w:rsidR="00623E5F" w:rsidRDefault="00000000">
                  <w:pPr>
                    <w:keepNext/>
                  </w:pPr>
                  <w:r>
                    <w:rPr>
                      <w:b/>
                      <w:color w:val="000000"/>
                    </w:rPr>
                    <w:t>SAMOVREDNOTENJE</w:t>
                  </w:r>
                </w:p>
              </w:tc>
            </w:tr>
          </w:tbl>
          <w:p w14:paraId="273A9BC0" w14:textId="77777777" w:rsidR="00623E5F" w:rsidRDefault="00623E5F">
            <w:pPr>
              <w:spacing w:line="20" w:lineRule="exact"/>
            </w:pPr>
          </w:p>
          <w:p w14:paraId="0E75D7F7"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202A7174" w14:textId="77777777">
              <w:trPr>
                <w:jc w:val="center"/>
              </w:trPr>
              <w:tc>
                <w:tcPr>
                  <w:tcW w:w="7087" w:type="dxa"/>
                  <w:shd w:val="clear" w:color="auto" w:fill="EDC9EA"/>
                  <w:tcMar>
                    <w:top w:w="45" w:type="dxa"/>
                    <w:left w:w="70" w:type="dxa"/>
                    <w:bottom w:w="45" w:type="dxa"/>
                    <w:right w:w="70" w:type="dxa"/>
                  </w:tcMar>
                </w:tcPr>
                <w:p w14:paraId="59EACF95" w14:textId="77777777" w:rsidR="00623E5F" w:rsidRDefault="00000000">
                  <w:pPr>
                    <w:keepNext/>
                  </w:pPr>
                  <w:r>
                    <w:rPr>
                      <w:b/>
                      <w:color w:val="000000"/>
                    </w:rPr>
                    <w:t>VRSTNIŠKO OPAZOVANJE IN POVRATNA INFORMACIJA</w:t>
                  </w:r>
                </w:p>
              </w:tc>
            </w:tr>
          </w:tbl>
          <w:p w14:paraId="174F3F51" w14:textId="77777777" w:rsidR="00623E5F" w:rsidRDefault="00623E5F">
            <w:pPr>
              <w:spacing w:line="20" w:lineRule="exact"/>
            </w:pPr>
          </w:p>
          <w:p w14:paraId="563CC78A"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7D2A5658" w14:textId="77777777">
              <w:trPr>
                <w:jc w:val="center"/>
              </w:trPr>
              <w:tc>
                <w:tcPr>
                  <w:tcW w:w="7087" w:type="dxa"/>
                  <w:shd w:val="clear" w:color="auto" w:fill="EDC9EA"/>
                  <w:tcMar>
                    <w:top w:w="45" w:type="dxa"/>
                    <w:left w:w="70" w:type="dxa"/>
                    <w:bottom w:w="45" w:type="dxa"/>
                    <w:right w:w="70" w:type="dxa"/>
                  </w:tcMar>
                </w:tcPr>
                <w:p w14:paraId="74BFCD0D" w14:textId="77777777" w:rsidR="00623E5F" w:rsidRDefault="00000000">
                  <w:pPr>
                    <w:keepNext/>
                  </w:pPr>
                  <w:r>
                    <w:rPr>
                      <w:b/>
                      <w:color w:val="000000"/>
                    </w:rPr>
                    <w:t>SKUPNI POVZETEK</w:t>
                  </w:r>
                </w:p>
              </w:tc>
            </w:tr>
          </w:tbl>
          <w:p w14:paraId="5C3F5A17" w14:textId="77777777" w:rsidR="00623E5F" w:rsidRDefault="00623E5F"/>
          <w:p w14:paraId="05700265" w14:textId="77777777" w:rsidR="00623E5F" w:rsidRDefault="00000000">
            <w:pPr>
              <w:spacing w:before="20" w:after="40" w:line="245" w:lineRule="auto"/>
            </w:pPr>
            <w:r>
              <w:rPr>
                <w:b/>
                <w:color w:val="000000"/>
                <w:sz w:val="16"/>
              </w:rPr>
              <w:t>premagujem ovire; pravilno menja smer; upoštevam dogovorjena pravila. Izbrani gibalni dokaz pojasnim in določim varen naslednji korak.</w:t>
            </w:r>
          </w:p>
        </w:tc>
        <w:tc>
          <w:tcPr>
            <w:tcW w:w="2551" w:type="dxa"/>
            <w:tcMar>
              <w:top w:w="70" w:type="dxa"/>
              <w:left w:w="90" w:type="dxa"/>
              <w:bottom w:w="70" w:type="dxa"/>
              <w:right w:w="90" w:type="dxa"/>
            </w:tcMar>
          </w:tcPr>
          <w:p w14:paraId="35188E98" w14:textId="77777777" w:rsidR="00623E5F" w:rsidRDefault="00623E5F"/>
          <w:p w14:paraId="0A233603" w14:textId="77777777" w:rsidR="00623E5F" w:rsidRDefault="00000000">
            <w:pPr>
              <w:spacing w:after="80" w:line="245" w:lineRule="auto"/>
            </w:pPr>
            <w:r>
              <w:rPr>
                <w:color w:val="000000"/>
                <w:sz w:val="15"/>
              </w:rPr>
              <w:t>Odgovarja na podporna vprašanja in se sklicuje na svojo izvedbo, počutje, izbrano raven in varnost.</w:t>
            </w:r>
          </w:p>
          <w:p w14:paraId="03DBCDF0" w14:textId="77777777" w:rsidR="00623E5F" w:rsidRDefault="00000000">
            <w:pPr>
              <w:spacing w:after="80" w:line="245" w:lineRule="auto"/>
            </w:pPr>
            <w:r>
              <w:rPr>
                <w:color w:val="000000"/>
                <w:sz w:val="15"/>
              </w:rPr>
              <w:t>Predstavi izbrani gibalni dokaz ter pokaže ali pove, katero merilo z njim dosega.</w:t>
            </w:r>
          </w:p>
          <w:p w14:paraId="2278102F" w14:textId="77777777" w:rsidR="00623E5F" w:rsidRDefault="00000000">
            <w:pPr>
              <w:spacing w:after="80" w:line="245" w:lineRule="auto"/>
            </w:pPr>
            <w:r>
              <w:rPr>
                <w:color w:val="000000"/>
                <w:sz w:val="15"/>
              </w:rPr>
              <w:t>Opazuje eno dogovorjeno prvino vrstnikove izvedbe in poda kratek, prijazen ter uporaben odziv.</w:t>
            </w:r>
          </w:p>
          <w:p w14:paraId="7311A40D"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06CF83C8" w14:textId="77777777" w:rsidR="00623E5F" w:rsidRDefault="00000000">
            <w:pPr>
              <w:spacing w:after="100" w:line="245" w:lineRule="auto"/>
            </w:pPr>
            <w:r>
              <w:rPr>
                <w:color w:val="000000"/>
                <w:sz w:val="15"/>
              </w:rPr>
              <w:t>Umiri dihanje, oceni napor in počutje, izbere raven samostojnosti ter določi varen naslednji korak.</w:t>
            </w:r>
          </w:p>
          <w:p w14:paraId="61FF4946" w14:textId="77777777" w:rsidR="00623E5F" w:rsidRDefault="00000000">
            <w:pPr>
              <w:spacing w:after="20" w:line="245" w:lineRule="auto"/>
            </w:pPr>
            <w:r>
              <w:rPr>
                <w:b/>
                <w:color w:val="D95BC6"/>
                <w:sz w:val="17"/>
              </w:rPr>
              <w:t>DOKAZ O UČENJU</w:t>
            </w:r>
          </w:p>
          <w:p w14:paraId="19AAF66C"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2813CBE5"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7FD781CE" w14:textId="77777777">
        <w:trPr>
          <w:cantSplit/>
          <w:jc w:val="center"/>
        </w:trPr>
        <w:tc>
          <w:tcPr>
            <w:tcW w:w="14060" w:type="dxa"/>
            <w:gridSpan w:val="6"/>
            <w:tcMar>
              <w:top w:w="70" w:type="dxa"/>
              <w:left w:w="90" w:type="dxa"/>
              <w:bottom w:w="70" w:type="dxa"/>
              <w:right w:w="90" w:type="dxa"/>
            </w:tcMar>
            <w:vAlign w:val="center"/>
          </w:tcPr>
          <w:p w14:paraId="1A81C7B7" w14:textId="77777777" w:rsidR="00623E5F" w:rsidRDefault="00000000">
            <w:pPr>
              <w:jc w:val="center"/>
            </w:pPr>
            <w:r>
              <w:rPr>
                <w:b/>
                <w:color w:val="000000"/>
                <w:sz w:val="24"/>
              </w:rPr>
              <w:lastRenderedPageBreak/>
              <w:t>UČNA PRIPRAVA 7/39</w:t>
            </w:r>
          </w:p>
        </w:tc>
      </w:tr>
      <w:tr w:rsidR="00623E5F" w14:paraId="3E30D6F5" w14:textId="77777777">
        <w:trPr>
          <w:jc w:val="center"/>
        </w:trPr>
        <w:tc>
          <w:tcPr>
            <w:tcW w:w="2665" w:type="dxa"/>
            <w:tcMar>
              <w:top w:w="70" w:type="dxa"/>
              <w:left w:w="90" w:type="dxa"/>
              <w:bottom w:w="70" w:type="dxa"/>
              <w:right w:w="90" w:type="dxa"/>
            </w:tcMar>
            <w:vAlign w:val="center"/>
          </w:tcPr>
          <w:p w14:paraId="099BC33C"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79D90F7"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32CF281A"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0423527" w14:textId="77777777" w:rsidR="00623E5F" w:rsidRDefault="00000000">
            <w:r>
              <w:rPr>
                <w:b/>
                <w:color w:val="000000"/>
                <w:sz w:val="16"/>
              </w:rPr>
              <w:t xml:space="preserve">NAČRTOVANI TERMIN: </w:t>
            </w:r>
            <w:r>
              <w:rPr>
                <w:color w:val="000000"/>
                <w:sz w:val="16"/>
              </w:rPr>
              <w:t>7. teden • 12.–16. 10. 2026</w:t>
            </w:r>
          </w:p>
        </w:tc>
        <w:tc>
          <w:tcPr>
            <w:tcW w:w="2268" w:type="dxa"/>
            <w:tcMar>
              <w:top w:w="70" w:type="dxa"/>
              <w:left w:w="90" w:type="dxa"/>
              <w:bottom w:w="70" w:type="dxa"/>
              <w:right w:w="90" w:type="dxa"/>
            </w:tcMar>
            <w:vAlign w:val="center"/>
          </w:tcPr>
          <w:p w14:paraId="16FDEC7E"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66650A7" w14:textId="77777777" w:rsidR="00623E5F" w:rsidRDefault="00000000">
            <w:r>
              <w:rPr>
                <w:b/>
                <w:color w:val="000000"/>
                <w:sz w:val="16"/>
              </w:rPr>
              <w:t xml:space="preserve">ŠTEVILO UR: </w:t>
            </w:r>
            <w:r>
              <w:rPr>
                <w:color w:val="000000"/>
                <w:sz w:val="16"/>
              </w:rPr>
              <w:t>3</w:t>
            </w:r>
          </w:p>
        </w:tc>
      </w:tr>
      <w:tr w:rsidR="00623E5F" w14:paraId="6304503A" w14:textId="77777777">
        <w:trPr>
          <w:jc w:val="center"/>
        </w:trPr>
        <w:tc>
          <w:tcPr>
            <w:tcW w:w="14061" w:type="dxa"/>
            <w:gridSpan w:val="6"/>
            <w:tcMar>
              <w:top w:w="70" w:type="dxa"/>
              <w:left w:w="90" w:type="dxa"/>
              <w:bottom w:w="70" w:type="dxa"/>
              <w:right w:w="90" w:type="dxa"/>
            </w:tcMar>
            <w:vAlign w:val="center"/>
          </w:tcPr>
          <w:p w14:paraId="72B348FF" w14:textId="77777777" w:rsidR="00623E5F" w:rsidRDefault="00000000">
            <w:r>
              <w:rPr>
                <w:b/>
                <w:color w:val="000000"/>
                <w:sz w:val="17"/>
              </w:rPr>
              <w:t xml:space="preserve">TIP UČNE URE: </w:t>
            </w:r>
            <w:r>
              <w:rPr>
                <w:color w:val="000000"/>
                <w:sz w:val="17"/>
              </w:rPr>
              <w:t>priprava, individualno praktično opisno ocenjevanje, analiza izvedbe in ponovno učenje</w:t>
            </w:r>
          </w:p>
        </w:tc>
      </w:tr>
      <w:tr w:rsidR="00623E5F" w14:paraId="6B6EF642" w14:textId="77777777">
        <w:trPr>
          <w:cantSplit/>
          <w:jc w:val="center"/>
        </w:trPr>
        <w:tc>
          <w:tcPr>
            <w:tcW w:w="14060" w:type="dxa"/>
            <w:gridSpan w:val="6"/>
            <w:tcMar>
              <w:top w:w="70" w:type="dxa"/>
              <w:left w:w="90" w:type="dxa"/>
              <w:bottom w:w="70" w:type="dxa"/>
              <w:right w:w="90" w:type="dxa"/>
            </w:tcMar>
            <w:vAlign w:val="center"/>
          </w:tcPr>
          <w:p w14:paraId="3786A8FF" w14:textId="77777777" w:rsidR="00623E5F" w:rsidRDefault="00623E5F"/>
          <w:p w14:paraId="440E1601" w14:textId="77777777" w:rsidR="00623E5F" w:rsidRDefault="00000000">
            <w:pPr>
              <w:spacing w:line="245" w:lineRule="auto"/>
            </w:pPr>
            <w:r>
              <w:rPr>
                <w:b/>
                <w:color w:val="000000"/>
                <w:sz w:val="15"/>
              </w:rPr>
              <w:t xml:space="preserve">UČNI SKLOP: </w:t>
            </w:r>
            <w:r>
              <w:rPr>
                <w:color w:val="000000"/>
                <w:sz w:val="15"/>
              </w:rPr>
              <w:t>VARNA POT IN MOBILNOST</w:t>
            </w:r>
          </w:p>
        </w:tc>
      </w:tr>
      <w:tr w:rsidR="00623E5F" w14:paraId="3D339D1F" w14:textId="77777777">
        <w:trPr>
          <w:cantSplit/>
          <w:jc w:val="center"/>
        </w:trPr>
        <w:tc>
          <w:tcPr>
            <w:tcW w:w="14060" w:type="dxa"/>
            <w:gridSpan w:val="6"/>
            <w:tcMar>
              <w:top w:w="70" w:type="dxa"/>
              <w:left w:w="90" w:type="dxa"/>
              <w:bottom w:w="70" w:type="dxa"/>
              <w:right w:w="90" w:type="dxa"/>
            </w:tcMar>
            <w:vAlign w:val="center"/>
          </w:tcPr>
          <w:p w14:paraId="1AEA3046" w14:textId="77777777" w:rsidR="00623E5F" w:rsidRDefault="00623E5F"/>
          <w:p w14:paraId="254AAF4B" w14:textId="77777777" w:rsidR="00623E5F" w:rsidRDefault="00000000">
            <w:pPr>
              <w:spacing w:line="245" w:lineRule="auto"/>
            </w:pPr>
            <w:r>
              <w:rPr>
                <w:b/>
                <w:color w:val="000000"/>
                <w:sz w:val="15"/>
              </w:rPr>
              <w:t xml:space="preserve">UČNA TEMA: </w:t>
            </w:r>
            <w:r>
              <w:rPr>
                <w:color w:val="000000"/>
                <w:sz w:val="15"/>
              </w:rPr>
              <w:t>SKIRO IN KOLO – PREDVAJE</w:t>
            </w:r>
          </w:p>
        </w:tc>
      </w:tr>
      <w:tr w:rsidR="00623E5F" w14:paraId="62A08AF3" w14:textId="77777777">
        <w:trPr>
          <w:cantSplit/>
          <w:jc w:val="center"/>
        </w:trPr>
        <w:tc>
          <w:tcPr>
            <w:tcW w:w="14060" w:type="dxa"/>
            <w:gridSpan w:val="6"/>
            <w:tcMar>
              <w:top w:w="70" w:type="dxa"/>
              <w:left w:w="90" w:type="dxa"/>
              <w:bottom w:w="70" w:type="dxa"/>
              <w:right w:w="90" w:type="dxa"/>
            </w:tcMar>
            <w:vAlign w:val="center"/>
          </w:tcPr>
          <w:p w14:paraId="001F960B" w14:textId="77777777" w:rsidR="00623E5F" w:rsidRDefault="00623E5F"/>
          <w:p w14:paraId="56CBC710" w14:textId="77777777" w:rsidR="00623E5F" w:rsidRDefault="00000000">
            <w:pPr>
              <w:spacing w:line="245" w:lineRule="auto"/>
            </w:pPr>
            <w:r>
              <w:rPr>
                <w:b/>
                <w:color w:val="000000"/>
                <w:sz w:val="15"/>
              </w:rPr>
              <w:t xml:space="preserve">KNJIŽEVNO / MOTIVNO IZHODIŠČE: </w:t>
            </w:r>
            <w:r>
              <w:rPr>
                <w:color w:val="000000"/>
                <w:sz w:val="15"/>
              </w:rPr>
              <w:t>»Juri Muri v Afriki« – Tone Pavček • potovanje, prevozna sredstva in spoštovanje različnosti</w:t>
            </w:r>
          </w:p>
        </w:tc>
      </w:tr>
      <w:tr w:rsidR="00623E5F" w14:paraId="0D4814AF" w14:textId="77777777">
        <w:trPr>
          <w:cantSplit/>
          <w:jc w:val="center"/>
        </w:trPr>
        <w:tc>
          <w:tcPr>
            <w:tcW w:w="14060" w:type="dxa"/>
            <w:gridSpan w:val="6"/>
            <w:tcMar>
              <w:top w:w="70" w:type="dxa"/>
              <w:left w:w="90" w:type="dxa"/>
              <w:bottom w:w="70" w:type="dxa"/>
              <w:right w:w="90" w:type="dxa"/>
            </w:tcMar>
            <w:vAlign w:val="center"/>
          </w:tcPr>
          <w:p w14:paraId="43FF8835" w14:textId="77777777" w:rsidR="00623E5F" w:rsidRDefault="00623E5F"/>
          <w:p w14:paraId="3D1943BA" w14:textId="77777777" w:rsidR="00623E5F" w:rsidRDefault="00000000">
            <w:pPr>
              <w:spacing w:line="245" w:lineRule="auto"/>
            </w:pPr>
            <w:r>
              <w:rPr>
                <w:b/>
                <w:color w:val="000000"/>
                <w:sz w:val="15"/>
              </w:rPr>
              <w:t xml:space="preserve">GIBALNO IZHODIŠČE / MOTIVACIJA: </w:t>
            </w:r>
            <w:r>
              <w:rPr>
                <w:color w:val="000000"/>
                <w:sz w:val="15"/>
              </w:rPr>
              <w:t>iz športne vreče se pokaže rekvizit in varnostna kartica; učenci najprej napovejo varen prijem, razdaljo in uporabo pri temi »skiro in kolo – predvaje«. Tedenski gibalni izziv: izvede gibalno potovanje po različnih postajah.</w:t>
            </w:r>
          </w:p>
        </w:tc>
      </w:tr>
      <w:tr w:rsidR="00623E5F" w14:paraId="13F07136" w14:textId="77777777">
        <w:trPr>
          <w:cantSplit/>
          <w:jc w:val="center"/>
        </w:trPr>
        <w:tc>
          <w:tcPr>
            <w:tcW w:w="14060" w:type="dxa"/>
            <w:gridSpan w:val="6"/>
            <w:tcMar>
              <w:top w:w="70" w:type="dxa"/>
              <w:left w:w="90" w:type="dxa"/>
              <w:bottom w:w="70" w:type="dxa"/>
              <w:right w:w="90" w:type="dxa"/>
            </w:tcMar>
            <w:vAlign w:val="center"/>
          </w:tcPr>
          <w:p w14:paraId="214E3672" w14:textId="77777777" w:rsidR="00623E5F" w:rsidRDefault="00623E5F"/>
          <w:p w14:paraId="508B8815" w14:textId="77777777" w:rsidR="00623E5F" w:rsidRDefault="00000000">
            <w:pPr>
              <w:spacing w:line="245" w:lineRule="auto"/>
            </w:pPr>
            <w:r>
              <w:rPr>
                <w:b/>
                <w:color w:val="000000"/>
                <w:sz w:val="15"/>
              </w:rPr>
              <w:t xml:space="preserve">UČNE ENOTE: </w:t>
            </w:r>
            <w:r>
              <w:rPr>
                <w:color w:val="000000"/>
                <w:sz w:val="15"/>
              </w:rPr>
              <w:t>1. ura – Skiro in kolo – predvaje – Ogrejem se in usvojim gib • 2. ura – Skiro in kolo – predvaje – Vadim na postajah • 3. ura – Gibalni poligon in varnost – Individualni praktični dokaz</w:t>
            </w:r>
          </w:p>
        </w:tc>
      </w:tr>
      <w:tr w:rsidR="00623E5F" w14:paraId="1F5DBB4E" w14:textId="77777777">
        <w:trPr>
          <w:cantSplit/>
          <w:jc w:val="center"/>
        </w:trPr>
        <w:tc>
          <w:tcPr>
            <w:tcW w:w="14060" w:type="dxa"/>
            <w:gridSpan w:val="6"/>
            <w:tcMar>
              <w:top w:w="70" w:type="dxa"/>
              <w:left w:w="90" w:type="dxa"/>
              <w:bottom w:w="70" w:type="dxa"/>
              <w:right w:w="90" w:type="dxa"/>
            </w:tcMar>
            <w:vAlign w:val="center"/>
          </w:tcPr>
          <w:p w14:paraId="0A33E775" w14:textId="77777777" w:rsidR="00623E5F" w:rsidRDefault="00623E5F"/>
          <w:p w14:paraId="044327E2"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5440370B" w14:textId="77777777">
        <w:trPr>
          <w:cantSplit/>
          <w:jc w:val="center"/>
        </w:trPr>
        <w:tc>
          <w:tcPr>
            <w:tcW w:w="14060" w:type="dxa"/>
            <w:gridSpan w:val="6"/>
            <w:tcMar>
              <w:top w:w="70" w:type="dxa"/>
              <w:left w:w="90" w:type="dxa"/>
              <w:bottom w:w="70" w:type="dxa"/>
              <w:right w:w="90" w:type="dxa"/>
            </w:tcMar>
            <w:vAlign w:val="center"/>
          </w:tcPr>
          <w:p w14:paraId="69E76DA2" w14:textId="77777777" w:rsidR="00623E5F" w:rsidRDefault="00623E5F"/>
          <w:p w14:paraId="6E65D8EF"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0FFC59F8" w14:textId="77777777">
        <w:trPr>
          <w:cantSplit/>
          <w:jc w:val="center"/>
        </w:trPr>
        <w:tc>
          <w:tcPr>
            <w:tcW w:w="14060" w:type="dxa"/>
            <w:gridSpan w:val="6"/>
            <w:tcMar>
              <w:top w:w="70" w:type="dxa"/>
              <w:left w:w="90" w:type="dxa"/>
              <w:bottom w:w="70" w:type="dxa"/>
              <w:right w:w="90" w:type="dxa"/>
            </w:tcMar>
            <w:vAlign w:val="center"/>
          </w:tcPr>
          <w:p w14:paraId="3E8C8254" w14:textId="77777777" w:rsidR="00623E5F" w:rsidRDefault="00623E5F"/>
          <w:p w14:paraId="2F70A87C"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0B04F7C5" w14:textId="77777777">
        <w:trPr>
          <w:cantSplit/>
          <w:jc w:val="center"/>
        </w:trPr>
        <w:tc>
          <w:tcPr>
            <w:tcW w:w="14060" w:type="dxa"/>
            <w:gridSpan w:val="6"/>
            <w:tcMar>
              <w:top w:w="70" w:type="dxa"/>
              <w:left w:w="90" w:type="dxa"/>
              <w:bottom w:w="70" w:type="dxa"/>
              <w:right w:w="90" w:type="dxa"/>
            </w:tcMar>
            <w:vAlign w:val="center"/>
          </w:tcPr>
          <w:p w14:paraId="5F14260E" w14:textId="77777777" w:rsidR="00623E5F" w:rsidRDefault="00623E5F"/>
          <w:p w14:paraId="2304D24F" w14:textId="77777777" w:rsidR="00623E5F" w:rsidRDefault="00000000">
            <w:pPr>
              <w:spacing w:line="245" w:lineRule="auto"/>
            </w:pPr>
            <w:r>
              <w:rPr>
                <w:b/>
                <w:color w:val="000000"/>
                <w:sz w:val="15"/>
              </w:rPr>
              <w:t xml:space="preserve">MEDPREDMETNE POVEZAVE: </w:t>
            </w:r>
            <w:r>
              <w:rPr>
                <w:color w:val="000000"/>
                <w:sz w:val="15"/>
              </w:rPr>
              <w:t>SPO – potovanje, prevozna sredstva in spoštovanje različnosti, telo, zdravje, varnost in okolje; SLJ – poslušanje navodila, športno izrazje, kratka razlaga in podporna povratna informacija; MAT – smer, zaporedje, razdalja, merjenje in primerjanje; GUM – ritem, tempo in odziv na zvočni znak.</w:t>
            </w:r>
          </w:p>
        </w:tc>
      </w:tr>
      <w:tr w:rsidR="00623E5F" w14:paraId="6EB858CA" w14:textId="77777777">
        <w:trPr>
          <w:cantSplit/>
          <w:jc w:val="center"/>
        </w:trPr>
        <w:tc>
          <w:tcPr>
            <w:tcW w:w="14060" w:type="dxa"/>
            <w:gridSpan w:val="6"/>
            <w:tcMar>
              <w:top w:w="70" w:type="dxa"/>
              <w:left w:w="90" w:type="dxa"/>
              <w:bottom w:w="70" w:type="dxa"/>
              <w:right w:w="90" w:type="dxa"/>
            </w:tcMar>
            <w:vAlign w:val="center"/>
          </w:tcPr>
          <w:p w14:paraId="58A1F697" w14:textId="77777777" w:rsidR="00623E5F" w:rsidRDefault="00623E5F"/>
          <w:p w14:paraId="587DD745" w14:textId="77777777" w:rsidR="00623E5F" w:rsidRDefault="00000000">
            <w:pPr>
              <w:spacing w:line="245" w:lineRule="auto"/>
            </w:pPr>
            <w:r>
              <w:rPr>
                <w:b/>
                <w:color w:val="000000"/>
                <w:sz w:val="15"/>
              </w:rPr>
              <w:t xml:space="preserve">UČNA SREDSTVA IN PRIPOMOČKI: </w:t>
            </w:r>
            <w:r>
              <w:rPr>
                <w:color w:val="000000"/>
                <w:sz w:val="15"/>
              </w:rPr>
              <w:t>obroči, kolebnice, mehke žoge, stožci, ravnotežne blazine, skiro ali kolo brez pedal glede na pogoje, čelada in kartice varnosti; kartice namena in kriterijev; oznake štirih postaj; opazovalni list; semafor napora in mapa dokazov</w:t>
            </w:r>
          </w:p>
        </w:tc>
      </w:tr>
      <w:tr w:rsidR="00623E5F" w14:paraId="229799C0" w14:textId="77777777">
        <w:trPr>
          <w:cantSplit/>
          <w:jc w:val="center"/>
        </w:trPr>
        <w:tc>
          <w:tcPr>
            <w:tcW w:w="14060" w:type="dxa"/>
            <w:gridSpan w:val="6"/>
            <w:tcMar>
              <w:top w:w="70" w:type="dxa"/>
              <w:left w:w="90" w:type="dxa"/>
              <w:bottom w:w="70" w:type="dxa"/>
              <w:right w:w="90" w:type="dxa"/>
            </w:tcMar>
            <w:vAlign w:val="center"/>
          </w:tcPr>
          <w:p w14:paraId="31333EB6" w14:textId="77777777" w:rsidR="00623E5F" w:rsidRDefault="00623E5F"/>
          <w:p w14:paraId="15F99360"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4839BB35" w14:textId="77777777">
        <w:trPr>
          <w:cantSplit/>
          <w:jc w:val="center"/>
        </w:trPr>
        <w:tc>
          <w:tcPr>
            <w:tcW w:w="14060" w:type="dxa"/>
            <w:gridSpan w:val="6"/>
            <w:tcMar>
              <w:top w:w="70" w:type="dxa"/>
              <w:left w:w="90" w:type="dxa"/>
              <w:bottom w:w="70" w:type="dxa"/>
              <w:right w:w="90" w:type="dxa"/>
            </w:tcMar>
            <w:vAlign w:val="center"/>
          </w:tcPr>
          <w:p w14:paraId="2CF2265B" w14:textId="77777777" w:rsidR="00623E5F" w:rsidRDefault="00623E5F"/>
          <w:p w14:paraId="60B62F19" w14:textId="77777777" w:rsidR="00623E5F" w:rsidRDefault="00000000">
            <w:pPr>
              <w:spacing w:line="245" w:lineRule="auto"/>
            </w:pPr>
            <w:r>
              <w:rPr>
                <w:b/>
                <w:color w:val="000000"/>
                <w:sz w:val="15"/>
              </w:rPr>
              <w:t xml:space="preserve">OCENJEVANJE / DAN DEJAVNOSTI: </w:t>
            </w:r>
            <w:r>
              <w:rPr>
                <w:color w:val="000000"/>
                <w:sz w:val="15"/>
              </w:rPr>
              <w:t>OCENJEVANJE 1 - DRUGI NAČINI: praktična izvedba gibalnega poligona, opazovanje po kriterijih in kratek ustni odziv</w:t>
            </w:r>
          </w:p>
        </w:tc>
      </w:tr>
      <w:tr w:rsidR="00623E5F" w14:paraId="31F1E093" w14:textId="77777777">
        <w:trPr>
          <w:cantSplit/>
          <w:jc w:val="center"/>
        </w:trPr>
        <w:tc>
          <w:tcPr>
            <w:tcW w:w="14060" w:type="dxa"/>
            <w:gridSpan w:val="6"/>
            <w:tcMar>
              <w:top w:w="70" w:type="dxa"/>
              <w:left w:w="90" w:type="dxa"/>
              <w:bottom w:w="70" w:type="dxa"/>
              <w:right w:w="90" w:type="dxa"/>
            </w:tcMar>
            <w:vAlign w:val="center"/>
          </w:tcPr>
          <w:p w14:paraId="69CFB406" w14:textId="77777777" w:rsidR="00623E5F" w:rsidRDefault="00623E5F"/>
          <w:p w14:paraId="603A26DD"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27413DA6"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536E81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CE6BF68"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B49B1CE" w14:textId="77777777" w:rsidR="00623E5F" w:rsidRDefault="00000000">
            <w:pPr>
              <w:jc w:val="center"/>
            </w:pPr>
            <w:r>
              <w:rPr>
                <w:b/>
                <w:color w:val="000000"/>
                <w:sz w:val="20"/>
              </w:rPr>
              <w:t>UČNE DEJAVNOSTI, METODE IN FORMATIVNO SPREMLJANJE</w:t>
            </w:r>
          </w:p>
        </w:tc>
      </w:tr>
      <w:tr w:rsidR="00623E5F" w14:paraId="2F7C3D2F" w14:textId="77777777">
        <w:trPr>
          <w:tblHeader/>
          <w:jc w:val="center"/>
        </w:trPr>
        <w:tc>
          <w:tcPr>
            <w:tcW w:w="4422" w:type="dxa"/>
            <w:vMerge/>
            <w:tcMar>
              <w:top w:w="70" w:type="dxa"/>
              <w:left w:w="90" w:type="dxa"/>
              <w:bottom w:w="70" w:type="dxa"/>
              <w:right w:w="90" w:type="dxa"/>
            </w:tcMar>
            <w:vAlign w:val="center"/>
          </w:tcPr>
          <w:p w14:paraId="4672229A" w14:textId="77777777" w:rsidR="00623E5F" w:rsidRDefault="00623E5F"/>
        </w:tc>
        <w:tc>
          <w:tcPr>
            <w:tcW w:w="7087" w:type="dxa"/>
            <w:shd w:val="clear" w:color="auto" w:fill="FFFFFF"/>
            <w:tcMar>
              <w:top w:w="70" w:type="dxa"/>
              <w:left w:w="90" w:type="dxa"/>
              <w:bottom w:w="70" w:type="dxa"/>
              <w:right w:w="90" w:type="dxa"/>
            </w:tcMar>
            <w:vAlign w:val="center"/>
          </w:tcPr>
          <w:p w14:paraId="23A657E5"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F86BFE3" w14:textId="77777777" w:rsidR="00623E5F" w:rsidRDefault="00000000">
            <w:pPr>
              <w:jc w:val="center"/>
            </w:pPr>
            <w:r>
              <w:rPr>
                <w:b/>
                <w:color w:val="000000"/>
              </w:rPr>
              <w:t>UČENEC</w:t>
            </w:r>
          </w:p>
        </w:tc>
      </w:tr>
      <w:tr w:rsidR="00623E5F" w14:paraId="380A9D93" w14:textId="77777777">
        <w:trPr>
          <w:jc w:val="center"/>
        </w:trPr>
        <w:tc>
          <w:tcPr>
            <w:tcW w:w="4422" w:type="dxa"/>
            <w:tcMar>
              <w:top w:w="70" w:type="dxa"/>
              <w:left w:w="90" w:type="dxa"/>
              <w:bottom w:w="70" w:type="dxa"/>
              <w:right w:w="90" w:type="dxa"/>
            </w:tcMar>
          </w:tcPr>
          <w:p w14:paraId="4C44061F" w14:textId="77777777" w:rsidR="00623E5F" w:rsidRDefault="00623E5F"/>
          <w:p w14:paraId="68ABA921" w14:textId="77777777" w:rsidR="00623E5F" w:rsidRDefault="00000000">
            <w:pPr>
              <w:spacing w:after="60" w:line="245" w:lineRule="auto"/>
            </w:pPr>
            <w:r>
              <w:rPr>
                <w:b/>
                <w:color w:val="000000"/>
              </w:rPr>
              <w:t>UČNI CILJI</w:t>
            </w:r>
          </w:p>
          <w:p w14:paraId="1C8436F9" w14:textId="77777777" w:rsidR="00623E5F" w:rsidRDefault="00000000">
            <w:pPr>
              <w:spacing w:after="20" w:line="245" w:lineRule="auto"/>
            </w:pPr>
            <w:r>
              <w:rPr>
                <w:b/>
                <w:color w:val="000000"/>
                <w:sz w:val="17"/>
              </w:rPr>
              <w:t>SPLOŠNI</w:t>
            </w:r>
          </w:p>
          <w:p w14:paraId="173DBC16"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3665525D" w14:textId="77777777" w:rsidR="00623E5F" w:rsidRDefault="00000000">
            <w:pPr>
              <w:pStyle w:val="Oznaenseznam"/>
              <w:spacing w:after="16"/>
            </w:pPr>
            <w:r>
              <w:rPr>
                <w:color w:val="000000"/>
                <w:sz w:val="15"/>
              </w:rPr>
              <w:t>varno hodi, teče, skače, meče, pleza, se plazi, lovi, ravnoteži, pleše in uporablja različne rekvizite</w:t>
            </w:r>
          </w:p>
          <w:p w14:paraId="6815805E" w14:textId="77777777" w:rsidR="00623E5F" w:rsidRDefault="00000000">
            <w:pPr>
              <w:pStyle w:val="Oznaenseznam"/>
              <w:spacing w:after="16"/>
            </w:pPr>
            <w:r>
              <w:rPr>
                <w:color w:val="000000"/>
                <w:sz w:val="15"/>
              </w:rPr>
              <w:t>razume pomen rednega gibanja, ogrevanja, higiene, primerne opreme, počitka in varnega ravnanja</w:t>
            </w:r>
          </w:p>
          <w:p w14:paraId="1BEA7409"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0C72479A" w14:textId="77777777" w:rsidR="00623E5F" w:rsidRDefault="00000000">
            <w:pPr>
              <w:spacing w:before="40" w:after="20" w:line="245" w:lineRule="auto"/>
            </w:pPr>
            <w:r>
              <w:rPr>
                <w:b/>
                <w:color w:val="000000"/>
                <w:sz w:val="17"/>
              </w:rPr>
              <w:t>OPERATIVNI</w:t>
            </w:r>
          </w:p>
          <w:p w14:paraId="1731999E" w14:textId="77777777" w:rsidR="00623E5F" w:rsidRDefault="00000000">
            <w:pPr>
              <w:pStyle w:val="Oznaenseznam"/>
              <w:spacing w:after="16"/>
            </w:pPr>
            <w:r>
              <w:rPr>
                <w:color w:val="000000"/>
                <w:sz w:val="15"/>
              </w:rPr>
              <w:t>razvija ravnotežje in koordinacijo</w:t>
            </w:r>
          </w:p>
          <w:p w14:paraId="64DEFE7D" w14:textId="77777777" w:rsidR="00623E5F" w:rsidRDefault="00000000">
            <w:pPr>
              <w:pStyle w:val="Oznaenseznam"/>
              <w:spacing w:after="16"/>
            </w:pPr>
            <w:r>
              <w:rPr>
                <w:color w:val="000000"/>
                <w:sz w:val="15"/>
              </w:rPr>
              <w:t>ustavlja se na znak</w:t>
            </w:r>
          </w:p>
          <w:p w14:paraId="59D5F52C" w14:textId="77777777" w:rsidR="00623E5F" w:rsidRDefault="00000000">
            <w:pPr>
              <w:pStyle w:val="Oznaenseznam"/>
              <w:spacing w:after="16"/>
            </w:pPr>
            <w:r>
              <w:rPr>
                <w:color w:val="000000"/>
                <w:sz w:val="15"/>
              </w:rPr>
              <w:t>uporablja zaščitno opremo</w:t>
            </w:r>
          </w:p>
          <w:p w14:paraId="002B8B2E" w14:textId="77777777" w:rsidR="00623E5F" w:rsidRDefault="00000000">
            <w:pPr>
              <w:spacing w:before="40" w:after="20" w:line="245" w:lineRule="auto"/>
            </w:pPr>
            <w:r>
              <w:rPr>
                <w:b/>
                <w:color w:val="000000"/>
                <w:sz w:val="17"/>
              </w:rPr>
              <w:t>PRIČAKOVANI DOSEŽKI / MINIMALNI POUDARKI</w:t>
            </w:r>
          </w:p>
          <w:p w14:paraId="2187104C" w14:textId="77777777" w:rsidR="00623E5F" w:rsidRDefault="00000000">
            <w:pPr>
              <w:pStyle w:val="Oznaenseznam"/>
              <w:spacing w:after="16"/>
            </w:pPr>
            <w:r>
              <w:rPr>
                <w:color w:val="000000"/>
                <w:sz w:val="15"/>
              </w:rPr>
              <w:t>učenec samostojno oziroma z dogovorjeno oporo razvija ravnotežje in koordinacijo</w:t>
            </w:r>
          </w:p>
          <w:p w14:paraId="5588EA02" w14:textId="77777777" w:rsidR="00623E5F" w:rsidRDefault="00000000">
            <w:pPr>
              <w:pStyle w:val="Oznaenseznam"/>
              <w:spacing w:after="16"/>
            </w:pPr>
            <w:r>
              <w:rPr>
                <w:color w:val="000000"/>
                <w:sz w:val="15"/>
              </w:rPr>
              <w:t>učenec samostojno oziroma z dogovorjeno oporo ustavlja se na znak</w:t>
            </w:r>
          </w:p>
          <w:p w14:paraId="00863203" w14:textId="77777777" w:rsidR="00623E5F" w:rsidRDefault="00000000">
            <w:pPr>
              <w:pStyle w:val="Oznaenseznam"/>
              <w:spacing w:after="16"/>
            </w:pPr>
            <w:r>
              <w:rPr>
                <w:color w:val="000000"/>
                <w:sz w:val="15"/>
              </w:rPr>
              <w:t>učenec samostojno oziroma z dogovorjeno oporo uporablja zaščitno opremo</w:t>
            </w:r>
          </w:p>
        </w:tc>
        <w:tc>
          <w:tcPr>
            <w:tcW w:w="7087" w:type="dxa"/>
            <w:tcMar>
              <w:top w:w="70" w:type="dxa"/>
              <w:left w:w="90" w:type="dxa"/>
              <w:bottom w:w="70" w:type="dxa"/>
              <w:right w:w="90" w:type="dxa"/>
            </w:tcMar>
          </w:tcPr>
          <w:p w14:paraId="3739440E"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38FD373" w14:textId="77777777">
              <w:trPr>
                <w:jc w:val="center"/>
              </w:trPr>
              <w:tc>
                <w:tcPr>
                  <w:tcW w:w="7087" w:type="dxa"/>
                  <w:shd w:val="clear" w:color="auto" w:fill="C6E7F3"/>
                  <w:tcMar>
                    <w:top w:w="45" w:type="dxa"/>
                    <w:left w:w="70" w:type="dxa"/>
                    <w:bottom w:w="45" w:type="dxa"/>
                    <w:right w:w="70" w:type="dxa"/>
                  </w:tcMar>
                </w:tcPr>
                <w:p w14:paraId="2AF491F3" w14:textId="77777777" w:rsidR="00623E5F" w:rsidRDefault="00000000">
                  <w:pPr>
                    <w:keepNext/>
                  </w:pPr>
                  <w:r>
                    <w:rPr>
                      <w:b/>
                      <w:color w:val="000000"/>
                    </w:rPr>
                    <w:t>UVODNI DEL – POČUTJE, GIBALNI NAMIG, PREDZNANJE IN NAMEN UČENJA (7–10 min)</w:t>
                  </w:r>
                </w:p>
              </w:tc>
            </w:tr>
          </w:tbl>
          <w:p w14:paraId="3FAF90C9" w14:textId="77777777" w:rsidR="00623E5F" w:rsidRDefault="00623E5F">
            <w:pPr>
              <w:spacing w:line="20" w:lineRule="exact"/>
            </w:pPr>
          </w:p>
          <w:p w14:paraId="4D5236BA" w14:textId="77777777" w:rsidR="00623E5F" w:rsidRDefault="00000000">
            <w:pPr>
              <w:spacing w:before="40" w:after="60" w:line="245" w:lineRule="auto"/>
            </w:pPr>
            <w:r>
              <w:rPr>
                <w:color w:val="000000"/>
                <w:sz w:val="15"/>
              </w:rPr>
              <w:t>Ob književnem motivu »Juri Muri v Afriki« – Tone Pavček učenci vstopijo v temo potovanje, prevozna sredstva in spoštovanje različnosti. Učiteljica pripravi kratek gibalni namig: iz športne vreče se pokaže rekvizit in varnostna kartica; učenci najprej napovejo varen prijem, razdaljo in uporabo pri temi »skiro in kolo – predvaje«. Tedenski gibalni izziv: izvede gibalno potovanje po različnih postajah. Učenci najprej preverijo počutje in prostor, nato predznanje pokažejo z držo, gibalno izbiro, odzivom na znak, postavitvijo rekvizita ali kratko razlago. Pred individualnim praktičnim dokazom obnovijo javna merila, varnost in dovoljene opore; po izvedbi določijo naslednji korak.</w:t>
            </w:r>
          </w:p>
          <w:tbl>
            <w:tblPr>
              <w:tblStyle w:val="Tabelamrea"/>
              <w:tblW w:w="0" w:type="auto"/>
              <w:jc w:val="center"/>
              <w:tblLayout w:type="fixed"/>
              <w:tblLook w:val="04A0" w:firstRow="1" w:lastRow="0" w:firstColumn="1" w:lastColumn="0" w:noHBand="0" w:noVBand="1"/>
            </w:tblPr>
            <w:tblGrid>
              <w:gridCol w:w="7087"/>
            </w:tblGrid>
            <w:tr w:rsidR="00623E5F" w14:paraId="34CE1412" w14:textId="77777777">
              <w:trPr>
                <w:jc w:val="center"/>
              </w:trPr>
              <w:tc>
                <w:tcPr>
                  <w:tcW w:w="7087" w:type="dxa"/>
                  <w:shd w:val="clear" w:color="auto" w:fill="EDC9EA"/>
                  <w:tcMar>
                    <w:top w:w="45" w:type="dxa"/>
                    <w:left w:w="70" w:type="dxa"/>
                    <w:bottom w:w="45" w:type="dxa"/>
                    <w:right w:w="70" w:type="dxa"/>
                  </w:tcMar>
                </w:tcPr>
                <w:p w14:paraId="660A50E3" w14:textId="77777777" w:rsidR="00623E5F" w:rsidRDefault="00000000">
                  <w:pPr>
                    <w:keepNext/>
                  </w:pPr>
                  <w:r>
                    <w:rPr>
                      <w:b/>
                      <w:color w:val="000000"/>
                    </w:rPr>
                    <w:t>NAMENI UČENJA</w:t>
                  </w:r>
                </w:p>
              </w:tc>
            </w:tr>
          </w:tbl>
          <w:p w14:paraId="60E4B6D3" w14:textId="77777777" w:rsidR="00623E5F" w:rsidRDefault="00623E5F">
            <w:pPr>
              <w:spacing w:line="20" w:lineRule="exact"/>
            </w:pPr>
          </w:p>
          <w:p w14:paraId="4146B703"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50E7B951" w14:textId="77777777" w:rsidR="00623E5F" w:rsidRDefault="00000000">
            <w:pPr>
              <w:pStyle w:val="Oznaenseznam"/>
              <w:spacing w:after="16"/>
            </w:pPr>
            <w:r>
              <w:rPr>
                <w:color w:val="000000"/>
                <w:sz w:val="15"/>
              </w:rPr>
              <w:t>razvijam ravnotežje in koordinacijo</w:t>
            </w:r>
          </w:p>
          <w:p w14:paraId="64BD4059" w14:textId="77777777" w:rsidR="00623E5F" w:rsidRDefault="00000000">
            <w:pPr>
              <w:pStyle w:val="Oznaenseznam"/>
              <w:spacing w:after="16"/>
            </w:pPr>
            <w:r>
              <w:rPr>
                <w:color w:val="000000"/>
                <w:sz w:val="15"/>
              </w:rPr>
              <w:t>ustavljam se na znak</w:t>
            </w:r>
          </w:p>
          <w:p w14:paraId="4B5A9410" w14:textId="77777777" w:rsidR="00623E5F" w:rsidRDefault="00000000">
            <w:pPr>
              <w:pStyle w:val="Oznaenseznam"/>
              <w:spacing w:after="16"/>
            </w:pPr>
            <w:r>
              <w:rPr>
                <w:color w:val="000000"/>
                <w:sz w:val="15"/>
              </w:rPr>
              <w:t>uporabljam zaščitno opremo</w:t>
            </w:r>
          </w:p>
          <w:tbl>
            <w:tblPr>
              <w:tblStyle w:val="Tabelamrea"/>
              <w:tblW w:w="0" w:type="auto"/>
              <w:jc w:val="center"/>
              <w:tblLayout w:type="fixed"/>
              <w:tblLook w:val="04A0" w:firstRow="1" w:lastRow="0" w:firstColumn="1" w:lastColumn="0" w:noHBand="0" w:noVBand="1"/>
            </w:tblPr>
            <w:tblGrid>
              <w:gridCol w:w="7087"/>
            </w:tblGrid>
            <w:tr w:rsidR="00623E5F" w14:paraId="273B3D0D" w14:textId="77777777">
              <w:trPr>
                <w:jc w:val="center"/>
              </w:trPr>
              <w:tc>
                <w:tcPr>
                  <w:tcW w:w="7087" w:type="dxa"/>
                  <w:shd w:val="clear" w:color="auto" w:fill="EDC9EA"/>
                  <w:tcMar>
                    <w:top w:w="45" w:type="dxa"/>
                    <w:left w:w="70" w:type="dxa"/>
                    <w:bottom w:w="45" w:type="dxa"/>
                    <w:right w:w="70" w:type="dxa"/>
                  </w:tcMar>
                </w:tcPr>
                <w:p w14:paraId="6CEEFBB5" w14:textId="77777777" w:rsidR="00623E5F" w:rsidRDefault="00000000">
                  <w:pPr>
                    <w:keepNext/>
                  </w:pPr>
                  <w:r>
                    <w:rPr>
                      <w:b/>
                      <w:color w:val="000000"/>
                    </w:rPr>
                    <w:t>PREVERJANJE PREDZNANJA</w:t>
                  </w:r>
                </w:p>
              </w:tc>
            </w:tr>
          </w:tbl>
          <w:p w14:paraId="26A1DD96" w14:textId="77777777" w:rsidR="00623E5F" w:rsidRDefault="00623E5F">
            <w:pPr>
              <w:spacing w:line="20" w:lineRule="exact"/>
            </w:pPr>
          </w:p>
          <w:p w14:paraId="2ABE905F" w14:textId="77777777" w:rsidR="00623E5F" w:rsidRDefault="00000000">
            <w:pPr>
              <w:pStyle w:val="Oznaenseznam"/>
              <w:spacing w:after="16"/>
            </w:pPr>
            <w:r>
              <w:rPr>
                <w:color w:val="000000"/>
                <w:sz w:val="15"/>
              </w:rPr>
              <w:t>Kaj moje telo in prostor že znata pokazati pri temi »SKIRO IN KOLO – PREDVAJE«?</w:t>
            </w:r>
          </w:p>
          <w:p w14:paraId="6BB54DEC" w14:textId="77777777" w:rsidR="00623E5F" w:rsidRDefault="00000000">
            <w:pPr>
              <w:pStyle w:val="Oznaenseznam"/>
              <w:spacing w:after="16"/>
            </w:pPr>
            <w:r>
              <w:rPr>
                <w:color w:val="000000"/>
                <w:sz w:val="15"/>
              </w:rPr>
              <w:t>Katero varnostno pravilo, gibalni korak ali strategijo že obvladam in kaj bi najprej preizkusil/-a?</w:t>
            </w:r>
          </w:p>
          <w:p w14:paraId="257B4688"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09AE6942" w14:textId="77777777">
              <w:trPr>
                <w:jc w:val="center"/>
              </w:trPr>
              <w:tc>
                <w:tcPr>
                  <w:tcW w:w="7087" w:type="dxa"/>
                  <w:shd w:val="clear" w:color="auto" w:fill="EDC9EA"/>
                  <w:tcMar>
                    <w:top w:w="45" w:type="dxa"/>
                    <w:left w:w="70" w:type="dxa"/>
                    <w:bottom w:w="45" w:type="dxa"/>
                    <w:right w:w="70" w:type="dxa"/>
                  </w:tcMar>
                </w:tcPr>
                <w:p w14:paraId="054D8330" w14:textId="77777777" w:rsidR="00623E5F" w:rsidRDefault="00000000">
                  <w:pPr>
                    <w:keepNext/>
                  </w:pPr>
                  <w:r>
                    <w:rPr>
                      <w:b/>
                      <w:color w:val="000000"/>
                    </w:rPr>
                    <w:t>KRITERIJI USPEŠNOSTI</w:t>
                  </w:r>
                </w:p>
              </w:tc>
            </w:tr>
          </w:tbl>
          <w:p w14:paraId="0308D1E3" w14:textId="77777777" w:rsidR="00623E5F" w:rsidRDefault="00623E5F"/>
          <w:p w14:paraId="04689AD4" w14:textId="77777777" w:rsidR="00623E5F" w:rsidRDefault="00000000">
            <w:pPr>
              <w:spacing w:before="20" w:after="20" w:line="245" w:lineRule="auto"/>
            </w:pPr>
            <w:r>
              <w:rPr>
                <w:b/>
                <w:color w:val="000000"/>
                <w:sz w:val="16"/>
              </w:rPr>
              <w:t>Uspešen/-na bom, ko:</w:t>
            </w:r>
          </w:p>
          <w:p w14:paraId="3C0874AF" w14:textId="77777777" w:rsidR="00623E5F" w:rsidRDefault="00000000">
            <w:pPr>
              <w:pStyle w:val="Oznaenseznam"/>
              <w:spacing w:after="16"/>
            </w:pPr>
            <w:r>
              <w:rPr>
                <w:color w:val="000000"/>
                <w:sz w:val="15"/>
              </w:rPr>
              <w:t>razvijam ravnotežje in koordinacijo</w:t>
            </w:r>
          </w:p>
          <w:p w14:paraId="2B713ADA" w14:textId="77777777" w:rsidR="00623E5F" w:rsidRDefault="00000000">
            <w:pPr>
              <w:pStyle w:val="Oznaenseznam"/>
              <w:spacing w:after="16"/>
            </w:pPr>
            <w:r>
              <w:rPr>
                <w:color w:val="000000"/>
                <w:sz w:val="15"/>
              </w:rPr>
              <w:t>ustavljam se na znak</w:t>
            </w:r>
          </w:p>
          <w:p w14:paraId="31EB8D38" w14:textId="77777777" w:rsidR="00623E5F" w:rsidRDefault="00000000">
            <w:pPr>
              <w:pStyle w:val="Oznaenseznam"/>
              <w:spacing w:after="16"/>
            </w:pPr>
            <w:r>
              <w:rPr>
                <w:color w:val="000000"/>
                <w:sz w:val="15"/>
              </w:rPr>
              <w:t>uporabljam zaščitno opremo</w:t>
            </w:r>
          </w:p>
          <w:p w14:paraId="349576E2" w14:textId="77777777" w:rsidR="00623E5F" w:rsidRDefault="00000000">
            <w:pPr>
              <w:pStyle w:val="Oznaenseznam"/>
              <w:spacing w:after="16"/>
            </w:pPr>
            <w:r>
              <w:rPr>
                <w:color w:val="000000"/>
                <w:sz w:val="15"/>
              </w:rPr>
              <w:t>pred začetkom preverim prostor in opremo, ohranjam razdaljo ter se na znak varno ustavim</w:t>
            </w:r>
          </w:p>
          <w:p w14:paraId="64FE9843"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16242C37" w14:textId="77777777" w:rsidR="00623E5F" w:rsidRDefault="00623E5F"/>
          <w:p w14:paraId="04C106B6"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7C2B2797"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1E9AC3E5" w14:textId="77777777" w:rsidR="00623E5F" w:rsidRDefault="00000000">
            <w:pPr>
              <w:spacing w:after="100" w:line="245" w:lineRule="auto"/>
            </w:pPr>
            <w:r>
              <w:rPr>
                <w:color w:val="000000"/>
                <w:sz w:val="15"/>
              </w:rPr>
              <w:t>Sodeluje pri razumevanju namena, vidnih meril, varnostnih pravil, prehodov in načina dokazovanja.</w:t>
            </w:r>
          </w:p>
          <w:p w14:paraId="3259DB5E" w14:textId="77777777" w:rsidR="00623E5F" w:rsidRDefault="00000000">
            <w:pPr>
              <w:spacing w:after="20" w:line="245" w:lineRule="auto"/>
            </w:pPr>
            <w:r>
              <w:rPr>
                <w:b/>
                <w:color w:val="D95BC6"/>
                <w:sz w:val="17"/>
              </w:rPr>
              <w:t>DOKAZ O UČENJU</w:t>
            </w:r>
          </w:p>
          <w:p w14:paraId="3C418150"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0A4BDD22"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0986B5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B6F14D4"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F7EDAB1" w14:textId="77777777" w:rsidR="00623E5F" w:rsidRDefault="00000000">
            <w:pPr>
              <w:jc w:val="center"/>
            </w:pPr>
            <w:r>
              <w:rPr>
                <w:b/>
                <w:color w:val="000000"/>
                <w:sz w:val="20"/>
              </w:rPr>
              <w:t>UČNE DEJAVNOSTI, METODE IN FORMATIVNO SPREMLJANJE</w:t>
            </w:r>
          </w:p>
        </w:tc>
      </w:tr>
      <w:tr w:rsidR="00623E5F" w14:paraId="5CBC50F2" w14:textId="77777777">
        <w:trPr>
          <w:tblHeader/>
          <w:jc w:val="center"/>
        </w:trPr>
        <w:tc>
          <w:tcPr>
            <w:tcW w:w="4422" w:type="dxa"/>
            <w:vMerge/>
            <w:tcMar>
              <w:top w:w="70" w:type="dxa"/>
              <w:left w:w="90" w:type="dxa"/>
              <w:bottom w:w="70" w:type="dxa"/>
              <w:right w:w="90" w:type="dxa"/>
            </w:tcMar>
            <w:vAlign w:val="center"/>
          </w:tcPr>
          <w:p w14:paraId="425A43BE" w14:textId="77777777" w:rsidR="00623E5F" w:rsidRDefault="00623E5F"/>
        </w:tc>
        <w:tc>
          <w:tcPr>
            <w:tcW w:w="7087" w:type="dxa"/>
            <w:shd w:val="clear" w:color="auto" w:fill="FFFFFF"/>
            <w:tcMar>
              <w:top w:w="70" w:type="dxa"/>
              <w:left w:w="90" w:type="dxa"/>
              <w:bottom w:w="70" w:type="dxa"/>
              <w:right w:w="90" w:type="dxa"/>
            </w:tcMar>
            <w:vAlign w:val="center"/>
          </w:tcPr>
          <w:p w14:paraId="1BE59BC7"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295ED45" w14:textId="77777777" w:rsidR="00623E5F" w:rsidRDefault="00000000">
            <w:pPr>
              <w:jc w:val="center"/>
            </w:pPr>
            <w:r>
              <w:rPr>
                <w:b/>
                <w:color w:val="000000"/>
              </w:rPr>
              <w:t>UČENEC</w:t>
            </w:r>
          </w:p>
        </w:tc>
      </w:tr>
      <w:tr w:rsidR="00623E5F" w14:paraId="15EA285A" w14:textId="77777777">
        <w:trPr>
          <w:jc w:val="center"/>
        </w:trPr>
        <w:tc>
          <w:tcPr>
            <w:tcW w:w="4422" w:type="dxa"/>
            <w:tcMar>
              <w:top w:w="70" w:type="dxa"/>
              <w:left w:w="90" w:type="dxa"/>
              <w:bottom w:w="70" w:type="dxa"/>
              <w:right w:w="90" w:type="dxa"/>
            </w:tcMar>
          </w:tcPr>
          <w:p w14:paraId="3F7A4ECC" w14:textId="77777777" w:rsidR="00623E5F" w:rsidRDefault="00623E5F"/>
          <w:p w14:paraId="522DBDC0" w14:textId="77777777" w:rsidR="00623E5F" w:rsidRDefault="00000000">
            <w:pPr>
              <w:spacing w:after="40" w:line="245" w:lineRule="auto"/>
            </w:pPr>
            <w:r>
              <w:rPr>
                <w:b/>
                <w:color w:val="000000"/>
                <w:sz w:val="17"/>
              </w:rPr>
              <w:t>KLJUČNI ŠPORTNI IN GIBALNI POJMI</w:t>
            </w:r>
          </w:p>
          <w:p w14:paraId="3FD56031"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rekvizit, prijem, vrtenje, preskok, zaščitna oprema, enosmerna pot, ustavljanje</w:t>
            </w:r>
          </w:p>
          <w:p w14:paraId="77D811C9" w14:textId="77777777" w:rsidR="00623E5F" w:rsidRDefault="00000000">
            <w:pPr>
              <w:spacing w:after="20" w:line="245" w:lineRule="auto"/>
            </w:pPr>
            <w:r>
              <w:rPr>
                <w:b/>
                <w:color w:val="000000"/>
                <w:sz w:val="17"/>
              </w:rPr>
              <w:t>DOKAZI O UČENJU</w:t>
            </w:r>
          </w:p>
          <w:p w14:paraId="372F51FE" w14:textId="77777777" w:rsidR="00623E5F" w:rsidRDefault="00000000">
            <w:pPr>
              <w:pStyle w:val="Oznaenseznam"/>
              <w:spacing w:after="7"/>
            </w:pPr>
            <w:r>
              <w:rPr>
                <w:color w:val="000000"/>
                <w:sz w:val="14"/>
              </w:rPr>
              <w:t>varen odziv na znak, začetni poskus prvine in ustno varnostno pravilo.</w:t>
            </w:r>
          </w:p>
          <w:p w14:paraId="2D694E6C" w14:textId="77777777" w:rsidR="00623E5F" w:rsidRDefault="00000000">
            <w:pPr>
              <w:pStyle w:val="Oznaenseznam"/>
              <w:spacing w:after="7"/>
            </w:pPr>
            <w:r>
              <w:rPr>
                <w:color w:val="000000"/>
                <w:sz w:val="14"/>
              </w:rPr>
              <w:t>opazovalna kartica, izvedba na izbrani ravni in učiteljev zapis o napredku.</w:t>
            </w:r>
          </w:p>
          <w:p w14:paraId="3BF25436" w14:textId="77777777" w:rsidR="00623E5F" w:rsidRDefault="00000000">
            <w:pPr>
              <w:pStyle w:val="Oznaenseznam"/>
              <w:spacing w:after="7"/>
            </w:pPr>
            <w:r>
              <w:rPr>
                <w:color w:val="000000"/>
                <w:sz w:val="14"/>
              </w:rPr>
              <w:t>individualna praktična izvedba gibalnega poligona, odziv na znak, varna uporaba prostora in kratek ustni odziv</w:t>
            </w:r>
          </w:p>
          <w:p w14:paraId="5A956053" w14:textId="77777777" w:rsidR="00623E5F" w:rsidRDefault="00000000">
            <w:pPr>
              <w:spacing w:before="40" w:after="20" w:line="245" w:lineRule="auto"/>
            </w:pPr>
            <w:r>
              <w:rPr>
                <w:b/>
                <w:color w:val="000000"/>
                <w:sz w:val="16"/>
              </w:rPr>
              <w:t>GIBALNO DOŽIVETJE IN IZKUŠENJSKI POUK</w:t>
            </w:r>
          </w:p>
          <w:p w14:paraId="2F9D3FA6"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3E9F8192" w14:textId="77777777" w:rsidR="00623E5F" w:rsidRDefault="00000000">
            <w:pPr>
              <w:spacing w:after="20" w:line="245" w:lineRule="auto"/>
            </w:pPr>
            <w:r>
              <w:rPr>
                <w:b/>
                <w:color w:val="000000"/>
                <w:sz w:val="16"/>
              </w:rPr>
              <w:t>POUČEVANJE V GIBANJU</w:t>
            </w:r>
          </w:p>
          <w:p w14:paraId="083A95B5"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4A8E0829" w14:textId="77777777" w:rsidR="00623E5F" w:rsidRDefault="00000000">
            <w:pPr>
              <w:spacing w:after="20" w:line="245" w:lineRule="auto"/>
            </w:pPr>
            <w:r>
              <w:rPr>
                <w:b/>
                <w:color w:val="000000"/>
                <w:sz w:val="16"/>
              </w:rPr>
              <w:t>DELO PO ŠTIRIH POSTAJAH</w:t>
            </w:r>
          </w:p>
          <w:p w14:paraId="45DBEAB4"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20C7E51E" w14:textId="77777777" w:rsidR="00623E5F" w:rsidRDefault="00000000">
            <w:pPr>
              <w:spacing w:after="7" w:line="245" w:lineRule="auto"/>
            </w:pPr>
            <w:r>
              <w:rPr>
                <w:color w:val="000000"/>
                <w:sz w:val="14"/>
              </w:rPr>
              <w:t>1. Praktično-ocenjevalna: individualno izvedem znan gibalni poligon, ohranim razdaljo, se ustavim na znak in pojasnim varnostno odločitev.</w:t>
            </w:r>
          </w:p>
          <w:p w14:paraId="2FAD6EB1" w14:textId="77777777" w:rsidR="00623E5F" w:rsidRDefault="00000000">
            <w:pPr>
              <w:spacing w:after="7" w:line="245" w:lineRule="auto"/>
            </w:pPr>
            <w:r>
              <w:rPr>
                <w:color w:val="000000"/>
                <w:sz w:val="14"/>
              </w:rPr>
              <w:t>2. Ravnotežno-koordinacijska: po črti, nizki klopi ali talnih oznakah uravnavam položaj telesa in smer.</w:t>
            </w:r>
          </w:p>
          <w:p w14:paraId="2B7C3805" w14:textId="77777777" w:rsidR="00623E5F" w:rsidRDefault="00000000">
            <w:pPr>
              <w:spacing w:after="7" w:line="245" w:lineRule="auto"/>
            </w:pPr>
            <w:r>
              <w:rPr>
                <w:color w:val="000000"/>
                <w:sz w:val="14"/>
              </w:rPr>
              <w:t>3. Oprema in znaki: razvrstim zaščitno opremo, pokažem varen začetek, ustavljanje in odlaganje pripomočka.</w:t>
            </w:r>
          </w:p>
          <w:p w14:paraId="577DE8BD" w14:textId="77777777" w:rsidR="00623E5F" w:rsidRDefault="00000000">
            <w:pPr>
              <w:spacing w:after="7" w:line="245" w:lineRule="auto"/>
            </w:pPr>
            <w:r>
              <w:rPr>
                <w:color w:val="000000"/>
                <w:sz w:val="14"/>
              </w:rPr>
              <w:t>4. Refleksivna: izberem dokaz, ga povežem z merilom in označim, kaj sem izvedel/-la samostojno ter kaj bom še vadil/-a.</w:t>
            </w:r>
          </w:p>
          <w:p w14:paraId="14567B19" w14:textId="77777777" w:rsidR="00623E5F" w:rsidRDefault="00000000">
            <w:pPr>
              <w:spacing w:after="20" w:line="245" w:lineRule="auto"/>
            </w:pPr>
            <w:r>
              <w:rPr>
                <w:b/>
                <w:color w:val="000000"/>
                <w:sz w:val="16"/>
              </w:rPr>
              <w:t>DIFERENCIACIJA IN VKLJUČEVANJE</w:t>
            </w:r>
          </w:p>
          <w:p w14:paraId="54BD18CA"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756CEBC0" w14:textId="77777777" w:rsidR="00623E5F" w:rsidRDefault="00000000">
            <w:pPr>
              <w:spacing w:after="20" w:line="245" w:lineRule="auto"/>
            </w:pPr>
            <w:r>
              <w:rPr>
                <w:b/>
                <w:color w:val="000000"/>
                <w:sz w:val="16"/>
              </w:rPr>
              <w:t>SPREMLJANJE</w:t>
            </w:r>
          </w:p>
          <w:p w14:paraId="6E9D13F1"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1B12F3AC"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C915636" w14:textId="77777777">
              <w:trPr>
                <w:jc w:val="center"/>
              </w:trPr>
              <w:tc>
                <w:tcPr>
                  <w:tcW w:w="7087" w:type="dxa"/>
                  <w:shd w:val="clear" w:color="auto" w:fill="C6E7F3"/>
                  <w:tcMar>
                    <w:top w:w="45" w:type="dxa"/>
                    <w:left w:w="70" w:type="dxa"/>
                    <w:bottom w:w="45" w:type="dxa"/>
                    <w:right w:w="70" w:type="dxa"/>
                  </w:tcMar>
                </w:tcPr>
                <w:p w14:paraId="411ACF59" w14:textId="77777777" w:rsidR="00623E5F" w:rsidRDefault="00000000">
                  <w:pPr>
                    <w:keepNext/>
                  </w:pPr>
                  <w:r>
                    <w:rPr>
                      <w:b/>
                      <w:color w:val="000000"/>
                      <w:sz w:val="16"/>
                    </w:rPr>
                    <w:t>GLAVNI DEL – GIBALNI IZZIV, VADBA NA ŠTIRIH POSTAJAH IN IGRA (3 šolske ure)</w:t>
                  </w:r>
                </w:p>
              </w:tc>
            </w:tr>
          </w:tbl>
          <w:p w14:paraId="2EA51708" w14:textId="77777777" w:rsidR="00623E5F" w:rsidRDefault="00623E5F">
            <w:pPr>
              <w:spacing w:line="20" w:lineRule="exact"/>
            </w:pPr>
          </w:p>
          <w:p w14:paraId="0E715757" w14:textId="77777777" w:rsidR="00623E5F" w:rsidRDefault="00000000">
            <w:pPr>
              <w:keepNext/>
              <w:spacing w:before="16" w:after="6" w:line="245" w:lineRule="auto"/>
            </w:pPr>
            <w:r>
              <w:rPr>
                <w:b/>
                <w:color w:val="000000"/>
                <w:sz w:val="15"/>
              </w:rPr>
              <w:t>1. URA – Skiro in kolo – predvaje – Ogrejem se in usvojim gib</w:t>
            </w:r>
          </w:p>
          <w:p w14:paraId="2D305862"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»Juri Muri v Afriki« – Tone Pavček. Osrednji del 30': 32' – Preveri prostor in opremo, predstavi varnostni znak ter skozi gibalno zgodbo modelira ključno prvino po korakih.</w:t>
            </w:r>
          </w:p>
          <w:p w14:paraId="32BB6EC9"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5B95DDEC" w14:textId="77777777" w:rsidR="00623E5F" w:rsidRDefault="00000000">
            <w:pPr>
              <w:spacing w:after="15" w:line="245" w:lineRule="auto"/>
            </w:pPr>
            <w:r>
              <w:rPr>
                <w:i/>
                <w:color w:val="D95BC6"/>
                <w:sz w:val="14"/>
              </w:rPr>
              <w:t>Predvideni dokaz: varen odziv na znak, začetni poskus prvine in ustno varnostno pravilo..</w:t>
            </w:r>
          </w:p>
          <w:p w14:paraId="1F6F9CD3" w14:textId="77777777" w:rsidR="00623E5F" w:rsidRDefault="00000000">
            <w:pPr>
              <w:keepNext/>
              <w:spacing w:before="16" w:after="6" w:line="245" w:lineRule="auto"/>
            </w:pPr>
            <w:r>
              <w:rPr>
                <w:b/>
                <w:color w:val="000000"/>
                <w:sz w:val="15"/>
              </w:rPr>
              <w:t>2. URA – Skiro in kolo – predvaje – Vadim na postajah</w:t>
            </w:r>
          </w:p>
          <w:p w14:paraId="17E00852"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»Juri Muri v Afriki« – Tone Pavček. Osrednji del 30': 32' – Pripravi 4–6 postaj z enosmernimi prehodi, pokaže tri ravni izziva in opazovalcu dodeli en jasen kriterij.</w:t>
            </w:r>
          </w:p>
          <w:p w14:paraId="08ABF813"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4858B2EA" w14:textId="77777777" w:rsidR="00623E5F" w:rsidRDefault="00000000">
            <w:pPr>
              <w:spacing w:after="15" w:line="245" w:lineRule="auto"/>
            </w:pPr>
            <w:r>
              <w:rPr>
                <w:i/>
                <w:color w:val="D95BC6"/>
                <w:sz w:val="14"/>
              </w:rPr>
              <w:t>Predvideni dokaz: opazovalna kartica, izvedba na izbrani ravni in učiteljev zapis o napredku..</w:t>
            </w:r>
          </w:p>
          <w:p w14:paraId="0DD495D3" w14:textId="77777777" w:rsidR="00623E5F" w:rsidRDefault="00000000">
            <w:pPr>
              <w:keepNext/>
              <w:spacing w:before="16" w:after="6" w:line="245" w:lineRule="auto"/>
            </w:pPr>
            <w:r>
              <w:rPr>
                <w:b/>
                <w:color w:val="000000"/>
                <w:sz w:val="15"/>
              </w:rPr>
              <w:t>3. URA – Gibalni poligon in varnost – Individualni praktični dokaz</w:t>
            </w:r>
          </w:p>
          <w:p w14:paraId="2F8478D3" w14:textId="77777777" w:rsidR="00623E5F" w:rsidRDefault="00000000">
            <w:pPr>
              <w:spacing w:after="7" w:line="245" w:lineRule="auto"/>
            </w:pPr>
            <w:r>
              <w:rPr>
                <w:b/>
                <w:color w:val="000000"/>
                <w:sz w:val="14"/>
              </w:rPr>
              <w:t xml:space="preserve">Dejavnost učiteljice: </w:t>
            </w:r>
            <w:r>
              <w:rPr>
                <w:color w:val="000000"/>
                <w:sz w:val="14"/>
              </w:rPr>
              <w:t>Obnovi javna merila in pripravi enosmeren, razvojno primeren poligon. Vsakemu učencu omogoči individualno izvedbo osnovnih oblik gibanja, ravnotežne oziroma koordinacijske naloge, varen odziv na znak in kratko pojasnilo varnostnega ravnanja. Dovoljeno oporo zabeleži.</w:t>
            </w:r>
          </w:p>
          <w:p w14:paraId="081C00D6" w14:textId="77777777" w:rsidR="00623E5F" w:rsidRDefault="00000000">
            <w:pPr>
              <w:spacing w:after="7" w:line="245" w:lineRule="auto"/>
            </w:pPr>
            <w:r>
              <w:rPr>
                <w:b/>
                <w:color w:val="000000"/>
                <w:sz w:val="14"/>
              </w:rPr>
              <w:t xml:space="preserve">Dejavnost učencev: </w:t>
            </w:r>
            <w:r>
              <w:rPr>
                <w:color w:val="000000"/>
                <w:sz w:val="14"/>
              </w:rPr>
              <w:t>Samostojno oziroma z vnaprej dogovorjeno oporo poveže izbrane oblike gibanja, varno premaga poligon, ustavi se na znak, uporabi prostor in opremo odgovorno ter kratko pojasni eno varnostno odločitev.</w:t>
            </w:r>
          </w:p>
          <w:p w14:paraId="3558BE7A" w14:textId="77777777" w:rsidR="00623E5F" w:rsidRDefault="00000000">
            <w:pPr>
              <w:spacing w:after="15" w:line="245" w:lineRule="auto"/>
            </w:pPr>
            <w:r>
              <w:rPr>
                <w:i/>
                <w:color w:val="D95BC6"/>
                <w:sz w:val="14"/>
              </w:rPr>
              <w:t>Predvideni dokaz: individualna praktična izvedba gibalnega poligona, odziv na znak, varna uporaba prostora in kratek ustni odziv.</w:t>
            </w:r>
          </w:p>
          <w:tbl>
            <w:tblPr>
              <w:tblStyle w:val="Tabelamrea"/>
              <w:tblW w:w="0" w:type="auto"/>
              <w:jc w:val="center"/>
              <w:tblLayout w:type="fixed"/>
              <w:tblLook w:val="04A0" w:firstRow="1" w:lastRow="0" w:firstColumn="1" w:lastColumn="0" w:noHBand="0" w:noVBand="1"/>
            </w:tblPr>
            <w:tblGrid>
              <w:gridCol w:w="7087"/>
            </w:tblGrid>
            <w:tr w:rsidR="00623E5F" w14:paraId="3A2883AF" w14:textId="77777777">
              <w:trPr>
                <w:jc w:val="center"/>
              </w:trPr>
              <w:tc>
                <w:tcPr>
                  <w:tcW w:w="7087" w:type="dxa"/>
                  <w:shd w:val="clear" w:color="auto" w:fill="EDC9EA"/>
                  <w:tcMar>
                    <w:top w:w="45" w:type="dxa"/>
                    <w:left w:w="70" w:type="dxa"/>
                    <w:bottom w:w="45" w:type="dxa"/>
                    <w:right w:w="70" w:type="dxa"/>
                  </w:tcMar>
                </w:tcPr>
                <w:p w14:paraId="289012A8" w14:textId="77777777" w:rsidR="00623E5F" w:rsidRDefault="00000000">
                  <w:pPr>
                    <w:keepNext/>
                  </w:pPr>
                  <w:r>
                    <w:rPr>
                      <w:b/>
                      <w:color w:val="000000"/>
                      <w:sz w:val="16"/>
                    </w:rPr>
                    <w:t>ORGANIZACIJA POSTAJ, PREHODOV IN AKTIVNEGA ČASA</w:t>
                  </w:r>
                </w:p>
              </w:tc>
            </w:tr>
          </w:tbl>
          <w:p w14:paraId="3F50A372" w14:textId="77777777" w:rsidR="00623E5F" w:rsidRDefault="00623E5F"/>
          <w:p w14:paraId="139B2236" w14:textId="77777777" w:rsidR="00623E5F" w:rsidRDefault="00000000">
            <w:pPr>
              <w:spacing w:before="5" w:after="6" w:line="245" w:lineRule="auto"/>
            </w:pPr>
            <w:r>
              <w:rPr>
                <w:color w:val="000000"/>
                <w:sz w:val="14"/>
              </w:rPr>
              <w:t>Postaja 1: Praktično-ocenjevalna: individualno izvedem znan gibalni poligon, ohranim razdaljo, se ustavim na znak in pojasnim varnostno odločitev.</w:t>
            </w:r>
          </w:p>
          <w:p w14:paraId="417C2445" w14:textId="77777777" w:rsidR="00623E5F" w:rsidRDefault="00000000">
            <w:pPr>
              <w:spacing w:before="5" w:after="6" w:line="245" w:lineRule="auto"/>
            </w:pPr>
            <w:r>
              <w:rPr>
                <w:color w:val="000000"/>
                <w:sz w:val="14"/>
              </w:rPr>
              <w:t>Postaja 2: Ravnotežno-koordinacijska: po črti, nizki klopi ali talnih oznakah uravnavam položaj telesa in smer.</w:t>
            </w:r>
          </w:p>
          <w:p w14:paraId="52883CD0" w14:textId="77777777" w:rsidR="00623E5F" w:rsidRDefault="00000000">
            <w:pPr>
              <w:spacing w:before="5" w:after="6" w:line="245" w:lineRule="auto"/>
            </w:pPr>
            <w:r>
              <w:rPr>
                <w:color w:val="000000"/>
                <w:sz w:val="14"/>
              </w:rPr>
              <w:t>Postaja 3: Oprema in znaki: razvrstim zaščitno opremo, pokažem varen začetek, ustavljanje in odlaganje pripomočka.</w:t>
            </w:r>
          </w:p>
          <w:p w14:paraId="4F91D7EB" w14:textId="77777777" w:rsidR="00623E5F" w:rsidRDefault="00000000">
            <w:pPr>
              <w:spacing w:before="5" w:after="6" w:line="245" w:lineRule="auto"/>
            </w:pPr>
            <w:r>
              <w:rPr>
                <w:color w:val="000000"/>
                <w:sz w:val="14"/>
              </w:rPr>
              <w:t>Postaja 4: Refleksivna: izberem dokaz, ga povežem z merilom in označim, kaj sem izvedel/-la samostojno ter kaj bom še vadil/-a.</w:t>
            </w:r>
          </w:p>
          <w:p w14:paraId="291542D7"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2FB1FE3C" w14:textId="77777777" w:rsidR="00623E5F" w:rsidRDefault="00623E5F"/>
          <w:p w14:paraId="5A730C40" w14:textId="77777777" w:rsidR="00623E5F" w:rsidRDefault="00000000">
            <w:pPr>
              <w:spacing w:after="5" w:line="245" w:lineRule="auto"/>
            </w:pPr>
            <w:r>
              <w:rPr>
                <w:b/>
                <w:color w:val="000000"/>
                <w:sz w:val="15"/>
              </w:rPr>
              <w:t>1. URA – Skiro in kolo – predvaje – Ogrejem se in usvojim gib</w:t>
            </w:r>
          </w:p>
          <w:p w14:paraId="0AA9E5E5"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32E53239" w14:textId="77777777" w:rsidR="00623E5F" w:rsidRDefault="00000000">
            <w:pPr>
              <w:spacing w:after="14" w:line="245" w:lineRule="auto"/>
            </w:pPr>
            <w:r>
              <w:rPr>
                <w:color w:val="D95BC6"/>
                <w:sz w:val="13"/>
              </w:rPr>
              <w:t>Dokaz: varen odziv na znak, začetni poskus prvine in ustno varnostno pravilo.</w:t>
            </w:r>
          </w:p>
          <w:p w14:paraId="1DC478BF" w14:textId="77777777" w:rsidR="00623E5F" w:rsidRDefault="00000000">
            <w:pPr>
              <w:spacing w:after="5" w:line="245" w:lineRule="auto"/>
            </w:pPr>
            <w:r>
              <w:rPr>
                <w:b/>
                <w:color w:val="000000"/>
                <w:sz w:val="15"/>
              </w:rPr>
              <w:t>2. URA – Skiro in kolo – predvaje – Vadim na postajah</w:t>
            </w:r>
          </w:p>
          <w:p w14:paraId="1558E82B"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0ECF769E" w14:textId="77777777" w:rsidR="00623E5F" w:rsidRDefault="00000000">
            <w:pPr>
              <w:spacing w:after="14" w:line="245" w:lineRule="auto"/>
            </w:pPr>
            <w:r>
              <w:rPr>
                <w:color w:val="D95BC6"/>
                <w:sz w:val="13"/>
              </w:rPr>
              <w:t>Dokaz: opazovalna kartica, izvedba na izbrani ravni in učiteljev zapis o napredku.</w:t>
            </w:r>
          </w:p>
          <w:p w14:paraId="48063954" w14:textId="77777777" w:rsidR="00623E5F" w:rsidRDefault="00000000">
            <w:pPr>
              <w:spacing w:after="5" w:line="245" w:lineRule="auto"/>
            </w:pPr>
            <w:r>
              <w:rPr>
                <w:b/>
                <w:color w:val="000000"/>
                <w:sz w:val="15"/>
              </w:rPr>
              <w:t>3. URA – Gibalni poligon in varnost – Individualni praktični.</w:t>
            </w:r>
          </w:p>
          <w:p w14:paraId="31D2329E" w14:textId="77777777" w:rsidR="00623E5F" w:rsidRDefault="00000000">
            <w:pPr>
              <w:spacing w:after="7" w:line="245" w:lineRule="auto"/>
            </w:pPr>
            <w:r>
              <w:rPr>
                <w:color w:val="000000"/>
                <w:sz w:val="13"/>
              </w:rPr>
              <w:t>Samostojno oziroma z vnaprej dogovorjeno oporo poveže izbrane oblike gibanja, varno premaga poligon, ustavi se na znak.</w:t>
            </w:r>
          </w:p>
          <w:p w14:paraId="67ECAED6" w14:textId="77777777" w:rsidR="00623E5F" w:rsidRDefault="00000000">
            <w:pPr>
              <w:spacing w:after="14" w:line="245" w:lineRule="auto"/>
            </w:pPr>
            <w:r>
              <w:rPr>
                <w:color w:val="D95BC6"/>
                <w:sz w:val="13"/>
              </w:rPr>
              <w:t>Dokaz: individualna praktična izvedba gibalnega poligona, odziv na znak.</w:t>
            </w:r>
          </w:p>
          <w:p w14:paraId="7DFC46F8" w14:textId="77777777" w:rsidR="00623E5F" w:rsidRDefault="00000000">
            <w:pPr>
              <w:spacing w:before="30" w:after="14" w:line="245" w:lineRule="auto"/>
            </w:pPr>
            <w:r>
              <w:rPr>
                <w:b/>
                <w:color w:val="D95BC6"/>
                <w:sz w:val="16"/>
              </w:rPr>
              <w:t>MOJ KROG POSTAJ</w:t>
            </w:r>
          </w:p>
          <w:p w14:paraId="523B8244" w14:textId="77777777" w:rsidR="00623E5F" w:rsidRDefault="00000000">
            <w:pPr>
              <w:spacing w:after="8" w:line="245" w:lineRule="auto"/>
            </w:pPr>
            <w:r>
              <w:rPr>
                <w:color w:val="000000"/>
                <w:sz w:val="13"/>
              </w:rPr>
              <w:t>1. Praktično-ocenjevalna: individualno izvedem znan gibalni poligon.</w:t>
            </w:r>
          </w:p>
          <w:p w14:paraId="50015361" w14:textId="77777777" w:rsidR="00623E5F" w:rsidRDefault="00000000">
            <w:pPr>
              <w:spacing w:after="8" w:line="245" w:lineRule="auto"/>
            </w:pPr>
            <w:r>
              <w:rPr>
                <w:color w:val="000000"/>
                <w:sz w:val="13"/>
              </w:rPr>
              <w:t>2. Ravnotežno-koordinacijska: po črti, nizki klopi ali talnih oznakah uravnavam.</w:t>
            </w:r>
          </w:p>
          <w:p w14:paraId="5DE8808F" w14:textId="77777777" w:rsidR="00623E5F" w:rsidRDefault="00000000">
            <w:pPr>
              <w:spacing w:after="8" w:line="245" w:lineRule="auto"/>
            </w:pPr>
            <w:r>
              <w:rPr>
                <w:color w:val="000000"/>
                <w:sz w:val="13"/>
              </w:rPr>
              <w:t>3. Oprema in znaki: razvrstim zaščitno opremo, pokažem varen začetek.</w:t>
            </w:r>
          </w:p>
          <w:p w14:paraId="3B98E35D" w14:textId="77777777" w:rsidR="00623E5F" w:rsidRDefault="00000000">
            <w:pPr>
              <w:spacing w:after="8" w:line="245" w:lineRule="auto"/>
            </w:pPr>
            <w:r>
              <w:rPr>
                <w:color w:val="000000"/>
                <w:sz w:val="13"/>
              </w:rPr>
              <w:t>4. Refleksivna: izberem dokaz, ga povežem z merilom in označim.</w:t>
            </w:r>
          </w:p>
          <w:p w14:paraId="73573276"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7337C43D" w14:textId="77777777" w:rsidR="00623E5F" w:rsidRDefault="00000000">
            <w:pPr>
              <w:spacing w:after="14" w:line="245" w:lineRule="auto"/>
            </w:pPr>
            <w:r>
              <w:rPr>
                <w:b/>
                <w:color w:val="D95BC6"/>
                <w:sz w:val="16"/>
              </w:rPr>
              <w:t>DOKAZ O UČENJU</w:t>
            </w:r>
          </w:p>
          <w:p w14:paraId="3D703D3D"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531ABA5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17E4A5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36B9DE8"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295A241" w14:textId="77777777" w:rsidR="00623E5F" w:rsidRDefault="00000000">
            <w:pPr>
              <w:jc w:val="center"/>
            </w:pPr>
            <w:r>
              <w:rPr>
                <w:b/>
                <w:color w:val="000000"/>
                <w:sz w:val="20"/>
              </w:rPr>
              <w:t>UČNE DEJAVNOSTI, METODE IN FORMATIVNO SPREMLJANJE</w:t>
            </w:r>
          </w:p>
        </w:tc>
      </w:tr>
      <w:tr w:rsidR="00623E5F" w14:paraId="0CBD73F0" w14:textId="77777777">
        <w:trPr>
          <w:tblHeader/>
          <w:jc w:val="center"/>
        </w:trPr>
        <w:tc>
          <w:tcPr>
            <w:tcW w:w="4422" w:type="dxa"/>
            <w:vMerge/>
            <w:tcMar>
              <w:top w:w="70" w:type="dxa"/>
              <w:left w:w="90" w:type="dxa"/>
              <w:bottom w:w="70" w:type="dxa"/>
              <w:right w:w="90" w:type="dxa"/>
            </w:tcMar>
            <w:vAlign w:val="center"/>
          </w:tcPr>
          <w:p w14:paraId="34F6C452" w14:textId="77777777" w:rsidR="00623E5F" w:rsidRDefault="00623E5F"/>
        </w:tc>
        <w:tc>
          <w:tcPr>
            <w:tcW w:w="7087" w:type="dxa"/>
            <w:shd w:val="clear" w:color="auto" w:fill="FFFFFF"/>
            <w:tcMar>
              <w:top w:w="70" w:type="dxa"/>
              <w:left w:w="90" w:type="dxa"/>
              <w:bottom w:w="70" w:type="dxa"/>
              <w:right w:w="90" w:type="dxa"/>
            </w:tcMar>
            <w:vAlign w:val="center"/>
          </w:tcPr>
          <w:p w14:paraId="79D65A06"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F488906" w14:textId="77777777" w:rsidR="00623E5F" w:rsidRDefault="00000000">
            <w:pPr>
              <w:jc w:val="center"/>
            </w:pPr>
            <w:r>
              <w:rPr>
                <w:b/>
                <w:color w:val="000000"/>
              </w:rPr>
              <w:t>UČENEC</w:t>
            </w:r>
          </w:p>
        </w:tc>
      </w:tr>
      <w:tr w:rsidR="00623E5F" w14:paraId="37B7B9B1" w14:textId="77777777">
        <w:trPr>
          <w:jc w:val="center"/>
        </w:trPr>
        <w:tc>
          <w:tcPr>
            <w:tcW w:w="4422" w:type="dxa"/>
            <w:tcMar>
              <w:top w:w="70" w:type="dxa"/>
              <w:left w:w="90" w:type="dxa"/>
              <w:bottom w:w="70" w:type="dxa"/>
              <w:right w:w="90" w:type="dxa"/>
            </w:tcMar>
          </w:tcPr>
          <w:p w14:paraId="5B157FF9" w14:textId="77777777" w:rsidR="00623E5F" w:rsidRDefault="00623E5F"/>
          <w:p w14:paraId="62DB5FBA" w14:textId="77777777" w:rsidR="00623E5F" w:rsidRDefault="00000000">
            <w:pPr>
              <w:spacing w:after="40" w:line="245" w:lineRule="auto"/>
            </w:pPr>
            <w:r>
              <w:rPr>
                <w:b/>
                <w:color w:val="000000"/>
              </w:rPr>
              <w:t>FORMATIVNO SPREMLJANJE</w:t>
            </w:r>
          </w:p>
          <w:p w14:paraId="14F44E78" w14:textId="77777777" w:rsidR="00623E5F" w:rsidRDefault="00000000">
            <w:pPr>
              <w:pStyle w:val="Oznaenseznam"/>
              <w:spacing w:after="16"/>
            </w:pPr>
            <w:r>
              <w:rPr>
                <w:color w:val="000000"/>
                <w:sz w:val="15"/>
              </w:rPr>
              <w:t>predznanje: gibalni prikaz, odziv na znak, izbira kartice, začetni poskus ali kratka razlaga</w:t>
            </w:r>
          </w:p>
          <w:p w14:paraId="7B731AA5" w14:textId="77777777" w:rsidR="00623E5F" w:rsidRDefault="00000000">
            <w:pPr>
              <w:pStyle w:val="Oznaenseznam"/>
              <w:spacing w:after="16"/>
            </w:pPr>
            <w:r>
              <w:rPr>
                <w:color w:val="000000"/>
                <w:sz w:val="15"/>
              </w:rPr>
              <w:t>nameni in merila: kratka poved, slikovni znak, model varne izvedbe in en opazljiv tehnični poudarek</w:t>
            </w:r>
          </w:p>
          <w:p w14:paraId="09D22FF8"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5F86F2AA" w14:textId="77777777" w:rsidR="00623E5F" w:rsidRDefault="00000000">
            <w:pPr>
              <w:pStyle w:val="Oznaenseznam"/>
              <w:spacing w:after="16"/>
            </w:pPr>
            <w:r>
              <w:rPr>
                <w:color w:val="000000"/>
                <w:sz w:val="15"/>
              </w:rPr>
              <w:t>povratna informacija: opis opaženega, povezava z enim merilom in takoj izvedljiv ponovni poskus</w:t>
            </w:r>
          </w:p>
          <w:p w14:paraId="57185F17" w14:textId="77777777" w:rsidR="00623E5F" w:rsidRDefault="00000000">
            <w:pPr>
              <w:pStyle w:val="Oznaenseznam"/>
              <w:spacing w:after="16"/>
            </w:pPr>
            <w:r>
              <w:rPr>
                <w:color w:val="000000"/>
                <w:sz w:val="15"/>
              </w:rPr>
              <w:t>samovrednotenje: semafor napora in varnosti, lestvica samostojnosti, izbran dokaz ter osebni naslednji korak</w:t>
            </w:r>
          </w:p>
          <w:p w14:paraId="5D04CE72" w14:textId="77777777" w:rsidR="00623E5F" w:rsidRDefault="00000000">
            <w:pPr>
              <w:spacing w:before="40" w:after="20" w:line="245" w:lineRule="auto"/>
            </w:pPr>
            <w:r>
              <w:rPr>
                <w:b/>
                <w:color w:val="000000"/>
                <w:sz w:val="17"/>
              </w:rPr>
              <w:t>VARNOST, POČUTJE IN HIGIENA</w:t>
            </w:r>
          </w:p>
          <w:p w14:paraId="1C70C422"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Rekvizit se uporablja le na svoji postaji; pri predvajah za skiro ali kolo so obvezni čelada, enosmerna pot in individualni začetek na znak.</w:t>
            </w:r>
          </w:p>
          <w:p w14:paraId="2D21023A" w14:textId="77777777" w:rsidR="00623E5F" w:rsidRDefault="00000000">
            <w:pPr>
              <w:spacing w:after="20" w:line="245" w:lineRule="auto"/>
            </w:pPr>
            <w:r>
              <w:rPr>
                <w:b/>
                <w:color w:val="000000"/>
                <w:sz w:val="17"/>
              </w:rPr>
              <w:t>EVIDENCA PO IZVEDBI</w:t>
            </w:r>
          </w:p>
          <w:p w14:paraId="665F358C"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6D962AD3" w14:textId="77777777" w:rsidR="00623E5F" w:rsidRDefault="00000000">
            <w:pPr>
              <w:spacing w:before="40" w:after="20" w:line="245" w:lineRule="auto"/>
            </w:pPr>
            <w:r>
              <w:rPr>
                <w:b/>
                <w:color w:val="000000"/>
                <w:sz w:val="17"/>
              </w:rPr>
              <w:t>RAVEN DOSEGANJA</w:t>
            </w:r>
          </w:p>
          <w:p w14:paraId="34F5E13B"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57CE6295"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FA448E5" w14:textId="77777777">
              <w:trPr>
                <w:jc w:val="center"/>
              </w:trPr>
              <w:tc>
                <w:tcPr>
                  <w:tcW w:w="7087" w:type="dxa"/>
                  <w:shd w:val="clear" w:color="auto" w:fill="EDC9EA"/>
                  <w:tcMar>
                    <w:top w:w="45" w:type="dxa"/>
                    <w:left w:w="70" w:type="dxa"/>
                    <w:bottom w:w="45" w:type="dxa"/>
                    <w:right w:w="70" w:type="dxa"/>
                  </w:tcMar>
                </w:tcPr>
                <w:p w14:paraId="23A8D947" w14:textId="77777777" w:rsidR="00623E5F" w:rsidRDefault="00000000">
                  <w:pPr>
                    <w:keepNext/>
                  </w:pPr>
                  <w:r>
                    <w:rPr>
                      <w:b/>
                      <w:color w:val="000000"/>
                    </w:rPr>
                    <w:t>VPRAŠANJA V PODPORO GIBALNEMU UČENJU</w:t>
                  </w:r>
                </w:p>
              </w:tc>
            </w:tr>
          </w:tbl>
          <w:p w14:paraId="7C8D3355" w14:textId="77777777" w:rsidR="00623E5F" w:rsidRDefault="00623E5F">
            <w:pPr>
              <w:spacing w:line="20" w:lineRule="exact"/>
            </w:pPr>
          </w:p>
          <w:p w14:paraId="4FF74248" w14:textId="77777777" w:rsidR="00623E5F" w:rsidRDefault="00000000">
            <w:pPr>
              <w:pStyle w:val="Oznaenseznam"/>
              <w:spacing w:after="16"/>
            </w:pPr>
            <w:r>
              <w:rPr>
                <w:color w:val="000000"/>
                <w:sz w:val="15"/>
              </w:rPr>
              <w:t>Kaj si pri prvem poskusu začutil/-a ali opazil/-a v položaju telesa, ravnotežju, smeri, ritmu ali naporu?</w:t>
            </w:r>
          </w:p>
          <w:p w14:paraId="5BB6AE7A" w14:textId="77777777" w:rsidR="00623E5F" w:rsidRDefault="00000000">
            <w:pPr>
              <w:pStyle w:val="Oznaenseznam"/>
              <w:spacing w:after="16"/>
            </w:pPr>
            <w:r>
              <w:rPr>
                <w:color w:val="000000"/>
                <w:sz w:val="15"/>
              </w:rPr>
              <w:t>Katero varnostno pravilo in kateri gibalni korak sta bila danes najpomembnejša?</w:t>
            </w:r>
          </w:p>
          <w:p w14:paraId="0A5074DC" w14:textId="77777777" w:rsidR="00623E5F" w:rsidRDefault="00000000">
            <w:pPr>
              <w:pStyle w:val="Oznaenseznam"/>
              <w:spacing w:after="16"/>
            </w:pPr>
            <w:r>
              <w:rPr>
                <w:color w:val="000000"/>
                <w:sz w:val="15"/>
              </w:rPr>
              <w:t>Katero raven si izbral/-a, zakaj je bila primerna in kaj si pri naslednjem poskusu spremenil/-a?</w:t>
            </w:r>
          </w:p>
          <w:p w14:paraId="4B9FDD09" w14:textId="77777777" w:rsidR="00623E5F" w:rsidRDefault="00000000">
            <w:pPr>
              <w:pStyle w:val="Oznaenseznam"/>
              <w:spacing w:after="16"/>
            </w:pPr>
            <w:r>
              <w:rPr>
                <w:color w:val="000000"/>
                <w:sz w:val="15"/>
              </w:rPr>
              <w:t>Kateri tvoj gibalni dokaz najjasneje pokaže dogovorjeno merilo?</w:t>
            </w:r>
          </w:p>
          <w:p w14:paraId="4EEF7630"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3BA6FD7F" w14:textId="77777777">
              <w:trPr>
                <w:jc w:val="center"/>
              </w:trPr>
              <w:tc>
                <w:tcPr>
                  <w:tcW w:w="7087" w:type="dxa"/>
                  <w:shd w:val="clear" w:color="auto" w:fill="C6E7F3"/>
                  <w:tcMar>
                    <w:top w:w="45" w:type="dxa"/>
                    <w:left w:w="70" w:type="dxa"/>
                    <w:bottom w:w="45" w:type="dxa"/>
                    <w:right w:w="70" w:type="dxa"/>
                  </w:tcMar>
                </w:tcPr>
                <w:p w14:paraId="5395FA0F" w14:textId="77777777" w:rsidR="00623E5F" w:rsidRDefault="00000000">
                  <w:pPr>
                    <w:keepNext/>
                  </w:pPr>
                  <w:r>
                    <w:rPr>
                      <w:b/>
                      <w:color w:val="000000"/>
                    </w:rPr>
                    <w:t>ZAKLJUČNI DEL – UMIRJANJE, RAZTEZANJE, DOKAZ IN REFLEKSIJA (8–10 min)</w:t>
                  </w:r>
                </w:p>
              </w:tc>
            </w:tr>
          </w:tbl>
          <w:p w14:paraId="1057C822" w14:textId="77777777" w:rsidR="00623E5F" w:rsidRDefault="00623E5F">
            <w:pPr>
              <w:spacing w:line="20" w:lineRule="exact"/>
            </w:pPr>
          </w:p>
          <w:p w14:paraId="12A56F69"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45319AC7" w14:textId="77777777">
              <w:trPr>
                <w:jc w:val="center"/>
              </w:trPr>
              <w:tc>
                <w:tcPr>
                  <w:tcW w:w="7087" w:type="dxa"/>
                  <w:shd w:val="clear" w:color="auto" w:fill="EDC9EA"/>
                  <w:tcMar>
                    <w:top w:w="45" w:type="dxa"/>
                    <w:left w:w="70" w:type="dxa"/>
                    <w:bottom w:w="45" w:type="dxa"/>
                    <w:right w:w="70" w:type="dxa"/>
                  </w:tcMar>
                </w:tcPr>
                <w:p w14:paraId="6FAFC551" w14:textId="77777777" w:rsidR="00623E5F" w:rsidRDefault="00000000">
                  <w:pPr>
                    <w:keepNext/>
                  </w:pPr>
                  <w:r>
                    <w:rPr>
                      <w:b/>
                      <w:color w:val="000000"/>
                    </w:rPr>
                    <w:t>SAMOVREDNOTENJE</w:t>
                  </w:r>
                </w:p>
              </w:tc>
            </w:tr>
          </w:tbl>
          <w:p w14:paraId="1B0BA2EE" w14:textId="77777777" w:rsidR="00623E5F" w:rsidRDefault="00623E5F">
            <w:pPr>
              <w:spacing w:line="20" w:lineRule="exact"/>
            </w:pPr>
          </w:p>
          <w:p w14:paraId="287647C0"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320BEF3E" w14:textId="77777777">
              <w:trPr>
                <w:jc w:val="center"/>
              </w:trPr>
              <w:tc>
                <w:tcPr>
                  <w:tcW w:w="7087" w:type="dxa"/>
                  <w:shd w:val="clear" w:color="auto" w:fill="EDC9EA"/>
                  <w:tcMar>
                    <w:top w:w="45" w:type="dxa"/>
                    <w:left w:w="70" w:type="dxa"/>
                    <w:bottom w:w="45" w:type="dxa"/>
                    <w:right w:w="70" w:type="dxa"/>
                  </w:tcMar>
                </w:tcPr>
                <w:p w14:paraId="5CAB4892" w14:textId="77777777" w:rsidR="00623E5F" w:rsidRDefault="00000000">
                  <w:pPr>
                    <w:keepNext/>
                  </w:pPr>
                  <w:r>
                    <w:rPr>
                      <w:b/>
                      <w:color w:val="000000"/>
                    </w:rPr>
                    <w:t>VRSTNIŠKO OPAZOVANJE IN POVRATNA INFORMACIJA</w:t>
                  </w:r>
                </w:p>
              </w:tc>
            </w:tr>
          </w:tbl>
          <w:p w14:paraId="0EE5EE13" w14:textId="77777777" w:rsidR="00623E5F" w:rsidRDefault="00623E5F">
            <w:pPr>
              <w:spacing w:line="20" w:lineRule="exact"/>
            </w:pPr>
          </w:p>
          <w:p w14:paraId="25EB0C7F"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6E9BDF45" w14:textId="77777777">
              <w:trPr>
                <w:jc w:val="center"/>
              </w:trPr>
              <w:tc>
                <w:tcPr>
                  <w:tcW w:w="7087" w:type="dxa"/>
                  <w:shd w:val="clear" w:color="auto" w:fill="EDC9EA"/>
                  <w:tcMar>
                    <w:top w:w="45" w:type="dxa"/>
                    <w:left w:w="70" w:type="dxa"/>
                    <w:bottom w:w="45" w:type="dxa"/>
                    <w:right w:w="70" w:type="dxa"/>
                  </w:tcMar>
                </w:tcPr>
                <w:p w14:paraId="454B2373" w14:textId="77777777" w:rsidR="00623E5F" w:rsidRDefault="00000000">
                  <w:pPr>
                    <w:keepNext/>
                  </w:pPr>
                  <w:r>
                    <w:rPr>
                      <w:b/>
                      <w:color w:val="000000"/>
                    </w:rPr>
                    <w:t>SKUPNI POVZETEK</w:t>
                  </w:r>
                </w:p>
              </w:tc>
            </w:tr>
          </w:tbl>
          <w:p w14:paraId="6CD15ADE" w14:textId="77777777" w:rsidR="00623E5F" w:rsidRDefault="00623E5F">
            <w:pPr>
              <w:spacing w:line="20" w:lineRule="exact"/>
            </w:pPr>
          </w:p>
          <w:p w14:paraId="3697D9C8" w14:textId="77777777" w:rsidR="00623E5F" w:rsidRDefault="00000000">
            <w:pPr>
              <w:spacing w:before="20" w:after="40" w:line="245" w:lineRule="auto"/>
            </w:pPr>
            <w:r>
              <w:rPr>
                <w:b/>
                <w:color w:val="000000"/>
                <w:sz w:val="16"/>
              </w:rPr>
              <w:t>razvijam ravnotežje in koordinacijo; ustavljam se na znak; uporabljam zaščitno opremo. Izbrani gibalni dokaz pojasnim in določim varen naslednji korak.</w:t>
            </w:r>
          </w:p>
          <w:tbl>
            <w:tblPr>
              <w:tblStyle w:val="Tabelamrea"/>
              <w:tblW w:w="0" w:type="auto"/>
              <w:jc w:val="center"/>
              <w:tblLayout w:type="fixed"/>
              <w:tblLook w:val="04A0" w:firstRow="1" w:lastRow="0" w:firstColumn="1" w:lastColumn="0" w:noHBand="0" w:noVBand="1"/>
            </w:tblPr>
            <w:tblGrid>
              <w:gridCol w:w="7087"/>
            </w:tblGrid>
            <w:tr w:rsidR="00623E5F" w14:paraId="3054B255" w14:textId="77777777">
              <w:trPr>
                <w:jc w:val="center"/>
              </w:trPr>
              <w:tc>
                <w:tcPr>
                  <w:tcW w:w="7087" w:type="dxa"/>
                  <w:shd w:val="clear" w:color="auto" w:fill="EDC9EA"/>
                  <w:tcMar>
                    <w:top w:w="45" w:type="dxa"/>
                    <w:left w:w="70" w:type="dxa"/>
                    <w:bottom w:w="45" w:type="dxa"/>
                    <w:right w:w="70" w:type="dxa"/>
                  </w:tcMar>
                </w:tcPr>
                <w:p w14:paraId="7A8A8D1E" w14:textId="77777777" w:rsidR="00623E5F" w:rsidRDefault="00000000">
                  <w:pPr>
                    <w:keepNext/>
                  </w:pPr>
                  <w:r>
                    <w:rPr>
                      <w:b/>
                      <w:color w:val="000000"/>
                    </w:rPr>
                    <w:t>OPISNO OCENJEVANJE</w:t>
                  </w:r>
                </w:p>
              </w:tc>
            </w:tr>
          </w:tbl>
          <w:p w14:paraId="3C4A393A" w14:textId="77777777" w:rsidR="00623E5F" w:rsidRDefault="00623E5F"/>
          <w:p w14:paraId="06823174" w14:textId="77777777" w:rsidR="00623E5F" w:rsidRDefault="00000000">
            <w:pPr>
              <w:spacing w:before="20" w:after="30" w:line="245" w:lineRule="auto"/>
            </w:pPr>
            <w:r>
              <w:rPr>
                <w:color w:val="000000"/>
                <w:sz w:val="15"/>
              </w:rPr>
              <w:t>OCENJEVANJE 1 - DRUGI NAČINI: praktična izvedba gibalnega poligona, opazovanje po kriterijih in kratek ustni odziv. Dokaz se zbere individualno, uporabljena opora se zabeleži, opis doseganja pa vsebuje opaženo gibalno zmožnost, konkreten praktični dokaz, varnost oziroma sodelovanje in naslednji korak. Rezultat se ne izraža s številčno oceno.</w:t>
            </w:r>
          </w:p>
        </w:tc>
        <w:tc>
          <w:tcPr>
            <w:tcW w:w="2551" w:type="dxa"/>
            <w:tcMar>
              <w:top w:w="70" w:type="dxa"/>
              <w:left w:w="90" w:type="dxa"/>
              <w:bottom w:w="70" w:type="dxa"/>
              <w:right w:w="90" w:type="dxa"/>
            </w:tcMar>
          </w:tcPr>
          <w:p w14:paraId="4BAFD847" w14:textId="77777777" w:rsidR="00623E5F" w:rsidRDefault="00623E5F"/>
          <w:p w14:paraId="3408EAEB" w14:textId="77777777" w:rsidR="00623E5F" w:rsidRDefault="00000000">
            <w:pPr>
              <w:spacing w:after="80" w:line="245" w:lineRule="auto"/>
            </w:pPr>
            <w:r>
              <w:rPr>
                <w:color w:val="000000"/>
                <w:sz w:val="15"/>
              </w:rPr>
              <w:t>Odgovarja na podporna vprašanja in se sklicuje na svojo izvedbo, počutje, izbrano raven in varnost.</w:t>
            </w:r>
          </w:p>
          <w:p w14:paraId="55290C04" w14:textId="77777777" w:rsidR="00623E5F" w:rsidRDefault="00000000">
            <w:pPr>
              <w:spacing w:after="80" w:line="245" w:lineRule="auto"/>
            </w:pPr>
            <w:r>
              <w:rPr>
                <w:color w:val="000000"/>
                <w:sz w:val="15"/>
              </w:rPr>
              <w:t>Predstavi izbrani gibalni dokaz ter pokaže ali pove, katero merilo z njim dosega.</w:t>
            </w:r>
          </w:p>
          <w:p w14:paraId="22BEDCB5" w14:textId="77777777" w:rsidR="00623E5F" w:rsidRDefault="00000000">
            <w:pPr>
              <w:spacing w:after="80" w:line="245" w:lineRule="auto"/>
            </w:pPr>
            <w:r>
              <w:rPr>
                <w:color w:val="000000"/>
                <w:sz w:val="15"/>
              </w:rPr>
              <w:t>Opazuje eno dogovorjeno prvino vrstnikove izvedbe in poda kratek, prijazen ter uporaben odziv.</w:t>
            </w:r>
          </w:p>
          <w:p w14:paraId="0F25CAC6"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37E0B831" w14:textId="77777777" w:rsidR="00623E5F" w:rsidRDefault="00000000">
            <w:pPr>
              <w:spacing w:after="100" w:line="245" w:lineRule="auto"/>
            </w:pPr>
            <w:r>
              <w:rPr>
                <w:color w:val="000000"/>
                <w:sz w:val="15"/>
              </w:rPr>
              <w:t>Umiri dihanje, oceni napor in počutje, izbere raven samostojnosti ter določi varen naslednji korak.</w:t>
            </w:r>
          </w:p>
          <w:p w14:paraId="4306F45C" w14:textId="77777777" w:rsidR="00623E5F" w:rsidRDefault="00000000">
            <w:pPr>
              <w:spacing w:after="20" w:line="245" w:lineRule="auto"/>
            </w:pPr>
            <w:r>
              <w:rPr>
                <w:b/>
                <w:color w:val="D95BC6"/>
                <w:sz w:val="17"/>
              </w:rPr>
              <w:t>DOKAZ O UČENJU</w:t>
            </w:r>
          </w:p>
          <w:p w14:paraId="7CD94EFA"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1E5B924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6440824B" w14:textId="77777777">
        <w:trPr>
          <w:cantSplit/>
          <w:jc w:val="center"/>
        </w:trPr>
        <w:tc>
          <w:tcPr>
            <w:tcW w:w="14060" w:type="dxa"/>
            <w:gridSpan w:val="6"/>
            <w:tcMar>
              <w:top w:w="70" w:type="dxa"/>
              <w:left w:w="90" w:type="dxa"/>
              <w:bottom w:w="70" w:type="dxa"/>
              <w:right w:w="90" w:type="dxa"/>
            </w:tcMar>
            <w:vAlign w:val="center"/>
          </w:tcPr>
          <w:p w14:paraId="3A081CAA" w14:textId="77777777" w:rsidR="00623E5F" w:rsidRDefault="00000000">
            <w:pPr>
              <w:jc w:val="center"/>
            </w:pPr>
            <w:r>
              <w:rPr>
                <w:b/>
                <w:color w:val="000000"/>
                <w:sz w:val="24"/>
              </w:rPr>
              <w:lastRenderedPageBreak/>
              <w:t>UČNA PRIPRAVA 8/39</w:t>
            </w:r>
          </w:p>
        </w:tc>
      </w:tr>
      <w:tr w:rsidR="00623E5F" w14:paraId="449876F3" w14:textId="77777777">
        <w:trPr>
          <w:jc w:val="center"/>
        </w:trPr>
        <w:tc>
          <w:tcPr>
            <w:tcW w:w="2665" w:type="dxa"/>
            <w:tcMar>
              <w:top w:w="70" w:type="dxa"/>
              <w:left w:w="90" w:type="dxa"/>
              <w:bottom w:w="70" w:type="dxa"/>
              <w:right w:w="90" w:type="dxa"/>
            </w:tcMar>
            <w:vAlign w:val="center"/>
          </w:tcPr>
          <w:p w14:paraId="19D35D9A"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CBA9511"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7CF588E2"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29152E4" w14:textId="77777777" w:rsidR="00623E5F" w:rsidRDefault="00000000">
            <w:r>
              <w:rPr>
                <w:b/>
                <w:color w:val="000000"/>
                <w:sz w:val="16"/>
              </w:rPr>
              <w:t xml:space="preserve">NAČRTOVANI TERMIN: </w:t>
            </w:r>
            <w:r>
              <w:rPr>
                <w:color w:val="000000"/>
                <w:sz w:val="16"/>
              </w:rPr>
              <w:t>8. teden • 19.–23. 10. 2026</w:t>
            </w:r>
          </w:p>
        </w:tc>
        <w:tc>
          <w:tcPr>
            <w:tcW w:w="2268" w:type="dxa"/>
            <w:tcMar>
              <w:top w:w="70" w:type="dxa"/>
              <w:left w:w="90" w:type="dxa"/>
              <w:bottom w:w="70" w:type="dxa"/>
              <w:right w:w="90" w:type="dxa"/>
            </w:tcMar>
            <w:vAlign w:val="center"/>
          </w:tcPr>
          <w:p w14:paraId="4C25DA5B"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336B3B1" w14:textId="77777777" w:rsidR="00623E5F" w:rsidRDefault="00000000">
            <w:r>
              <w:rPr>
                <w:b/>
                <w:color w:val="000000"/>
                <w:sz w:val="16"/>
              </w:rPr>
              <w:t xml:space="preserve">ŠTEVILO UR: </w:t>
            </w:r>
            <w:r>
              <w:rPr>
                <w:color w:val="000000"/>
                <w:sz w:val="16"/>
              </w:rPr>
              <w:t>2</w:t>
            </w:r>
          </w:p>
        </w:tc>
      </w:tr>
      <w:tr w:rsidR="00623E5F" w14:paraId="41886312" w14:textId="77777777">
        <w:trPr>
          <w:jc w:val="center"/>
        </w:trPr>
        <w:tc>
          <w:tcPr>
            <w:tcW w:w="14061" w:type="dxa"/>
            <w:gridSpan w:val="6"/>
            <w:tcMar>
              <w:top w:w="70" w:type="dxa"/>
              <w:left w:w="90" w:type="dxa"/>
              <w:bottom w:w="70" w:type="dxa"/>
              <w:right w:w="90" w:type="dxa"/>
            </w:tcMar>
            <w:vAlign w:val="center"/>
          </w:tcPr>
          <w:p w14:paraId="28182677"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34F30698" w14:textId="77777777">
        <w:trPr>
          <w:cantSplit/>
          <w:jc w:val="center"/>
        </w:trPr>
        <w:tc>
          <w:tcPr>
            <w:tcW w:w="14060" w:type="dxa"/>
            <w:gridSpan w:val="6"/>
            <w:tcMar>
              <w:top w:w="70" w:type="dxa"/>
              <w:left w:w="90" w:type="dxa"/>
              <w:bottom w:w="70" w:type="dxa"/>
              <w:right w:w="90" w:type="dxa"/>
            </w:tcMar>
            <w:vAlign w:val="center"/>
          </w:tcPr>
          <w:p w14:paraId="284D7A17" w14:textId="77777777" w:rsidR="00623E5F" w:rsidRDefault="00623E5F"/>
          <w:p w14:paraId="3F5181F2" w14:textId="77777777" w:rsidR="00623E5F" w:rsidRDefault="00000000">
            <w:pPr>
              <w:spacing w:line="245" w:lineRule="auto"/>
            </w:pPr>
            <w:r>
              <w:rPr>
                <w:b/>
                <w:color w:val="000000"/>
                <w:sz w:val="15"/>
              </w:rPr>
              <w:t xml:space="preserve">UČNI SKLOP: </w:t>
            </w:r>
            <w:r>
              <w:rPr>
                <w:color w:val="000000"/>
                <w:sz w:val="15"/>
              </w:rPr>
              <w:t>VARNA POT IN MOBILNOST</w:t>
            </w:r>
          </w:p>
        </w:tc>
      </w:tr>
      <w:tr w:rsidR="00623E5F" w14:paraId="74FF6967" w14:textId="77777777">
        <w:trPr>
          <w:cantSplit/>
          <w:jc w:val="center"/>
        </w:trPr>
        <w:tc>
          <w:tcPr>
            <w:tcW w:w="14060" w:type="dxa"/>
            <w:gridSpan w:val="6"/>
            <w:tcMar>
              <w:top w:w="70" w:type="dxa"/>
              <w:left w:w="90" w:type="dxa"/>
              <w:bottom w:w="70" w:type="dxa"/>
              <w:right w:w="90" w:type="dxa"/>
            </w:tcMar>
            <w:vAlign w:val="center"/>
          </w:tcPr>
          <w:p w14:paraId="6A50BB59" w14:textId="77777777" w:rsidR="00623E5F" w:rsidRDefault="00623E5F"/>
          <w:p w14:paraId="36304622" w14:textId="77777777" w:rsidR="00623E5F" w:rsidRDefault="00000000">
            <w:pPr>
              <w:spacing w:line="245" w:lineRule="auto"/>
            </w:pPr>
            <w:r>
              <w:rPr>
                <w:b/>
                <w:color w:val="000000"/>
                <w:sz w:val="15"/>
              </w:rPr>
              <w:t xml:space="preserve">UČNA TEMA: </w:t>
            </w:r>
            <w:r>
              <w:rPr>
                <w:color w:val="000000"/>
                <w:sz w:val="15"/>
              </w:rPr>
              <w:t>GIBALNA NALOGA</w:t>
            </w:r>
          </w:p>
        </w:tc>
      </w:tr>
      <w:tr w:rsidR="00623E5F" w14:paraId="4C60CD5E" w14:textId="77777777">
        <w:trPr>
          <w:cantSplit/>
          <w:jc w:val="center"/>
        </w:trPr>
        <w:tc>
          <w:tcPr>
            <w:tcW w:w="14060" w:type="dxa"/>
            <w:gridSpan w:val="6"/>
            <w:tcMar>
              <w:top w:w="70" w:type="dxa"/>
              <w:left w:w="90" w:type="dxa"/>
              <w:bottom w:w="70" w:type="dxa"/>
              <w:right w:w="90" w:type="dxa"/>
            </w:tcMar>
            <w:vAlign w:val="center"/>
          </w:tcPr>
          <w:p w14:paraId="057B9992" w14:textId="77777777" w:rsidR="00623E5F" w:rsidRDefault="00623E5F"/>
          <w:p w14:paraId="71BF20F8" w14:textId="77777777" w:rsidR="00623E5F" w:rsidRDefault="00000000">
            <w:pPr>
              <w:spacing w:line="245" w:lineRule="auto"/>
            </w:pPr>
            <w:r>
              <w:rPr>
                <w:b/>
                <w:color w:val="000000"/>
                <w:sz w:val="15"/>
              </w:rPr>
              <w:t xml:space="preserve">KNJIŽEVNO / MOTIVNO IZHODIŠČE: </w:t>
            </w:r>
            <w:r>
              <w:rPr>
                <w:color w:val="000000"/>
                <w:sz w:val="15"/>
              </w:rPr>
              <w:t>»Bremenski mestni godci« – brata Grimm • pot, pogum, sodelovanje in glasba</w:t>
            </w:r>
          </w:p>
        </w:tc>
      </w:tr>
      <w:tr w:rsidR="00623E5F" w14:paraId="45F96766" w14:textId="77777777">
        <w:trPr>
          <w:cantSplit/>
          <w:jc w:val="center"/>
        </w:trPr>
        <w:tc>
          <w:tcPr>
            <w:tcW w:w="14060" w:type="dxa"/>
            <w:gridSpan w:val="6"/>
            <w:tcMar>
              <w:top w:w="70" w:type="dxa"/>
              <w:left w:w="90" w:type="dxa"/>
              <w:bottom w:w="70" w:type="dxa"/>
              <w:right w:w="90" w:type="dxa"/>
            </w:tcMar>
            <w:vAlign w:val="center"/>
          </w:tcPr>
          <w:p w14:paraId="38B371FB" w14:textId="77777777" w:rsidR="00623E5F" w:rsidRDefault="00623E5F"/>
          <w:p w14:paraId="57287410" w14:textId="77777777" w:rsidR="00623E5F" w:rsidRDefault="00000000">
            <w:pPr>
              <w:spacing w:line="245" w:lineRule="auto"/>
            </w:pPr>
            <w:r>
              <w:rPr>
                <w:b/>
                <w:color w:val="000000"/>
                <w:sz w:val="15"/>
              </w:rPr>
              <w:t xml:space="preserve">GIBALNO IZHODIŠČE / MOTIVACIJA: </w:t>
            </w:r>
            <w:r>
              <w:rPr>
                <w:color w:val="000000"/>
                <w:sz w:val="15"/>
              </w:rPr>
              <w:t>na tleh se pojavi pot stopinj, puščic in varnih ovir; učenci z gibalno napovedjo iščejo različne rešitve za temo »gibalna naloga«. Tedenski gibalni izziv: premaga »Osličkovo pot« in sodeluje v skupini.</w:t>
            </w:r>
          </w:p>
        </w:tc>
      </w:tr>
      <w:tr w:rsidR="00623E5F" w14:paraId="25735001" w14:textId="77777777">
        <w:trPr>
          <w:cantSplit/>
          <w:jc w:val="center"/>
        </w:trPr>
        <w:tc>
          <w:tcPr>
            <w:tcW w:w="14060" w:type="dxa"/>
            <w:gridSpan w:val="6"/>
            <w:tcMar>
              <w:top w:w="70" w:type="dxa"/>
              <w:left w:w="90" w:type="dxa"/>
              <w:bottom w:w="70" w:type="dxa"/>
              <w:right w:w="90" w:type="dxa"/>
            </w:tcMar>
            <w:vAlign w:val="center"/>
          </w:tcPr>
          <w:p w14:paraId="0C0088E1" w14:textId="77777777" w:rsidR="00623E5F" w:rsidRDefault="00623E5F"/>
          <w:p w14:paraId="0B8FC488" w14:textId="77777777" w:rsidR="00623E5F" w:rsidRDefault="00000000">
            <w:pPr>
              <w:spacing w:line="245" w:lineRule="auto"/>
            </w:pPr>
            <w:r>
              <w:rPr>
                <w:b/>
                <w:color w:val="000000"/>
                <w:sz w:val="15"/>
              </w:rPr>
              <w:t xml:space="preserve">UČNE ENOTE: </w:t>
            </w:r>
            <w:r>
              <w:rPr>
                <w:color w:val="000000"/>
                <w:sz w:val="15"/>
              </w:rPr>
              <w:t>1. ura – Gibalna naloga – Ogrejem se in usvojim gib • 2. ura – Gibalna naloga – Uporabim v igri</w:t>
            </w:r>
          </w:p>
        </w:tc>
      </w:tr>
      <w:tr w:rsidR="00623E5F" w14:paraId="05F5FB48" w14:textId="77777777">
        <w:trPr>
          <w:cantSplit/>
          <w:jc w:val="center"/>
        </w:trPr>
        <w:tc>
          <w:tcPr>
            <w:tcW w:w="14060" w:type="dxa"/>
            <w:gridSpan w:val="6"/>
            <w:tcMar>
              <w:top w:w="70" w:type="dxa"/>
              <w:left w:w="90" w:type="dxa"/>
              <w:bottom w:w="70" w:type="dxa"/>
              <w:right w:w="90" w:type="dxa"/>
            </w:tcMar>
            <w:vAlign w:val="center"/>
          </w:tcPr>
          <w:p w14:paraId="53D0EB7D" w14:textId="77777777" w:rsidR="00623E5F" w:rsidRDefault="00623E5F"/>
          <w:p w14:paraId="10E6EBEF"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216A14FE" w14:textId="77777777">
        <w:trPr>
          <w:cantSplit/>
          <w:jc w:val="center"/>
        </w:trPr>
        <w:tc>
          <w:tcPr>
            <w:tcW w:w="14060" w:type="dxa"/>
            <w:gridSpan w:val="6"/>
            <w:tcMar>
              <w:top w:w="70" w:type="dxa"/>
              <w:left w:w="90" w:type="dxa"/>
              <w:bottom w:w="70" w:type="dxa"/>
              <w:right w:w="90" w:type="dxa"/>
            </w:tcMar>
            <w:vAlign w:val="center"/>
          </w:tcPr>
          <w:p w14:paraId="48B5A943" w14:textId="77777777" w:rsidR="00623E5F" w:rsidRDefault="00623E5F"/>
          <w:p w14:paraId="7C2B3A57"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5675FC57" w14:textId="77777777">
        <w:trPr>
          <w:cantSplit/>
          <w:jc w:val="center"/>
        </w:trPr>
        <w:tc>
          <w:tcPr>
            <w:tcW w:w="14060" w:type="dxa"/>
            <w:gridSpan w:val="6"/>
            <w:tcMar>
              <w:top w:w="70" w:type="dxa"/>
              <w:left w:w="90" w:type="dxa"/>
              <w:bottom w:w="70" w:type="dxa"/>
              <w:right w:w="90" w:type="dxa"/>
            </w:tcMar>
            <w:vAlign w:val="center"/>
          </w:tcPr>
          <w:p w14:paraId="7DB411A3" w14:textId="77777777" w:rsidR="00623E5F" w:rsidRDefault="00623E5F"/>
          <w:p w14:paraId="0015915B"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54966A46" w14:textId="77777777">
        <w:trPr>
          <w:cantSplit/>
          <w:jc w:val="center"/>
        </w:trPr>
        <w:tc>
          <w:tcPr>
            <w:tcW w:w="14060" w:type="dxa"/>
            <w:gridSpan w:val="6"/>
            <w:tcMar>
              <w:top w:w="70" w:type="dxa"/>
              <w:left w:w="90" w:type="dxa"/>
              <w:bottom w:w="70" w:type="dxa"/>
              <w:right w:w="90" w:type="dxa"/>
            </w:tcMar>
            <w:vAlign w:val="center"/>
          </w:tcPr>
          <w:p w14:paraId="075E7CDD" w14:textId="77777777" w:rsidR="00623E5F" w:rsidRDefault="00623E5F"/>
          <w:p w14:paraId="4EE8D093" w14:textId="77777777" w:rsidR="00623E5F" w:rsidRDefault="00000000">
            <w:pPr>
              <w:spacing w:line="245" w:lineRule="auto"/>
            </w:pPr>
            <w:r>
              <w:rPr>
                <w:b/>
                <w:color w:val="000000"/>
                <w:sz w:val="15"/>
              </w:rPr>
              <w:t xml:space="preserve">MEDPREDMETNE POVEZAVE: </w:t>
            </w:r>
            <w:r>
              <w:rPr>
                <w:color w:val="000000"/>
                <w:sz w:val="15"/>
              </w:rPr>
              <w:t>SPO – pot, pogum, sodelovanje in glasba,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10F6BEF5" w14:textId="77777777">
        <w:trPr>
          <w:cantSplit/>
          <w:jc w:val="center"/>
        </w:trPr>
        <w:tc>
          <w:tcPr>
            <w:tcW w:w="14060" w:type="dxa"/>
            <w:gridSpan w:val="6"/>
            <w:tcMar>
              <w:top w:w="70" w:type="dxa"/>
              <w:left w:w="90" w:type="dxa"/>
              <w:bottom w:w="70" w:type="dxa"/>
              <w:right w:w="90" w:type="dxa"/>
            </w:tcMar>
            <w:vAlign w:val="center"/>
          </w:tcPr>
          <w:p w14:paraId="2977D539" w14:textId="77777777" w:rsidR="00623E5F" w:rsidRDefault="00623E5F"/>
          <w:p w14:paraId="753BC4B8" w14:textId="77777777" w:rsidR="00623E5F" w:rsidRDefault="00000000">
            <w:pPr>
              <w:spacing w:line="245" w:lineRule="auto"/>
            </w:pPr>
            <w:r>
              <w:rPr>
                <w:b/>
                <w:color w:val="000000"/>
                <w:sz w:val="15"/>
              </w:rPr>
              <w:t xml:space="preserve">UČNA SREDSTVA IN PRIPOMOČKI: </w:t>
            </w:r>
            <w:r>
              <w:rPr>
                <w:color w:val="000000"/>
                <w:sz w:val="15"/>
              </w:rPr>
              <w:t>stožci, talne oznake, obroči, vrvi, klopi, letveniki ali nizka plezala, blazine in mehke ovire; kartice namena in kriterijev; oznake štirih postaj; opazovalni list; semafor napora in mapa dokazov</w:t>
            </w:r>
          </w:p>
        </w:tc>
      </w:tr>
      <w:tr w:rsidR="00623E5F" w14:paraId="1F7912D4" w14:textId="77777777">
        <w:trPr>
          <w:cantSplit/>
          <w:jc w:val="center"/>
        </w:trPr>
        <w:tc>
          <w:tcPr>
            <w:tcW w:w="14060" w:type="dxa"/>
            <w:gridSpan w:val="6"/>
            <w:tcMar>
              <w:top w:w="70" w:type="dxa"/>
              <w:left w:w="90" w:type="dxa"/>
              <w:bottom w:w="70" w:type="dxa"/>
              <w:right w:w="90" w:type="dxa"/>
            </w:tcMar>
            <w:vAlign w:val="center"/>
          </w:tcPr>
          <w:p w14:paraId="65087712" w14:textId="77777777" w:rsidR="00623E5F" w:rsidRDefault="00623E5F"/>
          <w:p w14:paraId="10CCE4FA"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2A876AA6" w14:textId="77777777">
        <w:trPr>
          <w:cantSplit/>
          <w:jc w:val="center"/>
        </w:trPr>
        <w:tc>
          <w:tcPr>
            <w:tcW w:w="14060" w:type="dxa"/>
            <w:gridSpan w:val="6"/>
            <w:tcMar>
              <w:top w:w="70" w:type="dxa"/>
              <w:left w:w="90" w:type="dxa"/>
              <w:bottom w:w="70" w:type="dxa"/>
              <w:right w:w="90" w:type="dxa"/>
            </w:tcMar>
            <w:vAlign w:val="center"/>
          </w:tcPr>
          <w:p w14:paraId="02D417DA" w14:textId="77777777" w:rsidR="00623E5F" w:rsidRDefault="00623E5F"/>
          <w:p w14:paraId="1DA3A897"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3564446C" w14:textId="77777777">
        <w:trPr>
          <w:cantSplit/>
          <w:jc w:val="center"/>
        </w:trPr>
        <w:tc>
          <w:tcPr>
            <w:tcW w:w="14060" w:type="dxa"/>
            <w:gridSpan w:val="6"/>
            <w:tcMar>
              <w:top w:w="70" w:type="dxa"/>
              <w:left w:w="90" w:type="dxa"/>
              <w:bottom w:w="70" w:type="dxa"/>
              <w:right w:w="90" w:type="dxa"/>
            </w:tcMar>
            <w:vAlign w:val="center"/>
          </w:tcPr>
          <w:p w14:paraId="281318DB" w14:textId="77777777" w:rsidR="00623E5F" w:rsidRDefault="00623E5F"/>
          <w:p w14:paraId="7FAD4606"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62A1C0F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5360F9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274CCD9"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5E38A1C" w14:textId="77777777" w:rsidR="00623E5F" w:rsidRDefault="00000000">
            <w:pPr>
              <w:jc w:val="center"/>
            </w:pPr>
            <w:r>
              <w:rPr>
                <w:b/>
                <w:color w:val="000000"/>
                <w:sz w:val="20"/>
              </w:rPr>
              <w:t>UČNE DEJAVNOSTI, METODE IN FORMATIVNO SPREMLJANJE</w:t>
            </w:r>
          </w:p>
        </w:tc>
      </w:tr>
      <w:tr w:rsidR="00623E5F" w14:paraId="34DD847C" w14:textId="77777777">
        <w:trPr>
          <w:tblHeader/>
          <w:jc w:val="center"/>
        </w:trPr>
        <w:tc>
          <w:tcPr>
            <w:tcW w:w="4422" w:type="dxa"/>
            <w:vMerge/>
            <w:tcMar>
              <w:top w:w="70" w:type="dxa"/>
              <w:left w:w="90" w:type="dxa"/>
              <w:bottom w:w="70" w:type="dxa"/>
              <w:right w:w="90" w:type="dxa"/>
            </w:tcMar>
            <w:vAlign w:val="center"/>
          </w:tcPr>
          <w:p w14:paraId="0600EF46" w14:textId="77777777" w:rsidR="00623E5F" w:rsidRDefault="00623E5F"/>
        </w:tc>
        <w:tc>
          <w:tcPr>
            <w:tcW w:w="7087" w:type="dxa"/>
            <w:shd w:val="clear" w:color="auto" w:fill="FFFFFF"/>
            <w:tcMar>
              <w:top w:w="70" w:type="dxa"/>
              <w:left w:w="90" w:type="dxa"/>
              <w:bottom w:w="70" w:type="dxa"/>
              <w:right w:w="90" w:type="dxa"/>
            </w:tcMar>
            <w:vAlign w:val="center"/>
          </w:tcPr>
          <w:p w14:paraId="6CE7F49E"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9A04757" w14:textId="77777777" w:rsidR="00623E5F" w:rsidRDefault="00000000">
            <w:pPr>
              <w:jc w:val="center"/>
            </w:pPr>
            <w:r>
              <w:rPr>
                <w:b/>
                <w:color w:val="000000"/>
              </w:rPr>
              <w:t>UČENEC</w:t>
            </w:r>
          </w:p>
        </w:tc>
      </w:tr>
      <w:tr w:rsidR="00623E5F" w14:paraId="06CE8558" w14:textId="77777777">
        <w:trPr>
          <w:jc w:val="center"/>
        </w:trPr>
        <w:tc>
          <w:tcPr>
            <w:tcW w:w="4422" w:type="dxa"/>
            <w:tcMar>
              <w:top w:w="70" w:type="dxa"/>
              <w:left w:w="90" w:type="dxa"/>
              <w:bottom w:w="70" w:type="dxa"/>
              <w:right w:w="90" w:type="dxa"/>
            </w:tcMar>
          </w:tcPr>
          <w:p w14:paraId="31306582" w14:textId="77777777" w:rsidR="00623E5F" w:rsidRDefault="00623E5F"/>
          <w:p w14:paraId="28B30B9D" w14:textId="77777777" w:rsidR="00623E5F" w:rsidRDefault="00000000">
            <w:pPr>
              <w:spacing w:after="60" w:line="245" w:lineRule="auto"/>
            </w:pPr>
            <w:r>
              <w:rPr>
                <w:b/>
                <w:color w:val="000000"/>
              </w:rPr>
              <w:t>UČNI CILJI</w:t>
            </w:r>
          </w:p>
          <w:p w14:paraId="77D14246" w14:textId="77777777" w:rsidR="00623E5F" w:rsidRDefault="00000000">
            <w:pPr>
              <w:spacing w:after="20" w:line="245" w:lineRule="auto"/>
            </w:pPr>
            <w:r>
              <w:rPr>
                <w:b/>
                <w:color w:val="000000"/>
                <w:sz w:val="17"/>
              </w:rPr>
              <w:t>SPLOŠNI</w:t>
            </w:r>
          </w:p>
          <w:p w14:paraId="31E87922"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3E7BD103" w14:textId="77777777" w:rsidR="00623E5F" w:rsidRDefault="00000000">
            <w:pPr>
              <w:pStyle w:val="Oznaenseznam"/>
              <w:spacing w:after="16"/>
            </w:pPr>
            <w:r>
              <w:rPr>
                <w:color w:val="000000"/>
                <w:sz w:val="15"/>
              </w:rPr>
              <w:t>varno hodi, teče, skače, meče, pleza, se plazi, lovi, ravnoteži, pleše in uporablja različne rekvizite</w:t>
            </w:r>
          </w:p>
          <w:p w14:paraId="2F0E3AC1" w14:textId="77777777" w:rsidR="00623E5F" w:rsidRDefault="00000000">
            <w:pPr>
              <w:pStyle w:val="Oznaenseznam"/>
              <w:spacing w:after="16"/>
            </w:pPr>
            <w:r>
              <w:rPr>
                <w:color w:val="000000"/>
                <w:sz w:val="15"/>
              </w:rPr>
              <w:t>razume pomen rednega gibanja, ogrevanja, higiene, primerne opreme, počitka in varnega ravnanja</w:t>
            </w:r>
          </w:p>
          <w:p w14:paraId="4FF0CFB6"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645D4B89" w14:textId="77777777" w:rsidR="00623E5F" w:rsidRDefault="00000000">
            <w:pPr>
              <w:spacing w:before="40" w:after="20" w:line="245" w:lineRule="auto"/>
            </w:pPr>
            <w:r>
              <w:rPr>
                <w:b/>
                <w:color w:val="000000"/>
                <w:sz w:val="17"/>
              </w:rPr>
              <w:t>OPERATIVNI</w:t>
            </w:r>
          </w:p>
          <w:p w14:paraId="6A27BF7A" w14:textId="77777777" w:rsidR="00623E5F" w:rsidRDefault="00000000">
            <w:pPr>
              <w:pStyle w:val="Oznaenseznam"/>
              <w:spacing w:after="16"/>
            </w:pPr>
            <w:r>
              <w:rPr>
                <w:color w:val="000000"/>
                <w:sz w:val="15"/>
              </w:rPr>
              <w:t>izvede poligon</w:t>
            </w:r>
          </w:p>
          <w:p w14:paraId="11E99D11" w14:textId="77777777" w:rsidR="00623E5F" w:rsidRDefault="00000000">
            <w:pPr>
              <w:pStyle w:val="Oznaenseznam"/>
              <w:spacing w:after="16"/>
            </w:pPr>
            <w:r>
              <w:rPr>
                <w:color w:val="000000"/>
                <w:sz w:val="15"/>
              </w:rPr>
              <w:t>sodeluje in spodbuja druge</w:t>
            </w:r>
          </w:p>
          <w:p w14:paraId="4A3B3E50" w14:textId="77777777" w:rsidR="00623E5F" w:rsidRDefault="00000000">
            <w:pPr>
              <w:pStyle w:val="Oznaenseznam"/>
              <w:spacing w:after="16"/>
            </w:pPr>
            <w:r>
              <w:rPr>
                <w:color w:val="000000"/>
                <w:sz w:val="15"/>
              </w:rPr>
              <w:t>samovrednoti varnost</w:t>
            </w:r>
          </w:p>
          <w:p w14:paraId="5DD2522F" w14:textId="77777777" w:rsidR="00623E5F" w:rsidRDefault="00000000">
            <w:pPr>
              <w:spacing w:before="40" w:after="20" w:line="245" w:lineRule="auto"/>
            </w:pPr>
            <w:r>
              <w:rPr>
                <w:b/>
                <w:color w:val="000000"/>
                <w:sz w:val="17"/>
              </w:rPr>
              <w:t>PRIČAKOVANI DOSEŽKI / MINIMALNI POUDARKI</w:t>
            </w:r>
          </w:p>
          <w:p w14:paraId="68A7CE15" w14:textId="77777777" w:rsidR="00623E5F" w:rsidRDefault="00000000">
            <w:pPr>
              <w:pStyle w:val="Oznaenseznam"/>
              <w:spacing w:after="16"/>
            </w:pPr>
            <w:r>
              <w:rPr>
                <w:color w:val="000000"/>
                <w:sz w:val="15"/>
              </w:rPr>
              <w:t>učenec samostojno oziroma z dogovorjeno oporo izvede poligon</w:t>
            </w:r>
          </w:p>
          <w:p w14:paraId="0899E2E2" w14:textId="77777777" w:rsidR="00623E5F" w:rsidRDefault="00000000">
            <w:pPr>
              <w:pStyle w:val="Oznaenseznam"/>
              <w:spacing w:after="16"/>
            </w:pPr>
            <w:r>
              <w:rPr>
                <w:color w:val="000000"/>
                <w:sz w:val="15"/>
              </w:rPr>
              <w:t>učenec samostojno oziroma z dogovorjeno oporo sodeluje in spodbuja druge</w:t>
            </w:r>
          </w:p>
          <w:p w14:paraId="12A1B71F" w14:textId="77777777" w:rsidR="00623E5F" w:rsidRDefault="00000000">
            <w:pPr>
              <w:pStyle w:val="Oznaenseznam"/>
              <w:spacing w:after="16"/>
            </w:pPr>
            <w:r>
              <w:rPr>
                <w:color w:val="000000"/>
                <w:sz w:val="15"/>
              </w:rPr>
              <w:t>učenec samostojno oziroma z dogovorjeno oporo samovrednoti varnost</w:t>
            </w:r>
          </w:p>
        </w:tc>
        <w:tc>
          <w:tcPr>
            <w:tcW w:w="7087" w:type="dxa"/>
            <w:tcMar>
              <w:top w:w="70" w:type="dxa"/>
              <w:left w:w="90" w:type="dxa"/>
              <w:bottom w:w="70" w:type="dxa"/>
              <w:right w:w="90" w:type="dxa"/>
            </w:tcMar>
          </w:tcPr>
          <w:p w14:paraId="60FACA85"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84574B7" w14:textId="77777777">
              <w:trPr>
                <w:jc w:val="center"/>
              </w:trPr>
              <w:tc>
                <w:tcPr>
                  <w:tcW w:w="7087" w:type="dxa"/>
                  <w:shd w:val="clear" w:color="auto" w:fill="C6E7F3"/>
                  <w:tcMar>
                    <w:top w:w="45" w:type="dxa"/>
                    <w:left w:w="70" w:type="dxa"/>
                    <w:bottom w:w="45" w:type="dxa"/>
                    <w:right w:w="70" w:type="dxa"/>
                  </w:tcMar>
                </w:tcPr>
                <w:p w14:paraId="10383B3E" w14:textId="77777777" w:rsidR="00623E5F" w:rsidRDefault="00000000">
                  <w:pPr>
                    <w:keepNext/>
                  </w:pPr>
                  <w:r>
                    <w:rPr>
                      <w:b/>
                      <w:color w:val="000000"/>
                    </w:rPr>
                    <w:t>UVODNI DEL – POČUTJE, GIBALNI NAMIG, PREDZNANJE IN NAMEN UČENJA (7–10 min)</w:t>
                  </w:r>
                </w:p>
              </w:tc>
            </w:tr>
          </w:tbl>
          <w:p w14:paraId="7B9B7D59" w14:textId="77777777" w:rsidR="00623E5F" w:rsidRDefault="00623E5F">
            <w:pPr>
              <w:spacing w:line="20" w:lineRule="exact"/>
            </w:pPr>
          </w:p>
          <w:p w14:paraId="1724BC9D" w14:textId="77777777" w:rsidR="00623E5F" w:rsidRDefault="00000000">
            <w:pPr>
              <w:spacing w:before="40" w:after="60" w:line="245" w:lineRule="auto"/>
            </w:pPr>
            <w:r>
              <w:rPr>
                <w:color w:val="000000"/>
                <w:sz w:val="15"/>
              </w:rPr>
              <w:t>Ob književnem motivu »Bremenski mestni godci« – brata Grimm učenci vstopijo v temo pot, pogum, sodelovanje in glasba. Učiteljica pripravi kratek gibalni namig: na tleh se pojavi pot stopinj, puščic in varnih ovir; učenci z gibalno napovedjo iščejo različne rešitve za temo »gibalna naloga«. Tedenski gibalni izziv: premaga »Osličkovo pot« in sodeluje v skupini.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6A93F2B4" w14:textId="77777777">
              <w:trPr>
                <w:jc w:val="center"/>
              </w:trPr>
              <w:tc>
                <w:tcPr>
                  <w:tcW w:w="7087" w:type="dxa"/>
                  <w:shd w:val="clear" w:color="auto" w:fill="EDC9EA"/>
                  <w:tcMar>
                    <w:top w:w="45" w:type="dxa"/>
                    <w:left w:w="70" w:type="dxa"/>
                    <w:bottom w:w="45" w:type="dxa"/>
                    <w:right w:w="70" w:type="dxa"/>
                  </w:tcMar>
                </w:tcPr>
                <w:p w14:paraId="7764A17B" w14:textId="77777777" w:rsidR="00623E5F" w:rsidRDefault="00000000">
                  <w:pPr>
                    <w:keepNext/>
                  </w:pPr>
                  <w:r>
                    <w:rPr>
                      <w:b/>
                      <w:color w:val="000000"/>
                    </w:rPr>
                    <w:t>NAMENI UČENJA</w:t>
                  </w:r>
                </w:p>
              </w:tc>
            </w:tr>
          </w:tbl>
          <w:p w14:paraId="48D2C985" w14:textId="77777777" w:rsidR="00623E5F" w:rsidRDefault="00623E5F">
            <w:pPr>
              <w:spacing w:line="20" w:lineRule="exact"/>
            </w:pPr>
          </w:p>
          <w:p w14:paraId="5989BCE5"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14208545" w14:textId="77777777" w:rsidR="00623E5F" w:rsidRDefault="00000000">
            <w:pPr>
              <w:pStyle w:val="Oznaenseznam"/>
              <w:spacing w:after="16"/>
            </w:pPr>
            <w:r>
              <w:rPr>
                <w:color w:val="000000"/>
                <w:sz w:val="15"/>
              </w:rPr>
              <w:t>izvedem poligon</w:t>
            </w:r>
          </w:p>
          <w:p w14:paraId="3EA56702" w14:textId="77777777" w:rsidR="00623E5F" w:rsidRDefault="00000000">
            <w:pPr>
              <w:pStyle w:val="Oznaenseznam"/>
              <w:spacing w:after="16"/>
            </w:pPr>
            <w:r>
              <w:rPr>
                <w:color w:val="000000"/>
                <w:sz w:val="15"/>
              </w:rPr>
              <w:t>sodelujem in spodbujam druge</w:t>
            </w:r>
          </w:p>
          <w:p w14:paraId="6A6D8161" w14:textId="77777777" w:rsidR="00623E5F" w:rsidRDefault="00000000">
            <w:pPr>
              <w:pStyle w:val="Oznaenseznam"/>
              <w:spacing w:after="16"/>
            </w:pPr>
            <w:r>
              <w:rPr>
                <w:color w:val="000000"/>
                <w:sz w:val="15"/>
              </w:rPr>
              <w:t>samovrednotim varnost</w:t>
            </w:r>
          </w:p>
          <w:tbl>
            <w:tblPr>
              <w:tblStyle w:val="Tabelamrea"/>
              <w:tblW w:w="0" w:type="auto"/>
              <w:jc w:val="center"/>
              <w:tblLayout w:type="fixed"/>
              <w:tblLook w:val="04A0" w:firstRow="1" w:lastRow="0" w:firstColumn="1" w:lastColumn="0" w:noHBand="0" w:noVBand="1"/>
            </w:tblPr>
            <w:tblGrid>
              <w:gridCol w:w="7087"/>
            </w:tblGrid>
            <w:tr w:rsidR="00623E5F" w14:paraId="2F198C57" w14:textId="77777777">
              <w:trPr>
                <w:jc w:val="center"/>
              </w:trPr>
              <w:tc>
                <w:tcPr>
                  <w:tcW w:w="7087" w:type="dxa"/>
                  <w:shd w:val="clear" w:color="auto" w:fill="EDC9EA"/>
                  <w:tcMar>
                    <w:top w:w="45" w:type="dxa"/>
                    <w:left w:w="70" w:type="dxa"/>
                    <w:bottom w:w="45" w:type="dxa"/>
                    <w:right w:w="70" w:type="dxa"/>
                  </w:tcMar>
                </w:tcPr>
                <w:p w14:paraId="06095549" w14:textId="77777777" w:rsidR="00623E5F" w:rsidRDefault="00000000">
                  <w:pPr>
                    <w:keepNext/>
                  </w:pPr>
                  <w:r>
                    <w:rPr>
                      <w:b/>
                      <w:color w:val="000000"/>
                    </w:rPr>
                    <w:t>PREVERJANJE PREDZNANJA</w:t>
                  </w:r>
                </w:p>
              </w:tc>
            </w:tr>
          </w:tbl>
          <w:p w14:paraId="0229AFA4" w14:textId="77777777" w:rsidR="00623E5F" w:rsidRDefault="00623E5F">
            <w:pPr>
              <w:spacing w:line="20" w:lineRule="exact"/>
            </w:pPr>
          </w:p>
          <w:p w14:paraId="1443C560" w14:textId="77777777" w:rsidR="00623E5F" w:rsidRDefault="00000000">
            <w:pPr>
              <w:pStyle w:val="Oznaenseznam"/>
              <w:spacing w:after="16"/>
            </w:pPr>
            <w:r>
              <w:rPr>
                <w:color w:val="000000"/>
                <w:sz w:val="15"/>
              </w:rPr>
              <w:t>Kaj moje telo in prostor že znata pokazati pri temi »GIBALNA NALOGA«?</w:t>
            </w:r>
          </w:p>
          <w:p w14:paraId="06F7C075" w14:textId="77777777" w:rsidR="00623E5F" w:rsidRDefault="00000000">
            <w:pPr>
              <w:pStyle w:val="Oznaenseznam"/>
              <w:spacing w:after="16"/>
            </w:pPr>
            <w:r>
              <w:rPr>
                <w:color w:val="000000"/>
                <w:sz w:val="15"/>
              </w:rPr>
              <w:t>Katero varnostno pravilo, gibalni korak ali strategijo že obvladam in kaj bi najprej preizkusil/-a?</w:t>
            </w:r>
          </w:p>
          <w:p w14:paraId="699F050B"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2A3DC0B8" w14:textId="77777777">
              <w:trPr>
                <w:jc w:val="center"/>
              </w:trPr>
              <w:tc>
                <w:tcPr>
                  <w:tcW w:w="7087" w:type="dxa"/>
                  <w:shd w:val="clear" w:color="auto" w:fill="EDC9EA"/>
                  <w:tcMar>
                    <w:top w:w="45" w:type="dxa"/>
                    <w:left w:w="70" w:type="dxa"/>
                    <w:bottom w:w="45" w:type="dxa"/>
                    <w:right w:w="70" w:type="dxa"/>
                  </w:tcMar>
                </w:tcPr>
                <w:p w14:paraId="14916E36" w14:textId="77777777" w:rsidR="00623E5F" w:rsidRDefault="00000000">
                  <w:pPr>
                    <w:keepNext/>
                  </w:pPr>
                  <w:r>
                    <w:rPr>
                      <w:b/>
                      <w:color w:val="000000"/>
                    </w:rPr>
                    <w:t>KRITERIJI USPEŠNOSTI</w:t>
                  </w:r>
                </w:p>
              </w:tc>
            </w:tr>
          </w:tbl>
          <w:p w14:paraId="1E17280A" w14:textId="77777777" w:rsidR="00623E5F" w:rsidRDefault="00623E5F"/>
          <w:p w14:paraId="7967CF43" w14:textId="77777777" w:rsidR="00623E5F" w:rsidRDefault="00000000">
            <w:pPr>
              <w:spacing w:before="20" w:after="20" w:line="245" w:lineRule="auto"/>
            </w:pPr>
            <w:r>
              <w:rPr>
                <w:b/>
                <w:color w:val="000000"/>
                <w:sz w:val="16"/>
              </w:rPr>
              <w:t>Uspešen/-na bom, ko:</w:t>
            </w:r>
          </w:p>
          <w:p w14:paraId="1E87300F" w14:textId="77777777" w:rsidR="00623E5F" w:rsidRDefault="00000000">
            <w:pPr>
              <w:pStyle w:val="Oznaenseznam"/>
              <w:spacing w:after="16"/>
            </w:pPr>
            <w:r>
              <w:rPr>
                <w:color w:val="000000"/>
                <w:sz w:val="15"/>
              </w:rPr>
              <w:t>izvedem poligon</w:t>
            </w:r>
          </w:p>
          <w:p w14:paraId="434B6686" w14:textId="77777777" w:rsidR="00623E5F" w:rsidRDefault="00000000">
            <w:pPr>
              <w:pStyle w:val="Oznaenseznam"/>
              <w:spacing w:after="16"/>
            </w:pPr>
            <w:r>
              <w:rPr>
                <w:color w:val="000000"/>
                <w:sz w:val="15"/>
              </w:rPr>
              <w:t>sodelujem in spodbujam druge</w:t>
            </w:r>
          </w:p>
          <w:p w14:paraId="3EA8E990" w14:textId="77777777" w:rsidR="00623E5F" w:rsidRDefault="00000000">
            <w:pPr>
              <w:pStyle w:val="Oznaenseznam"/>
              <w:spacing w:after="16"/>
            </w:pPr>
            <w:r>
              <w:rPr>
                <w:color w:val="000000"/>
                <w:sz w:val="15"/>
              </w:rPr>
              <w:t>samovrednotim varnost</w:t>
            </w:r>
          </w:p>
          <w:p w14:paraId="71150CB4" w14:textId="77777777" w:rsidR="00623E5F" w:rsidRDefault="00000000">
            <w:pPr>
              <w:pStyle w:val="Oznaenseznam"/>
              <w:spacing w:after="16"/>
            </w:pPr>
            <w:r>
              <w:rPr>
                <w:color w:val="000000"/>
                <w:sz w:val="15"/>
              </w:rPr>
              <w:t>pred začetkom preverim prostor in opremo, ohranjam razdaljo ter se na znak varno ustavim</w:t>
            </w:r>
          </w:p>
          <w:p w14:paraId="4F955BF6"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2FF5CEE6" w14:textId="77777777" w:rsidR="00623E5F" w:rsidRDefault="00623E5F"/>
          <w:p w14:paraId="040F21EE"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539548CE"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2116DA29" w14:textId="77777777" w:rsidR="00623E5F" w:rsidRDefault="00000000">
            <w:pPr>
              <w:spacing w:after="100" w:line="245" w:lineRule="auto"/>
            </w:pPr>
            <w:r>
              <w:rPr>
                <w:color w:val="000000"/>
                <w:sz w:val="15"/>
              </w:rPr>
              <w:t>Sodeluje pri razumevanju namena, vidnih meril, varnostnih pravil, prehodov in načina dokazovanja.</w:t>
            </w:r>
          </w:p>
          <w:p w14:paraId="04BC09C6" w14:textId="77777777" w:rsidR="00623E5F" w:rsidRDefault="00000000">
            <w:pPr>
              <w:spacing w:after="20" w:line="245" w:lineRule="auto"/>
            </w:pPr>
            <w:r>
              <w:rPr>
                <w:b/>
                <w:color w:val="D95BC6"/>
                <w:sz w:val="17"/>
              </w:rPr>
              <w:t>DOKAZ O UČENJU</w:t>
            </w:r>
          </w:p>
          <w:p w14:paraId="3CCFB138"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3BDE25D6"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9523A4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45E444E"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F6F3BB4" w14:textId="77777777" w:rsidR="00623E5F" w:rsidRDefault="00000000">
            <w:pPr>
              <w:jc w:val="center"/>
            </w:pPr>
            <w:r>
              <w:rPr>
                <w:b/>
                <w:color w:val="000000"/>
                <w:sz w:val="20"/>
              </w:rPr>
              <w:t>UČNE DEJAVNOSTI, METODE IN FORMATIVNO SPREMLJANJE</w:t>
            </w:r>
          </w:p>
        </w:tc>
      </w:tr>
      <w:tr w:rsidR="00623E5F" w14:paraId="2368F0C1" w14:textId="77777777">
        <w:trPr>
          <w:tblHeader/>
          <w:jc w:val="center"/>
        </w:trPr>
        <w:tc>
          <w:tcPr>
            <w:tcW w:w="4422" w:type="dxa"/>
            <w:vMerge/>
            <w:tcMar>
              <w:top w:w="70" w:type="dxa"/>
              <w:left w:w="90" w:type="dxa"/>
              <w:bottom w:w="70" w:type="dxa"/>
              <w:right w:w="90" w:type="dxa"/>
            </w:tcMar>
            <w:vAlign w:val="center"/>
          </w:tcPr>
          <w:p w14:paraId="5292F0D0" w14:textId="77777777" w:rsidR="00623E5F" w:rsidRDefault="00623E5F"/>
        </w:tc>
        <w:tc>
          <w:tcPr>
            <w:tcW w:w="7087" w:type="dxa"/>
            <w:shd w:val="clear" w:color="auto" w:fill="FFFFFF"/>
            <w:tcMar>
              <w:top w:w="70" w:type="dxa"/>
              <w:left w:w="90" w:type="dxa"/>
              <w:bottom w:w="70" w:type="dxa"/>
              <w:right w:w="90" w:type="dxa"/>
            </w:tcMar>
            <w:vAlign w:val="center"/>
          </w:tcPr>
          <w:p w14:paraId="6A2D43C9"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58E6942" w14:textId="77777777" w:rsidR="00623E5F" w:rsidRDefault="00000000">
            <w:pPr>
              <w:jc w:val="center"/>
            </w:pPr>
            <w:r>
              <w:rPr>
                <w:b/>
                <w:color w:val="000000"/>
              </w:rPr>
              <w:t>UČENEC</w:t>
            </w:r>
          </w:p>
        </w:tc>
      </w:tr>
      <w:tr w:rsidR="00623E5F" w14:paraId="6758C486" w14:textId="77777777">
        <w:trPr>
          <w:jc w:val="center"/>
        </w:trPr>
        <w:tc>
          <w:tcPr>
            <w:tcW w:w="4422" w:type="dxa"/>
            <w:tcMar>
              <w:top w:w="70" w:type="dxa"/>
              <w:left w:w="90" w:type="dxa"/>
              <w:bottom w:w="70" w:type="dxa"/>
              <w:right w:w="90" w:type="dxa"/>
            </w:tcMar>
          </w:tcPr>
          <w:p w14:paraId="0BE8E58C" w14:textId="77777777" w:rsidR="00623E5F" w:rsidRDefault="00623E5F"/>
          <w:p w14:paraId="00BADFA4" w14:textId="77777777" w:rsidR="00623E5F" w:rsidRDefault="00000000">
            <w:pPr>
              <w:spacing w:after="40" w:line="245" w:lineRule="auto"/>
            </w:pPr>
            <w:r>
              <w:rPr>
                <w:b/>
                <w:color w:val="000000"/>
                <w:sz w:val="17"/>
              </w:rPr>
              <w:t>KLJUČNI ŠPORTNI IN GIBALNI POJMI</w:t>
            </w:r>
          </w:p>
          <w:p w14:paraId="1C223766"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hoja, tek, lazenje, plazenje, valjanje, opora, ovira, poligon, doskok</w:t>
            </w:r>
          </w:p>
          <w:p w14:paraId="67B40CF6" w14:textId="77777777" w:rsidR="00623E5F" w:rsidRDefault="00000000">
            <w:pPr>
              <w:spacing w:after="20" w:line="245" w:lineRule="auto"/>
            </w:pPr>
            <w:r>
              <w:rPr>
                <w:b/>
                <w:color w:val="000000"/>
                <w:sz w:val="17"/>
              </w:rPr>
              <w:t>DOKAZI O UČENJU</w:t>
            </w:r>
          </w:p>
          <w:p w14:paraId="01621499" w14:textId="77777777" w:rsidR="00623E5F" w:rsidRDefault="00000000">
            <w:pPr>
              <w:pStyle w:val="Oznaenseznam"/>
              <w:spacing w:after="7"/>
            </w:pPr>
            <w:r>
              <w:rPr>
                <w:color w:val="000000"/>
                <w:sz w:val="14"/>
              </w:rPr>
              <w:t>varen odziv na znak, začetni poskus prvine in ustno varnostno pravilo.</w:t>
            </w:r>
          </w:p>
          <w:p w14:paraId="2ABCD77F" w14:textId="77777777" w:rsidR="00623E5F" w:rsidRDefault="00000000">
            <w:pPr>
              <w:pStyle w:val="Oznaenseznam"/>
              <w:spacing w:after="7"/>
            </w:pPr>
            <w:r>
              <w:rPr>
                <w:color w:val="000000"/>
                <w:sz w:val="14"/>
              </w:rPr>
              <w:t>formativni dokaz: gibalni poligon z osnovnimi oblikami gibanja, varnostjo in upoštevanjem navodila; opazovalna kartica, učenčev dokaz in dogovorjeni naslednji korak.</w:t>
            </w:r>
          </w:p>
          <w:p w14:paraId="29A3F988" w14:textId="77777777" w:rsidR="00623E5F" w:rsidRDefault="00000000">
            <w:pPr>
              <w:spacing w:before="40" w:after="20" w:line="245" w:lineRule="auto"/>
            </w:pPr>
            <w:r>
              <w:rPr>
                <w:b/>
                <w:color w:val="000000"/>
                <w:sz w:val="16"/>
              </w:rPr>
              <w:t>GIBALNO DOŽIVETJE IN IZKUŠENJSKI POUK</w:t>
            </w:r>
          </w:p>
          <w:p w14:paraId="12A8A5F2"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6AF2F457" w14:textId="77777777" w:rsidR="00623E5F" w:rsidRDefault="00000000">
            <w:pPr>
              <w:spacing w:after="20" w:line="245" w:lineRule="auto"/>
            </w:pPr>
            <w:r>
              <w:rPr>
                <w:b/>
                <w:color w:val="000000"/>
                <w:sz w:val="16"/>
              </w:rPr>
              <w:t>POUČEVANJE V GIBANJU</w:t>
            </w:r>
          </w:p>
          <w:p w14:paraId="05949160"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2F99D0FD" w14:textId="77777777" w:rsidR="00623E5F" w:rsidRDefault="00000000">
            <w:pPr>
              <w:spacing w:after="20" w:line="245" w:lineRule="auto"/>
            </w:pPr>
            <w:r>
              <w:rPr>
                <w:b/>
                <w:color w:val="000000"/>
                <w:sz w:val="16"/>
              </w:rPr>
              <w:t>DELO PO ŠTIRIH POSTAJAH</w:t>
            </w:r>
          </w:p>
          <w:p w14:paraId="3AF34DD5"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22FDA8A4" w14:textId="77777777" w:rsidR="00623E5F" w:rsidRDefault="00000000">
            <w:pPr>
              <w:spacing w:after="7" w:line="245" w:lineRule="auto"/>
            </w:pPr>
            <w:r>
              <w:rPr>
                <w:color w:val="000000"/>
                <w:sz w:val="14"/>
              </w:rPr>
              <w:t>1. Tehnična: po talnih oznakah in modelu večkrat vadim cilj »izvedem poligon« na izbrani ravni.</w:t>
            </w:r>
          </w:p>
          <w:p w14:paraId="783B6142" w14:textId="77777777" w:rsidR="00623E5F" w:rsidRDefault="00000000">
            <w:pPr>
              <w:spacing w:after="7" w:line="245" w:lineRule="auto"/>
            </w:pPr>
            <w:r>
              <w:rPr>
                <w:color w:val="000000"/>
                <w:sz w:val="14"/>
              </w:rPr>
              <w:t>2. Ravnotežno-koordinacijska: z linijo, obroči, nizko oviro ali blazino uresničujem cilj »sodelujem in spodbujam druge«.</w:t>
            </w:r>
          </w:p>
          <w:p w14:paraId="190F1E56" w14:textId="77777777" w:rsidR="00623E5F" w:rsidRDefault="00000000">
            <w:pPr>
              <w:spacing w:after="7" w:line="245" w:lineRule="auto"/>
            </w:pPr>
            <w:r>
              <w:rPr>
                <w:color w:val="000000"/>
                <w:sz w:val="14"/>
              </w:rPr>
              <w:t>3. Povezovalni poligon: v varen niz povežem tri osnovne oblike gibanja, smer, spremembo nivoja in ustavitev.</w:t>
            </w:r>
          </w:p>
          <w:p w14:paraId="740B785F" w14:textId="77777777" w:rsidR="00623E5F" w:rsidRDefault="00000000">
            <w:pPr>
              <w:spacing w:after="7" w:line="245" w:lineRule="auto"/>
            </w:pPr>
            <w:r>
              <w:rPr>
                <w:color w:val="000000"/>
                <w:sz w:val="14"/>
              </w:rPr>
              <w:t>4. Igralno-refleksivna: spretnost uporabim v igri brez izločanja ter s semaforjem pokažem, kako »samovrednotim varnost«.</w:t>
            </w:r>
          </w:p>
          <w:p w14:paraId="7715B803" w14:textId="77777777" w:rsidR="00623E5F" w:rsidRDefault="00000000">
            <w:pPr>
              <w:spacing w:after="20" w:line="245" w:lineRule="auto"/>
            </w:pPr>
            <w:r>
              <w:rPr>
                <w:b/>
                <w:color w:val="000000"/>
                <w:sz w:val="16"/>
              </w:rPr>
              <w:t>DIFERENCIACIJA IN VKLJUČEVANJE</w:t>
            </w:r>
          </w:p>
          <w:p w14:paraId="174153B0"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40343F82" w14:textId="77777777" w:rsidR="00623E5F" w:rsidRDefault="00000000">
            <w:pPr>
              <w:spacing w:after="20" w:line="245" w:lineRule="auto"/>
            </w:pPr>
            <w:r>
              <w:rPr>
                <w:b/>
                <w:color w:val="000000"/>
                <w:sz w:val="16"/>
              </w:rPr>
              <w:t>SPREMLJANJE</w:t>
            </w:r>
          </w:p>
          <w:p w14:paraId="2F753D63"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3FC0CCAA"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4371DA54" w14:textId="77777777">
              <w:trPr>
                <w:jc w:val="center"/>
              </w:trPr>
              <w:tc>
                <w:tcPr>
                  <w:tcW w:w="7087" w:type="dxa"/>
                  <w:shd w:val="clear" w:color="auto" w:fill="C6E7F3"/>
                  <w:tcMar>
                    <w:top w:w="45" w:type="dxa"/>
                    <w:left w:w="70" w:type="dxa"/>
                    <w:bottom w:w="45" w:type="dxa"/>
                    <w:right w:w="70" w:type="dxa"/>
                  </w:tcMar>
                </w:tcPr>
                <w:p w14:paraId="62787D75" w14:textId="77777777" w:rsidR="00623E5F" w:rsidRDefault="00000000">
                  <w:pPr>
                    <w:keepNext/>
                  </w:pPr>
                  <w:r>
                    <w:rPr>
                      <w:b/>
                      <w:color w:val="000000"/>
                      <w:sz w:val="16"/>
                    </w:rPr>
                    <w:t>GLAVNI DEL – GIBALNI IZZIV, VADBA NA ŠTIRIH POSTAJAH IN IGRA (2 šolski uri)</w:t>
                  </w:r>
                </w:p>
              </w:tc>
            </w:tr>
          </w:tbl>
          <w:p w14:paraId="01D1A6C8" w14:textId="77777777" w:rsidR="00623E5F" w:rsidRDefault="00623E5F">
            <w:pPr>
              <w:spacing w:line="20" w:lineRule="exact"/>
            </w:pPr>
          </w:p>
          <w:p w14:paraId="62F7E719" w14:textId="77777777" w:rsidR="00623E5F" w:rsidRDefault="00000000">
            <w:pPr>
              <w:keepNext/>
              <w:spacing w:before="16" w:after="6" w:line="245" w:lineRule="auto"/>
            </w:pPr>
            <w:r>
              <w:rPr>
                <w:b/>
                <w:color w:val="000000"/>
                <w:sz w:val="15"/>
              </w:rPr>
              <w:t>1. URA – Gibalna naloga – Ogrejem se in usvojim gib</w:t>
            </w:r>
          </w:p>
          <w:p w14:paraId="5B699CE0"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»Bremenski mestni godci« – brata Grimm. Osrednji del 30': 32' – Preveri prostor in opremo, predstavi varnostni znak ter skozi gibalno zgodbo modelira ključno prvino po korakih.</w:t>
            </w:r>
          </w:p>
          <w:p w14:paraId="7DB41257"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00309310" w14:textId="77777777" w:rsidR="00623E5F" w:rsidRDefault="00000000">
            <w:pPr>
              <w:spacing w:after="15" w:line="245" w:lineRule="auto"/>
            </w:pPr>
            <w:r>
              <w:rPr>
                <w:i/>
                <w:color w:val="D95BC6"/>
                <w:sz w:val="14"/>
              </w:rPr>
              <w:t>Predvideni dokaz: varen odziv na znak, začetni poskus prvine in ustno varnostno pravilo..</w:t>
            </w:r>
          </w:p>
          <w:p w14:paraId="62867F3D" w14:textId="77777777" w:rsidR="00623E5F" w:rsidRDefault="00000000">
            <w:pPr>
              <w:keepNext/>
              <w:spacing w:before="16" w:after="6" w:line="245" w:lineRule="auto"/>
            </w:pPr>
            <w:r>
              <w:rPr>
                <w:b/>
                <w:color w:val="000000"/>
                <w:sz w:val="15"/>
              </w:rPr>
              <w:t>2. URA – Gibalna naloga – Uporabim v igri</w:t>
            </w:r>
          </w:p>
          <w:p w14:paraId="5CCC2A5E"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»Bremenski mestni godci« – brata Grimm. Osrednji del 30': 30' – Organizira formativno gibalno nalogo: gibalni poligon z osnovnimi oblikami gibanja, varnostjo in upoštevanjem navodila.</w:t>
            </w:r>
          </w:p>
          <w:p w14:paraId="1F822CE5"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Samostojno oziroma ob vnaprej dovoljeni opori izvede dogovorjeno nalogo.</w:t>
            </w:r>
          </w:p>
          <w:p w14:paraId="60011160" w14:textId="77777777" w:rsidR="00623E5F" w:rsidRDefault="00000000">
            <w:pPr>
              <w:spacing w:after="15" w:line="245" w:lineRule="auto"/>
            </w:pPr>
            <w:r>
              <w:rPr>
                <w:i/>
                <w:color w:val="D95BC6"/>
                <w:sz w:val="14"/>
              </w:rPr>
              <w:t>Predvideni dokaz: formativni dokaz: gibalni poligon z osnovnimi oblikami gibanja, varnostjo in upoštevanjem navodila; opazovalna kartica..</w:t>
            </w:r>
          </w:p>
          <w:tbl>
            <w:tblPr>
              <w:tblStyle w:val="Tabelamrea"/>
              <w:tblW w:w="0" w:type="auto"/>
              <w:jc w:val="center"/>
              <w:tblLayout w:type="fixed"/>
              <w:tblLook w:val="04A0" w:firstRow="1" w:lastRow="0" w:firstColumn="1" w:lastColumn="0" w:noHBand="0" w:noVBand="1"/>
            </w:tblPr>
            <w:tblGrid>
              <w:gridCol w:w="7087"/>
            </w:tblGrid>
            <w:tr w:rsidR="00623E5F" w14:paraId="5A078FC1" w14:textId="77777777">
              <w:trPr>
                <w:jc w:val="center"/>
              </w:trPr>
              <w:tc>
                <w:tcPr>
                  <w:tcW w:w="7087" w:type="dxa"/>
                  <w:shd w:val="clear" w:color="auto" w:fill="EDC9EA"/>
                  <w:tcMar>
                    <w:top w:w="45" w:type="dxa"/>
                    <w:left w:w="70" w:type="dxa"/>
                    <w:bottom w:w="45" w:type="dxa"/>
                    <w:right w:w="70" w:type="dxa"/>
                  </w:tcMar>
                </w:tcPr>
                <w:p w14:paraId="240474F5" w14:textId="77777777" w:rsidR="00623E5F" w:rsidRDefault="00000000">
                  <w:pPr>
                    <w:keepNext/>
                  </w:pPr>
                  <w:r>
                    <w:rPr>
                      <w:b/>
                      <w:color w:val="000000"/>
                      <w:sz w:val="16"/>
                    </w:rPr>
                    <w:t>ORGANIZACIJA POSTAJ, PREHODOV IN AKTIVNEGA ČASA</w:t>
                  </w:r>
                </w:p>
              </w:tc>
            </w:tr>
          </w:tbl>
          <w:p w14:paraId="6F22B428" w14:textId="77777777" w:rsidR="00623E5F" w:rsidRDefault="00623E5F"/>
          <w:p w14:paraId="21664297" w14:textId="77777777" w:rsidR="00623E5F" w:rsidRDefault="00000000">
            <w:pPr>
              <w:spacing w:before="5" w:after="6" w:line="245" w:lineRule="auto"/>
            </w:pPr>
            <w:r>
              <w:rPr>
                <w:color w:val="000000"/>
                <w:sz w:val="14"/>
              </w:rPr>
              <w:t>Postaja 1: Tehnična: po talnih oznakah in modelu večkrat vadim cilj »izvedem poligon« na izbrani ravni.</w:t>
            </w:r>
          </w:p>
          <w:p w14:paraId="6B156F99" w14:textId="77777777" w:rsidR="00623E5F" w:rsidRDefault="00000000">
            <w:pPr>
              <w:spacing w:before="5" w:after="6" w:line="245" w:lineRule="auto"/>
            </w:pPr>
            <w:r>
              <w:rPr>
                <w:color w:val="000000"/>
                <w:sz w:val="14"/>
              </w:rPr>
              <w:t>Postaja 2: Ravnotežno-koordinacijska: z linijo, obroči, nizko oviro ali blazino uresničujem cilj »sodelujem in spodbujam druge«.</w:t>
            </w:r>
          </w:p>
          <w:p w14:paraId="30672B22" w14:textId="77777777" w:rsidR="00623E5F" w:rsidRDefault="00000000">
            <w:pPr>
              <w:spacing w:before="5" w:after="6" w:line="245" w:lineRule="auto"/>
            </w:pPr>
            <w:r>
              <w:rPr>
                <w:color w:val="000000"/>
                <w:sz w:val="14"/>
              </w:rPr>
              <w:t>Postaja 3: Povezovalni poligon: v varen niz povežem tri osnovne oblike gibanja, smer, spremembo nivoja in ustavitev.</w:t>
            </w:r>
          </w:p>
          <w:p w14:paraId="00EE7638" w14:textId="77777777" w:rsidR="00623E5F" w:rsidRDefault="00000000">
            <w:pPr>
              <w:spacing w:before="5" w:after="6" w:line="245" w:lineRule="auto"/>
            </w:pPr>
            <w:r>
              <w:rPr>
                <w:color w:val="000000"/>
                <w:sz w:val="14"/>
              </w:rPr>
              <w:t>Postaja 4: Igralno-refleksivna: spretnost uporabim v igri brez izločanja ter s semaforjem pokažem, kako »samovrednotim varnost«.</w:t>
            </w:r>
          </w:p>
          <w:p w14:paraId="573A0507"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67DFD0B5" w14:textId="77777777" w:rsidR="00623E5F" w:rsidRDefault="00623E5F"/>
          <w:p w14:paraId="10569C07" w14:textId="77777777" w:rsidR="00623E5F" w:rsidRDefault="00000000">
            <w:pPr>
              <w:spacing w:after="5" w:line="245" w:lineRule="auto"/>
            </w:pPr>
            <w:r>
              <w:rPr>
                <w:b/>
                <w:color w:val="000000"/>
                <w:sz w:val="15"/>
              </w:rPr>
              <w:t>1. URA – Gibalna naloga – Ogrejem se in usvojim gib</w:t>
            </w:r>
          </w:p>
          <w:p w14:paraId="65AC7E13"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256D8E53" w14:textId="77777777" w:rsidR="00623E5F" w:rsidRDefault="00000000">
            <w:pPr>
              <w:spacing w:after="14" w:line="245" w:lineRule="auto"/>
            </w:pPr>
            <w:r>
              <w:rPr>
                <w:color w:val="D95BC6"/>
                <w:sz w:val="13"/>
              </w:rPr>
              <w:t>Dokaz: varen odziv na znak, začetni poskus prvine in ustno varnostno pravilo.</w:t>
            </w:r>
          </w:p>
          <w:p w14:paraId="76F9BD72" w14:textId="77777777" w:rsidR="00623E5F" w:rsidRDefault="00000000">
            <w:pPr>
              <w:spacing w:after="5" w:line="245" w:lineRule="auto"/>
            </w:pPr>
            <w:r>
              <w:rPr>
                <w:b/>
                <w:color w:val="000000"/>
                <w:sz w:val="15"/>
              </w:rPr>
              <w:t>2. URA – Gibalna naloga – Uporabim v igri</w:t>
            </w:r>
          </w:p>
          <w:p w14:paraId="65E5C090"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3A1941C9" w14:textId="77777777" w:rsidR="00623E5F" w:rsidRDefault="00000000">
            <w:pPr>
              <w:spacing w:after="14" w:line="245" w:lineRule="auto"/>
            </w:pPr>
            <w:r>
              <w:rPr>
                <w:color w:val="D95BC6"/>
                <w:sz w:val="13"/>
              </w:rPr>
              <w:t>Dokaz: formativni dokaz: gibalni poligon z osnovnimi oblikami gibanja.</w:t>
            </w:r>
          </w:p>
          <w:p w14:paraId="75FD7DF4" w14:textId="77777777" w:rsidR="00623E5F" w:rsidRDefault="00000000">
            <w:pPr>
              <w:spacing w:before="30" w:after="14" w:line="245" w:lineRule="auto"/>
            </w:pPr>
            <w:r>
              <w:rPr>
                <w:b/>
                <w:color w:val="D95BC6"/>
                <w:sz w:val="16"/>
              </w:rPr>
              <w:t>MOJ KROG POSTAJ</w:t>
            </w:r>
          </w:p>
          <w:p w14:paraId="18D5F3DA" w14:textId="77777777" w:rsidR="00623E5F" w:rsidRDefault="00000000">
            <w:pPr>
              <w:spacing w:after="8" w:line="245" w:lineRule="auto"/>
            </w:pPr>
            <w:r>
              <w:rPr>
                <w:color w:val="000000"/>
                <w:sz w:val="13"/>
              </w:rPr>
              <w:t>1. Tehnična: po talnih oznakah in modelu večkrat vadim cilj »izvedem poligon« na.</w:t>
            </w:r>
          </w:p>
          <w:p w14:paraId="62F8AF8F" w14:textId="77777777" w:rsidR="00623E5F" w:rsidRDefault="00000000">
            <w:pPr>
              <w:spacing w:after="8" w:line="245" w:lineRule="auto"/>
            </w:pPr>
            <w:r>
              <w:rPr>
                <w:color w:val="000000"/>
                <w:sz w:val="13"/>
              </w:rPr>
              <w:t>2. Ravnotežno-koordinacijska: z linijo, obroči, nizko oviro ali blazino uresničujem.</w:t>
            </w:r>
          </w:p>
          <w:p w14:paraId="7973F815" w14:textId="77777777" w:rsidR="00623E5F" w:rsidRDefault="00000000">
            <w:pPr>
              <w:spacing w:after="8" w:line="245" w:lineRule="auto"/>
            </w:pPr>
            <w:r>
              <w:rPr>
                <w:color w:val="000000"/>
                <w:sz w:val="13"/>
              </w:rPr>
              <w:t>3. Povezovalni poligon: v varen niz povežem tri osnovne oblike gibanja, smer.</w:t>
            </w:r>
          </w:p>
          <w:p w14:paraId="7101367C" w14:textId="77777777" w:rsidR="00623E5F" w:rsidRDefault="00000000">
            <w:pPr>
              <w:spacing w:after="8" w:line="245" w:lineRule="auto"/>
            </w:pPr>
            <w:r>
              <w:rPr>
                <w:color w:val="000000"/>
                <w:sz w:val="13"/>
              </w:rPr>
              <w:t>4. Igralno-refleksivna: spretnost uporabim v igri brez izločanja ter s semaforjem.</w:t>
            </w:r>
          </w:p>
          <w:p w14:paraId="569432CC"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0E6DB0C7" w14:textId="77777777" w:rsidR="00623E5F" w:rsidRDefault="00000000">
            <w:pPr>
              <w:spacing w:after="14" w:line="245" w:lineRule="auto"/>
            </w:pPr>
            <w:r>
              <w:rPr>
                <w:b/>
                <w:color w:val="D95BC6"/>
                <w:sz w:val="16"/>
              </w:rPr>
              <w:t>DOKAZ O UČENJU</w:t>
            </w:r>
          </w:p>
          <w:p w14:paraId="21236EA7"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537829F0"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89FD44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3EDAD2F"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019CB7A" w14:textId="77777777" w:rsidR="00623E5F" w:rsidRDefault="00000000">
            <w:pPr>
              <w:jc w:val="center"/>
            </w:pPr>
            <w:r>
              <w:rPr>
                <w:b/>
                <w:color w:val="000000"/>
                <w:sz w:val="20"/>
              </w:rPr>
              <w:t>UČNE DEJAVNOSTI, METODE IN FORMATIVNO SPREMLJANJE</w:t>
            </w:r>
          </w:p>
        </w:tc>
      </w:tr>
      <w:tr w:rsidR="00623E5F" w14:paraId="5C01ECB4" w14:textId="77777777">
        <w:trPr>
          <w:tblHeader/>
          <w:jc w:val="center"/>
        </w:trPr>
        <w:tc>
          <w:tcPr>
            <w:tcW w:w="4422" w:type="dxa"/>
            <w:vMerge/>
            <w:tcMar>
              <w:top w:w="70" w:type="dxa"/>
              <w:left w:w="90" w:type="dxa"/>
              <w:bottom w:w="70" w:type="dxa"/>
              <w:right w:w="90" w:type="dxa"/>
            </w:tcMar>
            <w:vAlign w:val="center"/>
          </w:tcPr>
          <w:p w14:paraId="369F49D0" w14:textId="77777777" w:rsidR="00623E5F" w:rsidRDefault="00623E5F"/>
        </w:tc>
        <w:tc>
          <w:tcPr>
            <w:tcW w:w="7087" w:type="dxa"/>
            <w:shd w:val="clear" w:color="auto" w:fill="FFFFFF"/>
            <w:tcMar>
              <w:top w:w="70" w:type="dxa"/>
              <w:left w:w="90" w:type="dxa"/>
              <w:bottom w:w="70" w:type="dxa"/>
              <w:right w:w="90" w:type="dxa"/>
            </w:tcMar>
            <w:vAlign w:val="center"/>
          </w:tcPr>
          <w:p w14:paraId="17DF75E0"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2B9C686" w14:textId="77777777" w:rsidR="00623E5F" w:rsidRDefault="00000000">
            <w:pPr>
              <w:jc w:val="center"/>
            </w:pPr>
            <w:r>
              <w:rPr>
                <w:b/>
                <w:color w:val="000000"/>
              </w:rPr>
              <w:t>UČENEC</w:t>
            </w:r>
          </w:p>
        </w:tc>
      </w:tr>
      <w:tr w:rsidR="00623E5F" w14:paraId="059EFC6A" w14:textId="77777777">
        <w:trPr>
          <w:jc w:val="center"/>
        </w:trPr>
        <w:tc>
          <w:tcPr>
            <w:tcW w:w="4422" w:type="dxa"/>
            <w:tcMar>
              <w:top w:w="70" w:type="dxa"/>
              <w:left w:w="90" w:type="dxa"/>
              <w:bottom w:w="70" w:type="dxa"/>
              <w:right w:w="90" w:type="dxa"/>
            </w:tcMar>
          </w:tcPr>
          <w:p w14:paraId="50E29021" w14:textId="77777777" w:rsidR="00623E5F" w:rsidRDefault="00623E5F"/>
          <w:p w14:paraId="1EC01A8E" w14:textId="77777777" w:rsidR="00623E5F" w:rsidRDefault="00000000">
            <w:pPr>
              <w:spacing w:after="40" w:line="245" w:lineRule="auto"/>
            </w:pPr>
            <w:r>
              <w:rPr>
                <w:b/>
                <w:color w:val="000000"/>
              </w:rPr>
              <w:t>FORMATIVNO SPREMLJANJE</w:t>
            </w:r>
          </w:p>
          <w:p w14:paraId="4AC787E3" w14:textId="77777777" w:rsidR="00623E5F" w:rsidRDefault="00000000">
            <w:pPr>
              <w:pStyle w:val="Oznaenseznam"/>
              <w:spacing w:after="16"/>
            </w:pPr>
            <w:r>
              <w:rPr>
                <w:color w:val="000000"/>
                <w:sz w:val="15"/>
              </w:rPr>
              <w:t>predznanje: gibalni prikaz, odziv na znak, izbira kartice, začetni poskus ali kratka razlaga</w:t>
            </w:r>
          </w:p>
          <w:p w14:paraId="63B4E22F" w14:textId="77777777" w:rsidR="00623E5F" w:rsidRDefault="00000000">
            <w:pPr>
              <w:pStyle w:val="Oznaenseznam"/>
              <w:spacing w:after="16"/>
            </w:pPr>
            <w:r>
              <w:rPr>
                <w:color w:val="000000"/>
                <w:sz w:val="15"/>
              </w:rPr>
              <w:t>nameni in merila: kratka poved, slikovni znak, model varne izvedbe in en opazljiv tehnični poudarek</w:t>
            </w:r>
          </w:p>
          <w:p w14:paraId="2D56134C"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5A2F0580" w14:textId="77777777" w:rsidR="00623E5F" w:rsidRDefault="00000000">
            <w:pPr>
              <w:pStyle w:val="Oznaenseznam"/>
              <w:spacing w:after="16"/>
            </w:pPr>
            <w:r>
              <w:rPr>
                <w:color w:val="000000"/>
                <w:sz w:val="15"/>
              </w:rPr>
              <w:t>povratna informacija: opis opaženega, povezava z enim merilom in takoj izvedljiv ponovni poskus</w:t>
            </w:r>
          </w:p>
          <w:p w14:paraId="58F2F6DC" w14:textId="77777777" w:rsidR="00623E5F" w:rsidRDefault="00000000">
            <w:pPr>
              <w:pStyle w:val="Oznaenseznam"/>
              <w:spacing w:after="16"/>
            </w:pPr>
            <w:r>
              <w:rPr>
                <w:color w:val="000000"/>
                <w:sz w:val="15"/>
              </w:rPr>
              <w:t>samovrednotenje: semafor napora in varnosti, lestvica samostojnosti, izbran dokaz ter osebni naslednji korak</w:t>
            </w:r>
          </w:p>
          <w:p w14:paraId="7BF53D52" w14:textId="77777777" w:rsidR="00623E5F" w:rsidRDefault="00000000">
            <w:pPr>
              <w:spacing w:before="40" w:after="20" w:line="245" w:lineRule="auto"/>
            </w:pPr>
            <w:r>
              <w:rPr>
                <w:b/>
                <w:color w:val="000000"/>
                <w:sz w:val="17"/>
              </w:rPr>
              <w:t>VARNOST, POČUTJE IN HIGIENA</w:t>
            </w:r>
          </w:p>
          <w:p w14:paraId="0A3E661B"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Pri plezanju, ravnotežju, kotaljenju in prevalnih predvajah je območje oblazinjeno, naloga pa poteka posamično in ob jasnem varovanju.</w:t>
            </w:r>
          </w:p>
          <w:p w14:paraId="16DFE244" w14:textId="77777777" w:rsidR="00623E5F" w:rsidRDefault="00000000">
            <w:pPr>
              <w:spacing w:after="20" w:line="245" w:lineRule="auto"/>
            </w:pPr>
            <w:r>
              <w:rPr>
                <w:b/>
                <w:color w:val="000000"/>
                <w:sz w:val="17"/>
              </w:rPr>
              <w:t>EVIDENCA PO IZVEDBI</w:t>
            </w:r>
          </w:p>
          <w:p w14:paraId="25F816FB"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39967194" w14:textId="77777777" w:rsidR="00623E5F" w:rsidRDefault="00000000">
            <w:pPr>
              <w:spacing w:before="40" w:after="20" w:line="245" w:lineRule="auto"/>
            </w:pPr>
            <w:r>
              <w:rPr>
                <w:b/>
                <w:color w:val="000000"/>
                <w:sz w:val="17"/>
              </w:rPr>
              <w:t>RAVEN DOSEGANJA</w:t>
            </w:r>
          </w:p>
          <w:p w14:paraId="5B8FFECD"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3E2ED59D"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0188FA0" w14:textId="77777777">
              <w:trPr>
                <w:jc w:val="center"/>
              </w:trPr>
              <w:tc>
                <w:tcPr>
                  <w:tcW w:w="7087" w:type="dxa"/>
                  <w:shd w:val="clear" w:color="auto" w:fill="EDC9EA"/>
                  <w:tcMar>
                    <w:top w:w="45" w:type="dxa"/>
                    <w:left w:w="70" w:type="dxa"/>
                    <w:bottom w:w="45" w:type="dxa"/>
                    <w:right w:w="70" w:type="dxa"/>
                  </w:tcMar>
                </w:tcPr>
                <w:p w14:paraId="25C5CB64" w14:textId="77777777" w:rsidR="00623E5F" w:rsidRDefault="00000000">
                  <w:pPr>
                    <w:keepNext/>
                  </w:pPr>
                  <w:r>
                    <w:rPr>
                      <w:b/>
                      <w:color w:val="000000"/>
                    </w:rPr>
                    <w:t>VPRAŠANJA V PODPORO GIBALNEMU UČENJU</w:t>
                  </w:r>
                </w:p>
              </w:tc>
            </w:tr>
          </w:tbl>
          <w:p w14:paraId="394AADDD" w14:textId="77777777" w:rsidR="00623E5F" w:rsidRDefault="00623E5F">
            <w:pPr>
              <w:spacing w:line="20" w:lineRule="exact"/>
            </w:pPr>
          </w:p>
          <w:p w14:paraId="00FCCEBB" w14:textId="77777777" w:rsidR="00623E5F" w:rsidRDefault="00000000">
            <w:pPr>
              <w:pStyle w:val="Oznaenseznam"/>
              <w:spacing w:after="16"/>
            </w:pPr>
            <w:r>
              <w:rPr>
                <w:color w:val="000000"/>
                <w:sz w:val="15"/>
              </w:rPr>
              <w:t>Kaj si pri prvem poskusu začutil/-a ali opazil/-a v položaju telesa, ravnotežju, smeri, ritmu ali naporu?</w:t>
            </w:r>
          </w:p>
          <w:p w14:paraId="7D938E6F" w14:textId="77777777" w:rsidR="00623E5F" w:rsidRDefault="00000000">
            <w:pPr>
              <w:pStyle w:val="Oznaenseznam"/>
              <w:spacing w:after="16"/>
            </w:pPr>
            <w:r>
              <w:rPr>
                <w:color w:val="000000"/>
                <w:sz w:val="15"/>
              </w:rPr>
              <w:t>Katero varnostno pravilo in kateri gibalni korak sta bila danes najpomembnejša?</w:t>
            </w:r>
          </w:p>
          <w:p w14:paraId="20CC2280" w14:textId="77777777" w:rsidR="00623E5F" w:rsidRDefault="00000000">
            <w:pPr>
              <w:pStyle w:val="Oznaenseznam"/>
              <w:spacing w:after="16"/>
            </w:pPr>
            <w:r>
              <w:rPr>
                <w:color w:val="000000"/>
                <w:sz w:val="15"/>
              </w:rPr>
              <w:t>Katero raven si izbral/-a, zakaj je bila primerna in kaj si pri naslednjem poskusu spremenil/-a?</w:t>
            </w:r>
          </w:p>
          <w:p w14:paraId="5254565A" w14:textId="77777777" w:rsidR="00623E5F" w:rsidRDefault="00000000">
            <w:pPr>
              <w:pStyle w:val="Oznaenseznam"/>
              <w:spacing w:after="16"/>
            </w:pPr>
            <w:r>
              <w:rPr>
                <w:color w:val="000000"/>
                <w:sz w:val="15"/>
              </w:rPr>
              <w:t>Kateri tvoj gibalni dokaz najjasneje pokaže dogovorjeno merilo?</w:t>
            </w:r>
          </w:p>
          <w:p w14:paraId="088189F9"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70A9FEDB" w14:textId="77777777">
              <w:trPr>
                <w:jc w:val="center"/>
              </w:trPr>
              <w:tc>
                <w:tcPr>
                  <w:tcW w:w="7087" w:type="dxa"/>
                  <w:shd w:val="clear" w:color="auto" w:fill="C6E7F3"/>
                  <w:tcMar>
                    <w:top w:w="45" w:type="dxa"/>
                    <w:left w:w="70" w:type="dxa"/>
                    <w:bottom w:w="45" w:type="dxa"/>
                    <w:right w:w="70" w:type="dxa"/>
                  </w:tcMar>
                </w:tcPr>
                <w:p w14:paraId="6C96CFAD" w14:textId="77777777" w:rsidR="00623E5F" w:rsidRDefault="00000000">
                  <w:pPr>
                    <w:keepNext/>
                  </w:pPr>
                  <w:r>
                    <w:rPr>
                      <w:b/>
                      <w:color w:val="000000"/>
                    </w:rPr>
                    <w:t>ZAKLJUČNI DEL – UMIRJANJE, RAZTEZANJE, DOKAZ IN REFLEKSIJA (8–10 min)</w:t>
                  </w:r>
                </w:p>
              </w:tc>
            </w:tr>
          </w:tbl>
          <w:p w14:paraId="44A2FDB0" w14:textId="77777777" w:rsidR="00623E5F" w:rsidRDefault="00623E5F">
            <w:pPr>
              <w:spacing w:line="20" w:lineRule="exact"/>
            </w:pPr>
          </w:p>
          <w:p w14:paraId="3BEB1298"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442F6DBD" w14:textId="77777777">
              <w:trPr>
                <w:jc w:val="center"/>
              </w:trPr>
              <w:tc>
                <w:tcPr>
                  <w:tcW w:w="7087" w:type="dxa"/>
                  <w:shd w:val="clear" w:color="auto" w:fill="EDC9EA"/>
                  <w:tcMar>
                    <w:top w:w="45" w:type="dxa"/>
                    <w:left w:w="70" w:type="dxa"/>
                    <w:bottom w:w="45" w:type="dxa"/>
                    <w:right w:w="70" w:type="dxa"/>
                  </w:tcMar>
                </w:tcPr>
                <w:p w14:paraId="443519E6" w14:textId="77777777" w:rsidR="00623E5F" w:rsidRDefault="00000000">
                  <w:pPr>
                    <w:keepNext/>
                  </w:pPr>
                  <w:r>
                    <w:rPr>
                      <w:b/>
                      <w:color w:val="000000"/>
                    </w:rPr>
                    <w:t>SAMOVREDNOTENJE</w:t>
                  </w:r>
                </w:p>
              </w:tc>
            </w:tr>
          </w:tbl>
          <w:p w14:paraId="6A91B5B0" w14:textId="77777777" w:rsidR="00623E5F" w:rsidRDefault="00623E5F">
            <w:pPr>
              <w:spacing w:line="20" w:lineRule="exact"/>
            </w:pPr>
          </w:p>
          <w:p w14:paraId="72F40C75"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5DEBFC77" w14:textId="77777777">
              <w:trPr>
                <w:jc w:val="center"/>
              </w:trPr>
              <w:tc>
                <w:tcPr>
                  <w:tcW w:w="7087" w:type="dxa"/>
                  <w:shd w:val="clear" w:color="auto" w:fill="EDC9EA"/>
                  <w:tcMar>
                    <w:top w:w="45" w:type="dxa"/>
                    <w:left w:w="70" w:type="dxa"/>
                    <w:bottom w:w="45" w:type="dxa"/>
                    <w:right w:w="70" w:type="dxa"/>
                  </w:tcMar>
                </w:tcPr>
                <w:p w14:paraId="178ED772" w14:textId="77777777" w:rsidR="00623E5F" w:rsidRDefault="00000000">
                  <w:pPr>
                    <w:keepNext/>
                  </w:pPr>
                  <w:r>
                    <w:rPr>
                      <w:b/>
                      <w:color w:val="000000"/>
                    </w:rPr>
                    <w:t>VRSTNIŠKO OPAZOVANJE IN POVRATNA INFORMACIJA</w:t>
                  </w:r>
                </w:p>
              </w:tc>
            </w:tr>
          </w:tbl>
          <w:p w14:paraId="41414915" w14:textId="77777777" w:rsidR="00623E5F" w:rsidRDefault="00623E5F">
            <w:pPr>
              <w:spacing w:line="20" w:lineRule="exact"/>
            </w:pPr>
          </w:p>
          <w:p w14:paraId="009D7B08"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032E08E0" w14:textId="77777777">
              <w:trPr>
                <w:jc w:val="center"/>
              </w:trPr>
              <w:tc>
                <w:tcPr>
                  <w:tcW w:w="7087" w:type="dxa"/>
                  <w:shd w:val="clear" w:color="auto" w:fill="EDC9EA"/>
                  <w:tcMar>
                    <w:top w:w="45" w:type="dxa"/>
                    <w:left w:w="70" w:type="dxa"/>
                    <w:bottom w:w="45" w:type="dxa"/>
                    <w:right w:w="70" w:type="dxa"/>
                  </w:tcMar>
                </w:tcPr>
                <w:p w14:paraId="34859190" w14:textId="77777777" w:rsidR="00623E5F" w:rsidRDefault="00000000">
                  <w:pPr>
                    <w:keepNext/>
                  </w:pPr>
                  <w:r>
                    <w:rPr>
                      <w:b/>
                      <w:color w:val="000000"/>
                    </w:rPr>
                    <w:t>SKUPNI POVZETEK</w:t>
                  </w:r>
                </w:p>
              </w:tc>
            </w:tr>
          </w:tbl>
          <w:p w14:paraId="181723E6" w14:textId="77777777" w:rsidR="00623E5F" w:rsidRDefault="00623E5F"/>
          <w:p w14:paraId="4AC8F853" w14:textId="77777777" w:rsidR="00623E5F" w:rsidRDefault="00000000">
            <w:pPr>
              <w:spacing w:before="20" w:after="40" w:line="245" w:lineRule="auto"/>
            </w:pPr>
            <w:r>
              <w:rPr>
                <w:b/>
                <w:color w:val="000000"/>
                <w:sz w:val="16"/>
              </w:rPr>
              <w:t>izvedem poligon; sodelujem in spodbujam druge; samovrednotim varnost. Izbrani gibalni dokaz pojasnim in določim varen naslednji korak.</w:t>
            </w:r>
          </w:p>
        </w:tc>
        <w:tc>
          <w:tcPr>
            <w:tcW w:w="2551" w:type="dxa"/>
            <w:tcMar>
              <w:top w:w="70" w:type="dxa"/>
              <w:left w:w="90" w:type="dxa"/>
              <w:bottom w:w="70" w:type="dxa"/>
              <w:right w:w="90" w:type="dxa"/>
            </w:tcMar>
          </w:tcPr>
          <w:p w14:paraId="1AEB5F1C" w14:textId="77777777" w:rsidR="00623E5F" w:rsidRDefault="00623E5F"/>
          <w:p w14:paraId="52AC73F6" w14:textId="77777777" w:rsidR="00623E5F" w:rsidRDefault="00000000">
            <w:pPr>
              <w:spacing w:after="80" w:line="245" w:lineRule="auto"/>
            </w:pPr>
            <w:r>
              <w:rPr>
                <w:color w:val="000000"/>
                <w:sz w:val="15"/>
              </w:rPr>
              <w:t>Odgovarja na podporna vprašanja in se sklicuje na svojo izvedbo, počutje, izbrano raven in varnost.</w:t>
            </w:r>
          </w:p>
          <w:p w14:paraId="3CE98673" w14:textId="77777777" w:rsidR="00623E5F" w:rsidRDefault="00000000">
            <w:pPr>
              <w:spacing w:after="80" w:line="245" w:lineRule="auto"/>
            </w:pPr>
            <w:r>
              <w:rPr>
                <w:color w:val="000000"/>
                <w:sz w:val="15"/>
              </w:rPr>
              <w:t>Predstavi izbrani gibalni dokaz ter pokaže ali pove, katero merilo z njim dosega.</w:t>
            </w:r>
          </w:p>
          <w:p w14:paraId="65D7BAB3" w14:textId="77777777" w:rsidR="00623E5F" w:rsidRDefault="00000000">
            <w:pPr>
              <w:spacing w:after="80" w:line="245" w:lineRule="auto"/>
            </w:pPr>
            <w:r>
              <w:rPr>
                <w:color w:val="000000"/>
                <w:sz w:val="15"/>
              </w:rPr>
              <w:t>Opazuje eno dogovorjeno prvino vrstnikove izvedbe in poda kratek, prijazen ter uporaben odziv.</w:t>
            </w:r>
          </w:p>
          <w:p w14:paraId="20224576"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5DCF90F0" w14:textId="77777777" w:rsidR="00623E5F" w:rsidRDefault="00000000">
            <w:pPr>
              <w:spacing w:after="100" w:line="245" w:lineRule="auto"/>
            </w:pPr>
            <w:r>
              <w:rPr>
                <w:color w:val="000000"/>
                <w:sz w:val="15"/>
              </w:rPr>
              <w:t>Umiri dihanje, oceni napor in počutje, izbere raven samostojnosti ter določi varen naslednji korak.</w:t>
            </w:r>
          </w:p>
          <w:p w14:paraId="7EF8358E" w14:textId="77777777" w:rsidR="00623E5F" w:rsidRDefault="00000000">
            <w:pPr>
              <w:spacing w:after="20" w:line="245" w:lineRule="auto"/>
            </w:pPr>
            <w:r>
              <w:rPr>
                <w:b/>
                <w:color w:val="D95BC6"/>
                <w:sz w:val="17"/>
              </w:rPr>
              <w:t>DOKAZ O UČENJU</w:t>
            </w:r>
          </w:p>
          <w:p w14:paraId="132B77C8"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3F46304C"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588948D9" w14:textId="77777777">
        <w:trPr>
          <w:cantSplit/>
          <w:jc w:val="center"/>
        </w:trPr>
        <w:tc>
          <w:tcPr>
            <w:tcW w:w="14060" w:type="dxa"/>
            <w:gridSpan w:val="6"/>
            <w:tcMar>
              <w:top w:w="70" w:type="dxa"/>
              <w:left w:w="90" w:type="dxa"/>
              <w:bottom w:w="70" w:type="dxa"/>
              <w:right w:w="90" w:type="dxa"/>
            </w:tcMar>
            <w:vAlign w:val="center"/>
          </w:tcPr>
          <w:p w14:paraId="02B79986" w14:textId="77777777" w:rsidR="00623E5F" w:rsidRDefault="00000000">
            <w:pPr>
              <w:jc w:val="center"/>
            </w:pPr>
            <w:r>
              <w:rPr>
                <w:b/>
                <w:color w:val="000000"/>
                <w:sz w:val="24"/>
              </w:rPr>
              <w:lastRenderedPageBreak/>
              <w:t>UČNA PRIPRAVA 9/39</w:t>
            </w:r>
          </w:p>
        </w:tc>
      </w:tr>
      <w:tr w:rsidR="00623E5F" w14:paraId="59FE57E1" w14:textId="77777777">
        <w:trPr>
          <w:jc w:val="center"/>
        </w:trPr>
        <w:tc>
          <w:tcPr>
            <w:tcW w:w="2665" w:type="dxa"/>
            <w:tcMar>
              <w:top w:w="70" w:type="dxa"/>
              <w:left w:w="90" w:type="dxa"/>
              <w:bottom w:w="70" w:type="dxa"/>
              <w:right w:w="90" w:type="dxa"/>
            </w:tcMar>
            <w:vAlign w:val="center"/>
          </w:tcPr>
          <w:p w14:paraId="25BC9C41"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FC337EA"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0F44DEBB"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02173CA" w14:textId="77777777" w:rsidR="00623E5F" w:rsidRDefault="00000000">
            <w:r>
              <w:rPr>
                <w:b/>
                <w:color w:val="000000"/>
                <w:sz w:val="16"/>
              </w:rPr>
              <w:t xml:space="preserve">NAČRTOVANI TERMIN: </w:t>
            </w:r>
            <w:r>
              <w:rPr>
                <w:color w:val="000000"/>
                <w:sz w:val="16"/>
              </w:rPr>
              <w:t>9. teden • 2.–6. 11. 2026</w:t>
            </w:r>
          </w:p>
        </w:tc>
        <w:tc>
          <w:tcPr>
            <w:tcW w:w="2268" w:type="dxa"/>
            <w:tcMar>
              <w:top w:w="70" w:type="dxa"/>
              <w:left w:w="90" w:type="dxa"/>
              <w:bottom w:w="70" w:type="dxa"/>
              <w:right w:w="90" w:type="dxa"/>
            </w:tcMar>
            <w:vAlign w:val="center"/>
          </w:tcPr>
          <w:p w14:paraId="7E63EDA3"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AA07D93" w14:textId="77777777" w:rsidR="00623E5F" w:rsidRDefault="00000000">
            <w:r>
              <w:rPr>
                <w:b/>
                <w:color w:val="000000"/>
                <w:sz w:val="16"/>
              </w:rPr>
              <w:t xml:space="preserve">ŠTEVILO UR: </w:t>
            </w:r>
            <w:r>
              <w:rPr>
                <w:color w:val="000000"/>
                <w:sz w:val="16"/>
              </w:rPr>
              <w:t>3</w:t>
            </w:r>
          </w:p>
        </w:tc>
      </w:tr>
      <w:tr w:rsidR="00623E5F" w14:paraId="3B9DE5A8" w14:textId="77777777">
        <w:trPr>
          <w:jc w:val="center"/>
        </w:trPr>
        <w:tc>
          <w:tcPr>
            <w:tcW w:w="14061" w:type="dxa"/>
            <w:gridSpan w:val="6"/>
            <w:tcMar>
              <w:top w:w="70" w:type="dxa"/>
              <w:left w:w="90" w:type="dxa"/>
              <w:bottom w:w="70" w:type="dxa"/>
              <w:right w:w="90" w:type="dxa"/>
            </w:tcMar>
            <w:vAlign w:val="center"/>
          </w:tcPr>
          <w:p w14:paraId="0D7E26A9"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1923C961" w14:textId="77777777">
        <w:trPr>
          <w:cantSplit/>
          <w:jc w:val="center"/>
        </w:trPr>
        <w:tc>
          <w:tcPr>
            <w:tcW w:w="14060" w:type="dxa"/>
            <w:gridSpan w:val="6"/>
            <w:tcMar>
              <w:top w:w="70" w:type="dxa"/>
              <w:left w:w="90" w:type="dxa"/>
              <w:bottom w:w="70" w:type="dxa"/>
              <w:right w:w="90" w:type="dxa"/>
            </w:tcMar>
            <w:vAlign w:val="center"/>
          </w:tcPr>
          <w:p w14:paraId="338023B7" w14:textId="77777777" w:rsidR="00623E5F" w:rsidRDefault="00623E5F"/>
          <w:p w14:paraId="55E6FA79" w14:textId="77777777" w:rsidR="00623E5F" w:rsidRDefault="00000000">
            <w:pPr>
              <w:spacing w:line="245" w:lineRule="auto"/>
            </w:pPr>
            <w:r>
              <w:rPr>
                <w:b/>
                <w:color w:val="000000"/>
                <w:sz w:val="15"/>
              </w:rPr>
              <w:t xml:space="preserve">UČNI SKLOP: </w:t>
            </w:r>
            <w:r>
              <w:rPr>
                <w:color w:val="000000"/>
                <w:sz w:val="15"/>
              </w:rPr>
              <w:t>JESEN, SNOVI IN ŽIVA BITJA</w:t>
            </w:r>
          </w:p>
        </w:tc>
      </w:tr>
      <w:tr w:rsidR="00623E5F" w14:paraId="3935249F" w14:textId="77777777">
        <w:trPr>
          <w:cantSplit/>
          <w:jc w:val="center"/>
        </w:trPr>
        <w:tc>
          <w:tcPr>
            <w:tcW w:w="14060" w:type="dxa"/>
            <w:gridSpan w:val="6"/>
            <w:tcMar>
              <w:top w:w="70" w:type="dxa"/>
              <w:left w:w="90" w:type="dxa"/>
              <w:bottom w:w="70" w:type="dxa"/>
              <w:right w:w="90" w:type="dxa"/>
            </w:tcMar>
            <w:vAlign w:val="center"/>
          </w:tcPr>
          <w:p w14:paraId="0CF1446A" w14:textId="77777777" w:rsidR="00623E5F" w:rsidRDefault="00623E5F"/>
          <w:p w14:paraId="1EDA5680" w14:textId="77777777" w:rsidR="00623E5F" w:rsidRDefault="00000000">
            <w:pPr>
              <w:spacing w:line="245" w:lineRule="auto"/>
            </w:pPr>
            <w:r>
              <w:rPr>
                <w:b/>
                <w:color w:val="000000"/>
                <w:sz w:val="15"/>
              </w:rPr>
              <w:t xml:space="preserve">UČNA TEMA: </w:t>
            </w:r>
            <w:r>
              <w:rPr>
                <w:color w:val="000000"/>
                <w:sz w:val="15"/>
              </w:rPr>
              <w:t>ATLETSKE IGRE</w:t>
            </w:r>
          </w:p>
        </w:tc>
      </w:tr>
      <w:tr w:rsidR="00623E5F" w14:paraId="54BB980E" w14:textId="77777777">
        <w:trPr>
          <w:cantSplit/>
          <w:jc w:val="center"/>
        </w:trPr>
        <w:tc>
          <w:tcPr>
            <w:tcW w:w="14060" w:type="dxa"/>
            <w:gridSpan w:val="6"/>
            <w:tcMar>
              <w:top w:w="70" w:type="dxa"/>
              <w:left w:w="90" w:type="dxa"/>
              <w:bottom w:w="70" w:type="dxa"/>
              <w:right w:w="90" w:type="dxa"/>
            </w:tcMar>
            <w:vAlign w:val="center"/>
          </w:tcPr>
          <w:p w14:paraId="46CAC379" w14:textId="77777777" w:rsidR="00623E5F" w:rsidRDefault="00623E5F"/>
          <w:p w14:paraId="6BB9DF62" w14:textId="77777777" w:rsidR="00623E5F" w:rsidRDefault="00000000">
            <w:pPr>
              <w:spacing w:line="245" w:lineRule="auto"/>
            </w:pPr>
            <w:r>
              <w:rPr>
                <w:b/>
                <w:color w:val="000000"/>
                <w:sz w:val="15"/>
              </w:rPr>
              <w:t xml:space="preserve">KNJIŽEVNO / MOTIVNO IZHODIŠČE: </w:t>
            </w:r>
            <w:r>
              <w:rPr>
                <w:color w:val="000000"/>
                <w:sz w:val="15"/>
              </w:rPr>
              <w:t>»Sonček boža tačice« – Srečko Kosovel • sonce, jesensko vreme in čutno doživljanje narave</w:t>
            </w:r>
          </w:p>
        </w:tc>
      </w:tr>
      <w:tr w:rsidR="00623E5F" w14:paraId="6C73A504" w14:textId="77777777">
        <w:trPr>
          <w:cantSplit/>
          <w:jc w:val="center"/>
        </w:trPr>
        <w:tc>
          <w:tcPr>
            <w:tcW w:w="14060" w:type="dxa"/>
            <w:gridSpan w:val="6"/>
            <w:tcMar>
              <w:top w:w="70" w:type="dxa"/>
              <w:left w:w="90" w:type="dxa"/>
              <w:bottom w:w="70" w:type="dxa"/>
              <w:right w:w="90" w:type="dxa"/>
            </w:tcMar>
            <w:vAlign w:val="center"/>
          </w:tcPr>
          <w:p w14:paraId="3BC528D4" w14:textId="77777777" w:rsidR="00623E5F" w:rsidRDefault="00623E5F"/>
          <w:p w14:paraId="15BC1B65" w14:textId="77777777" w:rsidR="00623E5F" w:rsidRDefault="00000000">
            <w:pPr>
              <w:spacing w:line="245" w:lineRule="auto"/>
            </w:pPr>
            <w:r>
              <w:rPr>
                <w:b/>
                <w:color w:val="000000"/>
                <w:sz w:val="15"/>
              </w:rPr>
              <w:t xml:space="preserve">GIBALNO IZHODIŠČE / MOTIVACIJA: </w:t>
            </w:r>
            <w:r>
              <w:rPr>
                <w:color w:val="000000"/>
                <w:sz w:val="15"/>
              </w:rPr>
              <w:t>trije simboli - tek, skok in met - vabijo k napovedi tehnike, varnega prehoda in osebnega izziva pri temi »atletske igre«. Tedenski gibalni izziv: izvede sončni pozdrav in atletske igre v naravi.</w:t>
            </w:r>
          </w:p>
        </w:tc>
      </w:tr>
      <w:tr w:rsidR="00623E5F" w14:paraId="6D516D08" w14:textId="77777777">
        <w:trPr>
          <w:cantSplit/>
          <w:jc w:val="center"/>
        </w:trPr>
        <w:tc>
          <w:tcPr>
            <w:tcW w:w="14060" w:type="dxa"/>
            <w:gridSpan w:val="6"/>
            <w:tcMar>
              <w:top w:w="70" w:type="dxa"/>
              <w:left w:w="90" w:type="dxa"/>
              <w:bottom w:w="70" w:type="dxa"/>
              <w:right w:w="90" w:type="dxa"/>
            </w:tcMar>
            <w:vAlign w:val="center"/>
          </w:tcPr>
          <w:p w14:paraId="2B8E748E" w14:textId="77777777" w:rsidR="00623E5F" w:rsidRDefault="00623E5F"/>
          <w:p w14:paraId="131A26DB" w14:textId="77777777" w:rsidR="00623E5F" w:rsidRDefault="00000000">
            <w:pPr>
              <w:spacing w:line="245" w:lineRule="auto"/>
            </w:pPr>
            <w:r>
              <w:rPr>
                <w:b/>
                <w:color w:val="000000"/>
                <w:sz w:val="15"/>
              </w:rPr>
              <w:t xml:space="preserve">UČNE ENOTE: </w:t>
            </w:r>
            <w:r>
              <w:rPr>
                <w:color w:val="000000"/>
                <w:sz w:val="15"/>
              </w:rPr>
              <w:t>1. ura – Atletske igre – Ogrejem se in usvojim gib • 2. ura – Atletske igre – Vadim na postajah • 3. ura – Atletske igre – Uporabim v igri</w:t>
            </w:r>
          </w:p>
        </w:tc>
      </w:tr>
      <w:tr w:rsidR="00623E5F" w14:paraId="56817901" w14:textId="77777777">
        <w:trPr>
          <w:cantSplit/>
          <w:jc w:val="center"/>
        </w:trPr>
        <w:tc>
          <w:tcPr>
            <w:tcW w:w="14060" w:type="dxa"/>
            <w:gridSpan w:val="6"/>
            <w:tcMar>
              <w:top w:w="70" w:type="dxa"/>
              <w:left w:w="90" w:type="dxa"/>
              <w:bottom w:w="70" w:type="dxa"/>
              <w:right w:w="90" w:type="dxa"/>
            </w:tcMar>
            <w:vAlign w:val="center"/>
          </w:tcPr>
          <w:p w14:paraId="67D0C510" w14:textId="77777777" w:rsidR="00623E5F" w:rsidRDefault="00623E5F"/>
          <w:p w14:paraId="4F24EC13"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17A9C118" w14:textId="77777777">
        <w:trPr>
          <w:cantSplit/>
          <w:jc w:val="center"/>
        </w:trPr>
        <w:tc>
          <w:tcPr>
            <w:tcW w:w="14060" w:type="dxa"/>
            <w:gridSpan w:val="6"/>
            <w:tcMar>
              <w:top w:w="70" w:type="dxa"/>
              <w:left w:w="90" w:type="dxa"/>
              <w:bottom w:w="70" w:type="dxa"/>
              <w:right w:w="90" w:type="dxa"/>
            </w:tcMar>
            <w:vAlign w:val="center"/>
          </w:tcPr>
          <w:p w14:paraId="400C0EFA" w14:textId="77777777" w:rsidR="00623E5F" w:rsidRDefault="00623E5F"/>
          <w:p w14:paraId="29A77113"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17420DF7" w14:textId="77777777">
        <w:trPr>
          <w:cantSplit/>
          <w:jc w:val="center"/>
        </w:trPr>
        <w:tc>
          <w:tcPr>
            <w:tcW w:w="14060" w:type="dxa"/>
            <w:gridSpan w:val="6"/>
            <w:tcMar>
              <w:top w:w="70" w:type="dxa"/>
              <w:left w:w="90" w:type="dxa"/>
              <w:bottom w:w="70" w:type="dxa"/>
              <w:right w:w="90" w:type="dxa"/>
            </w:tcMar>
            <w:vAlign w:val="center"/>
          </w:tcPr>
          <w:p w14:paraId="66616B5E" w14:textId="77777777" w:rsidR="00623E5F" w:rsidRDefault="00623E5F"/>
          <w:p w14:paraId="4260D116"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145CA495" w14:textId="77777777">
        <w:trPr>
          <w:cantSplit/>
          <w:jc w:val="center"/>
        </w:trPr>
        <w:tc>
          <w:tcPr>
            <w:tcW w:w="14060" w:type="dxa"/>
            <w:gridSpan w:val="6"/>
            <w:tcMar>
              <w:top w:w="70" w:type="dxa"/>
              <w:left w:w="90" w:type="dxa"/>
              <w:bottom w:w="70" w:type="dxa"/>
              <w:right w:w="90" w:type="dxa"/>
            </w:tcMar>
            <w:vAlign w:val="center"/>
          </w:tcPr>
          <w:p w14:paraId="5C1E6F75" w14:textId="77777777" w:rsidR="00623E5F" w:rsidRDefault="00623E5F"/>
          <w:p w14:paraId="16A6B439" w14:textId="77777777" w:rsidR="00623E5F" w:rsidRDefault="00000000">
            <w:pPr>
              <w:spacing w:line="245" w:lineRule="auto"/>
            </w:pPr>
            <w:r>
              <w:rPr>
                <w:b/>
                <w:color w:val="000000"/>
                <w:sz w:val="15"/>
              </w:rPr>
              <w:t xml:space="preserve">MEDPREDMETNE POVEZAVE: </w:t>
            </w:r>
            <w:r>
              <w:rPr>
                <w:color w:val="000000"/>
                <w:sz w:val="15"/>
              </w:rPr>
              <w:t>SPO – sonce, jesensko vreme in čutno doživljanje narave,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64F82501" w14:textId="77777777">
        <w:trPr>
          <w:cantSplit/>
          <w:jc w:val="center"/>
        </w:trPr>
        <w:tc>
          <w:tcPr>
            <w:tcW w:w="14060" w:type="dxa"/>
            <w:gridSpan w:val="6"/>
            <w:tcMar>
              <w:top w:w="70" w:type="dxa"/>
              <w:left w:w="90" w:type="dxa"/>
              <w:bottom w:w="70" w:type="dxa"/>
              <w:right w:w="90" w:type="dxa"/>
            </w:tcMar>
            <w:vAlign w:val="center"/>
          </w:tcPr>
          <w:p w14:paraId="4122B29C" w14:textId="77777777" w:rsidR="00623E5F" w:rsidRDefault="00623E5F"/>
          <w:p w14:paraId="6B2AD346" w14:textId="77777777" w:rsidR="00623E5F" w:rsidRDefault="00000000">
            <w:pPr>
              <w:spacing w:line="245" w:lineRule="auto"/>
            </w:pPr>
            <w:r>
              <w:rPr>
                <w:b/>
                <w:color w:val="000000"/>
                <w:sz w:val="15"/>
              </w:rPr>
              <w:t xml:space="preserve">UČNA SREDSTVA IN PRIPOMOČKI: </w:t>
            </w:r>
            <w:r>
              <w:rPr>
                <w:color w:val="000000"/>
                <w:sz w:val="15"/>
              </w:rPr>
              <w:t>stožci, nizke ovire, merilni trak, talne črte, mehke žogice ali vrečke za met, obroči in blazine za doskok; kartice namena in kriterijev; oznake štirih postaj; opazovalni list; semafor napora in mapa dokazov</w:t>
            </w:r>
          </w:p>
        </w:tc>
      </w:tr>
      <w:tr w:rsidR="00623E5F" w14:paraId="05A813C8" w14:textId="77777777">
        <w:trPr>
          <w:cantSplit/>
          <w:jc w:val="center"/>
        </w:trPr>
        <w:tc>
          <w:tcPr>
            <w:tcW w:w="14060" w:type="dxa"/>
            <w:gridSpan w:val="6"/>
            <w:tcMar>
              <w:top w:w="70" w:type="dxa"/>
              <w:left w:w="90" w:type="dxa"/>
              <w:bottom w:w="70" w:type="dxa"/>
              <w:right w:w="90" w:type="dxa"/>
            </w:tcMar>
            <w:vAlign w:val="center"/>
          </w:tcPr>
          <w:p w14:paraId="1EB08BE1" w14:textId="77777777" w:rsidR="00623E5F" w:rsidRDefault="00623E5F"/>
          <w:p w14:paraId="75F2FB85"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1BAA66BB" w14:textId="77777777">
        <w:trPr>
          <w:cantSplit/>
          <w:jc w:val="center"/>
        </w:trPr>
        <w:tc>
          <w:tcPr>
            <w:tcW w:w="14060" w:type="dxa"/>
            <w:gridSpan w:val="6"/>
            <w:tcMar>
              <w:top w:w="70" w:type="dxa"/>
              <w:left w:w="90" w:type="dxa"/>
              <w:bottom w:w="70" w:type="dxa"/>
              <w:right w:w="90" w:type="dxa"/>
            </w:tcMar>
            <w:vAlign w:val="center"/>
          </w:tcPr>
          <w:p w14:paraId="1C0B99E1" w14:textId="77777777" w:rsidR="00623E5F" w:rsidRDefault="00623E5F"/>
          <w:p w14:paraId="041B0563"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6B2FA922" w14:textId="77777777">
        <w:trPr>
          <w:cantSplit/>
          <w:jc w:val="center"/>
        </w:trPr>
        <w:tc>
          <w:tcPr>
            <w:tcW w:w="14060" w:type="dxa"/>
            <w:gridSpan w:val="6"/>
            <w:tcMar>
              <w:top w:w="70" w:type="dxa"/>
              <w:left w:w="90" w:type="dxa"/>
              <w:bottom w:w="70" w:type="dxa"/>
              <w:right w:w="90" w:type="dxa"/>
            </w:tcMar>
            <w:vAlign w:val="center"/>
          </w:tcPr>
          <w:p w14:paraId="7333DD83" w14:textId="77777777" w:rsidR="00623E5F" w:rsidRDefault="00623E5F"/>
          <w:p w14:paraId="27C5D2AB"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1E787457"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EFE167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E13F22B"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E3E16D1" w14:textId="77777777" w:rsidR="00623E5F" w:rsidRDefault="00000000">
            <w:pPr>
              <w:jc w:val="center"/>
            </w:pPr>
            <w:r>
              <w:rPr>
                <w:b/>
                <w:color w:val="000000"/>
                <w:sz w:val="20"/>
              </w:rPr>
              <w:t>UČNE DEJAVNOSTI, METODE IN FORMATIVNO SPREMLJANJE</w:t>
            </w:r>
          </w:p>
        </w:tc>
      </w:tr>
      <w:tr w:rsidR="00623E5F" w14:paraId="7D093682" w14:textId="77777777">
        <w:trPr>
          <w:tblHeader/>
          <w:jc w:val="center"/>
        </w:trPr>
        <w:tc>
          <w:tcPr>
            <w:tcW w:w="4422" w:type="dxa"/>
            <w:vMerge/>
            <w:tcMar>
              <w:top w:w="70" w:type="dxa"/>
              <w:left w:w="90" w:type="dxa"/>
              <w:bottom w:w="70" w:type="dxa"/>
              <w:right w:w="90" w:type="dxa"/>
            </w:tcMar>
            <w:vAlign w:val="center"/>
          </w:tcPr>
          <w:p w14:paraId="14AF773E" w14:textId="77777777" w:rsidR="00623E5F" w:rsidRDefault="00623E5F"/>
        </w:tc>
        <w:tc>
          <w:tcPr>
            <w:tcW w:w="7087" w:type="dxa"/>
            <w:shd w:val="clear" w:color="auto" w:fill="FFFFFF"/>
            <w:tcMar>
              <w:top w:w="70" w:type="dxa"/>
              <w:left w:w="90" w:type="dxa"/>
              <w:bottom w:w="70" w:type="dxa"/>
              <w:right w:w="90" w:type="dxa"/>
            </w:tcMar>
            <w:vAlign w:val="center"/>
          </w:tcPr>
          <w:p w14:paraId="2A7E53FA"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B68581D" w14:textId="77777777" w:rsidR="00623E5F" w:rsidRDefault="00000000">
            <w:pPr>
              <w:jc w:val="center"/>
            </w:pPr>
            <w:r>
              <w:rPr>
                <w:b/>
                <w:color w:val="000000"/>
              </w:rPr>
              <w:t>UČENEC</w:t>
            </w:r>
          </w:p>
        </w:tc>
      </w:tr>
      <w:tr w:rsidR="00623E5F" w14:paraId="2F1A3EBB" w14:textId="77777777">
        <w:trPr>
          <w:jc w:val="center"/>
        </w:trPr>
        <w:tc>
          <w:tcPr>
            <w:tcW w:w="4422" w:type="dxa"/>
            <w:tcMar>
              <w:top w:w="70" w:type="dxa"/>
              <w:left w:w="90" w:type="dxa"/>
              <w:bottom w:w="70" w:type="dxa"/>
              <w:right w:w="90" w:type="dxa"/>
            </w:tcMar>
          </w:tcPr>
          <w:p w14:paraId="657D2198" w14:textId="77777777" w:rsidR="00623E5F" w:rsidRDefault="00623E5F"/>
          <w:p w14:paraId="0C7EB48A" w14:textId="77777777" w:rsidR="00623E5F" w:rsidRDefault="00000000">
            <w:pPr>
              <w:spacing w:after="60" w:line="245" w:lineRule="auto"/>
            </w:pPr>
            <w:r>
              <w:rPr>
                <w:b/>
                <w:color w:val="000000"/>
              </w:rPr>
              <w:t>UČNI CILJI</w:t>
            </w:r>
          </w:p>
          <w:p w14:paraId="73E0D052" w14:textId="77777777" w:rsidR="00623E5F" w:rsidRDefault="00000000">
            <w:pPr>
              <w:spacing w:after="20" w:line="245" w:lineRule="auto"/>
            </w:pPr>
            <w:r>
              <w:rPr>
                <w:b/>
                <w:color w:val="000000"/>
                <w:sz w:val="17"/>
              </w:rPr>
              <w:t>SPLOŠNI</w:t>
            </w:r>
          </w:p>
          <w:p w14:paraId="12A4D0DA"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57ED06CC" w14:textId="77777777" w:rsidR="00623E5F" w:rsidRDefault="00000000">
            <w:pPr>
              <w:pStyle w:val="Oznaenseznam"/>
              <w:spacing w:after="16"/>
            </w:pPr>
            <w:r>
              <w:rPr>
                <w:color w:val="000000"/>
                <w:sz w:val="15"/>
              </w:rPr>
              <w:t>varno hodi, teče, skače, meče, pleza, se plazi, lovi, ravnoteži, pleše in uporablja različne rekvizite</w:t>
            </w:r>
          </w:p>
          <w:p w14:paraId="3B2AA484" w14:textId="77777777" w:rsidR="00623E5F" w:rsidRDefault="00000000">
            <w:pPr>
              <w:pStyle w:val="Oznaenseznam"/>
              <w:spacing w:after="16"/>
            </w:pPr>
            <w:r>
              <w:rPr>
                <w:color w:val="000000"/>
                <w:sz w:val="15"/>
              </w:rPr>
              <w:t>razume pomen rednega gibanja, ogrevanja, higiene, primerne opreme, počitka in varnega ravnanja</w:t>
            </w:r>
          </w:p>
          <w:p w14:paraId="6DF61EB6"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16052641" w14:textId="77777777" w:rsidR="00623E5F" w:rsidRDefault="00000000">
            <w:pPr>
              <w:spacing w:before="40" w:after="20" w:line="245" w:lineRule="auto"/>
            </w:pPr>
            <w:r>
              <w:rPr>
                <w:b/>
                <w:color w:val="000000"/>
                <w:sz w:val="17"/>
              </w:rPr>
              <w:t>OPERATIVNI</w:t>
            </w:r>
          </w:p>
          <w:p w14:paraId="5E994216" w14:textId="77777777" w:rsidR="00623E5F" w:rsidRDefault="00000000">
            <w:pPr>
              <w:pStyle w:val="Oznaenseznam"/>
              <w:spacing w:after="16"/>
            </w:pPr>
            <w:r>
              <w:rPr>
                <w:color w:val="000000"/>
                <w:sz w:val="15"/>
              </w:rPr>
              <w:t>teče na krajši razdalji</w:t>
            </w:r>
          </w:p>
          <w:p w14:paraId="388921DB" w14:textId="77777777" w:rsidR="00623E5F" w:rsidRDefault="00000000">
            <w:pPr>
              <w:pStyle w:val="Oznaenseznam"/>
              <w:spacing w:after="16"/>
            </w:pPr>
            <w:r>
              <w:rPr>
                <w:color w:val="000000"/>
                <w:sz w:val="15"/>
              </w:rPr>
              <w:t>skače z mesta</w:t>
            </w:r>
          </w:p>
          <w:p w14:paraId="7FE49C8E" w14:textId="77777777" w:rsidR="00623E5F" w:rsidRDefault="00000000">
            <w:pPr>
              <w:pStyle w:val="Oznaenseznam"/>
              <w:spacing w:after="16"/>
            </w:pPr>
            <w:r>
              <w:rPr>
                <w:color w:val="000000"/>
                <w:sz w:val="15"/>
              </w:rPr>
              <w:t>upošteva pravila postaj</w:t>
            </w:r>
          </w:p>
          <w:p w14:paraId="0056F72A" w14:textId="77777777" w:rsidR="00623E5F" w:rsidRDefault="00000000">
            <w:pPr>
              <w:spacing w:before="40" w:after="20" w:line="245" w:lineRule="auto"/>
            </w:pPr>
            <w:r>
              <w:rPr>
                <w:b/>
                <w:color w:val="000000"/>
                <w:sz w:val="17"/>
              </w:rPr>
              <w:t>PRIČAKOVANI DOSEŽKI / MINIMALNI POUDARKI</w:t>
            </w:r>
          </w:p>
          <w:p w14:paraId="2354B83D" w14:textId="77777777" w:rsidR="00623E5F" w:rsidRDefault="00000000">
            <w:pPr>
              <w:pStyle w:val="Oznaenseznam"/>
              <w:spacing w:after="16"/>
            </w:pPr>
            <w:r>
              <w:rPr>
                <w:color w:val="000000"/>
                <w:sz w:val="15"/>
              </w:rPr>
              <w:t>učenec samostojno oziroma z dogovorjeno oporo teče na krajši razdalji</w:t>
            </w:r>
          </w:p>
          <w:p w14:paraId="042CB590" w14:textId="77777777" w:rsidR="00623E5F" w:rsidRDefault="00000000">
            <w:pPr>
              <w:pStyle w:val="Oznaenseznam"/>
              <w:spacing w:after="16"/>
            </w:pPr>
            <w:r>
              <w:rPr>
                <w:color w:val="000000"/>
                <w:sz w:val="15"/>
              </w:rPr>
              <w:t>učenec samostojno oziroma z dogovorjeno oporo skače z mesta</w:t>
            </w:r>
          </w:p>
          <w:p w14:paraId="423DF60E" w14:textId="77777777" w:rsidR="00623E5F" w:rsidRDefault="00000000">
            <w:pPr>
              <w:pStyle w:val="Oznaenseznam"/>
              <w:spacing w:after="16"/>
            </w:pPr>
            <w:r>
              <w:rPr>
                <w:color w:val="000000"/>
                <w:sz w:val="15"/>
              </w:rPr>
              <w:t>učenec samostojno oziroma z dogovorjeno oporo upošteva pravila postaj</w:t>
            </w:r>
          </w:p>
        </w:tc>
        <w:tc>
          <w:tcPr>
            <w:tcW w:w="7087" w:type="dxa"/>
            <w:tcMar>
              <w:top w:w="70" w:type="dxa"/>
              <w:left w:w="90" w:type="dxa"/>
              <w:bottom w:w="70" w:type="dxa"/>
              <w:right w:w="90" w:type="dxa"/>
            </w:tcMar>
          </w:tcPr>
          <w:p w14:paraId="5E155F62"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638E4DB" w14:textId="77777777">
              <w:trPr>
                <w:jc w:val="center"/>
              </w:trPr>
              <w:tc>
                <w:tcPr>
                  <w:tcW w:w="7087" w:type="dxa"/>
                  <w:shd w:val="clear" w:color="auto" w:fill="C6E7F3"/>
                  <w:tcMar>
                    <w:top w:w="45" w:type="dxa"/>
                    <w:left w:w="70" w:type="dxa"/>
                    <w:bottom w:w="45" w:type="dxa"/>
                    <w:right w:w="70" w:type="dxa"/>
                  </w:tcMar>
                </w:tcPr>
                <w:p w14:paraId="74F92CCF" w14:textId="77777777" w:rsidR="00623E5F" w:rsidRDefault="00000000">
                  <w:pPr>
                    <w:keepNext/>
                  </w:pPr>
                  <w:r>
                    <w:rPr>
                      <w:b/>
                      <w:color w:val="000000"/>
                    </w:rPr>
                    <w:t>UVODNI DEL – POČUTJE, GIBALNI NAMIG, PREDZNANJE IN NAMEN UČENJA (7–10 min)</w:t>
                  </w:r>
                </w:p>
              </w:tc>
            </w:tr>
          </w:tbl>
          <w:p w14:paraId="1FB06F84" w14:textId="77777777" w:rsidR="00623E5F" w:rsidRDefault="00623E5F">
            <w:pPr>
              <w:spacing w:line="20" w:lineRule="exact"/>
            </w:pPr>
          </w:p>
          <w:p w14:paraId="4EB2D925" w14:textId="77777777" w:rsidR="00623E5F" w:rsidRDefault="00000000">
            <w:pPr>
              <w:spacing w:before="40" w:after="60" w:line="245" w:lineRule="auto"/>
            </w:pPr>
            <w:r>
              <w:rPr>
                <w:color w:val="000000"/>
                <w:sz w:val="15"/>
              </w:rPr>
              <w:t>Ob književnem motivu »Sonček boža tačice« – Srečko Kosovel učenci vstopijo v temo sonce, jesensko vreme in čutno doživljanje narave. Učiteljica pripravi kratek gibalni namig: trije simboli - tek, skok in met - vabijo k napovedi tehnike, varnega prehoda in osebnega izziva pri temi »atletske igre«. Tedenski gibalni izziv: izvede sončni pozdrav in atletske igre v naravi.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6606FD9B" w14:textId="77777777">
              <w:trPr>
                <w:jc w:val="center"/>
              </w:trPr>
              <w:tc>
                <w:tcPr>
                  <w:tcW w:w="7087" w:type="dxa"/>
                  <w:shd w:val="clear" w:color="auto" w:fill="EDC9EA"/>
                  <w:tcMar>
                    <w:top w:w="45" w:type="dxa"/>
                    <w:left w:w="70" w:type="dxa"/>
                    <w:bottom w:w="45" w:type="dxa"/>
                    <w:right w:w="70" w:type="dxa"/>
                  </w:tcMar>
                </w:tcPr>
                <w:p w14:paraId="3E413124" w14:textId="77777777" w:rsidR="00623E5F" w:rsidRDefault="00000000">
                  <w:pPr>
                    <w:keepNext/>
                  </w:pPr>
                  <w:r>
                    <w:rPr>
                      <w:b/>
                      <w:color w:val="000000"/>
                    </w:rPr>
                    <w:t>NAMENI UČENJA</w:t>
                  </w:r>
                </w:p>
              </w:tc>
            </w:tr>
          </w:tbl>
          <w:p w14:paraId="353C00BF" w14:textId="77777777" w:rsidR="00623E5F" w:rsidRDefault="00623E5F">
            <w:pPr>
              <w:spacing w:line="20" w:lineRule="exact"/>
            </w:pPr>
          </w:p>
          <w:p w14:paraId="59F56645"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36613876" w14:textId="77777777" w:rsidR="00623E5F" w:rsidRDefault="00000000">
            <w:pPr>
              <w:pStyle w:val="Oznaenseznam"/>
              <w:spacing w:after="16"/>
            </w:pPr>
            <w:r>
              <w:rPr>
                <w:color w:val="000000"/>
                <w:sz w:val="15"/>
              </w:rPr>
              <w:t>tečem na krajši razdalji</w:t>
            </w:r>
          </w:p>
          <w:p w14:paraId="4ABFE713" w14:textId="77777777" w:rsidR="00623E5F" w:rsidRDefault="00000000">
            <w:pPr>
              <w:pStyle w:val="Oznaenseznam"/>
              <w:spacing w:after="16"/>
            </w:pPr>
            <w:r>
              <w:rPr>
                <w:color w:val="000000"/>
                <w:sz w:val="15"/>
              </w:rPr>
              <w:t>skačem z mesta</w:t>
            </w:r>
          </w:p>
          <w:p w14:paraId="3F10A66F" w14:textId="77777777" w:rsidR="00623E5F" w:rsidRDefault="00000000">
            <w:pPr>
              <w:pStyle w:val="Oznaenseznam"/>
              <w:spacing w:after="16"/>
            </w:pPr>
            <w:r>
              <w:rPr>
                <w:color w:val="000000"/>
                <w:sz w:val="15"/>
              </w:rPr>
              <w:t>upoštevam pravila postaj</w:t>
            </w:r>
          </w:p>
          <w:tbl>
            <w:tblPr>
              <w:tblStyle w:val="Tabelamrea"/>
              <w:tblW w:w="0" w:type="auto"/>
              <w:jc w:val="center"/>
              <w:tblLayout w:type="fixed"/>
              <w:tblLook w:val="04A0" w:firstRow="1" w:lastRow="0" w:firstColumn="1" w:lastColumn="0" w:noHBand="0" w:noVBand="1"/>
            </w:tblPr>
            <w:tblGrid>
              <w:gridCol w:w="7087"/>
            </w:tblGrid>
            <w:tr w:rsidR="00623E5F" w14:paraId="7CFFA85E" w14:textId="77777777">
              <w:trPr>
                <w:jc w:val="center"/>
              </w:trPr>
              <w:tc>
                <w:tcPr>
                  <w:tcW w:w="7087" w:type="dxa"/>
                  <w:shd w:val="clear" w:color="auto" w:fill="EDC9EA"/>
                  <w:tcMar>
                    <w:top w:w="45" w:type="dxa"/>
                    <w:left w:w="70" w:type="dxa"/>
                    <w:bottom w:w="45" w:type="dxa"/>
                    <w:right w:w="70" w:type="dxa"/>
                  </w:tcMar>
                </w:tcPr>
                <w:p w14:paraId="7CCDC4B1" w14:textId="77777777" w:rsidR="00623E5F" w:rsidRDefault="00000000">
                  <w:pPr>
                    <w:keepNext/>
                  </w:pPr>
                  <w:r>
                    <w:rPr>
                      <w:b/>
                      <w:color w:val="000000"/>
                    </w:rPr>
                    <w:t>PREVERJANJE PREDZNANJA</w:t>
                  </w:r>
                </w:p>
              </w:tc>
            </w:tr>
          </w:tbl>
          <w:p w14:paraId="76EB17E7" w14:textId="77777777" w:rsidR="00623E5F" w:rsidRDefault="00623E5F">
            <w:pPr>
              <w:spacing w:line="20" w:lineRule="exact"/>
            </w:pPr>
          </w:p>
          <w:p w14:paraId="3400FF91" w14:textId="77777777" w:rsidR="00623E5F" w:rsidRDefault="00000000">
            <w:pPr>
              <w:pStyle w:val="Oznaenseznam"/>
              <w:spacing w:after="16"/>
            </w:pPr>
            <w:r>
              <w:rPr>
                <w:color w:val="000000"/>
                <w:sz w:val="15"/>
              </w:rPr>
              <w:t>Kaj moje telo in prostor že znata pokazati pri temi »ATLETSKE IGRE«?</w:t>
            </w:r>
          </w:p>
          <w:p w14:paraId="255920E3" w14:textId="77777777" w:rsidR="00623E5F" w:rsidRDefault="00000000">
            <w:pPr>
              <w:pStyle w:val="Oznaenseznam"/>
              <w:spacing w:after="16"/>
            </w:pPr>
            <w:r>
              <w:rPr>
                <w:color w:val="000000"/>
                <w:sz w:val="15"/>
              </w:rPr>
              <w:t>Katero varnostno pravilo, gibalni korak ali strategijo že obvladam in kaj bi najprej preizkusil/-a?</w:t>
            </w:r>
          </w:p>
          <w:p w14:paraId="674F7BAE"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520FD3F1" w14:textId="77777777">
              <w:trPr>
                <w:jc w:val="center"/>
              </w:trPr>
              <w:tc>
                <w:tcPr>
                  <w:tcW w:w="7087" w:type="dxa"/>
                  <w:shd w:val="clear" w:color="auto" w:fill="EDC9EA"/>
                  <w:tcMar>
                    <w:top w:w="45" w:type="dxa"/>
                    <w:left w:w="70" w:type="dxa"/>
                    <w:bottom w:w="45" w:type="dxa"/>
                    <w:right w:w="70" w:type="dxa"/>
                  </w:tcMar>
                </w:tcPr>
                <w:p w14:paraId="6F48AC88" w14:textId="77777777" w:rsidR="00623E5F" w:rsidRDefault="00000000">
                  <w:pPr>
                    <w:keepNext/>
                  </w:pPr>
                  <w:r>
                    <w:rPr>
                      <w:b/>
                      <w:color w:val="000000"/>
                    </w:rPr>
                    <w:t>KRITERIJI USPEŠNOSTI</w:t>
                  </w:r>
                </w:p>
              </w:tc>
            </w:tr>
          </w:tbl>
          <w:p w14:paraId="4442AC2D" w14:textId="77777777" w:rsidR="00623E5F" w:rsidRDefault="00623E5F"/>
          <w:p w14:paraId="4CD41C34" w14:textId="77777777" w:rsidR="00623E5F" w:rsidRDefault="00000000">
            <w:pPr>
              <w:spacing w:before="20" w:after="20" w:line="245" w:lineRule="auto"/>
            </w:pPr>
            <w:r>
              <w:rPr>
                <w:b/>
                <w:color w:val="000000"/>
                <w:sz w:val="16"/>
              </w:rPr>
              <w:t>Uspešen/-na bom, ko:</w:t>
            </w:r>
          </w:p>
          <w:p w14:paraId="004AD947" w14:textId="77777777" w:rsidR="00623E5F" w:rsidRDefault="00000000">
            <w:pPr>
              <w:pStyle w:val="Oznaenseznam"/>
              <w:spacing w:after="16"/>
            </w:pPr>
            <w:r>
              <w:rPr>
                <w:color w:val="000000"/>
                <w:sz w:val="15"/>
              </w:rPr>
              <w:t>tečem na krajši razdalji</w:t>
            </w:r>
          </w:p>
          <w:p w14:paraId="527E18DD" w14:textId="77777777" w:rsidR="00623E5F" w:rsidRDefault="00000000">
            <w:pPr>
              <w:pStyle w:val="Oznaenseznam"/>
              <w:spacing w:after="16"/>
            </w:pPr>
            <w:r>
              <w:rPr>
                <w:color w:val="000000"/>
                <w:sz w:val="15"/>
              </w:rPr>
              <w:t>skačem z mesta</w:t>
            </w:r>
          </w:p>
          <w:p w14:paraId="4A8CA63C" w14:textId="77777777" w:rsidR="00623E5F" w:rsidRDefault="00000000">
            <w:pPr>
              <w:pStyle w:val="Oznaenseznam"/>
              <w:spacing w:after="16"/>
            </w:pPr>
            <w:r>
              <w:rPr>
                <w:color w:val="000000"/>
                <w:sz w:val="15"/>
              </w:rPr>
              <w:t>upoštevam pravila postaj</w:t>
            </w:r>
          </w:p>
          <w:p w14:paraId="10D22CC2" w14:textId="77777777" w:rsidR="00623E5F" w:rsidRDefault="00000000">
            <w:pPr>
              <w:pStyle w:val="Oznaenseznam"/>
              <w:spacing w:after="16"/>
            </w:pPr>
            <w:r>
              <w:rPr>
                <w:color w:val="000000"/>
                <w:sz w:val="15"/>
              </w:rPr>
              <w:t>pred začetkom preverim prostor in opremo, ohranjam razdaljo ter se na znak varno ustavim</w:t>
            </w:r>
          </w:p>
          <w:p w14:paraId="6A0BC399"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605BBC77" w14:textId="77777777" w:rsidR="00623E5F" w:rsidRDefault="00623E5F"/>
          <w:p w14:paraId="3A5A130C"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2C9989D4"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19495506" w14:textId="77777777" w:rsidR="00623E5F" w:rsidRDefault="00000000">
            <w:pPr>
              <w:spacing w:after="100" w:line="245" w:lineRule="auto"/>
            </w:pPr>
            <w:r>
              <w:rPr>
                <w:color w:val="000000"/>
                <w:sz w:val="15"/>
              </w:rPr>
              <w:t>Sodeluje pri razumevanju namena, vidnih meril, varnostnih pravil, prehodov in načina dokazovanja.</w:t>
            </w:r>
          </w:p>
          <w:p w14:paraId="2D4F73D7" w14:textId="77777777" w:rsidR="00623E5F" w:rsidRDefault="00000000">
            <w:pPr>
              <w:spacing w:after="20" w:line="245" w:lineRule="auto"/>
            </w:pPr>
            <w:r>
              <w:rPr>
                <w:b/>
                <w:color w:val="D95BC6"/>
                <w:sz w:val="17"/>
              </w:rPr>
              <w:t>DOKAZ O UČENJU</w:t>
            </w:r>
          </w:p>
          <w:p w14:paraId="5C1BBC78"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1CE55E6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526349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6647B47"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7DA1A0C" w14:textId="77777777" w:rsidR="00623E5F" w:rsidRDefault="00000000">
            <w:pPr>
              <w:jc w:val="center"/>
            </w:pPr>
            <w:r>
              <w:rPr>
                <w:b/>
                <w:color w:val="000000"/>
                <w:sz w:val="20"/>
              </w:rPr>
              <w:t>UČNE DEJAVNOSTI, METODE IN FORMATIVNO SPREMLJANJE</w:t>
            </w:r>
          </w:p>
        </w:tc>
      </w:tr>
      <w:tr w:rsidR="00623E5F" w14:paraId="66C20E96" w14:textId="77777777">
        <w:trPr>
          <w:tblHeader/>
          <w:jc w:val="center"/>
        </w:trPr>
        <w:tc>
          <w:tcPr>
            <w:tcW w:w="4422" w:type="dxa"/>
            <w:vMerge/>
            <w:tcMar>
              <w:top w:w="70" w:type="dxa"/>
              <w:left w:w="90" w:type="dxa"/>
              <w:bottom w:w="70" w:type="dxa"/>
              <w:right w:w="90" w:type="dxa"/>
            </w:tcMar>
            <w:vAlign w:val="center"/>
          </w:tcPr>
          <w:p w14:paraId="25BC9D56" w14:textId="77777777" w:rsidR="00623E5F" w:rsidRDefault="00623E5F"/>
        </w:tc>
        <w:tc>
          <w:tcPr>
            <w:tcW w:w="7087" w:type="dxa"/>
            <w:shd w:val="clear" w:color="auto" w:fill="FFFFFF"/>
            <w:tcMar>
              <w:top w:w="70" w:type="dxa"/>
              <w:left w:w="90" w:type="dxa"/>
              <w:bottom w:w="70" w:type="dxa"/>
              <w:right w:w="90" w:type="dxa"/>
            </w:tcMar>
            <w:vAlign w:val="center"/>
          </w:tcPr>
          <w:p w14:paraId="4FECB838"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7641D3A" w14:textId="77777777" w:rsidR="00623E5F" w:rsidRDefault="00000000">
            <w:pPr>
              <w:jc w:val="center"/>
            </w:pPr>
            <w:r>
              <w:rPr>
                <w:b/>
                <w:color w:val="000000"/>
              </w:rPr>
              <w:t>UČENEC</w:t>
            </w:r>
          </w:p>
        </w:tc>
      </w:tr>
      <w:tr w:rsidR="00623E5F" w14:paraId="6B1BF244" w14:textId="77777777">
        <w:trPr>
          <w:jc w:val="center"/>
        </w:trPr>
        <w:tc>
          <w:tcPr>
            <w:tcW w:w="4422" w:type="dxa"/>
            <w:tcMar>
              <w:top w:w="70" w:type="dxa"/>
              <w:left w:w="90" w:type="dxa"/>
              <w:bottom w:w="70" w:type="dxa"/>
              <w:right w:w="90" w:type="dxa"/>
            </w:tcMar>
          </w:tcPr>
          <w:p w14:paraId="3DB68C80" w14:textId="77777777" w:rsidR="00623E5F" w:rsidRDefault="00623E5F"/>
          <w:p w14:paraId="1F38D595" w14:textId="77777777" w:rsidR="00623E5F" w:rsidRDefault="00000000">
            <w:pPr>
              <w:spacing w:after="40" w:line="245" w:lineRule="auto"/>
            </w:pPr>
            <w:r>
              <w:rPr>
                <w:b/>
                <w:color w:val="000000"/>
                <w:sz w:val="17"/>
              </w:rPr>
              <w:t>KLJUČNI ŠPORTNI IN GIBALNI POJMI</w:t>
            </w:r>
          </w:p>
          <w:p w14:paraId="626668C1"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start, tek, nizka ovira, odriv, sonožni skok, doskok, met, cilj, daljina</w:t>
            </w:r>
          </w:p>
          <w:p w14:paraId="0DCD93BA" w14:textId="77777777" w:rsidR="00623E5F" w:rsidRDefault="00000000">
            <w:pPr>
              <w:spacing w:after="20" w:line="245" w:lineRule="auto"/>
            </w:pPr>
            <w:r>
              <w:rPr>
                <w:b/>
                <w:color w:val="000000"/>
                <w:sz w:val="17"/>
              </w:rPr>
              <w:t>DOKAZI O UČENJU</w:t>
            </w:r>
          </w:p>
          <w:p w14:paraId="22A8F15B" w14:textId="77777777" w:rsidR="00623E5F" w:rsidRDefault="00000000">
            <w:pPr>
              <w:pStyle w:val="Oznaenseznam"/>
              <w:spacing w:after="7"/>
            </w:pPr>
            <w:r>
              <w:rPr>
                <w:color w:val="000000"/>
                <w:sz w:val="14"/>
              </w:rPr>
              <w:t>varen odziv na znak, začetni poskus prvine in ustno varnostno pravilo.</w:t>
            </w:r>
          </w:p>
          <w:p w14:paraId="463FFF08" w14:textId="77777777" w:rsidR="00623E5F" w:rsidRDefault="00000000">
            <w:pPr>
              <w:pStyle w:val="Oznaenseznam"/>
              <w:spacing w:after="7"/>
            </w:pPr>
            <w:r>
              <w:rPr>
                <w:color w:val="000000"/>
                <w:sz w:val="14"/>
              </w:rPr>
              <w:t>opazovalna kartica, izvedba na izbrani ravni in učiteljev zapis o napredku.</w:t>
            </w:r>
          </w:p>
          <w:p w14:paraId="2027C0FB" w14:textId="77777777" w:rsidR="00623E5F" w:rsidRDefault="00000000">
            <w:pPr>
              <w:pStyle w:val="Oznaenseznam"/>
              <w:spacing w:after="7"/>
            </w:pPr>
            <w:r>
              <w:rPr>
                <w:color w:val="000000"/>
                <w:sz w:val="14"/>
              </w:rPr>
              <w:t>uporaba prvine v igri, sodelovanje, upoštevanje pravil in osebno samovrednotenje.</w:t>
            </w:r>
          </w:p>
          <w:p w14:paraId="30232651" w14:textId="77777777" w:rsidR="00623E5F" w:rsidRDefault="00000000">
            <w:pPr>
              <w:spacing w:before="40" w:after="20" w:line="245" w:lineRule="auto"/>
            </w:pPr>
            <w:r>
              <w:rPr>
                <w:b/>
                <w:color w:val="000000"/>
                <w:sz w:val="16"/>
              </w:rPr>
              <w:t>GIBALNO DOŽIVETJE IN IZKUŠENJSKI POUK</w:t>
            </w:r>
          </w:p>
          <w:p w14:paraId="4F81AFB1"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3D3DF0F8" w14:textId="77777777" w:rsidR="00623E5F" w:rsidRDefault="00000000">
            <w:pPr>
              <w:spacing w:after="20" w:line="245" w:lineRule="auto"/>
            </w:pPr>
            <w:r>
              <w:rPr>
                <w:b/>
                <w:color w:val="000000"/>
                <w:sz w:val="16"/>
              </w:rPr>
              <w:t>POUČEVANJE V GIBANJU</w:t>
            </w:r>
          </w:p>
          <w:p w14:paraId="0C522181"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45DC094F" w14:textId="77777777" w:rsidR="00623E5F" w:rsidRDefault="00000000">
            <w:pPr>
              <w:spacing w:after="20" w:line="245" w:lineRule="auto"/>
            </w:pPr>
            <w:r>
              <w:rPr>
                <w:b/>
                <w:color w:val="000000"/>
                <w:sz w:val="16"/>
              </w:rPr>
              <w:t>DELO PO ŠTIRIH POSTAJAH</w:t>
            </w:r>
          </w:p>
          <w:p w14:paraId="255E056D"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2302E564" w14:textId="77777777" w:rsidR="00623E5F" w:rsidRDefault="00000000">
            <w:pPr>
              <w:spacing w:after="7" w:line="245" w:lineRule="auto"/>
            </w:pPr>
            <w:r>
              <w:rPr>
                <w:color w:val="000000"/>
                <w:sz w:val="14"/>
              </w:rPr>
              <w:t>1. Tekalna: po znaku stečem, uravnavam smer in hitrost ter vadim cilj »tečem na krajši razdalji«.</w:t>
            </w:r>
          </w:p>
          <w:p w14:paraId="4126E90C" w14:textId="77777777" w:rsidR="00623E5F" w:rsidRDefault="00000000">
            <w:pPr>
              <w:spacing w:after="7" w:line="245" w:lineRule="auto"/>
            </w:pPr>
            <w:r>
              <w:rPr>
                <w:color w:val="000000"/>
                <w:sz w:val="14"/>
              </w:rPr>
              <w:t>2. Skakalna: na treh razdaljah vadim sonožni odriv in varen doskok ter uresničujem cilj »skačem z mesta«.</w:t>
            </w:r>
          </w:p>
          <w:p w14:paraId="0CC74249" w14:textId="77777777" w:rsidR="00623E5F" w:rsidRDefault="00000000">
            <w:pPr>
              <w:spacing w:after="7" w:line="245" w:lineRule="auto"/>
            </w:pPr>
            <w:r>
              <w:rPr>
                <w:color w:val="000000"/>
                <w:sz w:val="14"/>
              </w:rPr>
              <w:t>3. Metalna: mehko žogico ali vrečko vržem v cilj oziroma daljino in jo poberem le na skupni znak.</w:t>
            </w:r>
          </w:p>
          <w:p w14:paraId="5346A497" w14:textId="77777777" w:rsidR="00623E5F" w:rsidRDefault="00000000">
            <w:pPr>
              <w:spacing w:after="7" w:line="245" w:lineRule="auto"/>
            </w:pPr>
            <w:r>
              <w:rPr>
                <w:color w:val="000000"/>
                <w:sz w:val="14"/>
              </w:rPr>
              <w:t>4. Igralno-merilna: uporabim tek, skok ali met, primerjam le svoj dokaz in pokažem, kako »upoštevam pravila postaj«.</w:t>
            </w:r>
          </w:p>
          <w:p w14:paraId="582505ED" w14:textId="77777777" w:rsidR="00623E5F" w:rsidRDefault="00000000">
            <w:pPr>
              <w:spacing w:after="20" w:line="245" w:lineRule="auto"/>
            </w:pPr>
            <w:r>
              <w:rPr>
                <w:b/>
                <w:color w:val="000000"/>
                <w:sz w:val="16"/>
              </w:rPr>
              <w:t>DIFERENCIACIJA IN VKLJUČEVANJE</w:t>
            </w:r>
          </w:p>
          <w:p w14:paraId="1F614378"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71661B6C" w14:textId="77777777" w:rsidR="00623E5F" w:rsidRDefault="00000000">
            <w:pPr>
              <w:spacing w:after="20" w:line="245" w:lineRule="auto"/>
            </w:pPr>
            <w:r>
              <w:rPr>
                <w:b/>
                <w:color w:val="000000"/>
                <w:sz w:val="16"/>
              </w:rPr>
              <w:t>SPREMLJANJE</w:t>
            </w:r>
          </w:p>
          <w:p w14:paraId="7536ED5A"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573C7DEB"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BA98F52" w14:textId="77777777">
              <w:trPr>
                <w:jc w:val="center"/>
              </w:trPr>
              <w:tc>
                <w:tcPr>
                  <w:tcW w:w="7087" w:type="dxa"/>
                  <w:shd w:val="clear" w:color="auto" w:fill="C6E7F3"/>
                  <w:tcMar>
                    <w:top w:w="45" w:type="dxa"/>
                    <w:left w:w="70" w:type="dxa"/>
                    <w:bottom w:w="45" w:type="dxa"/>
                    <w:right w:w="70" w:type="dxa"/>
                  </w:tcMar>
                </w:tcPr>
                <w:p w14:paraId="46B793B0" w14:textId="77777777" w:rsidR="00623E5F" w:rsidRDefault="00000000">
                  <w:pPr>
                    <w:keepNext/>
                  </w:pPr>
                  <w:r>
                    <w:rPr>
                      <w:b/>
                      <w:color w:val="000000"/>
                      <w:sz w:val="16"/>
                    </w:rPr>
                    <w:t>GLAVNI DEL – GIBALNI IZZIV, VADBA NA ŠTIRIH POSTAJAH IN IGRA (3 šolske ure)</w:t>
                  </w:r>
                </w:p>
              </w:tc>
            </w:tr>
          </w:tbl>
          <w:p w14:paraId="02EC021A" w14:textId="77777777" w:rsidR="00623E5F" w:rsidRDefault="00623E5F">
            <w:pPr>
              <w:spacing w:line="20" w:lineRule="exact"/>
            </w:pPr>
          </w:p>
          <w:p w14:paraId="33195399" w14:textId="77777777" w:rsidR="00623E5F" w:rsidRDefault="00000000">
            <w:pPr>
              <w:keepNext/>
              <w:spacing w:before="16" w:after="6" w:line="245" w:lineRule="auto"/>
            </w:pPr>
            <w:r>
              <w:rPr>
                <w:b/>
                <w:color w:val="000000"/>
                <w:sz w:val="15"/>
              </w:rPr>
              <w:t>1. URA – Atletske igre – Ogrejem se in usvojim gib</w:t>
            </w:r>
          </w:p>
          <w:p w14:paraId="6DA8D83E"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»Sonček boža tačice« – Srečko Kosovel. Osrednji del 30': 32' – Preveri prostor in opremo, predstavi varnostni znak ter skozi gibalno zgodbo modelira ključno prvino po korakih.</w:t>
            </w:r>
          </w:p>
          <w:p w14:paraId="017CB432"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28198468" w14:textId="77777777" w:rsidR="00623E5F" w:rsidRDefault="00000000">
            <w:pPr>
              <w:spacing w:after="15" w:line="245" w:lineRule="auto"/>
            </w:pPr>
            <w:r>
              <w:rPr>
                <w:i/>
                <w:color w:val="D95BC6"/>
                <w:sz w:val="14"/>
              </w:rPr>
              <w:t>Predvideni dokaz: varen odziv na znak, začetni poskus prvine in ustno varnostno pravilo..</w:t>
            </w:r>
          </w:p>
          <w:p w14:paraId="75F963FE" w14:textId="77777777" w:rsidR="00623E5F" w:rsidRDefault="00000000">
            <w:pPr>
              <w:keepNext/>
              <w:spacing w:before="16" w:after="6" w:line="245" w:lineRule="auto"/>
            </w:pPr>
            <w:r>
              <w:rPr>
                <w:b/>
                <w:color w:val="000000"/>
                <w:sz w:val="15"/>
              </w:rPr>
              <w:t>2. URA – Atletske igre – Vadim na postajah</w:t>
            </w:r>
          </w:p>
          <w:p w14:paraId="7B7E0749"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»Sonček boža tačice« – Srečko Kosovel. Osrednji del 30': 32' – Pripravi 4–6 postaj z enosmernimi prehodi, pokaže tri ravni izziva in opazovalcu dodeli en jasen kriterij.</w:t>
            </w:r>
          </w:p>
          <w:p w14:paraId="2CEA756E"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39A7C4D1" w14:textId="77777777" w:rsidR="00623E5F" w:rsidRDefault="00000000">
            <w:pPr>
              <w:spacing w:after="15" w:line="245" w:lineRule="auto"/>
            </w:pPr>
            <w:r>
              <w:rPr>
                <w:i/>
                <w:color w:val="D95BC6"/>
                <w:sz w:val="14"/>
              </w:rPr>
              <w:t>Predvideni dokaz: opazovalna kartica, izvedba na izbrani ravni in učiteljev zapis o napredku..</w:t>
            </w:r>
          </w:p>
          <w:p w14:paraId="7436672E" w14:textId="77777777" w:rsidR="00623E5F" w:rsidRDefault="00000000">
            <w:pPr>
              <w:keepNext/>
              <w:spacing w:before="16" w:after="6" w:line="245" w:lineRule="auto"/>
            </w:pPr>
            <w:r>
              <w:rPr>
                <w:b/>
                <w:color w:val="000000"/>
                <w:sz w:val="15"/>
              </w:rPr>
              <w:t>3. URA – Atletske igre – Uporabim v igri</w:t>
            </w:r>
          </w:p>
          <w:p w14:paraId="66214712"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»Sonček boža tačice« – Srečko Kosovel. Osrednji del 30': 32' – Organizira vključujočo igro ali izziv brez izločanja, spremlja varnost, pošteno igro in uporabo naučene prvine.</w:t>
            </w:r>
          </w:p>
          <w:p w14:paraId="25B06504"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7B201E5F"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4016BD79" w14:textId="77777777">
              <w:trPr>
                <w:jc w:val="center"/>
              </w:trPr>
              <w:tc>
                <w:tcPr>
                  <w:tcW w:w="7087" w:type="dxa"/>
                  <w:shd w:val="clear" w:color="auto" w:fill="EDC9EA"/>
                  <w:tcMar>
                    <w:top w:w="45" w:type="dxa"/>
                    <w:left w:w="70" w:type="dxa"/>
                    <w:bottom w:w="45" w:type="dxa"/>
                    <w:right w:w="70" w:type="dxa"/>
                  </w:tcMar>
                </w:tcPr>
                <w:p w14:paraId="1A3A0D23" w14:textId="77777777" w:rsidR="00623E5F" w:rsidRDefault="00000000">
                  <w:pPr>
                    <w:keepNext/>
                  </w:pPr>
                  <w:r>
                    <w:rPr>
                      <w:b/>
                      <w:color w:val="000000"/>
                      <w:sz w:val="16"/>
                    </w:rPr>
                    <w:t>ORGANIZACIJA POSTAJ, PREHODOV IN AKTIVNEGA ČASA</w:t>
                  </w:r>
                </w:p>
              </w:tc>
            </w:tr>
          </w:tbl>
          <w:p w14:paraId="436FA8EB" w14:textId="77777777" w:rsidR="00623E5F" w:rsidRDefault="00623E5F"/>
          <w:p w14:paraId="2DB010AB" w14:textId="77777777" w:rsidR="00623E5F" w:rsidRDefault="00000000">
            <w:pPr>
              <w:spacing w:before="5" w:after="6" w:line="245" w:lineRule="auto"/>
            </w:pPr>
            <w:r>
              <w:rPr>
                <w:color w:val="000000"/>
                <w:sz w:val="14"/>
              </w:rPr>
              <w:t>Postaja 1: Tekalna: po znaku stečem, uravnavam smer in hitrost ter vadim cilj »tečem na krajši razdalji«.</w:t>
            </w:r>
          </w:p>
          <w:p w14:paraId="567C4D08" w14:textId="77777777" w:rsidR="00623E5F" w:rsidRDefault="00000000">
            <w:pPr>
              <w:spacing w:before="5" w:after="6" w:line="245" w:lineRule="auto"/>
            </w:pPr>
            <w:r>
              <w:rPr>
                <w:color w:val="000000"/>
                <w:sz w:val="14"/>
              </w:rPr>
              <w:t>Postaja 2: Skakalna: na treh razdaljah vadim sonožni odriv in varen doskok ter uresničujem cilj »skačem z mesta«.</w:t>
            </w:r>
          </w:p>
          <w:p w14:paraId="79A40EBC" w14:textId="77777777" w:rsidR="00623E5F" w:rsidRDefault="00000000">
            <w:pPr>
              <w:spacing w:before="5" w:after="6" w:line="245" w:lineRule="auto"/>
            </w:pPr>
            <w:r>
              <w:rPr>
                <w:color w:val="000000"/>
                <w:sz w:val="14"/>
              </w:rPr>
              <w:t>Postaja 3: Metalna: mehko žogico ali vrečko vržem v cilj oziroma daljino in jo poberem le na skupni znak.</w:t>
            </w:r>
          </w:p>
          <w:p w14:paraId="25D6328B" w14:textId="77777777" w:rsidR="00623E5F" w:rsidRDefault="00000000">
            <w:pPr>
              <w:spacing w:before="5" w:after="6" w:line="245" w:lineRule="auto"/>
            </w:pPr>
            <w:r>
              <w:rPr>
                <w:color w:val="000000"/>
                <w:sz w:val="14"/>
              </w:rPr>
              <w:t>Postaja 4: Igralno-merilna: uporabim tek, skok ali met, primerjam le svoj dokaz in pokažem, kako »upoštevam pravila postaj«.</w:t>
            </w:r>
          </w:p>
          <w:p w14:paraId="255DB5DF"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1716E868" w14:textId="77777777" w:rsidR="00623E5F" w:rsidRDefault="00623E5F"/>
          <w:p w14:paraId="64DEA0B1" w14:textId="77777777" w:rsidR="00623E5F" w:rsidRDefault="00000000">
            <w:pPr>
              <w:spacing w:after="5" w:line="245" w:lineRule="auto"/>
            </w:pPr>
            <w:r>
              <w:rPr>
                <w:b/>
                <w:color w:val="000000"/>
                <w:sz w:val="15"/>
              </w:rPr>
              <w:t>1. URA – Atletske igre – Ogrejem se in usvojim gib</w:t>
            </w:r>
          </w:p>
          <w:p w14:paraId="4BC78802"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0B9892C" w14:textId="77777777" w:rsidR="00623E5F" w:rsidRDefault="00000000">
            <w:pPr>
              <w:spacing w:after="14" w:line="245" w:lineRule="auto"/>
            </w:pPr>
            <w:r>
              <w:rPr>
                <w:color w:val="D95BC6"/>
                <w:sz w:val="13"/>
              </w:rPr>
              <w:t>Dokaz: varen odziv na znak, začetni poskus prvine in ustno varnostno pravilo.</w:t>
            </w:r>
          </w:p>
          <w:p w14:paraId="28D02BA9" w14:textId="77777777" w:rsidR="00623E5F" w:rsidRDefault="00000000">
            <w:pPr>
              <w:spacing w:after="5" w:line="245" w:lineRule="auto"/>
            </w:pPr>
            <w:r>
              <w:rPr>
                <w:b/>
                <w:color w:val="000000"/>
                <w:sz w:val="15"/>
              </w:rPr>
              <w:t>2. URA – Atletske igre – Vadim na postajah</w:t>
            </w:r>
          </w:p>
          <w:p w14:paraId="5527C198"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13ABDD5" w14:textId="77777777" w:rsidR="00623E5F" w:rsidRDefault="00000000">
            <w:pPr>
              <w:spacing w:after="14" w:line="245" w:lineRule="auto"/>
            </w:pPr>
            <w:r>
              <w:rPr>
                <w:color w:val="D95BC6"/>
                <w:sz w:val="13"/>
              </w:rPr>
              <w:t>Dokaz: opazovalna kartica, izvedba na izbrani ravni in učiteljev zapis o napredku.</w:t>
            </w:r>
          </w:p>
          <w:p w14:paraId="75917782" w14:textId="77777777" w:rsidR="00623E5F" w:rsidRDefault="00000000">
            <w:pPr>
              <w:spacing w:after="5" w:line="245" w:lineRule="auto"/>
            </w:pPr>
            <w:r>
              <w:rPr>
                <w:b/>
                <w:color w:val="000000"/>
                <w:sz w:val="15"/>
              </w:rPr>
              <w:t>3. URA – Atletske igre – Uporabim v igri</w:t>
            </w:r>
          </w:p>
          <w:p w14:paraId="68A29C0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149993B" w14:textId="77777777" w:rsidR="00623E5F" w:rsidRDefault="00000000">
            <w:pPr>
              <w:spacing w:after="14" w:line="245" w:lineRule="auto"/>
            </w:pPr>
            <w:r>
              <w:rPr>
                <w:color w:val="D95BC6"/>
                <w:sz w:val="13"/>
              </w:rPr>
              <w:t>Dokaz: uporaba prvine v igri, sodelovanje, upoštevanje pravil in osebno.</w:t>
            </w:r>
          </w:p>
          <w:p w14:paraId="3F884599" w14:textId="77777777" w:rsidR="00623E5F" w:rsidRDefault="00000000">
            <w:pPr>
              <w:spacing w:before="30" w:after="14" w:line="245" w:lineRule="auto"/>
            </w:pPr>
            <w:r>
              <w:rPr>
                <w:b/>
                <w:color w:val="D95BC6"/>
                <w:sz w:val="16"/>
              </w:rPr>
              <w:t>MOJ KROG POSTAJ</w:t>
            </w:r>
          </w:p>
          <w:p w14:paraId="69E2DE43" w14:textId="77777777" w:rsidR="00623E5F" w:rsidRDefault="00000000">
            <w:pPr>
              <w:spacing w:after="8" w:line="245" w:lineRule="auto"/>
            </w:pPr>
            <w:r>
              <w:rPr>
                <w:color w:val="000000"/>
                <w:sz w:val="13"/>
              </w:rPr>
              <w:t>1. Tekalna: po znaku stečem, uravnavam smer in hitrost ter vadim cilj »tečem na.</w:t>
            </w:r>
          </w:p>
          <w:p w14:paraId="3F75AED2" w14:textId="77777777" w:rsidR="00623E5F" w:rsidRDefault="00000000">
            <w:pPr>
              <w:spacing w:after="8" w:line="245" w:lineRule="auto"/>
            </w:pPr>
            <w:r>
              <w:rPr>
                <w:color w:val="000000"/>
                <w:sz w:val="13"/>
              </w:rPr>
              <w:t>2. Skakalna: na treh razdaljah vadim sonožni odriv in varen doskok ter uresničujem.</w:t>
            </w:r>
          </w:p>
          <w:p w14:paraId="20C07925" w14:textId="77777777" w:rsidR="00623E5F" w:rsidRDefault="00000000">
            <w:pPr>
              <w:spacing w:after="8" w:line="245" w:lineRule="auto"/>
            </w:pPr>
            <w:r>
              <w:rPr>
                <w:color w:val="000000"/>
                <w:sz w:val="13"/>
              </w:rPr>
              <w:t>3. Metalna: mehko žogico ali vrečko vržem v cilj oziroma daljino in jo poberem le na.</w:t>
            </w:r>
          </w:p>
          <w:p w14:paraId="12F44587" w14:textId="77777777" w:rsidR="00623E5F" w:rsidRDefault="00000000">
            <w:pPr>
              <w:spacing w:after="8" w:line="245" w:lineRule="auto"/>
            </w:pPr>
            <w:r>
              <w:rPr>
                <w:color w:val="000000"/>
                <w:sz w:val="13"/>
              </w:rPr>
              <w:t>4. Igralno-merilna: uporabim tek, skok ali met, primerjam le svoj dokaz in pokažem.</w:t>
            </w:r>
          </w:p>
          <w:p w14:paraId="401C11A7"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0FDE03B2" w14:textId="77777777" w:rsidR="00623E5F" w:rsidRDefault="00000000">
            <w:pPr>
              <w:spacing w:after="14" w:line="245" w:lineRule="auto"/>
            </w:pPr>
            <w:r>
              <w:rPr>
                <w:b/>
                <w:color w:val="D95BC6"/>
                <w:sz w:val="16"/>
              </w:rPr>
              <w:t>DOKAZ O UČENJU</w:t>
            </w:r>
          </w:p>
          <w:p w14:paraId="534076D7"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2A2A049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2AE0F9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8FE6E92"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3E4917C" w14:textId="77777777" w:rsidR="00623E5F" w:rsidRDefault="00000000">
            <w:pPr>
              <w:jc w:val="center"/>
            </w:pPr>
            <w:r>
              <w:rPr>
                <w:b/>
                <w:color w:val="000000"/>
                <w:sz w:val="20"/>
              </w:rPr>
              <w:t>UČNE DEJAVNOSTI, METODE IN FORMATIVNO SPREMLJANJE</w:t>
            </w:r>
          </w:p>
        </w:tc>
      </w:tr>
      <w:tr w:rsidR="00623E5F" w14:paraId="04876F83" w14:textId="77777777">
        <w:trPr>
          <w:tblHeader/>
          <w:jc w:val="center"/>
        </w:trPr>
        <w:tc>
          <w:tcPr>
            <w:tcW w:w="4422" w:type="dxa"/>
            <w:vMerge/>
            <w:tcMar>
              <w:top w:w="70" w:type="dxa"/>
              <w:left w:w="90" w:type="dxa"/>
              <w:bottom w:w="70" w:type="dxa"/>
              <w:right w:w="90" w:type="dxa"/>
            </w:tcMar>
            <w:vAlign w:val="center"/>
          </w:tcPr>
          <w:p w14:paraId="5A993A58" w14:textId="77777777" w:rsidR="00623E5F" w:rsidRDefault="00623E5F"/>
        </w:tc>
        <w:tc>
          <w:tcPr>
            <w:tcW w:w="7087" w:type="dxa"/>
            <w:shd w:val="clear" w:color="auto" w:fill="FFFFFF"/>
            <w:tcMar>
              <w:top w:w="70" w:type="dxa"/>
              <w:left w:w="90" w:type="dxa"/>
              <w:bottom w:w="70" w:type="dxa"/>
              <w:right w:w="90" w:type="dxa"/>
            </w:tcMar>
            <w:vAlign w:val="center"/>
          </w:tcPr>
          <w:p w14:paraId="43603309"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C92BDC7" w14:textId="77777777" w:rsidR="00623E5F" w:rsidRDefault="00000000">
            <w:pPr>
              <w:jc w:val="center"/>
            </w:pPr>
            <w:r>
              <w:rPr>
                <w:b/>
                <w:color w:val="000000"/>
              </w:rPr>
              <w:t>UČENEC</w:t>
            </w:r>
          </w:p>
        </w:tc>
      </w:tr>
      <w:tr w:rsidR="00623E5F" w14:paraId="59D8635D" w14:textId="77777777">
        <w:trPr>
          <w:jc w:val="center"/>
        </w:trPr>
        <w:tc>
          <w:tcPr>
            <w:tcW w:w="4422" w:type="dxa"/>
            <w:tcMar>
              <w:top w:w="70" w:type="dxa"/>
              <w:left w:w="90" w:type="dxa"/>
              <w:bottom w:w="70" w:type="dxa"/>
              <w:right w:w="90" w:type="dxa"/>
            </w:tcMar>
          </w:tcPr>
          <w:p w14:paraId="5ACD9D80" w14:textId="77777777" w:rsidR="00623E5F" w:rsidRDefault="00623E5F"/>
          <w:p w14:paraId="1D201816" w14:textId="77777777" w:rsidR="00623E5F" w:rsidRDefault="00000000">
            <w:pPr>
              <w:spacing w:after="40" w:line="245" w:lineRule="auto"/>
            </w:pPr>
            <w:r>
              <w:rPr>
                <w:b/>
                <w:color w:val="000000"/>
              </w:rPr>
              <w:t>FORMATIVNO SPREMLJANJE</w:t>
            </w:r>
          </w:p>
          <w:p w14:paraId="7348BCA3" w14:textId="77777777" w:rsidR="00623E5F" w:rsidRDefault="00000000">
            <w:pPr>
              <w:pStyle w:val="Oznaenseznam"/>
              <w:spacing w:after="16"/>
            </w:pPr>
            <w:r>
              <w:rPr>
                <w:color w:val="000000"/>
                <w:sz w:val="15"/>
              </w:rPr>
              <w:t>predznanje: gibalni prikaz, odziv na znak, izbira kartice, začetni poskus ali kratka razlaga</w:t>
            </w:r>
          </w:p>
          <w:p w14:paraId="48799F58" w14:textId="77777777" w:rsidR="00623E5F" w:rsidRDefault="00000000">
            <w:pPr>
              <w:pStyle w:val="Oznaenseznam"/>
              <w:spacing w:after="16"/>
            </w:pPr>
            <w:r>
              <w:rPr>
                <w:color w:val="000000"/>
                <w:sz w:val="15"/>
              </w:rPr>
              <w:t>nameni in merila: kratka poved, slikovni znak, model varne izvedbe in en opazljiv tehnični poudarek</w:t>
            </w:r>
          </w:p>
          <w:p w14:paraId="7CE2BC9F"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216B0ECF" w14:textId="77777777" w:rsidR="00623E5F" w:rsidRDefault="00000000">
            <w:pPr>
              <w:pStyle w:val="Oznaenseznam"/>
              <w:spacing w:after="16"/>
            </w:pPr>
            <w:r>
              <w:rPr>
                <w:color w:val="000000"/>
                <w:sz w:val="15"/>
              </w:rPr>
              <w:t>povratna informacija: opis opaženega, povezava z enim merilom in takoj izvedljiv ponovni poskus</w:t>
            </w:r>
          </w:p>
          <w:p w14:paraId="2323D62B" w14:textId="77777777" w:rsidR="00623E5F" w:rsidRDefault="00000000">
            <w:pPr>
              <w:pStyle w:val="Oznaenseznam"/>
              <w:spacing w:after="16"/>
            </w:pPr>
            <w:r>
              <w:rPr>
                <w:color w:val="000000"/>
                <w:sz w:val="15"/>
              </w:rPr>
              <w:t>samovrednotenje: semafor napora in varnosti, lestvica samostojnosti, izbran dokaz ter osebni naslednji korak</w:t>
            </w:r>
          </w:p>
          <w:p w14:paraId="30DC0797" w14:textId="77777777" w:rsidR="00623E5F" w:rsidRDefault="00000000">
            <w:pPr>
              <w:spacing w:before="40" w:after="20" w:line="245" w:lineRule="auto"/>
            </w:pPr>
            <w:r>
              <w:rPr>
                <w:b/>
                <w:color w:val="000000"/>
                <w:sz w:val="17"/>
              </w:rPr>
              <w:t>VARNOST, POČUTJE IN HIGIENA</w:t>
            </w:r>
          </w:p>
          <w:p w14:paraId="041BE8C7"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Tekališča, doskočišča in sektorji za mete so ločeni; vsi mečejo in pobirajo rekvizite samo na skupni znak.</w:t>
            </w:r>
          </w:p>
          <w:p w14:paraId="3DBDC142" w14:textId="77777777" w:rsidR="00623E5F" w:rsidRDefault="00000000">
            <w:pPr>
              <w:spacing w:after="20" w:line="245" w:lineRule="auto"/>
            </w:pPr>
            <w:r>
              <w:rPr>
                <w:b/>
                <w:color w:val="000000"/>
                <w:sz w:val="17"/>
              </w:rPr>
              <w:t>EVIDENCA PO IZVEDBI</w:t>
            </w:r>
          </w:p>
          <w:p w14:paraId="33ABC5D6"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5FD179CF" w14:textId="77777777" w:rsidR="00623E5F" w:rsidRDefault="00000000">
            <w:pPr>
              <w:spacing w:before="40" w:after="20" w:line="245" w:lineRule="auto"/>
            </w:pPr>
            <w:r>
              <w:rPr>
                <w:b/>
                <w:color w:val="000000"/>
                <w:sz w:val="17"/>
              </w:rPr>
              <w:t>RAVEN DOSEGANJA</w:t>
            </w:r>
          </w:p>
          <w:p w14:paraId="023AD697"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264710E9"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35BEDB2" w14:textId="77777777">
              <w:trPr>
                <w:jc w:val="center"/>
              </w:trPr>
              <w:tc>
                <w:tcPr>
                  <w:tcW w:w="7087" w:type="dxa"/>
                  <w:shd w:val="clear" w:color="auto" w:fill="EDC9EA"/>
                  <w:tcMar>
                    <w:top w:w="45" w:type="dxa"/>
                    <w:left w:w="70" w:type="dxa"/>
                    <w:bottom w:w="45" w:type="dxa"/>
                    <w:right w:w="70" w:type="dxa"/>
                  </w:tcMar>
                </w:tcPr>
                <w:p w14:paraId="0F607B03" w14:textId="77777777" w:rsidR="00623E5F" w:rsidRDefault="00000000">
                  <w:pPr>
                    <w:keepNext/>
                  </w:pPr>
                  <w:r>
                    <w:rPr>
                      <w:b/>
                      <w:color w:val="000000"/>
                    </w:rPr>
                    <w:t>VPRAŠANJA V PODPORO GIBALNEMU UČENJU</w:t>
                  </w:r>
                </w:p>
              </w:tc>
            </w:tr>
          </w:tbl>
          <w:p w14:paraId="78BA83B4" w14:textId="77777777" w:rsidR="00623E5F" w:rsidRDefault="00623E5F">
            <w:pPr>
              <w:spacing w:line="20" w:lineRule="exact"/>
            </w:pPr>
          </w:p>
          <w:p w14:paraId="265B7984" w14:textId="77777777" w:rsidR="00623E5F" w:rsidRDefault="00000000">
            <w:pPr>
              <w:pStyle w:val="Oznaenseznam"/>
              <w:spacing w:after="16"/>
            </w:pPr>
            <w:r>
              <w:rPr>
                <w:color w:val="000000"/>
                <w:sz w:val="15"/>
              </w:rPr>
              <w:t>Kaj si pri prvem poskusu začutil/-a ali opazil/-a v položaju telesa, ravnotežju, smeri, ritmu ali naporu?</w:t>
            </w:r>
          </w:p>
          <w:p w14:paraId="1E5190CD" w14:textId="77777777" w:rsidR="00623E5F" w:rsidRDefault="00000000">
            <w:pPr>
              <w:pStyle w:val="Oznaenseznam"/>
              <w:spacing w:after="16"/>
            </w:pPr>
            <w:r>
              <w:rPr>
                <w:color w:val="000000"/>
                <w:sz w:val="15"/>
              </w:rPr>
              <w:t>Katero varnostno pravilo in kateri gibalni korak sta bila danes najpomembnejša?</w:t>
            </w:r>
          </w:p>
          <w:p w14:paraId="3A2CC5C4" w14:textId="77777777" w:rsidR="00623E5F" w:rsidRDefault="00000000">
            <w:pPr>
              <w:pStyle w:val="Oznaenseznam"/>
              <w:spacing w:after="16"/>
            </w:pPr>
            <w:r>
              <w:rPr>
                <w:color w:val="000000"/>
                <w:sz w:val="15"/>
              </w:rPr>
              <w:t>Katero raven si izbral/-a, zakaj je bila primerna in kaj si pri naslednjem poskusu spremenil/-a?</w:t>
            </w:r>
          </w:p>
          <w:p w14:paraId="62ABBA01" w14:textId="77777777" w:rsidR="00623E5F" w:rsidRDefault="00000000">
            <w:pPr>
              <w:pStyle w:val="Oznaenseznam"/>
              <w:spacing w:after="16"/>
            </w:pPr>
            <w:r>
              <w:rPr>
                <w:color w:val="000000"/>
                <w:sz w:val="15"/>
              </w:rPr>
              <w:t>Kateri tvoj gibalni dokaz najjasneje pokaže dogovorjeno merilo?</w:t>
            </w:r>
          </w:p>
          <w:p w14:paraId="710BB557"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42A6BA80" w14:textId="77777777">
              <w:trPr>
                <w:jc w:val="center"/>
              </w:trPr>
              <w:tc>
                <w:tcPr>
                  <w:tcW w:w="7087" w:type="dxa"/>
                  <w:shd w:val="clear" w:color="auto" w:fill="C6E7F3"/>
                  <w:tcMar>
                    <w:top w:w="45" w:type="dxa"/>
                    <w:left w:w="70" w:type="dxa"/>
                    <w:bottom w:w="45" w:type="dxa"/>
                    <w:right w:w="70" w:type="dxa"/>
                  </w:tcMar>
                </w:tcPr>
                <w:p w14:paraId="6938C9E8" w14:textId="77777777" w:rsidR="00623E5F" w:rsidRDefault="00000000">
                  <w:pPr>
                    <w:keepNext/>
                  </w:pPr>
                  <w:r>
                    <w:rPr>
                      <w:b/>
                      <w:color w:val="000000"/>
                    </w:rPr>
                    <w:t>ZAKLJUČNI DEL – UMIRJANJE, RAZTEZANJE, DOKAZ IN REFLEKSIJA (8–10 min)</w:t>
                  </w:r>
                </w:p>
              </w:tc>
            </w:tr>
          </w:tbl>
          <w:p w14:paraId="114D8596" w14:textId="77777777" w:rsidR="00623E5F" w:rsidRDefault="00623E5F">
            <w:pPr>
              <w:spacing w:line="20" w:lineRule="exact"/>
            </w:pPr>
          </w:p>
          <w:p w14:paraId="660A9119"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05676F23" w14:textId="77777777">
              <w:trPr>
                <w:jc w:val="center"/>
              </w:trPr>
              <w:tc>
                <w:tcPr>
                  <w:tcW w:w="7087" w:type="dxa"/>
                  <w:shd w:val="clear" w:color="auto" w:fill="EDC9EA"/>
                  <w:tcMar>
                    <w:top w:w="45" w:type="dxa"/>
                    <w:left w:w="70" w:type="dxa"/>
                    <w:bottom w:w="45" w:type="dxa"/>
                    <w:right w:w="70" w:type="dxa"/>
                  </w:tcMar>
                </w:tcPr>
                <w:p w14:paraId="3E6D6278" w14:textId="77777777" w:rsidR="00623E5F" w:rsidRDefault="00000000">
                  <w:pPr>
                    <w:keepNext/>
                  </w:pPr>
                  <w:r>
                    <w:rPr>
                      <w:b/>
                      <w:color w:val="000000"/>
                    </w:rPr>
                    <w:t>SAMOVREDNOTENJE</w:t>
                  </w:r>
                </w:p>
              </w:tc>
            </w:tr>
          </w:tbl>
          <w:p w14:paraId="6C1F4783" w14:textId="77777777" w:rsidR="00623E5F" w:rsidRDefault="00623E5F">
            <w:pPr>
              <w:spacing w:line="20" w:lineRule="exact"/>
            </w:pPr>
          </w:p>
          <w:p w14:paraId="07075678"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1A7B73B7" w14:textId="77777777">
              <w:trPr>
                <w:jc w:val="center"/>
              </w:trPr>
              <w:tc>
                <w:tcPr>
                  <w:tcW w:w="7087" w:type="dxa"/>
                  <w:shd w:val="clear" w:color="auto" w:fill="EDC9EA"/>
                  <w:tcMar>
                    <w:top w:w="45" w:type="dxa"/>
                    <w:left w:w="70" w:type="dxa"/>
                    <w:bottom w:w="45" w:type="dxa"/>
                    <w:right w:w="70" w:type="dxa"/>
                  </w:tcMar>
                </w:tcPr>
                <w:p w14:paraId="3F8CE008" w14:textId="77777777" w:rsidR="00623E5F" w:rsidRDefault="00000000">
                  <w:pPr>
                    <w:keepNext/>
                  </w:pPr>
                  <w:r>
                    <w:rPr>
                      <w:b/>
                      <w:color w:val="000000"/>
                    </w:rPr>
                    <w:t>VRSTNIŠKO OPAZOVANJE IN POVRATNA INFORMACIJA</w:t>
                  </w:r>
                </w:p>
              </w:tc>
            </w:tr>
          </w:tbl>
          <w:p w14:paraId="0D130109" w14:textId="77777777" w:rsidR="00623E5F" w:rsidRDefault="00623E5F">
            <w:pPr>
              <w:spacing w:line="20" w:lineRule="exact"/>
            </w:pPr>
          </w:p>
          <w:p w14:paraId="2D1B69AC"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2FA72CF3" w14:textId="77777777">
              <w:trPr>
                <w:jc w:val="center"/>
              </w:trPr>
              <w:tc>
                <w:tcPr>
                  <w:tcW w:w="7087" w:type="dxa"/>
                  <w:shd w:val="clear" w:color="auto" w:fill="EDC9EA"/>
                  <w:tcMar>
                    <w:top w:w="45" w:type="dxa"/>
                    <w:left w:w="70" w:type="dxa"/>
                    <w:bottom w:w="45" w:type="dxa"/>
                    <w:right w:w="70" w:type="dxa"/>
                  </w:tcMar>
                </w:tcPr>
                <w:p w14:paraId="0FB1B631" w14:textId="77777777" w:rsidR="00623E5F" w:rsidRDefault="00000000">
                  <w:pPr>
                    <w:keepNext/>
                  </w:pPr>
                  <w:r>
                    <w:rPr>
                      <w:b/>
                      <w:color w:val="000000"/>
                    </w:rPr>
                    <w:t>SKUPNI POVZETEK</w:t>
                  </w:r>
                </w:p>
              </w:tc>
            </w:tr>
          </w:tbl>
          <w:p w14:paraId="3B743421" w14:textId="77777777" w:rsidR="00623E5F" w:rsidRDefault="00623E5F"/>
          <w:p w14:paraId="7400A542" w14:textId="77777777" w:rsidR="00623E5F" w:rsidRDefault="00000000">
            <w:pPr>
              <w:spacing w:before="20" w:after="40" w:line="245" w:lineRule="auto"/>
            </w:pPr>
            <w:r>
              <w:rPr>
                <w:b/>
                <w:color w:val="000000"/>
                <w:sz w:val="16"/>
              </w:rPr>
              <w:t>tečem na krajši razdalji; skačem z mesta; upoštevam pravila postaj. Izbrani gibalni dokaz pojasnim in določim varen naslednji korak.</w:t>
            </w:r>
          </w:p>
        </w:tc>
        <w:tc>
          <w:tcPr>
            <w:tcW w:w="2551" w:type="dxa"/>
            <w:tcMar>
              <w:top w:w="70" w:type="dxa"/>
              <w:left w:w="90" w:type="dxa"/>
              <w:bottom w:w="70" w:type="dxa"/>
              <w:right w:w="90" w:type="dxa"/>
            </w:tcMar>
          </w:tcPr>
          <w:p w14:paraId="57D0DBEC" w14:textId="77777777" w:rsidR="00623E5F" w:rsidRDefault="00623E5F"/>
          <w:p w14:paraId="0291CBD3" w14:textId="77777777" w:rsidR="00623E5F" w:rsidRDefault="00000000">
            <w:pPr>
              <w:spacing w:after="80" w:line="245" w:lineRule="auto"/>
            </w:pPr>
            <w:r>
              <w:rPr>
                <w:color w:val="000000"/>
                <w:sz w:val="15"/>
              </w:rPr>
              <w:t>Odgovarja na podporna vprašanja in se sklicuje na svojo izvedbo, počutje, izbrano raven in varnost.</w:t>
            </w:r>
          </w:p>
          <w:p w14:paraId="2E44FE06" w14:textId="77777777" w:rsidR="00623E5F" w:rsidRDefault="00000000">
            <w:pPr>
              <w:spacing w:after="80" w:line="245" w:lineRule="auto"/>
            </w:pPr>
            <w:r>
              <w:rPr>
                <w:color w:val="000000"/>
                <w:sz w:val="15"/>
              </w:rPr>
              <w:t>Predstavi izbrani gibalni dokaz ter pokaže ali pove, katero merilo z njim dosega.</w:t>
            </w:r>
          </w:p>
          <w:p w14:paraId="27D1F1A4" w14:textId="77777777" w:rsidR="00623E5F" w:rsidRDefault="00000000">
            <w:pPr>
              <w:spacing w:after="80" w:line="245" w:lineRule="auto"/>
            </w:pPr>
            <w:r>
              <w:rPr>
                <w:color w:val="000000"/>
                <w:sz w:val="15"/>
              </w:rPr>
              <w:t>Opazuje eno dogovorjeno prvino vrstnikove izvedbe in poda kratek, prijazen ter uporaben odziv.</w:t>
            </w:r>
          </w:p>
          <w:p w14:paraId="3C2FF9AB"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1789EDD7" w14:textId="77777777" w:rsidR="00623E5F" w:rsidRDefault="00000000">
            <w:pPr>
              <w:spacing w:after="100" w:line="245" w:lineRule="auto"/>
            </w:pPr>
            <w:r>
              <w:rPr>
                <w:color w:val="000000"/>
                <w:sz w:val="15"/>
              </w:rPr>
              <w:t>Umiri dihanje, oceni napor in počutje, izbere raven samostojnosti ter določi varen naslednji korak.</w:t>
            </w:r>
          </w:p>
          <w:p w14:paraId="217606FB" w14:textId="77777777" w:rsidR="00623E5F" w:rsidRDefault="00000000">
            <w:pPr>
              <w:spacing w:after="20" w:line="245" w:lineRule="auto"/>
            </w:pPr>
            <w:r>
              <w:rPr>
                <w:b/>
                <w:color w:val="D95BC6"/>
                <w:sz w:val="17"/>
              </w:rPr>
              <w:t>DOKAZ O UČENJU</w:t>
            </w:r>
          </w:p>
          <w:p w14:paraId="47F695AA"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5D68C0F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0209FBF5" w14:textId="77777777">
        <w:trPr>
          <w:cantSplit/>
          <w:jc w:val="center"/>
        </w:trPr>
        <w:tc>
          <w:tcPr>
            <w:tcW w:w="14060" w:type="dxa"/>
            <w:gridSpan w:val="6"/>
            <w:tcMar>
              <w:top w:w="70" w:type="dxa"/>
              <w:left w:w="90" w:type="dxa"/>
              <w:bottom w:w="70" w:type="dxa"/>
              <w:right w:w="90" w:type="dxa"/>
            </w:tcMar>
            <w:vAlign w:val="center"/>
          </w:tcPr>
          <w:p w14:paraId="16C0EB27" w14:textId="77777777" w:rsidR="00623E5F" w:rsidRDefault="00000000">
            <w:pPr>
              <w:jc w:val="center"/>
            </w:pPr>
            <w:r>
              <w:rPr>
                <w:b/>
                <w:color w:val="000000"/>
                <w:sz w:val="24"/>
              </w:rPr>
              <w:lastRenderedPageBreak/>
              <w:t>UČNA PRIPRAVA 10/39</w:t>
            </w:r>
          </w:p>
        </w:tc>
      </w:tr>
      <w:tr w:rsidR="00623E5F" w14:paraId="01B0A78A" w14:textId="77777777">
        <w:trPr>
          <w:jc w:val="center"/>
        </w:trPr>
        <w:tc>
          <w:tcPr>
            <w:tcW w:w="2665" w:type="dxa"/>
            <w:tcMar>
              <w:top w:w="70" w:type="dxa"/>
              <w:left w:w="90" w:type="dxa"/>
              <w:bottom w:w="70" w:type="dxa"/>
              <w:right w:w="90" w:type="dxa"/>
            </w:tcMar>
            <w:vAlign w:val="center"/>
          </w:tcPr>
          <w:p w14:paraId="54138FBD"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D7E262C"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3B8B2EAA"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58A10F0" w14:textId="77777777" w:rsidR="00623E5F" w:rsidRDefault="00000000">
            <w:r>
              <w:rPr>
                <w:b/>
                <w:color w:val="000000"/>
                <w:sz w:val="16"/>
              </w:rPr>
              <w:t xml:space="preserve">NAČRTOVANI TERMIN: </w:t>
            </w:r>
            <w:r>
              <w:rPr>
                <w:color w:val="000000"/>
                <w:sz w:val="16"/>
              </w:rPr>
              <w:t>10. teden • 9.–13. 11. 2026</w:t>
            </w:r>
          </w:p>
        </w:tc>
        <w:tc>
          <w:tcPr>
            <w:tcW w:w="2268" w:type="dxa"/>
            <w:tcMar>
              <w:top w:w="70" w:type="dxa"/>
              <w:left w:w="90" w:type="dxa"/>
              <w:bottom w:w="70" w:type="dxa"/>
              <w:right w:w="90" w:type="dxa"/>
            </w:tcMar>
            <w:vAlign w:val="center"/>
          </w:tcPr>
          <w:p w14:paraId="7CB8B794"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5679449" w14:textId="77777777" w:rsidR="00623E5F" w:rsidRDefault="00000000">
            <w:r>
              <w:rPr>
                <w:b/>
                <w:color w:val="000000"/>
                <w:sz w:val="16"/>
              </w:rPr>
              <w:t xml:space="preserve">ŠTEVILO UR: </w:t>
            </w:r>
            <w:r>
              <w:rPr>
                <w:color w:val="000000"/>
                <w:sz w:val="16"/>
              </w:rPr>
              <w:t>3</w:t>
            </w:r>
          </w:p>
        </w:tc>
      </w:tr>
      <w:tr w:rsidR="00623E5F" w14:paraId="419D3A60" w14:textId="77777777">
        <w:trPr>
          <w:jc w:val="center"/>
        </w:trPr>
        <w:tc>
          <w:tcPr>
            <w:tcW w:w="14061" w:type="dxa"/>
            <w:gridSpan w:val="6"/>
            <w:tcMar>
              <w:top w:w="70" w:type="dxa"/>
              <w:left w:w="90" w:type="dxa"/>
              <w:bottom w:w="70" w:type="dxa"/>
              <w:right w:w="90" w:type="dxa"/>
            </w:tcMar>
            <w:vAlign w:val="center"/>
          </w:tcPr>
          <w:p w14:paraId="711805A3"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798C1D2C" w14:textId="77777777">
        <w:trPr>
          <w:cantSplit/>
          <w:jc w:val="center"/>
        </w:trPr>
        <w:tc>
          <w:tcPr>
            <w:tcW w:w="14060" w:type="dxa"/>
            <w:gridSpan w:val="6"/>
            <w:tcMar>
              <w:top w:w="70" w:type="dxa"/>
              <w:left w:w="90" w:type="dxa"/>
              <w:bottom w:w="70" w:type="dxa"/>
              <w:right w:w="90" w:type="dxa"/>
            </w:tcMar>
            <w:vAlign w:val="center"/>
          </w:tcPr>
          <w:p w14:paraId="47D53E88" w14:textId="77777777" w:rsidR="00623E5F" w:rsidRDefault="00623E5F"/>
          <w:p w14:paraId="5ACCB016" w14:textId="77777777" w:rsidR="00623E5F" w:rsidRDefault="00000000">
            <w:pPr>
              <w:spacing w:line="245" w:lineRule="auto"/>
            </w:pPr>
            <w:r>
              <w:rPr>
                <w:b/>
                <w:color w:val="000000"/>
                <w:sz w:val="15"/>
              </w:rPr>
              <w:t xml:space="preserve">UČNI SKLOP: </w:t>
            </w:r>
            <w:r>
              <w:rPr>
                <w:color w:val="000000"/>
                <w:sz w:val="15"/>
              </w:rPr>
              <w:t>JESEN, SNOVI IN ŽIVA BITJA</w:t>
            </w:r>
          </w:p>
        </w:tc>
      </w:tr>
      <w:tr w:rsidR="00623E5F" w14:paraId="64BDC4A1" w14:textId="77777777">
        <w:trPr>
          <w:cantSplit/>
          <w:jc w:val="center"/>
        </w:trPr>
        <w:tc>
          <w:tcPr>
            <w:tcW w:w="14060" w:type="dxa"/>
            <w:gridSpan w:val="6"/>
            <w:tcMar>
              <w:top w:w="70" w:type="dxa"/>
              <w:left w:w="90" w:type="dxa"/>
              <w:bottom w:w="70" w:type="dxa"/>
              <w:right w:w="90" w:type="dxa"/>
            </w:tcMar>
            <w:vAlign w:val="center"/>
          </w:tcPr>
          <w:p w14:paraId="0F481161" w14:textId="77777777" w:rsidR="00623E5F" w:rsidRDefault="00623E5F"/>
          <w:p w14:paraId="5ACF7B65" w14:textId="77777777" w:rsidR="00623E5F" w:rsidRDefault="00000000">
            <w:pPr>
              <w:spacing w:line="245" w:lineRule="auto"/>
            </w:pPr>
            <w:r>
              <w:rPr>
                <w:b/>
                <w:color w:val="000000"/>
                <w:sz w:val="15"/>
              </w:rPr>
              <w:t xml:space="preserve">UČNA TEMA: </w:t>
            </w:r>
            <w:r>
              <w:rPr>
                <w:color w:val="000000"/>
                <w:sz w:val="15"/>
              </w:rPr>
              <w:t>SKOKI IN METI</w:t>
            </w:r>
          </w:p>
        </w:tc>
      </w:tr>
      <w:tr w:rsidR="00623E5F" w14:paraId="0DD8C930" w14:textId="77777777">
        <w:trPr>
          <w:cantSplit/>
          <w:jc w:val="center"/>
        </w:trPr>
        <w:tc>
          <w:tcPr>
            <w:tcW w:w="14060" w:type="dxa"/>
            <w:gridSpan w:val="6"/>
            <w:tcMar>
              <w:top w:w="70" w:type="dxa"/>
              <w:left w:w="90" w:type="dxa"/>
              <w:bottom w:w="70" w:type="dxa"/>
              <w:right w:w="90" w:type="dxa"/>
            </w:tcMar>
            <w:vAlign w:val="center"/>
          </w:tcPr>
          <w:p w14:paraId="5F2D46C1" w14:textId="77777777" w:rsidR="00623E5F" w:rsidRDefault="00623E5F"/>
          <w:p w14:paraId="67003406" w14:textId="77777777" w:rsidR="00623E5F" w:rsidRDefault="00000000">
            <w:pPr>
              <w:spacing w:line="245" w:lineRule="auto"/>
            </w:pPr>
            <w:r>
              <w:rPr>
                <w:b/>
                <w:color w:val="000000"/>
                <w:sz w:val="15"/>
              </w:rPr>
              <w:t xml:space="preserve">KNJIŽEVNO / MOTIVNO IZHODIŠČE: </w:t>
            </w:r>
            <w:r>
              <w:rPr>
                <w:color w:val="000000"/>
                <w:sz w:val="15"/>
              </w:rPr>
              <w:t>»Zakaj?« – Lila Prap • radovednost, vprašanja ter raziskovanje živali in rastlin</w:t>
            </w:r>
          </w:p>
        </w:tc>
      </w:tr>
      <w:tr w:rsidR="00623E5F" w14:paraId="2B86BC46" w14:textId="77777777">
        <w:trPr>
          <w:cantSplit/>
          <w:jc w:val="center"/>
        </w:trPr>
        <w:tc>
          <w:tcPr>
            <w:tcW w:w="14060" w:type="dxa"/>
            <w:gridSpan w:val="6"/>
            <w:tcMar>
              <w:top w:w="70" w:type="dxa"/>
              <w:left w:w="90" w:type="dxa"/>
              <w:bottom w:w="70" w:type="dxa"/>
              <w:right w:w="90" w:type="dxa"/>
            </w:tcMar>
            <w:vAlign w:val="center"/>
          </w:tcPr>
          <w:p w14:paraId="50AAE558" w14:textId="77777777" w:rsidR="00623E5F" w:rsidRDefault="00623E5F"/>
          <w:p w14:paraId="472D2F92" w14:textId="77777777" w:rsidR="00623E5F" w:rsidRDefault="00000000">
            <w:pPr>
              <w:spacing w:line="245" w:lineRule="auto"/>
            </w:pPr>
            <w:r>
              <w:rPr>
                <w:b/>
                <w:color w:val="000000"/>
                <w:sz w:val="15"/>
              </w:rPr>
              <w:t xml:space="preserve">GIBALNO IZHODIŠČE / MOTIVACIJA: </w:t>
            </w:r>
            <w:r>
              <w:rPr>
                <w:color w:val="000000"/>
                <w:sz w:val="15"/>
              </w:rPr>
              <w:t>trije simboli - tek, skok in met - vabijo k napovedi tehnike, varnega prehoda in osebnega izziva pri temi »skoki in meti«. Tedenski gibalni izziv: posnema gibanje izbranih živali.</w:t>
            </w:r>
          </w:p>
        </w:tc>
      </w:tr>
      <w:tr w:rsidR="00623E5F" w14:paraId="360C697F" w14:textId="77777777">
        <w:trPr>
          <w:cantSplit/>
          <w:jc w:val="center"/>
        </w:trPr>
        <w:tc>
          <w:tcPr>
            <w:tcW w:w="14060" w:type="dxa"/>
            <w:gridSpan w:val="6"/>
            <w:tcMar>
              <w:top w:w="70" w:type="dxa"/>
              <w:left w:w="90" w:type="dxa"/>
              <w:bottom w:w="70" w:type="dxa"/>
              <w:right w:w="90" w:type="dxa"/>
            </w:tcMar>
            <w:vAlign w:val="center"/>
          </w:tcPr>
          <w:p w14:paraId="6AF180CD" w14:textId="77777777" w:rsidR="00623E5F" w:rsidRDefault="00623E5F"/>
          <w:p w14:paraId="4DE71B3A" w14:textId="77777777" w:rsidR="00623E5F" w:rsidRDefault="00000000">
            <w:pPr>
              <w:spacing w:line="245" w:lineRule="auto"/>
            </w:pPr>
            <w:r>
              <w:rPr>
                <w:b/>
                <w:color w:val="000000"/>
                <w:sz w:val="15"/>
              </w:rPr>
              <w:t xml:space="preserve">UČNE ENOTE: </w:t>
            </w:r>
            <w:r>
              <w:rPr>
                <w:color w:val="000000"/>
                <w:sz w:val="15"/>
              </w:rPr>
              <w:t>1. ura – Skoki in meti – Ogrejem se in usvojim gib • 2. ura – Skoki in meti – Vadim na postajah • 3. ura – Skoki in meti – Uporabim v igri</w:t>
            </w:r>
          </w:p>
        </w:tc>
      </w:tr>
      <w:tr w:rsidR="00623E5F" w14:paraId="3FB52F54" w14:textId="77777777">
        <w:trPr>
          <w:cantSplit/>
          <w:jc w:val="center"/>
        </w:trPr>
        <w:tc>
          <w:tcPr>
            <w:tcW w:w="14060" w:type="dxa"/>
            <w:gridSpan w:val="6"/>
            <w:tcMar>
              <w:top w:w="70" w:type="dxa"/>
              <w:left w:w="90" w:type="dxa"/>
              <w:bottom w:w="70" w:type="dxa"/>
              <w:right w:w="90" w:type="dxa"/>
            </w:tcMar>
            <w:vAlign w:val="center"/>
          </w:tcPr>
          <w:p w14:paraId="1537F66B" w14:textId="77777777" w:rsidR="00623E5F" w:rsidRDefault="00623E5F"/>
          <w:p w14:paraId="1EF53313"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5EFE4020" w14:textId="77777777">
        <w:trPr>
          <w:cantSplit/>
          <w:jc w:val="center"/>
        </w:trPr>
        <w:tc>
          <w:tcPr>
            <w:tcW w:w="14060" w:type="dxa"/>
            <w:gridSpan w:val="6"/>
            <w:tcMar>
              <w:top w:w="70" w:type="dxa"/>
              <w:left w:w="90" w:type="dxa"/>
              <w:bottom w:w="70" w:type="dxa"/>
              <w:right w:w="90" w:type="dxa"/>
            </w:tcMar>
            <w:vAlign w:val="center"/>
          </w:tcPr>
          <w:p w14:paraId="24E571AC" w14:textId="77777777" w:rsidR="00623E5F" w:rsidRDefault="00623E5F"/>
          <w:p w14:paraId="1146AA41"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36E1B655" w14:textId="77777777">
        <w:trPr>
          <w:cantSplit/>
          <w:jc w:val="center"/>
        </w:trPr>
        <w:tc>
          <w:tcPr>
            <w:tcW w:w="14060" w:type="dxa"/>
            <w:gridSpan w:val="6"/>
            <w:tcMar>
              <w:top w:w="70" w:type="dxa"/>
              <w:left w:w="90" w:type="dxa"/>
              <w:bottom w:w="70" w:type="dxa"/>
              <w:right w:w="90" w:type="dxa"/>
            </w:tcMar>
            <w:vAlign w:val="center"/>
          </w:tcPr>
          <w:p w14:paraId="5AEEF486" w14:textId="77777777" w:rsidR="00623E5F" w:rsidRDefault="00623E5F"/>
          <w:p w14:paraId="1C279DE9"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0336505F" w14:textId="77777777">
        <w:trPr>
          <w:cantSplit/>
          <w:jc w:val="center"/>
        </w:trPr>
        <w:tc>
          <w:tcPr>
            <w:tcW w:w="14060" w:type="dxa"/>
            <w:gridSpan w:val="6"/>
            <w:tcMar>
              <w:top w:w="70" w:type="dxa"/>
              <w:left w:w="90" w:type="dxa"/>
              <w:bottom w:w="70" w:type="dxa"/>
              <w:right w:w="90" w:type="dxa"/>
            </w:tcMar>
            <w:vAlign w:val="center"/>
          </w:tcPr>
          <w:p w14:paraId="0C1CA7AF" w14:textId="77777777" w:rsidR="00623E5F" w:rsidRDefault="00623E5F"/>
          <w:p w14:paraId="42599F05" w14:textId="77777777" w:rsidR="00623E5F" w:rsidRDefault="00000000">
            <w:pPr>
              <w:spacing w:line="245" w:lineRule="auto"/>
            </w:pPr>
            <w:r>
              <w:rPr>
                <w:b/>
                <w:color w:val="000000"/>
                <w:sz w:val="15"/>
              </w:rPr>
              <w:t xml:space="preserve">MEDPREDMETNE POVEZAVE: </w:t>
            </w:r>
            <w:r>
              <w:rPr>
                <w:color w:val="000000"/>
                <w:sz w:val="15"/>
              </w:rPr>
              <w:t>SPO – radovednost, vprašanja ter raziskovanje živali in rastlin, telo, zdravje, varnost in okolje; SLJ – poslušanje navodila, športno izrazje, kratka razlaga in podporna povratna informacija; MAT – smer, zaporedje, razdalja, merjenje in primerjanje; GUM – ritem, tempo in odziv na zvočni znak.</w:t>
            </w:r>
          </w:p>
        </w:tc>
      </w:tr>
      <w:tr w:rsidR="00623E5F" w14:paraId="003500A3" w14:textId="77777777">
        <w:trPr>
          <w:cantSplit/>
          <w:jc w:val="center"/>
        </w:trPr>
        <w:tc>
          <w:tcPr>
            <w:tcW w:w="14060" w:type="dxa"/>
            <w:gridSpan w:val="6"/>
            <w:tcMar>
              <w:top w:w="70" w:type="dxa"/>
              <w:left w:w="90" w:type="dxa"/>
              <w:bottom w:w="70" w:type="dxa"/>
              <w:right w:w="90" w:type="dxa"/>
            </w:tcMar>
            <w:vAlign w:val="center"/>
          </w:tcPr>
          <w:p w14:paraId="55B5FFE9" w14:textId="77777777" w:rsidR="00623E5F" w:rsidRDefault="00623E5F"/>
          <w:p w14:paraId="42277EB7" w14:textId="77777777" w:rsidR="00623E5F" w:rsidRDefault="00000000">
            <w:pPr>
              <w:spacing w:line="245" w:lineRule="auto"/>
            </w:pPr>
            <w:r>
              <w:rPr>
                <w:b/>
                <w:color w:val="000000"/>
                <w:sz w:val="15"/>
              </w:rPr>
              <w:t xml:space="preserve">UČNA SREDSTVA IN PRIPOMOČKI: </w:t>
            </w:r>
            <w:r>
              <w:rPr>
                <w:color w:val="000000"/>
                <w:sz w:val="15"/>
              </w:rPr>
              <w:t>stožci, nizke ovire, merilni trak, talne črte, mehke žogice ali vrečke za met, obroči in blazine za doskok; kartice namena in kriterijev; oznake štirih postaj; opazovalni list; semafor napora in mapa dokazov</w:t>
            </w:r>
          </w:p>
        </w:tc>
      </w:tr>
      <w:tr w:rsidR="00623E5F" w14:paraId="45EBB7F2" w14:textId="77777777">
        <w:trPr>
          <w:cantSplit/>
          <w:jc w:val="center"/>
        </w:trPr>
        <w:tc>
          <w:tcPr>
            <w:tcW w:w="14060" w:type="dxa"/>
            <w:gridSpan w:val="6"/>
            <w:tcMar>
              <w:top w:w="70" w:type="dxa"/>
              <w:left w:w="90" w:type="dxa"/>
              <w:bottom w:w="70" w:type="dxa"/>
              <w:right w:w="90" w:type="dxa"/>
            </w:tcMar>
            <w:vAlign w:val="center"/>
          </w:tcPr>
          <w:p w14:paraId="0C660BA4" w14:textId="77777777" w:rsidR="00623E5F" w:rsidRDefault="00623E5F"/>
          <w:p w14:paraId="41D93C51"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0870F982" w14:textId="77777777">
        <w:trPr>
          <w:cantSplit/>
          <w:jc w:val="center"/>
        </w:trPr>
        <w:tc>
          <w:tcPr>
            <w:tcW w:w="14060" w:type="dxa"/>
            <w:gridSpan w:val="6"/>
            <w:tcMar>
              <w:top w:w="70" w:type="dxa"/>
              <w:left w:w="90" w:type="dxa"/>
              <w:bottom w:w="70" w:type="dxa"/>
              <w:right w:w="90" w:type="dxa"/>
            </w:tcMar>
            <w:vAlign w:val="center"/>
          </w:tcPr>
          <w:p w14:paraId="7EFCA93C" w14:textId="77777777" w:rsidR="00623E5F" w:rsidRDefault="00623E5F"/>
          <w:p w14:paraId="3DF55955"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000B3B95" w14:textId="77777777">
        <w:trPr>
          <w:cantSplit/>
          <w:jc w:val="center"/>
        </w:trPr>
        <w:tc>
          <w:tcPr>
            <w:tcW w:w="14060" w:type="dxa"/>
            <w:gridSpan w:val="6"/>
            <w:tcMar>
              <w:top w:w="70" w:type="dxa"/>
              <w:left w:w="90" w:type="dxa"/>
              <w:bottom w:w="70" w:type="dxa"/>
              <w:right w:w="90" w:type="dxa"/>
            </w:tcMar>
            <w:vAlign w:val="center"/>
          </w:tcPr>
          <w:p w14:paraId="7120ABB8" w14:textId="77777777" w:rsidR="00623E5F" w:rsidRDefault="00623E5F"/>
          <w:p w14:paraId="0D68943A"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49F973A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3E1953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1D7CF08"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F2E0779" w14:textId="77777777" w:rsidR="00623E5F" w:rsidRDefault="00000000">
            <w:pPr>
              <w:jc w:val="center"/>
            </w:pPr>
            <w:r>
              <w:rPr>
                <w:b/>
                <w:color w:val="000000"/>
                <w:sz w:val="20"/>
              </w:rPr>
              <w:t>UČNE DEJAVNOSTI, METODE IN FORMATIVNO SPREMLJANJE</w:t>
            </w:r>
          </w:p>
        </w:tc>
      </w:tr>
      <w:tr w:rsidR="00623E5F" w14:paraId="05552458" w14:textId="77777777">
        <w:trPr>
          <w:tblHeader/>
          <w:jc w:val="center"/>
        </w:trPr>
        <w:tc>
          <w:tcPr>
            <w:tcW w:w="4422" w:type="dxa"/>
            <w:vMerge/>
            <w:tcMar>
              <w:top w:w="70" w:type="dxa"/>
              <w:left w:w="90" w:type="dxa"/>
              <w:bottom w:w="70" w:type="dxa"/>
              <w:right w:w="90" w:type="dxa"/>
            </w:tcMar>
            <w:vAlign w:val="center"/>
          </w:tcPr>
          <w:p w14:paraId="70250FF3" w14:textId="77777777" w:rsidR="00623E5F" w:rsidRDefault="00623E5F"/>
        </w:tc>
        <w:tc>
          <w:tcPr>
            <w:tcW w:w="7087" w:type="dxa"/>
            <w:shd w:val="clear" w:color="auto" w:fill="FFFFFF"/>
            <w:tcMar>
              <w:top w:w="70" w:type="dxa"/>
              <w:left w:w="90" w:type="dxa"/>
              <w:bottom w:w="70" w:type="dxa"/>
              <w:right w:w="90" w:type="dxa"/>
            </w:tcMar>
            <w:vAlign w:val="center"/>
          </w:tcPr>
          <w:p w14:paraId="58E1E259"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CB560F2" w14:textId="77777777" w:rsidR="00623E5F" w:rsidRDefault="00000000">
            <w:pPr>
              <w:jc w:val="center"/>
            </w:pPr>
            <w:r>
              <w:rPr>
                <w:b/>
                <w:color w:val="000000"/>
              </w:rPr>
              <w:t>UČENEC</w:t>
            </w:r>
          </w:p>
        </w:tc>
      </w:tr>
      <w:tr w:rsidR="00623E5F" w14:paraId="165F9B1C" w14:textId="77777777">
        <w:trPr>
          <w:jc w:val="center"/>
        </w:trPr>
        <w:tc>
          <w:tcPr>
            <w:tcW w:w="4422" w:type="dxa"/>
            <w:tcMar>
              <w:top w:w="70" w:type="dxa"/>
              <w:left w:w="90" w:type="dxa"/>
              <w:bottom w:w="70" w:type="dxa"/>
              <w:right w:w="90" w:type="dxa"/>
            </w:tcMar>
          </w:tcPr>
          <w:p w14:paraId="2E600455" w14:textId="77777777" w:rsidR="00623E5F" w:rsidRDefault="00623E5F"/>
          <w:p w14:paraId="34930BD8" w14:textId="77777777" w:rsidR="00623E5F" w:rsidRDefault="00000000">
            <w:pPr>
              <w:spacing w:after="60" w:line="245" w:lineRule="auto"/>
            </w:pPr>
            <w:r>
              <w:rPr>
                <w:b/>
                <w:color w:val="000000"/>
              </w:rPr>
              <w:t>UČNI CILJI</w:t>
            </w:r>
          </w:p>
          <w:p w14:paraId="083A2494" w14:textId="77777777" w:rsidR="00623E5F" w:rsidRDefault="00000000">
            <w:pPr>
              <w:spacing w:after="20" w:line="245" w:lineRule="auto"/>
            </w:pPr>
            <w:r>
              <w:rPr>
                <w:b/>
                <w:color w:val="000000"/>
                <w:sz w:val="17"/>
              </w:rPr>
              <w:t>SPLOŠNI</w:t>
            </w:r>
          </w:p>
          <w:p w14:paraId="399A03B4"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648CE43C" w14:textId="77777777" w:rsidR="00623E5F" w:rsidRDefault="00000000">
            <w:pPr>
              <w:pStyle w:val="Oznaenseznam"/>
              <w:spacing w:after="16"/>
            </w:pPr>
            <w:r>
              <w:rPr>
                <w:color w:val="000000"/>
                <w:sz w:val="15"/>
              </w:rPr>
              <w:t>varno hodi, teče, skače, meče, pleza, se plazi, lovi, ravnoteži, pleše in uporablja različne rekvizite</w:t>
            </w:r>
          </w:p>
          <w:p w14:paraId="0C1CB574" w14:textId="77777777" w:rsidR="00623E5F" w:rsidRDefault="00000000">
            <w:pPr>
              <w:pStyle w:val="Oznaenseznam"/>
              <w:spacing w:after="16"/>
            </w:pPr>
            <w:r>
              <w:rPr>
                <w:color w:val="000000"/>
                <w:sz w:val="15"/>
              </w:rPr>
              <w:t>razume pomen rednega gibanja, ogrevanja, higiene, primerne opreme, počitka in varnega ravnanja</w:t>
            </w:r>
          </w:p>
          <w:p w14:paraId="4469ECF2"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2EB3D688" w14:textId="77777777" w:rsidR="00623E5F" w:rsidRDefault="00000000">
            <w:pPr>
              <w:spacing w:before="40" w:after="20" w:line="245" w:lineRule="auto"/>
            </w:pPr>
            <w:r>
              <w:rPr>
                <w:b/>
                <w:color w:val="000000"/>
                <w:sz w:val="17"/>
              </w:rPr>
              <w:t>OPERATIVNI</w:t>
            </w:r>
          </w:p>
          <w:p w14:paraId="4439F859" w14:textId="77777777" w:rsidR="00623E5F" w:rsidRDefault="00000000">
            <w:pPr>
              <w:pStyle w:val="Oznaenseznam"/>
              <w:spacing w:after="16"/>
            </w:pPr>
            <w:r>
              <w:rPr>
                <w:color w:val="000000"/>
                <w:sz w:val="15"/>
              </w:rPr>
              <w:t>skače v daljino z mesta</w:t>
            </w:r>
          </w:p>
          <w:p w14:paraId="7EF9391B" w14:textId="77777777" w:rsidR="00623E5F" w:rsidRDefault="00000000">
            <w:pPr>
              <w:pStyle w:val="Oznaenseznam"/>
              <w:spacing w:after="16"/>
            </w:pPr>
            <w:r>
              <w:rPr>
                <w:color w:val="000000"/>
                <w:sz w:val="15"/>
              </w:rPr>
              <w:t>meče lažji predmet v cilj</w:t>
            </w:r>
          </w:p>
          <w:p w14:paraId="3A10CBA7" w14:textId="77777777" w:rsidR="00623E5F" w:rsidRDefault="00000000">
            <w:pPr>
              <w:pStyle w:val="Oznaenseznam"/>
              <w:spacing w:after="16"/>
            </w:pPr>
            <w:r>
              <w:rPr>
                <w:color w:val="000000"/>
                <w:sz w:val="15"/>
              </w:rPr>
              <w:t>varno pobira rekvizite</w:t>
            </w:r>
          </w:p>
          <w:p w14:paraId="31618F79" w14:textId="77777777" w:rsidR="00623E5F" w:rsidRDefault="00000000">
            <w:pPr>
              <w:spacing w:before="40" w:after="20" w:line="245" w:lineRule="auto"/>
            </w:pPr>
            <w:r>
              <w:rPr>
                <w:b/>
                <w:color w:val="000000"/>
                <w:sz w:val="17"/>
              </w:rPr>
              <w:t>PRIČAKOVANI DOSEŽKI / MINIMALNI POUDARKI</w:t>
            </w:r>
          </w:p>
          <w:p w14:paraId="06C9EB94" w14:textId="77777777" w:rsidR="00623E5F" w:rsidRDefault="00000000">
            <w:pPr>
              <w:pStyle w:val="Oznaenseznam"/>
              <w:spacing w:after="16"/>
            </w:pPr>
            <w:r>
              <w:rPr>
                <w:color w:val="000000"/>
                <w:sz w:val="15"/>
              </w:rPr>
              <w:t>učenec samostojno oziroma z dogovorjeno oporo skače v daljino z mesta</w:t>
            </w:r>
          </w:p>
          <w:p w14:paraId="0B5F3F59" w14:textId="77777777" w:rsidR="00623E5F" w:rsidRDefault="00000000">
            <w:pPr>
              <w:pStyle w:val="Oznaenseznam"/>
              <w:spacing w:after="16"/>
            </w:pPr>
            <w:r>
              <w:rPr>
                <w:color w:val="000000"/>
                <w:sz w:val="15"/>
              </w:rPr>
              <w:t>učenec samostojno oziroma z dogovorjeno oporo meče lažji predmet v cilj</w:t>
            </w:r>
          </w:p>
          <w:p w14:paraId="600DDDBF" w14:textId="77777777" w:rsidR="00623E5F" w:rsidRDefault="00000000">
            <w:pPr>
              <w:pStyle w:val="Oznaenseznam"/>
              <w:spacing w:after="16"/>
            </w:pPr>
            <w:r>
              <w:rPr>
                <w:color w:val="000000"/>
                <w:sz w:val="15"/>
              </w:rPr>
              <w:t>učenec samostojno oziroma z dogovorjeno oporo varno pobira rekvizite</w:t>
            </w:r>
          </w:p>
        </w:tc>
        <w:tc>
          <w:tcPr>
            <w:tcW w:w="7087" w:type="dxa"/>
            <w:tcMar>
              <w:top w:w="70" w:type="dxa"/>
              <w:left w:w="90" w:type="dxa"/>
              <w:bottom w:w="70" w:type="dxa"/>
              <w:right w:w="90" w:type="dxa"/>
            </w:tcMar>
          </w:tcPr>
          <w:p w14:paraId="0F00CCDE"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63269AE3" w14:textId="77777777">
              <w:trPr>
                <w:jc w:val="center"/>
              </w:trPr>
              <w:tc>
                <w:tcPr>
                  <w:tcW w:w="7087" w:type="dxa"/>
                  <w:shd w:val="clear" w:color="auto" w:fill="C6E7F3"/>
                  <w:tcMar>
                    <w:top w:w="45" w:type="dxa"/>
                    <w:left w:w="70" w:type="dxa"/>
                    <w:bottom w:w="45" w:type="dxa"/>
                    <w:right w:w="70" w:type="dxa"/>
                  </w:tcMar>
                </w:tcPr>
                <w:p w14:paraId="2CC02A61" w14:textId="77777777" w:rsidR="00623E5F" w:rsidRDefault="00000000">
                  <w:pPr>
                    <w:keepNext/>
                  </w:pPr>
                  <w:r>
                    <w:rPr>
                      <w:b/>
                      <w:color w:val="000000"/>
                    </w:rPr>
                    <w:t>UVODNI DEL – POČUTJE, GIBALNI NAMIG, PREDZNANJE IN NAMEN UČENJA (7–10 min)</w:t>
                  </w:r>
                </w:p>
              </w:tc>
            </w:tr>
          </w:tbl>
          <w:p w14:paraId="5B10D386" w14:textId="77777777" w:rsidR="00623E5F" w:rsidRDefault="00623E5F">
            <w:pPr>
              <w:spacing w:line="20" w:lineRule="exact"/>
            </w:pPr>
          </w:p>
          <w:p w14:paraId="2F8FAC73" w14:textId="77777777" w:rsidR="00623E5F" w:rsidRDefault="00000000">
            <w:pPr>
              <w:spacing w:before="40" w:after="60" w:line="245" w:lineRule="auto"/>
            </w:pPr>
            <w:r>
              <w:rPr>
                <w:color w:val="000000"/>
                <w:sz w:val="15"/>
              </w:rPr>
              <w:t>Ob književnem motivu »Zakaj?« – Lila Prap učenci vstopijo v temo radovednost, vprašanja ter raziskovanje živali in rastlin. Učiteljica pripravi kratek gibalni namig: trije simboli - tek, skok in met - vabijo k napovedi tehnike, varnega prehoda in osebnega izziva pri temi »skoki in meti«. Tedenski gibalni izziv: posnema gibanje izbranih živali.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2659B5D8" w14:textId="77777777">
              <w:trPr>
                <w:jc w:val="center"/>
              </w:trPr>
              <w:tc>
                <w:tcPr>
                  <w:tcW w:w="7087" w:type="dxa"/>
                  <w:shd w:val="clear" w:color="auto" w:fill="EDC9EA"/>
                  <w:tcMar>
                    <w:top w:w="45" w:type="dxa"/>
                    <w:left w:w="70" w:type="dxa"/>
                    <w:bottom w:w="45" w:type="dxa"/>
                    <w:right w:w="70" w:type="dxa"/>
                  </w:tcMar>
                </w:tcPr>
                <w:p w14:paraId="35D7796A" w14:textId="77777777" w:rsidR="00623E5F" w:rsidRDefault="00000000">
                  <w:pPr>
                    <w:keepNext/>
                  </w:pPr>
                  <w:r>
                    <w:rPr>
                      <w:b/>
                      <w:color w:val="000000"/>
                    </w:rPr>
                    <w:t>NAMENI UČENJA</w:t>
                  </w:r>
                </w:p>
              </w:tc>
            </w:tr>
          </w:tbl>
          <w:p w14:paraId="5AA1ED3E" w14:textId="77777777" w:rsidR="00623E5F" w:rsidRDefault="00623E5F">
            <w:pPr>
              <w:spacing w:line="20" w:lineRule="exact"/>
            </w:pPr>
          </w:p>
          <w:p w14:paraId="11175232"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46B90681" w14:textId="77777777" w:rsidR="00623E5F" w:rsidRDefault="00000000">
            <w:pPr>
              <w:pStyle w:val="Oznaenseznam"/>
              <w:spacing w:after="16"/>
            </w:pPr>
            <w:r>
              <w:rPr>
                <w:color w:val="000000"/>
                <w:sz w:val="15"/>
              </w:rPr>
              <w:t>skačem v daljino z mesta</w:t>
            </w:r>
          </w:p>
          <w:p w14:paraId="433B617F" w14:textId="77777777" w:rsidR="00623E5F" w:rsidRDefault="00000000">
            <w:pPr>
              <w:pStyle w:val="Oznaenseznam"/>
              <w:spacing w:after="16"/>
            </w:pPr>
            <w:r>
              <w:rPr>
                <w:color w:val="000000"/>
                <w:sz w:val="15"/>
              </w:rPr>
              <w:t>mečem lažji predmet v cilj</w:t>
            </w:r>
          </w:p>
          <w:p w14:paraId="58182EC9" w14:textId="77777777" w:rsidR="00623E5F" w:rsidRDefault="00000000">
            <w:pPr>
              <w:pStyle w:val="Oznaenseznam"/>
              <w:spacing w:after="16"/>
            </w:pPr>
            <w:r>
              <w:rPr>
                <w:color w:val="000000"/>
                <w:sz w:val="15"/>
              </w:rPr>
              <w:t>varno pobiram rekvizite</w:t>
            </w:r>
          </w:p>
          <w:tbl>
            <w:tblPr>
              <w:tblStyle w:val="Tabelamrea"/>
              <w:tblW w:w="0" w:type="auto"/>
              <w:jc w:val="center"/>
              <w:tblLayout w:type="fixed"/>
              <w:tblLook w:val="04A0" w:firstRow="1" w:lastRow="0" w:firstColumn="1" w:lastColumn="0" w:noHBand="0" w:noVBand="1"/>
            </w:tblPr>
            <w:tblGrid>
              <w:gridCol w:w="7087"/>
            </w:tblGrid>
            <w:tr w:rsidR="00623E5F" w14:paraId="3232B818" w14:textId="77777777">
              <w:trPr>
                <w:jc w:val="center"/>
              </w:trPr>
              <w:tc>
                <w:tcPr>
                  <w:tcW w:w="7087" w:type="dxa"/>
                  <w:shd w:val="clear" w:color="auto" w:fill="EDC9EA"/>
                  <w:tcMar>
                    <w:top w:w="45" w:type="dxa"/>
                    <w:left w:w="70" w:type="dxa"/>
                    <w:bottom w:w="45" w:type="dxa"/>
                    <w:right w:w="70" w:type="dxa"/>
                  </w:tcMar>
                </w:tcPr>
                <w:p w14:paraId="32C7B335" w14:textId="77777777" w:rsidR="00623E5F" w:rsidRDefault="00000000">
                  <w:pPr>
                    <w:keepNext/>
                  </w:pPr>
                  <w:r>
                    <w:rPr>
                      <w:b/>
                      <w:color w:val="000000"/>
                    </w:rPr>
                    <w:t>PREVERJANJE PREDZNANJA</w:t>
                  </w:r>
                </w:p>
              </w:tc>
            </w:tr>
          </w:tbl>
          <w:p w14:paraId="5ECD4144" w14:textId="77777777" w:rsidR="00623E5F" w:rsidRDefault="00623E5F">
            <w:pPr>
              <w:spacing w:line="20" w:lineRule="exact"/>
            </w:pPr>
          </w:p>
          <w:p w14:paraId="034DB1A9" w14:textId="77777777" w:rsidR="00623E5F" w:rsidRDefault="00000000">
            <w:pPr>
              <w:pStyle w:val="Oznaenseznam"/>
              <w:spacing w:after="16"/>
            </w:pPr>
            <w:r>
              <w:rPr>
                <w:color w:val="000000"/>
                <w:sz w:val="15"/>
              </w:rPr>
              <w:t>Kaj moje telo in prostor že znata pokazati pri temi »SKOKI IN METI«?</w:t>
            </w:r>
          </w:p>
          <w:p w14:paraId="56A55FB5" w14:textId="77777777" w:rsidR="00623E5F" w:rsidRDefault="00000000">
            <w:pPr>
              <w:pStyle w:val="Oznaenseznam"/>
              <w:spacing w:after="16"/>
            </w:pPr>
            <w:r>
              <w:rPr>
                <w:color w:val="000000"/>
                <w:sz w:val="15"/>
              </w:rPr>
              <w:t>Katero varnostno pravilo, gibalni korak ali strategijo že obvladam in kaj bi najprej preizkusil/-a?</w:t>
            </w:r>
          </w:p>
          <w:p w14:paraId="21558F41"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52470F4A" w14:textId="77777777">
              <w:trPr>
                <w:jc w:val="center"/>
              </w:trPr>
              <w:tc>
                <w:tcPr>
                  <w:tcW w:w="7087" w:type="dxa"/>
                  <w:shd w:val="clear" w:color="auto" w:fill="EDC9EA"/>
                  <w:tcMar>
                    <w:top w:w="45" w:type="dxa"/>
                    <w:left w:w="70" w:type="dxa"/>
                    <w:bottom w:w="45" w:type="dxa"/>
                    <w:right w:w="70" w:type="dxa"/>
                  </w:tcMar>
                </w:tcPr>
                <w:p w14:paraId="6A657BB0" w14:textId="77777777" w:rsidR="00623E5F" w:rsidRDefault="00000000">
                  <w:pPr>
                    <w:keepNext/>
                  </w:pPr>
                  <w:r>
                    <w:rPr>
                      <w:b/>
                      <w:color w:val="000000"/>
                    </w:rPr>
                    <w:t>KRITERIJI USPEŠNOSTI</w:t>
                  </w:r>
                </w:p>
              </w:tc>
            </w:tr>
          </w:tbl>
          <w:p w14:paraId="0B22697F" w14:textId="77777777" w:rsidR="00623E5F" w:rsidRDefault="00623E5F"/>
          <w:p w14:paraId="4235D7EC" w14:textId="77777777" w:rsidR="00623E5F" w:rsidRDefault="00000000">
            <w:pPr>
              <w:spacing w:before="20" w:after="20" w:line="245" w:lineRule="auto"/>
            </w:pPr>
            <w:r>
              <w:rPr>
                <w:b/>
                <w:color w:val="000000"/>
                <w:sz w:val="16"/>
              </w:rPr>
              <w:t>Uspešen/-na bom, ko:</w:t>
            </w:r>
          </w:p>
          <w:p w14:paraId="26A947B6" w14:textId="77777777" w:rsidR="00623E5F" w:rsidRDefault="00000000">
            <w:pPr>
              <w:pStyle w:val="Oznaenseznam"/>
              <w:spacing w:after="16"/>
            </w:pPr>
            <w:r>
              <w:rPr>
                <w:color w:val="000000"/>
                <w:sz w:val="15"/>
              </w:rPr>
              <w:t>skačem v daljino z mesta</w:t>
            </w:r>
          </w:p>
          <w:p w14:paraId="4730D5D4" w14:textId="77777777" w:rsidR="00623E5F" w:rsidRDefault="00000000">
            <w:pPr>
              <w:pStyle w:val="Oznaenseznam"/>
              <w:spacing w:after="16"/>
            </w:pPr>
            <w:r>
              <w:rPr>
                <w:color w:val="000000"/>
                <w:sz w:val="15"/>
              </w:rPr>
              <w:t>mečem lažji predmet v cilj</w:t>
            </w:r>
          </w:p>
          <w:p w14:paraId="3787EF25" w14:textId="77777777" w:rsidR="00623E5F" w:rsidRDefault="00000000">
            <w:pPr>
              <w:pStyle w:val="Oznaenseznam"/>
              <w:spacing w:after="16"/>
            </w:pPr>
            <w:r>
              <w:rPr>
                <w:color w:val="000000"/>
                <w:sz w:val="15"/>
              </w:rPr>
              <w:t>varno pobiram rekvizite</w:t>
            </w:r>
          </w:p>
          <w:p w14:paraId="74EE4311" w14:textId="77777777" w:rsidR="00623E5F" w:rsidRDefault="00000000">
            <w:pPr>
              <w:pStyle w:val="Oznaenseznam"/>
              <w:spacing w:after="16"/>
            </w:pPr>
            <w:r>
              <w:rPr>
                <w:color w:val="000000"/>
                <w:sz w:val="15"/>
              </w:rPr>
              <w:t>pred začetkom preverim prostor in opremo, ohranjam razdaljo ter se na znak varno ustavim</w:t>
            </w:r>
          </w:p>
          <w:p w14:paraId="738FE134"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71BF75CF" w14:textId="77777777" w:rsidR="00623E5F" w:rsidRDefault="00623E5F"/>
          <w:p w14:paraId="59177205"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737E1257"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46927C5B" w14:textId="77777777" w:rsidR="00623E5F" w:rsidRDefault="00000000">
            <w:pPr>
              <w:spacing w:after="100" w:line="245" w:lineRule="auto"/>
            </w:pPr>
            <w:r>
              <w:rPr>
                <w:color w:val="000000"/>
                <w:sz w:val="15"/>
              </w:rPr>
              <w:t>Sodeluje pri razumevanju namena, vidnih meril, varnostnih pravil, prehodov in načina dokazovanja.</w:t>
            </w:r>
          </w:p>
          <w:p w14:paraId="7CB9867F" w14:textId="77777777" w:rsidR="00623E5F" w:rsidRDefault="00000000">
            <w:pPr>
              <w:spacing w:after="20" w:line="245" w:lineRule="auto"/>
            </w:pPr>
            <w:r>
              <w:rPr>
                <w:b/>
                <w:color w:val="D95BC6"/>
                <w:sz w:val="17"/>
              </w:rPr>
              <w:t>DOKAZ O UČENJU</w:t>
            </w:r>
          </w:p>
          <w:p w14:paraId="7469B55D"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6CCE516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EA6007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2166451"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013475F" w14:textId="77777777" w:rsidR="00623E5F" w:rsidRDefault="00000000">
            <w:pPr>
              <w:jc w:val="center"/>
            </w:pPr>
            <w:r>
              <w:rPr>
                <w:b/>
                <w:color w:val="000000"/>
                <w:sz w:val="20"/>
              </w:rPr>
              <w:t>UČNE DEJAVNOSTI, METODE IN FORMATIVNO SPREMLJANJE</w:t>
            </w:r>
          </w:p>
        </w:tc>
      </w:tr>
      <w:tr w:rsidR="00623E5F" w14:paraId="010241B8" w14:textId="77777777">
        <w:trPr>
          <w:tblHeader/>
          <w:jc w:val="center"/>
        </w:trPr>
        <w:tc>
          <w:tcPr>
            <w:tcW w:w="4422" w:type="dxa"/>
            <w:vMerge/>
            <w:tcMar>
              <w:top w:w="70" w:type="dxa"/>
              <w:left w:w="90" w:type="dxa"/>
              <w:bottom w:w="70" w:type="dxa"/>
              <w:right w:w="90" w:type="dxa"/>
            </w:tcMar>
            <w:vAlign w:val="center"/>
          </w:tcPr>
          <w:p w14:paraId="316BF5D9" w14:textId="77777777" w:rsidR="00623E5F" w:rsidRDefault="00623E5F"/>
        </w:tc>
        <w:tc>
          <w:tcPr>
            <w:tcW w:w="7087" w:type="dxa"/>
            <w:shd w:val="clear" w:color="auto" w:fill="FFFFFF"/>
            <w:tcMar>
              <w:top w:w="70" w:type="dxa"/>
              <w:left w:w="90" w:type="dxa"/>
              <w:bottom w:w="70" w:type="dxa"/>
              <w:right w:w="90" w:type="dxa"/>
            </w:tcMar>
            <w:vAlign w:val="center"/>
          </w:tcPr>
          <w:p w14:paraId="15C356E8"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1E9CA4B" w14:textId="77777777" w:rsidR="00623E5F" w:rsidRDefault="00000000">
            <w:pPr>
              <w:jc w:val="center"/>
            </w:pPr>
            <w:r>
              <w:rPr>
                <w:b/>
                <w:color w:val="000000"/>
              </w:rPr>
              <w:t>UČENEC</w:t>
            </w:r>
          </w:p>
        </w:tc>
      </w:tr>
      <w:tr w:rsidR="00623E5F" w14:paraId="53AAA64F" w14:textId="77777777">
        <w:trPr>
          <w:jc w:val="center"/>
        </w:trPr>
        <w:tc>
          <w:tcPr>
            <w:tcW w:w="4422" w:type="dxa"/>
            <w:tcMar>
              <w:top w:w="70" w:type="dxa"/>
              <w:left w:w="90" w:type="dxa"/>
              <w:bottom w:w="70" w:type="dxa"/>
              <w:right w:w="90" w:type="dxa"/>
            </w:tcMar>
          </w:tcPr>
          <w:p w14:paraId="4E9FD23D" w14:textId="77777777" w:rsidR="00623E5F" w:rsidRDefault="00623E5F"/>
          <w:p w14:paraId="645146F1" w14:textId="77777777" w:rsidR="00623E5F" w:rsidRDefault="00000000">
            <w:pPr>
              <w:spacing w:after="40" w:line="245" w:lineRule="auto"/>
            </w:pPr>
            <w:r>
              <w:rPr>
                <w:b/>
                <w:color w:val="000000"/>
                <w:sz w:val="17"/>
              </w:rPr>
              <w:t>KLJUČNI ŠPORTNI IN GIBALNI POJMI</w:t>
            </w:r>
          </w:p>
          <w:p w14:paraId="1D1B8204"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start, tek, nizka ovira, odriv, sonožni skok, doskok, met, cilj, daljina</w:t>
            </w:r>
          </w:p>
          <w:p w14:paraId="43578D99" w14:textId="77777777" w:rsidR="00623E5F" w:rsidRDefault="00000000">
            <w:pPr>
              <w:spacing w:after="20" w:line="245" w:lineRule="auto"/>
            </w:pPr>
            <w:r>
              <w:rPr>
                <w:b/>
                <w:color w:val="000000"/>
                <w:sz w:val="17"/>
              </w:rPr>
              <w:t>DOKAZI O UČENJU</w:t>
            </w:r>
          </w:p>
          <w:p w14:paraId="10DFFEA0" w14:textId="77777777" w:rsidR="00623E5F" w:rsidRDefault="00000000">
            <w:pPr>
              <w:pStyle w:val="Oznaenseznam"/>
              <w:spacing w:after="7"/>
            </w:pPr>
            <w:r>
              <w:rPr>
                <w:color w:val="000000"/>
                <w:sz w:val="14"/>
              </w:rPr>
              <w:t>varen odziv na znak, začetni poskus prvine in ustno varnostno pravilo.</w:t>
            </w:r>
          </w:p>
          <w:p w14:paraId="7C380402" w14:textId="77777777" w:rsidR="00623E5F" w:rsidRDefault="00000000">
            <w:pPr>
              <w:pStyle w:val="Oznaenseznam"/>
              <w:spacing w:after="7"/>
            </w:pPr>
            <w:r>
              <w:rPr>
                <w:color w:val="000000"/>
                <w:sz w:val="14"/>
              </w:rPr>
              <w:t>opazovalna kartica, izvedba na izbrani ravni in učiteljev zapis o napredku.</w:t>
            </w:r>
          </w:p>
          <w:p w14:paraId="0BFEB04C" w14:textId="77777777" w:rsidR="00623E5F" w:rsidRDefault="00000000">
            <w:pPr>
              <w:pStyle w:val="Oznaenseznam"/>
              <w:spacing w:after="7"/>
            </w:pPr>
            <w:r>
              <w:rPr>
                <w:color w:val="000000"/>
                <w:sz w:val="14"/>
              </w:rPr>
              <w:t>uporaba prvine v igri, sodelovanje, upoštevanje pravil in osebno samovrednotenje.</w:t>
            </w:r>
          </w:p>
          <w:p w14:paraId="44BE18EB" w14:textId="77777777" w:rsidR="00623E5F" w:rsidRDefault="00000000">
            <w:pPr>
              <w:spacing w:before="40" w:after="20" w:line="245" w:lineRule="auto"/>
            </w:pPr>
            <w:r>
              <w:rPr>
                <w:b/>
                <w:color w:val="000000"/>
                <w:sz w:val="16"/>
              </w:rPr>
              <w:t>GIBALNO DOŽIVETJE IN IZKUŠENJSKI POUK</w:t>
            </w:r>
          </w:p>
          <w:p w14:paraId="4BCEC9E2"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5723CD20" w14:textId="77777777" w:rsidR="00623E5F" w:rsidRDefault="00000000">
            <w:pPr>
              <w:spacing w:after="20" w:line="245" w:lineRule="auto"/>
            </w:pPr>
            <w:r>
              <w:rPr>
                <w:b/>
                <w:color w:val="000000"/>
                <w:sz w:val="16"/>
              </w:rPr>
              <w:t>POUČEVANJE V GIBANJU</w:t>
            </w:r>
          </w:p>
          <w:p w14:paraId="13811F4B"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5B9A2B7A" w14:textId="77777777" w:rsidR="00623E5F" w:rsidRDefault="00000000">
            <w:pPr>
              <w:spacing w:after="20" w:line="245" w:lineRule="auto"/>
            </w:pPr>
            <w:r>
              <w:rPr>
                <w:b/>
                <w:color w:val="000000"/>
                <w:sz w:val="16"/>
              </w:rPr>
              <w:t>DELO PO ŠTIRIH POSTAJAH</w:t>
            </w:r>
          </w:p>
          <w:p w14:paraId="4482E01B"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6BDC3E27" w14:textId="77777777" w:rsidR="00623E5F" w:rsidRDefault="00000000">
            <w:pPr>
              <w:spacing w:after="7" w:line="245" w:lineRule="auto"/>
            </w:pPr>
            <w:r>
              <w:rPr>
                <w:color w:val="000000"/>
                <w:sz w:val="14"/>
              </w:rPr>
              <w:t>1. Tekalna: po znaku stečem, uravnavam smer in hitrost ter vadim cilj »skačem v daljino z mesta«.</w:t>
            </w:r>
          </w:p>
          <w:p w14:paraId="7B494FE8" w14:textId="77777777" w:rsidR="00623E5F" w:rsidRDefault="00000000">
            <w:pPr>
              <w:spacing w:after="7" w:line="245" w:lineRule="auto"/>
            </w:pPr>
            <w:r>
              <w:rPr>
                <w:color w:val="000000"/>
                <w:sz w:val="14"/>
              </w:rPr>
              <w:t>2. Skakalna: na treh razdaljah vadim sonožni odriv in varen doskok ter uresničujem cilj »mečem lažji predmet v cilj«.</w:t>
            </w:r>
          </w:p>
          <w:p w14:paraId="468B6D4B" w14:textId="77777777" w:rsidR="00623E5F" w:rsidRDefault="00000000">
            <w:pPr>
              <w:spacing w:after="7" w:line="245" w:lineRule="auto"/>
            </w:pPr>
            <w:r>
              <w:rPr>
                <w:color w:val="000000"/>
                <w:sz w:val="14"/>
              </w:rPr>
              <w:t>3. Metalna: mehko žogico ali vrečko vržem v cilj oziroma daljino in jo poberem le na skupni znak.</w:t>
            </w:r>
          </w:p>
          <w:p w14:paraId="6DECB361" w14:textId="77777777" w:rsidR="00623E5F" w:rsidRDefault="00000000">
            <w:pPr>
              <w:spacing w:after="7" w:line="245" w:lineRule="auto"/>
            </w:pPr>
            <w:r>
              <w:rPr>
                <w:color w:val="000000"/>
                <w:sz w:val="14"/>
              </w:rPr>
              <w:t>4. Igralno-merilna: uporabim tek, skok ali met, primerjam le svoj dokaz in pokažem, kako »varno pobiram rekvizite«.</w:t>
            </w:r>
          </w:p>
          <w:p w14:paraId="2CAA87FA" w14:textId="77777777" w:rsidR="00623E5F" w:rsidRDefault="00000000">
            <w:pPr>
              <w:spacing w:after="20" w:line="245" w:lineRule="auto"/>
            </w:pPr>
            <w:r>
              <w:rPr>
                <w:b/>
                <w:color w:val="000000"/>
                <w:sz w:val="16"/>
              </w:rPr>
              <w:t>DIFERENCIACIJA IN VKLJUČEVANJE</w:t>
            </w:r>
          </w:p>
          <w:p w14:paraId="252F3F7D"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20A364B2" w14:textId="77777777" w:rsidR="00623E5F" w:rsidRDefault="00000000">
            <w:pPr>
              <w:spacing w:after="20" w:line="245" w:lineRule="auto"/>
            </w:pPr>
            <w:r>
              <w:rPr>
                <w:b/>
                <w:color w:val="000000"/>
                <w:sz w:val="16"/>
              </w:rPr>
              <w:t>SPREMLJANJE</w:t>
            </w:r>
          </w:p>
          <w:p w14:paraId="375AC2AD"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2FEB41A9"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12FA7A3" w14:textId="77777777">
              <w:trPr>
                <w:jc w:val="center"/>
              </w:trPr>
              <w:tc>
                <w:tcPr>
                  <w:tcW w:w="7087" w:type="dxa"/>
                  <w:shd w:val="clear" w:color="auto" w:fill="C6E7F3"/>
                  <w:tcMar>
                    <w:top w:w="45" w:type="dxa"/>
                    <w:left w:w="70" w:type="dxa"/>
                    <w:bottom w:w="45" w:type="dxa"/>
                    <w:right w:w="70" w:type="dxa"/>
                  </w:tcMar>
                </w:tcPr>
                <w:p w14:paraId="6F42CFED" w14:textId="77777777" w:rsidR="00623E5F" w:rsidRDefault="00000000">
                  <w:pPr>
                    <w:keepNext/>
                  </w:pPr>
                  <w:r>
                    <w:rPr>
                      <w:b/>
                      <w:color w:val="000000"/>
                      <w:sz w:val="16"/>
                    </w:rPr>
                    <w:t>GLAVNI DEL – GIBALNI IZZIV, VADBA NA ŠTIRIH POSTAJAH IN IGRA (3 šolske ure)</w:t>
                  </w:r>
                </w:p>
              </w:tc>
            </w:tr>
          </w:tbl>
          <w:p w14:paraId="4C3F11D3" w14:textId="77777777" w:rsidR="00623E5F" w:rsidRDefault="00623E5F">
            <w:pPr>
              <w:spacing w:line="20" w:lineRule="exact"/>
            </w:pPr>
          </w:p>
          <w:p w14:paraId="2A9B9E00" w14:textId="77777777" w:rsidR="00623E5F" w:rsidRDefault="00000000">
            <w:pPr>
              <w:keepNext/>
              <w:spacing w:before="16" w:after="6" w:line="245" w:lineRule="auto"/>
            </w:pPr>
            <w:r>
              <w:rPr>
                <w:b/>
                <w:color w:val="000000"/>
                <w:sz w:val="15"/>
              </w:rPr>
              <w:t>1. URA – Skoki in meti – Ogrejem se in usvojim gib</w:t>
            </w:r>
          </w:p>
          <w:p w14:paraId="2F093161"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»Zakaj?« – Lila Prap. Osrednji del 30': 32' – Preveri prostor in opremo, predstavi varnostni znak ter skozi gibalno zgodbo modelira ključno prvino po korakih.</w:t>
            </w:r>
          </w:p>
          <w:p w14:paraId="0EB825BE"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498C92C9" w14:textId="77777777" w:rsidR="00623E5F" w:rsidRDefault="00000000">
            <w:pPr>
              <w:spacing w:after="15" w:line="245" w:lineRule="auto"/>
            </w:pPr>
            <w:r>
              <w:rPr>
                <w:i/>
                <w:color w:val="D95BC6"/>
                <w:sz w:val="14"/>
              </w:rPr>
              <w:t>Predvideni dokaz: varen odziv na znak, začetni poskus prvine in ustno varnostno pravilo..</w:t>
            </w:r>
          </w:p>
          <w:p w14:paraId="30E7FBAB" w14:textId="77777777" w:rsidR="00623E5F" w:rsidRDefault="00000000">
            <w:pPr>
              <w:keepNext/>
              <w:spacing w:before="16" w:after="6" w:line="245" w:lineRule="auto"/>
            </w:pPr>
            <w:r>
              <w:rPr>
                <w:b/>
                <w:color w:val="000000"/>
                <w:sz w:val="15"/>
              </w:rPr>
              <w:t>2. URA – Skoki in meti – Vadim na postajah</w:t>
            </w:r>
          </w:p>
          <w:p w14:paraId="4EAE9002"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»Zakaj?« – Lila Prap. Osrednji del 30': 32' – Pripravi 4–6 postaj z enosmernimi prehodi, pokaže tri ravni izziva in opazovalcu dodeli en jasen kriterij.</w:t>
            </w:r>
          </w:p>
          <w:p w14:paraId="19D7821B"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7BA7166E" w14:textId="77777777" w:rsidR="00623E5F" w:rsidRDefault="00000000">
            <w:pPr>
              <w:spacing w:after="15" w:line="245" w:lineRule="auto"/>
            </w:pPr>
            <w:r>
              <w:rPr>
                <w:i/>
                <w:color w:val="D95BC6"/>
                <w:sz w:val="14"/>
              </w:rPr>
              <w:t>Predvideni dokaz: opazovalna kartica, izvedba na izbrani ravni in učiteljev zapis o napredku..</w:t>
            </w:r>
          </w:p>
          <w:p w14:paraId="541464E2" w14:textId="77777777" w:rsidR="00623E5F" w:rsidRDefault="00000000">
            <w:pPr>
              <w:keepNext/>
              <w:spacing w:before="16" w:after="6" w:line="245" w:lineRule="auto"/>
            </w:pPr>
            <w:r>
              <w:rPr>
                <w:b/>
                <w:color w:val="000000"/>
                <w:sz w:val="15"/>
              </w:rPr>
              <w:t>3. URA – Skoki in meti – Uporabim v igri</w:t>
            </w:r>
          </w:p>
          <w:p w14:paraId="2D6F13BC"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»Zakaj?« – Lila Prap. Osrednji del 30': 32' – Organizira vključujočo igro ali izziv brez izločanja, spremlja varnost, pošteno igro in uporabo naučene prvine.</w:t>
            </w:r>
          </w:p>
          <w:p w14:paraId="1954E0C7"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683FDEB9"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25C283D4" w14:textId="77777777">
              <w:trPr>
                <w:jc w:val="center"/>
              </w:trPr>
              <w:tc>
                <w:tcPr>
                  <w:tcW w:w="7087" w:type="dxa"/>
                  <w:shd w:val="clear" w:color="auto" w:fill="EDC9EA"/>
                  <w:tcMar>
                    <w:top w:w="45" w:type="dxa"/>
                    <w:left w:w="70" w:type="dxa"/>
                    <w:bottom w:w="45" w:type="dxa"/>
                    <w:right w:w="70" w:type="dxa"/>
                  </w:tcMar>
                </w:tcPr>
                <w:p w14:paraId="75505464" w14:textId="77777777" w:rsidR="00623E5F" w:rsidRDefault="00000000">
                  <w:pPr>
                    <w:keepNext/>
                  </w:pPr>
                  <w:r>
                    <w:rPr>
                      <w:b/>
                      <w:color w:val="000000"/>
                      <w:sz w:val="16"/>
                    </w:rPr>
                    <w:t>ORGANIZACIJA POSTAJ, PREHODOV IN AKTIVNEGA ČASA</w:t>
                  </w:r>
                </w:p>
              </w:tc>
            </w:tr>
          </w:tbl>
          <w:p w14:paraId="32482D77" w14:textId="77777777" w:rsidR="00623E5F" w:rsidRDefault="00623E5F"/>
          <w:p w14:paraId="1604F2B8" w14:textId="77777777" w:rsidR="00623E5F" w:rsidRDefault="00000000">
            <w:pPr>
              <w:spacing w:before="5" w:after="6" w:line="245" w:lineRule="auto"/>
            </w:pPr>
            <w:r>
              <w:rPr>
                <w:color w:val="000000"/>
                <w:sz w:val="14"/>
              </w:rPr>
              <w:t>Postaja 1: Tekalna: po znaku stečem, uravnavam smer in hitrost ter vadim cilj »skačem v daljino z mesta«.</w:t>
            </w:r>
          </w:p>
          <w:p w14:paraId="56E03111" w14:textId="77777777" w:rsidR="00623E5F" w:rsidRDefault="00000000">
            <w:pPr>
              <w:spacing w:before="5" w:after="6" w:line="245" w:lineRule="auto"/>
            </w:pPr>
            <w:r>
              <w:rPr>
                <w:color w:val="000000"/>
                <w:sz w:val="14"/>
              </w:rPr>
              <w:t>Postaja 2: Skakalna: na treh razdaljah vadim sonožni odriv in varen doskok ter uresničujem cilj »mečem lažji predmet v cilj«.</w:t>
            </w:r>
          </w:p>
          <w:p w14:paraId="71C74A2A" w14:textId="77777777" w:rsidR="00623E5F" w:rsidRDefault="00000000">
            <w:pPr>
              <w:spacing w:before="5" w:after="6" w:line="245" w:lineRule="auto"/>
            </w:pPr>
            <w:r>
              <w:rPr>
                <w:color w:val="000000"/>
                <w:sz w:val="14"/>
              </w:rPr>
              <w:t>Postaja 3: Metalna: mehko žogico ali vrečko vržem v cilj oziroma daljino in jo poberem le na skupni znak.</w:t>
            </w:r>
          </w:p>
          <w:p w14:paraId="05752A2B" w14:textId="77777777" w:rsidR="00623E5F" w:rsidRDefault="00000000">
            <w:pPr>
              <w:spacing w:before="5" w:after="6" w:line="245" w:lineRule="auto"/>
            </w:pPr>
            <w:r>
              <w:rPr>
                <w:color w:val="000000"/>
                <w:sz w:val="14"/>
              </w:rPr>
              <w:t>Postaja 4: Igralno-merilna: uporabim tek, skok ali met, primerjam le svoj dokaz in pokažem, kako »varno pobiram rekvizite«.</w:t>
            </w:r>
          </w:p>
          <w:p w14:paraId="7ADF5F4D"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66580934" w14:textId="77777777" w:rsidR="00623E5F" w:rsidRDefault="00623E5F"/>
          <w:p w14:paraId="5A65F006" w14:textId="77777777" w:rsidR="00623E5F" w:rsidRDefault="00000000">
            <w:pPr>
              <w:spacing w:after="5" w:line="245" w:lineRule="auto"/>
            </w:pPr>
            <w:r>
              <w:rPr>
                <w:b/>
                <w:color w:val="000000"/>
                <w:sz w:val="15"/>
              </w:rPr>
              <w:t>1. URA – Skoki in meti – Ogrejem se in usvojim gib</w:t>
            </w:r>
          </w:p>
          <w:p w14:paraId="13B5F1BF"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607DE84" w14:textId="77777777" w:rsidR="00623E5F" w:rsidRDefault="00000000">
            <w:pPr>
              <w:spacing w:after="14" w:line="245" w:lineRule="auto"/>
            </w:pPr>
            <w:r>
              <w:rPr>
                <w:color w:val="D95BC6"/>
                <w:sz w:val="13"/>
              </w:rPr>
              <w:t>Dokaz: varen odziv na znak, začetni poskus prvine in ustno varnostno pravilo.</w:t>
            </w:r>
          </w:p>
          <w:p w14:paraId="36F03549" w14:textId="77777777" w:rsidR="00623E5F" w:rsidRDefault="00000000">
            <w:pPr>
              <w:spacing w:after="5" w:line="245" w:lineRule="auto"/>
            </w:pPr>
            <w:r>
              <w:rPr>
                <w:b/>
                <w:color w:val="000000"/>
                <w:sz w:val="15"/>
              </w:rPr>
              <w:t>2. URA – Skoki in meti – Vadim na postajah</w:t>
            </w:r>
          </w:p>
          <w:p w14:paraId="3839085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F029F43" w14:textId="77777777" w:rsidR="00623E5F" w:rsidRDefault="00000000">
            <w:pPr>
              <w:spacing w:after="14" w:line="245" w:lineRule="auto"/>
            </w:pPr>
            <w:r>
              <w:rPr>
                <w:color w:val="D95BC6"/>
                <w:sz w:val="13"/>
              </w:rPr>
              <w:t>Dokaz: opazovalna kartica, izvedba na izbrani ravni in učiteljev zapis o napredku.</w:t>
            </w:r>
          </w:p>
          <w:p w14:paraId="22A4D87C" w14:textId="77777777" w:rsidR="00623E5F" w:rsidRDefault="00000000">
            <w:pPr>
              <w:spacing w:after="5" w:line="245" w:lineRule="auto"/>
            </w:pPr>
            <w:r>
              <w:rPr>
                <w:b/>
                <w:color w:val="000000"/>
                <w:sz w:val="15"/>
              </w:rPr>
              <w:t>3. URA – Skoki in meti – Uporabim v igri</w:t>
            </w:r>
          </w:p>
          <w:p w14:paraId="2911CC5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2AD9D1EB" w14:textId="77777777" w:rsidR="00623E5F" w:rsidRDefault="00000000">
            <w:pPr>
              <w:spacing w:after="14" w:line="245" w:lineRule="auto"/>
            </w:pPr>
            <w:r>
              <w:rPr>
                <w:color w:val="D95BC6"/>
                <w:sz w:val="13"/>
              </w:rPr>
              <w:t>Dokaz: uporaba prvine v igri, sodelovanje, upoštevanje pravil in osebno.</w:t>
            </w:r>
          </w:p>
          <w:p w14:paraId="0156FED0" w14:textId="77777777" w:rsidR="00623E5F" w:rsidRDefault="00000000">
            <w:pPr>
              <w:spacing w:before="30" w:after="14" w:line="245" w:lineRule="auto"/>
            </w:pPr>
            <w:r>
              <w:rPr>
                <w:b/>
                <w:color w:val="D95BC6"/>
                <w:sz w:val="16"/>
              </w:rPr>
              <w:t>MOJ KROG POSTAJ</w:t>
            </w:r>
          </w:p>
          <w:p w14:paraId="017A2E42" w14:textId="77777777" w:rsidR="00623E5F" w:rsidRDefault="00000000">
            <w:pPr>
              <w:spacing w:after="8" w:line="245" w:lineRule="auto"/>
            </w:pPr>
            <w:r>
              <w:rPr>
                <w:color w:val="000000"/>
                <w:sz w:val="13"/>
              </w:rPr>
              <w:t>1. Tekalna: po znaku stečem, uravnavam smer in hitrost ter vadim cilj »skačem v.</w:t>
            </w:r>
          </w:p>
          <w:p w14:paraId="474D5266" w14:textId="77777777" w:rsidR="00623E5F" w:rsidRDefault="00000000">
            <w:pPr>
              <w:spacing w:after="8" w:line="245" w:lineRule="auto"/>
            </w:pPr>
            <w:r>
              <w:rPr>
                <w:color w:val="000000"/>
                <w:sz w:val="13"/>
              </w:rPr>
              <w:t>2. Skakalna: na treh razdaljah vadim sonožni odriv in varen doskok ter uresničujem.</w:t>
            </w:r>
          </w:p>
          <w:p w14:paraId="7C5EEFC6" w14:textId="77777777" w:rsidR="00623E5F" w:rsidRDefault="00000000">
            <w:pPr>
              <w:spacing w:after="8" w:line="245" w:lineRule="auto"/>
            </w:pPr>
            <w:r>
              <w:rPr>
                <w:color w:val="000000"/>
                <w:sz w:val="13"/>
              </w:rPr>
              <w:t>3. Metalna: mehko žogico ali vrečko vržem v cilj oziroma daljino in jo poberem le na.</w:t>
            </w:r>
          </w:p>
          <w:p w14:paraId="612172EB" w14:textId="77777777" w:rsidR="00623E5F" w:rsidRDefault="00000000">
            <w:pPr>
              <w:spacing w:after="8" w:line="245" w:lineRule="auto"/>
            </w:pPr>
            <w:r>
              <w:rPr>
                <w:color w:val="000000"/>
                <w:sz w:val="13"/>
              </w:rPr>
              <w:t>4. Igralno-merilna: uporabim tek, skok ali met, primerjam le svoj dokaz in pokažem.</w:t>
            </w:r>
          </w:p>
          <w:p w14:paraId="5B42821A"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21860C65" w14:textId="77777777" w:rsidR="00623E5F" w:rsidRDefault="00000000">
            <w:pPr>
              <w:spacing w:after="14" w:line="245" w:lineRule="auto"/>
            </w:pPr>
            <w:r>
              <w:rPr>
                <w:b/>
                <w:color w:val="D95BC6"/>
                <w:sz w:val="16"/>
              </w:rPr>
              <w:t>DOKAZ O UČENJU</w:t>
            </w:r>
          </w:p>
          <w:p w14:paraId="2E963637"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54BB05B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50C17C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5D7B964"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FEFFEBA" w14:textId="77777777" w:rsidR="00623E5F" w:rsidRDefault="00000000">
            <w:pPr>
              <w:jc w:val="center"/>
            </w:pPr>
            <w:r>
              <w:rPr>
                <w:b/>
                <w:color w:val="000000"/>
                <w:sz w:val="20"/>
              </w:rPr>
              <w:t>UČNE DEJAVNOSTI, METODE IN FORMATIVNO SPREMLJANJE</w:t>
            </w:r>
          </w:p>
        </w:tc>
      </w:tr>
      <w:tr w:rsidR="00623E5F" w14:paraId="06B47D59" w14:textId="77777777">
        <w:trPr>
          <w:tblHeader/>
          <w:jc w:val="center"/>
        </w:trPr>
        <w:tc>
          <w:tcPr>
            <w:tcW w:w="4422" w:type="dxa"/>
            <w:vMerge/>
            <w:tcMar>
              <w:top w:w="70" w:type="dxa"/>
              <w:left w:w="90" w:type="dxa"/>
              <w:bottom w:w="70" w:type="dxa"/>
              <w:right w:w="90" w:type="dxa"/>
            </w:tcMar>
            <w:vAlign w:val="center"/>
          </w:tcPr>
          <w:p w14:paraId="0BF866CA" w14:textId="77777777" w:rsidR="00623E5F" w:rsidRDefault="00623E5F"/>
        </w:tc>
        <w:tc>
          <w:tcPr>
            <w:tcW w:w="7087" w:type="dxa"/>
            <w:shd w:val="clear" w:color="auto" w:fill="FFFFFF"/>
            <w:tcMar>
              <w:top w:w="70" w:type="dxa"/>
              <w:left w:w="90" w:type="dxa"/>
              <w:bottom w:w="70" w:type="dxa"/>
              <w:right w:w="90" w:type="dxa"/>
            </w:tcMar>
            <w:vAlign w:val="center"/>
          </w:tcPr>
          <w:p w14:paraId="538C09C8"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E60128D" w14:textId="77777777" w:rsidR="00623E5F" w:rsidRDefault="00000000">
            <w:pPr>
              <w:jc w:val="center"/>
            </w:pPr>
            <w:r>
              <w:rPr>
                <w:b/>
                <w:color w:val="000000"/>
              </w:rPr>
              <w:t>UČENEC</w:t>
            </w:r>
          </w:p>
        </w:tc>
      </w:tr>
      <w:tr w:rsidR="00623E5F" w14:paraId="4C404730" w14:textId="77777777">
        <w:trPr>
          <w:jc w:val="center"/>
        </w:trPr>
        <w:tc>
          <w:tcPr>
            <w:tcW w:w="4422" w:type="dxa"/>
            <w:tcMar>
              <w:top w:w="70" w:type="dxa"/>
              <w:left w:w="90" w:type="dxa"/>
              <w:bottom w:w="70" w:type="dxa"/>
              <w:right w:w="90" w:type="dxa"/>
            </w:tcMar>
          </w:tcPr>
          <w:p w14:paraId="553975CE" w14:textId="77777777" w:rsidR="00623E5F" w:rsidRDefault="00623E5F"/>
          <w:p w14:paraId="18693BB3" w14:textId="77777777" w:rsidR="00623E5F" w:rsidRDefault="00000000">
            <w:pPr>
              <w:spacing w:after="40" w:line="245" w:lineRule="auto"/>
            </w:pPr>
            <w:r>
              <w:rPr>
                <w:b/>
                <w:color w:val="000000"/>
              </w:rPr>
              <w:t>FORMATIVNO SPREMLJANJE</w:t>
            </w:r>
          </w:p>
          <w:p w14:paraId="18241008" w14:textId="77777777" w:rsidR="00623E5F" w:rsidRDefault="00000000">
            <w:pPr>
              <w:pStyle w:val="Oznaenseznam"/>
              <w:spacing w:after="16"/>
            </w:pPr>
            <w:r>
              <w:rPr>
                <w:color w:val="000000"/>
                <w:sz w:val="15"/>
              </w:rPr>
              <w:t>predznanje: gibalni prikaz, odziv na znak, izbira kartice, začetni poskus ali kratka razlaga</w:t>
            </w:r>
          </w:p>
          <w:p w14:paraId="3A87B9C1" w14:textId="77777777" w:rsidR="00623E5F" w:rsidRDefault="00000000">
            <w:pPr>
              <w:pStyle w:val="Oznaenseznam"/>
              <w:spacing w:after="16"/>
            </w:pPr>
            <w:r>
              <w:rPr>
                <w:color w:val="000000"/>
                <w:sz w:val="15"/>
              </w:rPr>
              <w:t>nameni in merila: kratka poved, slikovni znak, model varne izvedbe in en opazljiv tehnični poudarek</w:t>
            </w:r>
          </w:p>
          <w:p w14:paraId="03EDF975"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5B87B6E6" w14:textId="77777777" w:rsidR="00623E5F" w:rsidRDefault="00000000">
            <w:pPr>
              <w:pStyle w:val="Oznaenseznam"/>
              <w:spacing w:after="16"/>
            </w:pPr>
            <w:r>
              <w:rPr>
                <w:color w:val="000000"/>
                <w:sz w:val="15"/>
              </w:rPr>
              <w:t>povratna informacija: opis opaženega, povezava z enim merilom in takoj izvedljiv ponovni poskus</w:t>
            </w:r>
          </w:p>
          <w:p w14:paraId="008074A5" w14:textId="77777777" w:rsidR="00623E5F" w:rsidRDefault="00000000">
            <w:pPr>
              <w:pStyle w:val="Oznaenseznam"/>
              <w:spacing w:after="16"/>
            </w:pPr>
            <w:r>
              <w:rPr>
                <w:color w:val="000000"/>
                <w:sz w:val="15"/>
              </w:rPr>
              <w:t>samovrednotenje: semafor napora in varnosti, lestvica samostojnosti, izbran dokaz ter osebni naslednji korak</w:t>
            </w:r>
          </w:p>
          <w:p w14:paraId="5B077E4F" w14:textId="77777777" w:rsidR="00623E5F" w:rsidRDefault="00000000">
            <w:pPr>
              <w:spacing w:before="40" w:after="20" w:line="245" w:lineRule="auto"/>
            </w:pPr>
            <w:r>
              <w:rPr>
                <w:b/>
                <w:color w:val="000000"/>
                <w:sz w:val="17"/>
              </w:rPr>
              <w:t>VARNOST, POČUTJE IN HIGIENA</w:t>
            </w:r>
          </w:p>
          <w:p w14:paraId="49858886"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Tekališča, doskočišča in sektorji za mete so ločeni; vsi mečejo in pobirajo rekvizite samo na skupni znak.</w:t>
            </w:r>
          </w:p>
          <w:p w14:paraId="22D34A3C" w14:textId="77777777" w:rsidR="00623E5F" w:rsidRDefault="00000000">
            <w:pPr>
              <w:spacing w:after="20" w:line="245" w:lineRule="auto"/>
            </w:pPr>
            <w:r>
              <w:rPr>
                <w:b/>
                <w:color w:val="000000"/>
                <w:sz w:val="17"/>
              </w:rPr>
              <w:t>EVIDENCA PO IZVEDBI</w:t>
            </w:r>
          </w:p>
          <w:p w14:paraId="1ED39333"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35C2D63B" w14:textId="77777777" w:rsidR="00623E5F" w:rsidRDefault="00000000">
            <w:pPr>
              <w:spacing w:before="40" w:after="20" w:line="245" w:lineRule="auto"/>
            </w:pPr>
            <w:r>
              <w:rPr>
                <w:b/>
                <w:color w:val="000000"/>
                <w:sz w:val="17"/>
              </w:rPr>
              <w:t>RAVEN DOSEGANJA</w:t>
            </w:r>
          </w:p>
          <w:p w14:paraId="0EA172F3"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62C37BC3"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E9071E7" w14:textId="77777777">
              <w:trPr>
                <w:jc w:val="center"/>
              </w:trPr>
              <w:tc>
                <w:tcPr>
                  <w:tcW w:w="7087" w:type="dxa"/>
                  <w:shd w:val="clear" w:color="auto" w:fill="EDC9EA"/>
                  <w:tcMar>
                    <w:top w:w="45" w:type="dxa"/>
                    <w:left w:w="70" w:type="dxa"/>
                    <w:bottom w:w="45" w:type="dxa"/>
                    <w:right w:w="70" w:type="dxa"/>
                  </w:tcMar>
                </w:tcPr>
                <w:p w14:paraId="006FDD7B" w14:textId="77777777" w:rsidR="00623E5F" w:rsidRDefault="00000000">
                  <w:pPr>
                    <w:keepNext/>
                  </w:pPr>
                  <w:r>
                    <w:rPr>
                      <w:b/>
                      <w:color w:val="000000"/>
                    </w:rPr>
                    <w:t>VPRAŠANJA V PODPORO GIBALNEMU UČENJU</w:t>
                  </w:r>
                </w:p>
              </w:tc>
            </w:tr>
          </w:tbl>
          <w:p w14:paraId="666E89ED" w14:textId="77777777" w:rsidR="00623E5F" w:rsidRDefault="00623E5F">
            <w:pPr>
              <w:spacing w:line="20" w:lineRule="exact"/>
            </w:pPr>
          </w:p>
          <w:p w14:paraId="39AE3AB1" w14:textId="77777777" w:rsidR="00623E5F" w:rsidRDefault="00000000">
            <w:pPr>
              <w:pStyle w:val="Oznaenseznam"/>
              <w:spacing w:after="16"/>
            </w:pPr>
            <w:r>
              <w:rPr>
                <w:color w:val="000000"/>
                <w:sz w:val="15"/>
              </w:rPr>
              <w:t>Kaj si pri prvem poskusu začutil/-a ali opazil/-a v položaju telesa, ravnotežju, smeri, ritmu ali naporu?</w:t>
            </w:r>
          </w:p>
          <w:p w14:paraId="6C0E59DC" w14:textId="77777777" w:rsidR="00623E5F" w:rsidRDefault="00000000">
            <w:pPr>
              <w:pStyle w:val="Oznaenseznam"/>
              <w:spacing w:after="16"/>
            </w:pPr>
            <w:r>
              <w:rPr>
                <w:color w:val="000000"/>
                <w:sz w:val="15"/>
              </w:rPr>
              <w:t>Katero varnostno pravilo in kateri gibalni korak sta bila danes najpomembnejša?</w:t>
            </w:r>
          </w:p>
          <w:p w14:paraId="7D9A4AA6" w14:textId="77777777" w:rsidR="00623E5F" w:rsidRDefault="00000000">
            <w:pPr>
              <w:pStyle w:val="Oznaenseznam"/>
              <w:spacing w:after="16"/>
            </w:pPr>
            <w:r>
              <w:rPr>
                <w:color w:val="000000"/>
                <w:sz w:val="15"/>
              </w:rPr>
              <w:t>Katero raven si izbral/-a, zakaj je bila primerna in kaj si pri naslednjem poskusu spremenil/-a?</w:t>
            </w:r>
          </w:p>
          <w:p w14:paraId="232EBAB7" w14:textId="77777777" w:rsidR="00623E5F" w:rsidRDefault="00000000">
            <w:pPr>
              <w:pStyle w:val="Oznaenseznam"/>
              <w:spacing w:after="16"/>
            </w:pPr>
            <w:r>
              <w:rPr>
                <w:color w:val="000000"/>
                <w:sz w:val="15"/>
              </w:rPr>
              <w:t>Kateri tvoj gibalni dokaz najjasneje pokaže dogovorjeno merilo?</w:t>
            </w:r>
          </w:p>
          <w:p w14:paraId="52BDD46C"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0E786CF2" w14:textId="77777777">
              <w:trPr>
                <w:jc w:val="center"/>
              </w:trPr>
              <w:tc>
                <w:tcPr>
                  <w:tcW w:w="7087" w:type="dxa"/>
                  <w:shd w:val="clear" w:color="auto" w:fill="C6E7F3"/>
                  <w:tcMar>
                    <w:top w:w="45" w:type="dxa"/>
                    <w:left w:w="70" w:type="dxa"/>
                    <w:bottom w:w="45" w:type="dxa"/>
                    <w:right w:w="70" w:type="dxa"/>
                  </w:tcMar>
                </w:tcPr>
                <w:p w14:paraId="578B1A2F" w14:textId="77777777" w:rsidR="00623E5F" w:rsidRDefault="00000000">
                  <w:pPr>
                    <w:keepNext/>
                  </w:pPr>
                  <w:r>
                    <w:rPr>
                      <w:b/>
                      <w:color w:val="000000"/>
                    </w:rPr>
                    <w:t>ZAKLJUČNI DEL – UMIRJANJE, RAZTEZANJE, DOKAZ IN REFLEKSIJA (8–10 min)</w:t>
                  </w:r>
                </w:p>
              </w:tc>
            </w:tr>
          </w:tbl>
          <w:p w14:paraId="3CF83AA9" w14:textId="77777777" w:rsidR="00623E5F" w:rsidRDefault="00623E5F">
            <w:pPr>
              <w:spacing w:line="20" w:lineRule="exact"/>
            </w:pPr>
          </w:p>
          <w:p w14:paraId="19EF2875"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3A82C039" w14:textId="77777777">
              <w:trPr>
                <w:jc w:val="center"/>
              </w:trPr>
              <w:tc>
                <w:tcPr>
                  <w:tcW w:w="7087" w:type="dxa"/>
                  <w:shd w:val="clear" w:color="auto" w:fill="EDC9EA"/>
                  <w:tcMar>
                    <w:top w:w="45" w:type="dxa"/>
                    <w:left w:w="70" w:type="dxa"/>
                    <w:bottom w:w="45" w:type="dxa"/>
                    <w:right w:w="70" w:type="dxa"/>
                  </w:tcMar>
                </w:tcPr>
                <w:p w14:paraId="06EFD9CA" w14:textId="77777777" w:rsidR="00623E5F" w:rsidRDefault="00000000">
                  <w:pPr>
                    <w:keepNext/>
                  </w:pPr>
                  <w:r>
                    <w:rPr>
                      <w:b/>
                      <w:color w:val="000000"/>
                    </w:rPr>
                    <w:t>SAMOVREDNOTENJE</w:t>
                  </w:r>
                </w:p>
              </w:tc>
            </w:tr>
          </w:tbl>
          <w:p w14:paraId="45151A22" w14:textId="77777777" w:rsidR="00623E5F" w:rsidRDefault="00623E5F">
            <w:pPr>
              <w:spacing w:line="20" w:lineRule="exact"/>
            </w:pPr>
          </w:p>
          <w:p w14:paraId="55985282"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1918C627" w14:textId="77777777">
              <w:trPr>
                <w:jc w:val="center"/>
              </w:trPr>
              <w:tc>
                <w:tcPr>
                  <w:tcW w:w="7087" w:type="dxa"/>
                  <w:shd w:val="clear" w:color="auto" w:fill="EDC9EA"/>
                  <w:tcMar>
                    <w:top w:w="45" w:type="dxa"/>
                    <w:left w:w="70" w:type="dxa"/>
                    <w:bottom w:w="45" w:type="dxa"/>
                    <w:right w:w="70" w:type="dxa"/>
                  </w:tcMar>
                </w:tcPr>
                <w:p w14:paraId="4FA21BFE" w14:textId="77777777" w:rsidR="00623E5F" w:rsidRDefault="00000000">
                  <w:pPr>
                    <w:keepNext/>
                  </w:pPr>
                  <w:r>
                    <w:rPr>
                      <w:b/>
                      <w:color w:val="000000"/>
                    </w:rPr>
                    <w:t>VRSTNIŠKO OPAZOVANJE IN POVRATNA INFORMACIJA</w:t>
                  </w:r>
                </w:p>
              </w:tc>
            </w:tr>
          </w:tbl>
          <w:p w14:paraId="667688B4" w14:textId="77777777" w:rsidR="00623E5F" w:rsidRDefault="00623E5F">
            <w:pPr>
              <w:spacing w:line="20" w:lineRule="exact"/>
            </w:pPr>
          </w:p>
          <w:p w14:paraId="6C67469E"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7B707CBA" w14:textId="77777777">
              <w:trPr>
                <w:jc w:val="center"/>
              </w:trPr>
              <w:tc>
                <w:tcPr>
                  <w:tcW w:w="7087" w:type="dxa"/>
                  <w:shd w:val="clear" w:color="auto" w:fill="EDC9EA"/>
                  <w:tcMar>
                    <w:top w:w="45" w:type="dxa"/>
                    <w:left w:w="70" w:type="dxa"/>
                    <w:bottom w:w="45" w:type="dxa"/>
                    <w:right w:w="70" w:type="dxa"/>
                  </w:tcMar>
                </w:tcPr>
                <w:p w14:paraId="510D0472" w14:textId="77777777" w:rsidR="00623E5F" w:rsidRDefault="00000000">
                  <w:pPr>
                    <w:keepNext/>
                  </w:pPr>
                  <w:r>
                    <w:rPr>
                      <w:b/>
                      <w:color w:val="000000"/>
                    </w:rPr>
                    <w:t>SKUPNI POVZETEK</w:t>
                  </w:r>
                </w:p>
              </w:tc>
            </w:tr>
          </w:tbl>
          <w:p w14:paraId="256DDA51" w14:textId="77777777" w:rsidR="00623E5F" w:rsidRDefault="00623E5F"/>
          <w:p w14:paraId="025D1AE3" w14:textId="77777777" w:rsidR="00623E5F" w:rsidRDefault="00000000">
            <w:pPr>
              <w:spacing w:before="20" w:after="40" w:line="245" w:lineRule="auto"/>
            </w:pPr>
            <w:r>
              <w:rPr>
                <w:b/>
                <w:color w:val="000000"/>
                <w:sz w:val="16"/>
              </w:rPr>
              <w:t>skačem v daljino z mesta; mečem lažji predmet v cilj; varno pobiram rekvizite. Izbrani gibalni dokaz pojasnim in določim varen naslednji korak.</w:t>
            </w:r>
          </w:p>
        </w:tc>
        <w:tc>
          <w:tcPr>
            <w:tcW w:w="2551" w:type="dxa"/>
            <w:tcMar>
              <w:top w:w="70" w:type="dxa"/>
              <w:left w:w="90" w:type="dxa"/>
              <w:bottom w:w="70" w:type="dxa"/>
              <w:right w:w="90" w:type="dxa"/>
            </w:tcMar>
          </w:tcPr>
          <w:p w14:paraId="48DD388D" w14:textId="77777777" w:rsidR="00623E5F" w:rsidRDefault="00623E5F"/>
          <w:p w14:paraId="69CF5B01" w14:textId="77777777" w:rsidR="00623E5F" w:rsidRDefault="00000000">
            <w:pPr>
              <w:spacing w:after="80" w:line="245" w:lineRule="auto"/>
            </w:pPr>
            <w:r>
              <w:rPr>
                <w:color w:val="000000"/>
                <w:sz w:val="15"/>
              </w:rPr>
              <w:t>Odgovarja na podporna vprašanja in se sklicuje na svojo izvedbo, počutje, izbrano raven in varnost.</w:t>
            </w:r>
          </w:p>
          <w:p w14:paraId="52E327C7" w14:textId="77777777" w:rsidR="00623E5F" w:rsidRDefault="00000000">
            <w:pPr>
              <w:spacing w:after="80" w:line="245" w:lineRule="auto"/>
            </w:pPr>
            <w:r>
              <w:rPr>
                <w:color w:val="000000"/>
                <w:sz w:val="15"/>
              </w:rPr>
              <w:t>Predstavi izbrani gibalni dokaz ter pokaže ali pove, katero merilo z njim dosega.</w:t>
            </w:r>
          </w:p>
          <w:p w14:paraId="6F79E524" w14:textId="77777777" w:rsidR="00623E5F" w:rsidRDefault="00000000">
            <w:pPr>
              <w:spacing w:after="80" w:line="245" w:lineRule="auto"/>
            </w:pPr>
            <w:r>
              <w:rPr>
                <w:color w:val="000000"/>
                <w:sz w:val="15"/>
              </w:rPr>
              <w:t>Opazuje eno dogovorjeno prvino vrstnikove izvedbe in poda kratek, prijazen ter uporaben odziv.</w:t>
            </w:r>
          </w:p>
          <w:p w14:paraId="32588CD7"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0A1FEA34" w14:textId="77777777" w:rsidR="00623E5F" w:rsidRDefault="00000000">
            <w:pPr>
              <w:spacing w:after="100" w:line="245" w:lineRule="auto"/>
            </w:pPr>
            <w:r>
              <w:rPr>
                <w:color w:val="000000"/>
                <w:sz w:val="15"/>
              </w:rPr>
              <w:t>Umiri dihanje, oceni napor in počutje, izbere raven samostojnosti ter določi varen naslednji korak.</w:t>
            </w:r>
          </w:p>
          <w:p w14:paraId="0568750E" w14:textId="77777777" w:rsidR="00623E5F" w:rsidRDefault="00000000">
            <w:pPr>
              <w:spacing w:after="20" w:line="245" w:lineRule="auto"/>
            </w:pPr>
            <w:r>
              <w:rPr>
                <w:b/>
                <w:color w:val="D95BC6"/>
                <w:sz w:val="17"/>
              </w:rPr>
              <w:t>DOKAZ O UČENJU</w:t>
            </w:r>
          </w:p>
          <w:p w14:paraId="135F5B5A"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58F7DED1"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06F25D29" w14:textId="77777777">
        <w:trPr>
          <w:cantSplit/>
          <w:jc w:val="center"/>
        </w:trPr>
        <w:tc>
          <w:tcPr>
            <w:tcW w:w="14060" w:type="dxa"/>
            <w:gridSpan w:val="6"/>
            <w:tcMar>
              <w:top w:w="70" w:type="dxa"/>
              <w:left w:w="90" w:type="dxa"/>
              <w:bottom w:w="70" w:type="dxa"/>
              <w:right w:w="90" w:type="dxa"/>
            </w:tcMar>
            <w:vAlign w:val="center"/>
          </w:tcPr>
          <w:p w14:paraId="382BE4B9" w14:textId="77777777" w:rsidR="00623E5F" w:rsidRDefault="00000000">
            <w:pPr>
              <w:jc w:val="center"/>
            </w:pPr>
            <w:r>
              <w:rPr>
                <w:b/>
                <w:color w:val="000000"/>
                <w:sz w:val="24"/>
              </w:rPr>
              <w:lastRenderedPageBreak/>
              <w:t>UČNA PRIPRAVA 11/39</w:t>
            </w:r>
          </w:p>
        </w:tc>
      </w:tr>
      <w:tr w:rsidR="00623E5F" w14:paraId="35FE07D9" w14:textId="77777777">
        <w:trPr>
          <w:jc w:val="center"/>
        </w:trPr>
        <w:tc>
          <w:tcPr>
            <w:tcW w:w="2665" w:type="dxa"/>
            <w:tcMar>
              <w:top w:w="70" w:type="dxa"/>
              <w:left w:w="90" w:type="dxa"/>
              <w:bottom w:w="70" w:type="dxa"/>
              <w:right w:w="90" w:type="dxa"/>
            </w:tcMar>
            <w:vAlign w:val="center"/>
          </w:tcPr>
          <w:p w14:paraId="1AEC9A1B"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1E0B7BB"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24F54412"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04136C9" w14:textId="77777777" w:rsidR="00623E5F" w:rsidRDefault="00000000">
            <w:r>
              <w:rPr>
                <w:b/>
                <w:color w:val="000000"/>
                <w:sz w:val="16"/>
              </w:rPr>
              <w:t xml:space="preserve">NAČRTOVANI TERMIN: </w:t>
            </w:r>
            <w:r>
              <w:rPr>
                <w:color w:val="000000"/>
                <w:sz w:val="16"/>
              </w:rPr>
              <w:t>11. teden • 16.–20. 11. 2026</w:t>
            </w:r>
          </w:p>
        </w:tc>
        <w:tc>
          <w:tcPr>
            <w:tcW w:w="2268" w:type="dxa"/>
            <w:tcMar>
              <w:top w:w="70" w:type="dxa"/>
              <w:left w:w="90" w:type="dxa"/>
              <w:bottom w:w="70" w:type="dxa"/>
              <w:right w:w="90" w:type="dxa"/>
            </w:tcMar>
            <w:vAlign w:val="center"/>
          </w:tcPr>
          <w:p w14:paraId="10DFC278"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3343C66" w14:textId="77777777" w:rsidR="00623E5F" w:rsidRDefault="00000000">
            <w:r>
              <w:rPr>
                <w:b/>
                <w:color w:val="000000"/>
                <w:sz w:val="16"/>
              </w:rPr>
              <w:t xml:space="preserve">ŠTEVILO UR: </w:t>
            </w:r>
            <w:r>
              <w:rPr>
                <w:color w:val="000000"/>
                <w:sz w:val="16"/>
              </w:rPr>
              <w:t>3</w:t>
            </w:r>
          </w:p>
        </w:tc>
      </w:tr>
      <w:tr w:rsidR="00623E5F" w14:paraId="5B06ED44" w14:textId="77777777">
        <w:trPr>
          <w:jc w:val="center"/>
        </w:trPr>
        <w:tc>
          <w:tcPr>
            <w:tcW w:w="14061" w:type="dxa"/>
            <w:gridSpan w:val="6"/>
            <w:tcMar>
              <w:top w:w="70" w:type="dxa"/>
              <w:left w:w="90" w:type="dxa"/>
              <w:bottom w:w="70" w:type="dxa"/>
              <w:right w:w="90" w:type="dxa"/>
            </w:tcMar>
            <w:vAlign w:val="center"/>
          </w:tcPr>
          <w:p w14:paraId="6D7FCDCC"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631A26A2" w14:textId="77777777">
        <w:trPr>
          <w:cantSplit/>
          <w:jc w:val="center"/>
        </w:trPr>
        <w:tc>
          <w:tcPr>
            <w:tcW w:w="14060" w:type="dxa"/>
            <w:gridSpan w:val="6"/>
            <w:tcMar>
              <w:top w:w="70" w:type="dxa"/>
              <w:left w:w="90" w:type="dxa"/>
              <w:bottom w:w="70" w:type="dxa"/>
              <w:right w:w="90" w:type="dxa"/>
            </w:tcMar>
            <w:vAlign w:val="center"/>
          </w:tcPr>
          <w:p w14:paraId="33C921BF" w14:textId="77777777" w:rsidR="00623E5F" w:rsidRDefault="00623E5F"/>
          <w:p w14:paraId="46206046" w14:textId="77777777" w:rsidR="00623E5F" w:rsidRDefault="00000000">
            <w:pPr>
              <w:spacing w:line="245" w:lineRule="auto"/>
            </w:pPr>
            <w:r>
              <w:rPr>
                <w:b/>
                <w:color w:val="000000"/>
                <w:sz w:val="15"/>
              </w:rPr>
              <w:t xml:space="preserve">UČNI SKLOP: </w:t>
            </w:r>
            <w:r>
              <w:rPr>
                <w:color w:val="000000"/>
                <w:sz w:val="15"/>
              </w:rPr>
              <w:t>JESEN, SNOVI IN ŽIVA BITJA</w:t>
            </w:r>
          </w:p>
        </w:tc>
      </w:tr>
      <w:tr w:rsidR="00623E5F" w14:paraId="2E8FAB03" w14:textId="77777777">
        <w:trPr>
          <w:cantSplit/>
          <w:jc w:val="center"/>
        </w:trPr>
        <w:tc>
          <w:tcPr>
            <w:tcW w:w="14060" w:type="dxa"/>
            <w:gridSpan w:val="6"/>
            <w:tcMar>
              <w:top w:w="70" w:type="dxa"/>
              <w:left w:w="90" w:type="dxa"/>
              <w:bottom w:w="70" w:type="dxa"/>
              <w:right w:w="90" w:type="dxa"/>
            </w:tcMar>
            <w:vAlign w:val="center"/>
          </w:tcPr>
          <w:p w14:paraId="7D490072" w14:textId="77777777" w:rsidR="00623E5F" w:rsidRDefault="00623E5F"/>
          <w:p w14:paraId="74A30F52" w14:textId="77777777" w:rsidR="00623E5F" w:rsidRDefault="00000000">
            <w:pPr>
              <w:spacing w:line="245" w:lineRule="auto"/>
            </w:pPr>
            <w:r>
              <w:rPr>
                <w:b/>
                <w:color w:val="000000"/>
                <w:sz w:val="15"/>
              </w:rPr>
              <w:t xml:space="preserve">UČNA TEMA: </w:t>
            </w:r>
            <w:r>
              <w:rPr>
                <w:color w:val="000000"/>
                <w:sz w:val="15"/>
              </w:rPr>
              <w:t>GIBANJE ŽIVALI</w:t>
            </w:r>
          </w:p>
        </w:tc>
      </w:tr>
      <w:tr w:rsidR="00623E5F" w14:paraId="0EB795CB" w14:textId="77777777">
        <w:trPr>
          <w:cantSplit/>
          <w:jc w:val="center"/>
        </w:trPr>
        <w:tc>
          <w:tcPr>
            <w:tcW w:w="14060" w:type="dxa"/>
            <w:gridSpan w:val="6"/>
            <w:tcMar>
              <w:top w:w="70" w:type="dxa"/>
              <w:left w:w="90" w:type="dxa"/>
              <w:bottom w:w="70" w:type="dxa"/>
              <w:right w:w="90" w:type="dxa"/>
            </w:tcMar>
            <w:vAlign w:val="center"/>
          </w:tcPr>
          <w:p w14:paraId="58A04D0F" w14:textId="77777777" w:rsidR="00623E5F" w:rsidRDefault="00623E5F"/>
          <w:p w14:paraId="18B9106B" w14:textId="77777777" w:rsidR="00623E5F" w:rsidRDefault="00000000">
            <w:pPr>
              <w:spacing w:line="245" w:lineRule="auto"/>
            </w:pPr>
            <w:r>
              <w:rPr>
                <w:b/>
                <w:color w:val="000000"/>
                <w:sz w:val="15"/>
              </w:rPr>
              <w:t xml:space="preserve">KNJIŽEVNO / MOTIVNO IZHODIŠČE: </w:t>
            </w:r>
            <w:r>
              <w:rPr>
                <w:color w:val="000000"/>
                <w:sz w:val="15"/>
              </w:rPr>
              <w:t>»Hvaležni medved« – slovenska ljudska pravljica • gozd, življenjski prostor, pomoč in hvaležnost</w:t>
            </w:r>
          </w:p>
        </w:tc>
      </w:tr>
      <w:tr w:rsidR="00623E5F" w14:paraId="7E52FAE2" w14:textId="77777777">
        <w:trPr>
          <w:cantSplit/>
          <w:jc w:val="center"/>
        </w:trPr>
        <w:tc>
          <w:tcPr>
            <w:tcW w:w="14060" w:type="dxa"/>
            <w:gridSpan w:val="6"/>
            <w:tcMar>
              <w:top w:w="70" w:type="dxa"/>
              <w:left w:w="90" w:type="dxa"/>
              <w:bottom w:w="70" w:type="dxa"/>
              <w:right w:w="90" w:type="dxa"/>
            </w:tcMar>
            <w:vAlign w:val="center"/>
          </w:tcPr>
          <w:p w14:paraId="33FA33B6" w14:textId="77777777" w:rsidR="00623E5F" w:rsidRDefault="00623E5F"/>
          <w:p w14:paraId="209E91FB" w14:textId="77777777" w:rsidR="00623E5F" w:rsidRDefault="00000000">
            <w:pPr>
              <w:spacing w:line="245" w:lineRule="auto"/>
            </w:pPr>
            <w:r>
              <w:rPr>
                <w:b/>
                <w:color w:val="000000"/>
                <w:sz w:val="15"/>
              </w:rPr>
              <w:t xml:space="preserve">GIBALNO IZHODIŠČE / MOTIVACIJA: </w:t>
            </w:r>
            <w:r>
              <w:rPr>
                <w:color w:val="000000"/>
                <w:sz w:val="15"/>
              </w:rPr>
              <w:t>na tleh se pojavi pot stopinj, puščic in varnih ovir; učenci z gibalno napovedjo iščejo različne rešitve za temo »gibanje živali«. Tedenski gibalni izziv: posnema gibanje gozdnih živali in sodeluje v paru.</w:t>
            </w:r>
          </w:p>
        </w:tc>
      </w:tr>
      <w:tr w:rsidR="00623E5F" w14:paraId="283E8045" w14:textId="77777777">
        <w:trPr>
          <w:cantSplit/>
          <w:jc w:val="center"/>
        </w:trPr>
        <w:tc>
          <w:tcPr>
            <w:tcW w:w="14060" w:type="dxa"/>
            <w:gridSpan w:val="6"/>
            <w:tcMar>
              <w:top w:w="70" w:type="dxa"/>
              <w:left w:w="90" w:type="dxa"/>
              <w:bottom w:w="70" w:type="dxa"/>
              <w:right w:w="90" w:type="dxa"/>
            </w:tcMar>
            <w:vAlign w:val="center"/>
          </w:tcPr>
          <w:p w14:paraId="506FB2DA" w14:textId="77777777" w:rsidR="00623E5F" w:rsidRDefault="00623E5F"/>
          <w:p w14:paraId="682D2DAF" w14:textId="77777777" w:rsidR="00623E5F" w:rsidRDefault="00000000">
            <w:pPr>
              <w:spacing w:line="245" w:lineRule="auto"/>
            </w:pPr>
            <w:r>
              <w:rPr>
                <w:b/>
                <w:color w:val="000000"/>
                <w:sz w:val="15"/>
              </w:rPr>
              <w:t xml:space="preserve">UČNE ENOTE: </w:t>
            </w:r>
            <w:r>
              <w:rPr>
                <w:color w:val="000000"/>
                <w:sz w:val="15"/>
              </w:rPr>
              <w:t>1. ura – Gibanje živali – Ogrejem se in usvojim gib • 2. ura – Gibanje živali – Vadim na postajah • 3. ura – Gibanje živali – Uporabim v igri</w:t>
            </w:r>
          </w:p>
        </w:tc>
      </w:tr>
      <w:tr w:rsidR="00623E5F" w14:paraId="21752F68" w14:textId="77777777">
        <w:trPr>
          <w:cantSplit/>
          <w:jc w:val="center"/>
        </w:trPr>
        <w:tc>
          <w:tcPr>
            <w:tcW w:w="14060" w:type="dxa"/>
            <w:gridSpan w:val="6"/>
            <w:tcMar>
              <w:top w:w="70" w:type="dxa"/>
              <w:left w:w="90" w:type="dxa"/>
              <w:bottom w:w="70" w:type="dxa"/>
              <w:right w:w="90" w:type="dxa"/>
            </w:tcMar>
            <w:vAlign w:val="center"/>
          </w:tcPr>
          <w:p w14:paraId="00CBADEA" w14:textId="77777777" w:rsidR="00623E5F" w:rsidRDefault="00623E5F"/>
          <w:p w14:paraId="20DB8B21"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24C725BF" w14:textId="77777777">
        <w:trPr>
          <w:cantSplit/>
          <w:jc w:val="center"/>
        </w:trPr>
        <w:tc>
          <w:tcPr>
            <w:tcW w:w="14060" w:type="dxa"/>
            <w:gridSpan w:val="6"/>
            <w:tcMar>
              <w:top w:w="70" w:type="dxa"/>
              <w:left w:w="90" w:type="dxa"/>
              <w:bottom w:w="70" w:type="dxa"/>
              <w:right w:w="90" w:type="dxa"/>
            </w:tcMar>
            <w:vAlign w:val="center"/>
          </w:tcPr>
          <w:p w14:paraId="27A87386" w14:textId="77777777" w:rsidR="00623E5F" w:rsidRDefault="00623E5F"/>
          <w:p w14:paraId="0464A97F"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7EDDFC8D" w14:textId="77777777">
        <w:trPr>
          <w:cantSplit/>
          <w:jc w:val="center"/>
        </w:trPr>
        <w:tc>
          <w:tcPr>
            <w:tcW w:w="14060" w:type="dxa"/>
            <w:gridSpan w:val="6"/>
            <w:tcMar>
              <w:top w:w="70" w:type="dxa"/>
              <w:left w:w="90" w:type="dxa"/>
              <w:bottom w:w="70" w:type="dxa"/>
              <w:right w:w="90" w:type="dxa"/>
            </w:tcMar>
            <w:vAlign w:val="center"/>
          </w:tcPr>
          <w:p w14:paraId="06FFDFDA" w14:textId="77777777" w:rsidR="00623E5F" w:rsidRDefault="00623E5F"/>
          <w:p w14:paraId="213B66A8"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0A64A219" w14:textId="77777777">
        <w:trPr>
          <w:cantSplit/>
          <w:jc w:val="center"/>
        </w:trPr>
        <w:tc>
          <w:tcPr>
            <w:tcW w:w="14060" w:type="dxa"/>
            <w:gridSpan w:val="6"/>
            <w:tcMar>
              <w:top w:w="70" w:type="dxa"/>
              <w:left w:w="90" w:type="dxa"/>
              <w:bottom w:w="70" w:type="dxa"/>
              <w:right w:w="90" w:type="dxa"/>
            </w:tcMar>
            <w:vAlign w:val="center"/>
          </w:tcPr>
          <w:p w14:paraId="252EBAA7" w14:textId="77777777" w:rsidR="00623E5F" w:rsidRDefault="00623E5F"/>
          <w:p w14:paraId="0CBB597C" w14:textId="77777777" w:rsidR="00623E5F" w:rsidRDefault="00000000">
            <w:pPr>
              <w:spacing w:line="245" w:lineRule="auto"/>
            </w:pPr>
            <w:r>
              <w:rPr>
                <w:b/>
                <w:color w:val="000000"/>
                <w:sz w:val="15"/>
              </w:rPr>
              <w:t xml:space="preserve">MEDPREDMETNE POVEZAVE: </w:t>
            </w:r>
            <w:r>
              <w:rPr>
                <w:color w:val="000000"/>
                <w:sz w:val="15"/>
              </w:rPr>
              <w:t>SPO – gozd, življenjski prostor, pomoč in hvaležnost,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0BD61B97" w14:textId="77777777">
        <w:trPr>
          <w:cantSplit/>
          <w:jc w:val="center"/>
        </w:trPr>
        <w:tc>
          <w:tcPr>
            <w:tcW w:w="14060" w:type="dxa"/>
            <w:gridSpan w:val="6"/>
            <w:tcMar>
              <w:top w:w="70" w:type="dxa"/>
              <w:left w:w="90" w:type="dxa"/>
              <w:bottom w:w="70" w:type="dxa"/>
              <w:right w:w="90" w:type="dxa"/>
            </w:tcMar>
            <w:vAlign w:val="center"/>
          </w:tcPr>
          <w:p w14:paraId="51AB4776" w14:textId="77777777" w:rsidR="00623E5F" w:rsidRDefault="00623E5F"/>
          <w:p w14:paraId="32E1646B" w14:textId="77777777" w:rsidR="00623E5F" w:rsidRDefault="00000000">
            <w:pPr>
              <w:spacing w:line="245" w:lineRule="auto"/>
            </w:pPr>
            <w:r>
              <w:rPr>
                <w:b/>
                <w:color w:val="000000"/>
                <w:sz w:val="15"/>
              </w:rPr>
              <w:t xml:space="preserve">UČNA SREDSTVA IN PRIPOMOČKI: </w:t>
            </w:r>
            <w:r>
              <w:rPr>
                <w:color w:val="000000"/>
                <w:sz w:val="15"/>
              </w:rPr>
              <w:t>stožci, talne oznake, obroči, vrvi, klopi, letveniki ali nizka plezala, blazine in mehke ovire; kartice namena in kriterijev; oznake štirih postaj; opazovalni list; semafor napora in mapa dokazov</w:t>
            </w:r>
          </w:p>
        </w:tc>
      </w:tr>
      <w:tr w:rsidR="00623E5F" w14:paraId="623313C0" w14:textId="77777777">
        <w:trPr>
          <w:cantSplit/>
          <w:jc w:val="center"/>
        </w:trPr>
        <w:tc>
          <w:tcPr>
            <w:tcW w:w="14060" w:type="dxa"/>
            <w:gridSpan w:val="6"/>
            <w:tcMar>
              <w:top w:w="70" w:type="dxa"/>
              <w:left w:w="90" w:type="dxa"/>
              <w:bottom w:w="70" w:type="dxa"/>
              <w:right w:w="90" w:type="dxa"/>
            </w:tcMar>
            <w:vAlign w:val="center"/>
          </w:tcPr>
          <w:p w14:paraId="2FED249B" w14:textId="77777777" w:rsidR="00623E5F" w:rsidRDefault="00623E5F"/>
          <w:p w14:paraId="37A2235A"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4968881B" w14:textId="77777777">
        <w:trPr>
          <w:cantSplit/>
          <w:jc w:val="center"/>
        </w:trPr>
        <w:tc>
          <w:tcPr>
            <w:tcW w:w="14060" w:type="dxa"/>
            <w:gridSpan w:val="6"/>
            <w:tcMar>
              <w:top w:w="70" w:type="dxa"/>
              <w:left w:w="90" w:type="dxa"/>
              <w:bottom w:w="70" w:type="dxa"/>
              <w:right w:w="90" w:type="dxa"/>
            </w:tcMar>
            <w:vAlign w:val="center"/>
          </w:tcPr>
          <w:p w14:paraId="5C89A7B5" w14:textId="77777777" w:rsidR="00623E5F" w:rsidRDefault="00623E5F"/>
          <w:p w14:paraId="27F3A75E"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59B5F771" w14:textId="77777777">
        <w:trPr>
          <w:cantSplit/>
          <w:jc w:val="center"/>
        </w:trPr>
        <w:tc>
          <w:tcPr>
            <w:tcW w:w="14060" w:type="dxa"/>
            <w:gridSpan w:val="6"/>
            <w:tcMar>
              <w:top w:w="70" w:type="dxa"/>
              <w:left w:w="90" w:type="dxa"/>
              <w:bottom w:w="70" w:type="dxa"/>
              <w:right w:w="90" w:type="dxa"/>
            </w:tcMar>
            <w:vAlign w:val="center"/>
          </w:tcPr>
          <w:p w14:paraId="4A3A4E2C" w14:textId="77777777" w:rsidR="00623E5F" w:rsidRDefault="00623E5F"/>
          <w:p w14:paraId="39D5CA12"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34E2A14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76ABE9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55160CD"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DFB9407" w14:textId="77777777" w:rsidR="00623E5F" w:rsidRDefault="00000000">
            <w:pPr>
              <w:jc w:val="center"/>
            </w:pPr>
            <w:r>
              <w:rPr>
                <w:b/>
                <w:color w:val="000000"/>
                <w:sz w:val="20"/>
              </w:rPr>
              <w:t>UČNE DEJAVNOSTI, METODE IN FORMATIVNO SPREMLJANJE</w:t>
            </w:r>
          </w:p>
        </w:tc>
      </w:tr>
      <w:tr w:rsidR="00623E5F" w14:paraId="03D9FC7D" w14:textId="77777777">
        <w:trPr>
          <w:tblHeader/>
          <w:jc w:val="center"/>
        </w:trPr>
        <w:tc>
          <w:tcPr>
            <w:tcW w:w="4422" w:type="dxa"/>
            <w:vMerge/>
            <w:tcMar>
              <w:top w:w="70" w:type="dxa"/>
              <w:left w:w="90" w:type="dxa"/>
              <w:bottom w:w="70" w:type="dxa"/>
              <w:right w:w="90" w:type="dxa"/>
            </w:tcMar>
            <w:vAlign w:val="center"/>
          </w:tcPr>
          <w:p w14:paraId="651F605A" w14:textId="77777777" w:rsidR="00623E5F" w:rsidRDefault="00623E5F"/>
        </w:tc>
        <w:tc>
          <w:tcPr>
            <w:tcW w:w="7087" w:type="dxa"/>
            <w:shd w:val="clear" w:color="auto" w:fill="FFFFFF"/>
            <w:tcMar>
              <w:top w:w="70" w:type="dxa"/>
              <w:left w:w="90" w:type="dxa"/>
              <w:bottom w:w="70" w:type="dxa"/>
              <w:right w:w="90" w:type="dxa"/>
            </w:tcMar>
            <w:vAlign w:val="center"/>
          </w:tcPr>
          <w:p w14:paraId="7FC05C4B"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1A1B644" w14:textId="77777777" w:rsidR="00623E5F" w:rsidRDefault="00000000">
            <w:pPr>
              <w:jc w:val="center"/>
            </w:pPr>
            <w:r>
              <w:rPr>
                <w:b/>
                <w:color w:val="000000"/>
              </w:rPr>
              <w:t>UČENEC</w:t>
            </w:r>
          </w:p>
        </w:tc>
      </w:tr>
      <w:tr w:rsidR="00623E5F" w14:paraId="503C794B" w14:textId="77777777">
        <w:trPr>
          <w:jc w:val="center"/>
        </w:trPr>
        <w:tc>
          <w:tcPr>
            <w:tcW w:w="4422" w:type="dxa"/>
            <w:tcMar>
              <w:top w:w="70" w:type="dxa"/>
              <w:left w:w="90" w:type="dxa"/>
              <w:bottom w:w="70" w:type="dxa"/>
              <w:right w:w="90" w:type="dxa"/>
            </w:tcMar>
          </w:tcPr>
          <w:p w14:paraId="5CB7FA36" w14:textId="77777777" w:rsidR="00623E5F" w:rsidRDefault="00623E5F"/>
          <w:p w14:paraId="1906C94E" w14:textId="77777777" w:rsidR="00623E5F" w:rsidRDefault="00000000">
            <w:pPr>
              <w:spacing w:after="60" w:line="245" w:lineRule="auto"/>
            </w:pPr>
            <w:r>
              <w:rPr>
                <w:b/>
                <w:color w:val="000000"/>
              </w:rPr>
              <w:t>UČNI CILJI</w:t>
            </w:r>
          </w:p>
          <w:p w14:paraId="34656717" w14:textId="77777777" w:rsidR="00623E5F" w:rsidRDefault="00000000">
            <w:pPr>
              <w:spacing w:after="20" w:line="245" w:lineRule="auto"/>
            </w:pPr>
            <w:r>
              <w:rPr>
                <w:b/>
                <w:color w:val="000000"/>
                <w:sz w:val="17"/>
              </w:rPr>
              <w:t>SPLOŠNI</w:t>
            </w:r>
          </w:p>
          <w:p w14:paraId="3130A836"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32B1E4B4" w14:textId="77777777" w:rsidR="00623E5F" w:rsidRDefault="00000000">
            <w:pPr>
              <w:pStyle w:val="Oznaenseznam"/>
              <w:spacing w:after="16"/>
            </w:pPr>
            <w:r>
              <w:rPr>
                <w:color w:val="000000"/>
                <w:sz w:val="15"/>
              </w:rPr>
              <w:t>varno hodi, teče, skače, meče, pleza, se plazi, lovi, ravnoteži, pleše in uporablja različne rekvizite</w:t>
            </w:r>
          </w:p>
          <w:p w14:paraId="6D9F92FF" w14:textId="77777777" w:rsidR="00623E5F" w:rsidRDefault="00000000">
            <w:pPr>
              <w:pStyle w:val="Oznaenseznam"/>
              <w:spacing w:after="16"/>
            </w:pPr>
            <w:r>
              <w:rPr>
                <w:color w:val="000000"/>
                <w:sz w:val="15"/>
              </w:rPr>
              <w:t>razume pomen rednega gibanja, ogrevanja, higiene, primerne opreme, počitka in varnega ravnanja</w:t>
            </w:r>
          </w:p>
          <w:p w14:paraId="1DD73707"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6466BAB8" w14:textId="77777777" w:rsidR="00623E5F" w:rsidRDefault="00000000">
            <w:pPr>
              <w:spacing w:before="40" w:after="20" w:line="245" w:lineRule="auto"/>
            </w:pPr>
            <w:r>
              <w:rPr>
                <w:b/>
                <w:color w:val="000000"/>
                <w:sz w:val="17"/>
              </w:rPr>
              <w:t>OPERATIVNI</w:t>
            </w:r>
          </w:p>
          <w:p w14:paraId="54160101" w14:textId="77777777" w:rsidR="00623E5F" w:rsidRDefault="00000000">
            <w:pPr>
              <w:pStyle w:val="Oznaenseznam"/>
              <w:spacing w:after="16"/>
            </w:pPr>
            <w:r>
              <w:rPr>
                <w:color w:val="000000"/>
                <w:sz w:val="15"/>
              </w:rPr>
              <w:t>posnema načine gibanja</w:t>
            </w:r>
          </w:p>
          <w:p w14:paraId="6B316D3C" w14:textId="77777777" w:rsidR="00623E5F" w:rsidRDefault="00000000">
            <w:pPr>
              <w:pStyle w:val="Oznaenseznam"/>
              <w:spacing w:after="16"/>
            </w:pPr>
            <w:r>
              <w:rPr>
                <w:color w:val="000000"/>
                <w:sz w:val="15"/>
              </w:rPr>
              <w:t>povezuje gibe v zaporedje</w:t>
            </w:r>
          </w:p>
          <w:p w14:paraId="623889E3" w14:textId="77777777" w:rsidR="00623E5F" w:rsidRDefault="00000000">
            <w:pPr>
              <w:pStyle w:val="Oznaenseznam"/>
              <w:spacing w:after="16"/>
            </w:pPr>
            <w:r>
              <w:rPr>
                <w:color w:val="000000"/>
                <w:sz w:val="15"/>
              </w:rPr>
              <w:t>ohranja osebni prostor</w:t>
            </w:r>
          </w:p>
          <w:p w14:paraId="2E0EA34E" w14:textId="77777777" w:rsidR="00623E5F" w:rsidRDefault="00000000">
            <w:pPr>
              <w:spacing w:before="40" w:after="20" w:line="245" w:lineRule="auto"/>
            </w:pPr>
            <w:r>
              <w:rPr>
                <w:b/>
                <w:color w:val="000000"/>
                <w:sz w:val="17"/>
              </w:rPr>
              <w:t>PRIČAKOVANI DOSEŽKI / MINIMALNI POUDARKI</w:t>
            </w:r>
          </w:p>
          <w:p w14:paraId="029BB903" w14:textId="77777777" w:rsidR="00623E5F" w:rsidRDefault="00000000">
            <w:pPr>
              <w:pStyle w:val="Oznaenseznam"/>
              <w:spacing w:after="16"/>
            </w:pPr>
            <w:r>
              <w:rPr>
                <w:color w:val="000000"/>
                <w:sz w:val="15"/>
              </w:rPr>
              <w:t>učenec samostojno oziroma z dogovorjeno oporo posnema načine gibanja</w:t>
            </w:r>
          </w:p>
          <w:p w14:paraId="2B155B1E" w14:textId="77777777" w:rsidR="00623E5F" w:rsidRDefault="00000000">
            <w:pPr>
              <w:pStyle w:val="Oznaenseznam"/>
              <w:spacing w:after="16"/>
            </w:pPr>
            <w:r>
              <w:rPr>
                <w:color w:val="000000"/>
                <w:sz w:val="15"/>
              </w:rPr>
              <w:t>učenec samostojno oziroma z dogovorjeno oporo povezuje gibe v zaporedje</w:t>
            </w:r>
          </w:p>
          <w:p w14:paraId="6D555C20" w14:textId="77777777" w:rsidR="00623E5F" w:rsidRDefault="00000000">
            <w:pPr>
              <w:pStyle w:val="Oznaenseznam"/>
              <w:spacing w:after="16"/>
            </w:pPr>
            <w:r>
              <w:rPr>
                <w:color w:val="000000"/>
                <w:sz w:val="15"/>
              </w:rPr>
              <w:t>učenec samostojno oziroma z dogovorjeno oporo ohranja osebni prostor</w:t>
            </w:r>
          </w:p>
        </w:tc>
        <w:tc>
          <w:tcPr>
            <w:tcW w:w="7087" w:type="dxa"/>
            <w:tcMar>
              <w:top w:w="70" w:type="dxa"/>
              <w:left w:w="90" w:type="dxa"/>
              <w:bottom w:w="70" w:type="dxa"/>
              <w:right w:w="90" w:type="dxa"/>
            </w:tcMar>
          </w:tcPr>
          <w:p w14:paraId="7EBC1A61"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4DED171D" w14:textId="77777777">
              <w:trPr>
                <w:jc w:val="center"/>
              </w:trPr>
              <w:tc>
                <w:tcPr>
                  <w:tcW w:w="7087" w:type="dxa"/>
                  <w:shd w:val="clear" w:color="auto" w:fill="C6E7F3"/>
                  <w:tcMar>
                    <w:top w:w="45" w:type="dxa"/>
                    <w:left w:w="70" w:type="dxa"/>
                    <w:bottom w:w="45" w:type="dxa"/>
                    <w:right w:w="70" w:type="dxa"/>
                  </w:tcMar>
                </w:tcPr>
                <w:p w14:paraId="114CE4AA" w14:textId="77777777" w:rsidR="00623E5F" w:rsidRDefault="00000000">
                  <w:pPr>
                    <w:keepNext/>
                  </w:pPr>
                  <w:r>
                    <w:rPr>
                      <w:b/>
                      <w:color w:val="000000"/>
                    </w:rPr>
                    <w:t>UVODNI DEL – POČUTJE, GIBALNI NAMIG, PREDZNANJE IN NAMEN UČENJA (7–10 min)</w:t>
                  </w:r>
                </w:p>
              </w:tc>
            </w:tr>
          </w:tbl>
          <w:p w14:paraId="1B9C86B5" w14:textId="77777777" w:rsidR="00623E5F" w:rsidRDefault="00623E5F">
            <w:pPr>
              <w:spacing w:line="20" w:lineRule="exact"/>
            </w:pPr>
          </w:p>
          <w:p w14:paraId="5EE8990E" w14:textId="77777777" w:rsidR="00623E5F" w:rsidRDefault="00000000">
            <w:pPr>
              <w:spacing w:before="40" w:after="60" w:line="245" w:lineRule="auto"/>
            </w:pPr>
            <w:r>
              <w:rPr>
                <w:color w:val="000000"/>
                <w:sz w:val="15"/>
              </w:rPr>
              <w:t>Ob književnem motivu »Hvaležni medved« – slovenska ljudska pravljica učenci vstopijo v temo gozd, življenjski prostor, pomoč in hvaležnost. Učiteljica pripravi kratek gibalni namig: na tleh se pojavi pot stopinj, puščic in varnih ovir; učenci z gibalno napovedjo iščejo različne rešitve za temo »gibanje živali«. Tedenski gibalni izziv: posnema gibanje gozdnih živali in sodeluje v paru.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0F471C6F" w14:textId="77777777">
              <w:trPr>
                <w:jc w:val="center"/>
              </w:trPr>
              <w:tc>
                <w:tcPr>
                  <w:tcW w:w="7087" w:type="dxa"/>
                  <w:shd w:val="clear" w:color="auto" w:fill="EDC9EA"/>
                  <w:tcMar>
                    <w:top w:w="45" w:type="dxa"/>
                    <w:left w:w="70" w:type="dxa"/>
                    <w:bottom w:w="45" w:type="dxa"/>
                    <w:right w:w="70" w:type="dxa"/>
                  </w:tcMar>
                </w:tcPr>
                <w:p w14:paraId="1C449CFB" w14:textId="77777777" w:rsidR="00623E5F" w:rsidRDefault="00000000">
                  <w:pPr>
                    <w:keepNext/>
                  </w:pPr>
                  <w:r>
                    <w:rPr>
                      <w:b/>
                      <w:color w:val="000000"/>
                    </w:rPr>
                    <w:t>NAMENI UČENJA</w:t>
                  </w:r>
                </w:p>
              </w:tc>
            </w:tr>
          </w:tbl>
          <w:p w14:paraId="361A7A3C" w14:textId="77777777" w:rsidR="00623E5F" w:rsidRDefault="00623E5F">
            <w:pPr>
              <w:spacing w:line="20" w:lineRule="exact"/>
            </w:pPr>
          </w:p>
          <w:p w14:paraId="30D01435"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39A408E0" w14:textId="77777777" w:rsidR="00623E5F" w:rsidRDefault="00000000">
            <w:pPr>
              <w:pStyle w:val="Oznaenseznam"/>
              <w:spacing w:after="16"/>
            </w:pPr>
            <w:r>
              <w:rPr>
                <w:color w:val="000000"/>
                <w:sz w:val="15"/>
              </w:rPr>
              <w:t>posnemam načine gibanja</w:t>
            </w:r>
          </w:p>
          <w:p w14:paraId="64F5481F" w14:textId="77777777" w:rsidR="00623E5F" w:rsidRDefault="00000000">
            <w:pPr>
              <w:pStyle w:val="Oznaenseznam"/>
              <w:spacing w:after="16"/>
            </w:pPr>
            <w:r>
              <w:rPr>
                <w:color w:val="000000"/>
                <w:sz w:val="15"/>
              </w:rPr>
              <w:t>povezujem gibe v zaporedje</w:t>
            </w:r>
          </w:p>
          <w:p w14:paraId="30DCC9CB" w14:textId="77777777" w:rsidR="00623E5F" w:rsidRDefault="00000000">
            <w:pPr>
              <w:pStyle w:val="Oznaenseznam"/>
              <w:spacing w:after="16"/>
            </w:pPr>
            <w:r>
              <w:rPr>
                <w:color w:val="000000"/>
                <w:sz w:val="15"/>
              </w:rPr>
              <w:t>ohranjam osebni prostor</w:t>
            </w:r>
          </w:p>
          <w:tbl>
            <w:tblPr>
              <w:tblStyle w:val="Tabelamrea"/>
              <w:tblW w:w="0" w:type="auto"/>
              <w:jc w:val="center"/>
              <w:tblLayout w:type="fixed"/>
              <w:tblLook w:val="04A0" w:firstRow="1" w:lastRow="0" w:firstColumn="1" w:lastColumn="0" w:noHBand="0" w:noVBand="1"/>
            </w:tblPr>
            <w:tblGrid>
              <w:gridCol w:w="7087"/>
            </w:tblGrid>
            <w:tr w:rsidR="00623E5F" w14:paraId="3A3175AA" w14:textId="77777777">
              <w:trPr>
                <w:jc w:val="center"/>
              </w:trPr>
              <w:tc>
                <w:tcPr>
                  <w:tcW w:w="7087" w:type="dxa"/>
                  <w:shd w:val="clear" w:color="auto" w:fill="EDC9EA"/>
                  <w:tcMar>
                    <w:top w:w="45" w:type="dxa"/>
                    <w:left w:w="70" w:type="dxa"/>
                    <w:bottom w:w="45" w:type="dxa"/>
                    <w:right w:w="70" w:type="dxa"/>
                  </w:tcMar>
                </w:tcPr>
                <w:p w14:paraId="2136463E" w14:textId="77777777" w:rsidR="00623E5F" w:rsidRDefault="00000000">
                  <w:pPr>
                    <w:keepNext/>
                  </w:pPr>
                  <w:r>
                    <w:rPr>
                      <w:b/>
                      <w:color w:val="000000"/>
                    </w:rPr>
                    <w:t>PREVERJANJE PREDZNANJA</w:t>
                  </w:r>
                </w:p>
              </w:tc>
            </w:tr>
          </w:tbl>
          <w:p w14:paraId="167BDCFE" w14:textId="77777777" w:rsidR="00623E5F" w:rsidRDefault="00623E5F">
            <w:pPr>
              <w:spacing w:line="20" w:lineRule="exact"/>
            </w:pPr>
          </w:p>
          <w:p w14:paraId="28D9B4C5" w14:textId="77777777" w:rsidR="00623E5F" w:rsidRDefault="00000000">
            <w:pPr>
              <w:pStyle w:val="Oznaenseznam"/>
              <w:spacing w:after="16"/>
            </w:pPr>
            <w:r>
              <w:rPr>
                <w:color w:val="000000"/>
                <w:sz w:val="15"/>
              </w:rPr>
              <w:t>Kaj moje telo in prostor že znata pokazati pri temi »GIBANJE ŽIVALI«?</w:t>
            </w:r>
          </w:p>
          <w:p w14:paraId="42F8C1C2" w14:textId="77777777" w:rsidR="00623E5F" w:rsidRDefault="00000000">
            <w:pPr>
              <w:pStyle w:val="Oznaenseznam"/>
              <w:spacing w:after="16"/>
            </w:pPr>
            <w:r>
              <w:rPr>
                <w:color w:val="000000"/>
                <w:sz w:val="15"/>
              </w:rPr>
              <w:t>Katero varnostno pravilo, gibalni korak ali strategijo že obvladam in kaj bi najprej preizkusil/-a?</w:t>
            </w:r>
          </w:p>
          <w:p w14:paraId="5C2E014C"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23DB682C" w14:textId="77777777">
              <w:trPr>
                <w:jc w:val="center"/>
              </w:trPr>
              <w:tc>
                <w:tcPr>
                  <w:tcW w:w="7087" w:type="dxa"/>
                  <w:shd w:val="clear" w:color="auto" w:fill="EDC9EA"/>
                  <w:tcMar>
                    <w:top w:w="45" w:type="dxa"/>
                    <w:left w:w="70" w:type="dxa"/>
                    <w:bottom w:w="45" w:type="dxa"/>
                    <w:right w:w="70" w:type="dxa"/>
                  </w:tcMar>
                </w:tcPr>
                <w:p w14:paraId="6BF4A7EF" w14:textId="77777777" w:rsidR="00623E5F" w:rsidRDefault="00000000">
                  <w:pPr>
                    <w:keepNext/>
                  </w:pPr>
                  <w:r>
                    <w:rPr>
                      <w:b/>
                      <w:color w:val="000000"/>
                    </w:rPr>
                    <w:t>KRITERIJI USPEŠNOSTI</w:t>
                  </w:r>
                </w:p>
              </w:tc>
            </w:tr>
          </w:tbl>
          <w:p w14:paraId="33382CA3" w14:textId="77777777" w:rsidR="00623E5F" w:rsidRDefault="00623E5F"/>
          <w:p w14:paraId="0D153C17" w14:textId="77777777" w:rsidR="00623E5F" w:rsidRDefault="00000000">
            <w:pPr>
              <w:spacing w:before="20" w:after="20" w:line="245" w:lineRule="auto"/>
            </w:pPr>
            <w:r>
              <w:rPr>
                <w:b/>
                <w:color w:val="000000"/>
                <w:sz w:val="16"/>
              </w:rPr>
              <w:t>Uspešen/-na bom, ko:</w:t>
            </w:r>
          </w:p>
          <w:p w14:paraId="02AEEDCA" w14:textId="77777777" w:rsidR="00623E5F" w:rsidRDefault="00000000">
            <w:pPr>
              <w:pStyle w:val="Oznaenseznam"/>
              <w:spacing w:after="16"/>
            </w:pPr>
            <w:r>
              <w:rPr>
                <w:color w:val="000000"/>
                <w:sz w:val="15"/>
              </w:rPr>
              <w:t>posnemam načine gibanja</w:t>
            </w:r>
          </w:p>
          <w:p w14:paraId="0BE5110A" w14:textId="77777777" w:rsidR="00623E5F" w:rsidRDefault="00000000">
            <w:pPr>
              <w:pStyle w:val="Oznaenseznam"/>
              <w:spacing w:after="16"/>
            </w:pPr>
            <w:r>
              <w:rPr>
                <w:color w:val="000000"/>
                <w:sz w:val="15"/>
              </w:rPr>
              <w:t>povezujem gibe v zaporedje</w:t>
            </w:r>
          </w:p>
          <w:p w14:paraId="6DCB5804" w14:textId="77777777" w:rsidR="00623E5F" w:rsidRDefault="00000000">
            <w:pPr>
              <w:pStyle w:val="Oznaenseznam"/>
              <w:spacing w:after="16"/>
            </w:pPr>
            <w:r>
              <w:rPr>
                <w:color w:val="000000"/>
                <w:sz w:val="15"/>
              </w:rPr>
              <w:t>ohranjam osebni prostor</w:t>
            </w:r>
          </w:p>
          <w:p w14:paraId="2CFC88CE" w14:textId="77777777" w:rsidR="00623E5F" w:rsidRDefault="00000000">
            <w:pPr>
              <w:pStyle w:val="Oznaenseznam"/>
              <w:spacing w:after="16"/>
            </w:pPr>
            <w:r>
              <w:rPr>
                <w:color w:val="000000"/>
                <w:sz w:val="15"/>
              </w:rPr>
              <w:t>pred začetkom preverim prostor in opremo, ohranjam razdaljo ter se na znak varno ustavim</w:t>
            </w:r>
          </w:p>
          <w:p w14:paraId="6F191F06"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31C8215E" w14:textId="77777777" w:rsidR="00623E5F" w:rsidRDefault="00623E5F"/>
          <w:p w14:paraId="65B4D41C"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653A2284"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024B14D3" w14:textId="77777777" w:rsidR="00623E5F" w:rsidRDefault="00000000">
            <w:pPr>
              <w:spacing w:after="100" w:line="245" w:lineRule="auto"/>
            </w:pPr>
            <w:r>
              <w:rPr>
                <w:color w:val="000000"/>
                <w:sz w:val="15"/>
              </w:rPr>
              <w:t>Sodeluje pri razumevanju namena, vidnih meril, varnostnih pravil, prehodov in načina dokazovanja.</w:t>
            </w:r>
          </w:p>
          <w:p w14:paraId="156A813A" w14:textId="77777777" w:rsidR="00623E5F" w:rsidRDefault="00000000">
            <w:pPr>
              <w:spacing w:after="20" w:line="245" w:lineRule="auto"/>
            </w:pPr>
            <w:r>
              <w:rPr>
                <w:b/>
                <w:color w:val="D95BC6"/>
                <w:sz w:val="17"/>
              </w:rPr>
              <w:t>DOKAZ O UČENJU</w:t>
            </w:r>
          </w:p>
          <w:p w14:paraId="31EC45BF"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3B0601F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77A05CC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0866B1F"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FC870E8" w14:textId="77777777" w:rsidR="00623E5F" w:rsidRDefault="00000000">
            <w:pPr>
              <w:jc w:val="center"/>
            </w:pPr>
            <w:r>
              <w:rPr>
                <w:b/>
                <w:color w:val="000000"/>
                <w:sz w:val="20"/>
              </w:rPr>
              <w:t>UČNE DEJAVNOSTI, METODE IN FORMATIVNO SPREMLJANJE</w:t>
            </w:r>
          </w:p>
        </w:tc>
      </w:tr>
      <w:tr w:rsidR="00623E5F" w14:paraId="09BA2D94" w14:textId="77777777">
        <w:trPr>
          <w:tblHeader/>
          <w:jc w:val="center"/>
        </w:trPr>
        <w:tc>
          <w:tcPr>
            <w:tcW w:w="4422" w:type="dxa"/>
            <w:vMerge/>
            <w:tcMar>
              <w:top w:w="70" w:type="dxa"/>
              <w:left w:w="90" w:type="dxa"/>
              <w:bottom w:w="70" w:type="dxa"/>
              <w:right w:w="90" w:type="dxa"/>
            </w:tcMar>
            <w:vAlign w:val="center"/>
          </w:tcPr>
          <w:p w14:paraId="5E1533A9" w14:textId="77777777" w:rsidR="00623E5F" w:rsidRDefault="00623E5F"/>
        </w:tc>
        <w:tc>
          <w:tcPr>
            <w:tcW w:w="7087" w:type="dxa"/>
            <w:shd w:val="clear" w:color="auto" w:fill="FFFFFF"/>
            <w:tcMar>
              <w:top w:w="70" w:type="dxa"/>
              <w:left w:w="90" w:type="dxa"/>
              <w:bottom w:w="70" w:type="dxa"/>
              <w:right w:w="90" w:type="dxa"/>
            </w:tcMar>
            <w:vAlign w:val="center"/>
          </w:tcPr>
          <w:p w14:paraId="6E6BB8BA"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59AABB6" w14:textId="77777777" w:rsidR="00623E5F" w:rsidRDefault="00000000">
            <w:pPr>
              <w:jc w:val="center"/>
            </w:pPr>
            <w:r>
              <w:rPr>
                <w:b/>
                <w:color w:val="000000"/>
              </w:rPr>
              <w:t>UČENEC</w:t>
            </w:r>
          </w:p>
        </w:tc>
      </w:tr>
      <w:tr w:rsidR="00623E5F" w14:paraId="46D00962" w14:textId="77777777">
        <w:trPr>
          <w:jc w:val="center"/>
        </w:trPr>
        <w:tc>
          <w:tcPr>
            <w:tcW w:w="4422" w:type="dxa"/>
            <w:tcMar>
              <w:top w:w="70" w:type="dxa"/>
              <w:left w:w="90" w:type="dxa"/>
              <w:bottom w:w="70" w:type="dxa"/>
              <w:right w:w="90" w:type="dxa"/>
            </w:tcMar>
          </w:tcPr>
          <w:p w14:paraId="46732CAE" w14:textId="77777777" w:rsidR="00623E5F" w:rsidRDefault="00623E5F"/>
          <w:p w14:paraId="4B85E59A" w14:textId="77777777" w:rsidR="00623E5F" w:rsidRDefault="00000000">
            <w:pPr>
              <w:spacing w:after="40" w:line="245" w:lineRule="auto"/>
            </w:pPr>
            <w:r>
              <w:rPr>
                <w:b/>
                <w:color w:val="000000"/>
                <w:sz w:val="17"/>
              </w:rPr>
              <w:t>KLJUČNI ŠPORTNI IN GIBALNI POJMI</w:t>
            </w:r>
          </w:p>
          <w:p w14:paraId="6AC62F57"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hoja, tek, lazenje, plazenje, valjanje, opora, ovira, poligon, doskok</w:t>
            </w:r>
          </w:p>
          <w:p w14:paraId="50131A1C" w14:textId="77777777" w:rsidR="00623E5F" w:rsidRDefault="00000000">
            <w:pPr>
              <w:spacing w:after="20" w:line="245" w:lineRule="auto"/>
            </w:pPr>
            <w:r>
              <w:rPr>
                <w:b/>
                <w:color w:val="000000"/>
                <w:sz w:val="17"/>
              </w:rPr>
              <w:t>DOKAZI O UČENJU</w:t>
            </w:r>
          </w:p>
          <w:p w14:paraId="07DD879B" w14:textId="77777777" w:rsidR="00623E5F" w:rsidRDefault="00000000">
            <w:pPr>
              <w:pStyle w:val="Oznaenseznam"/>
              <w:spacing w:after="7"/>
            </w:pPr>
            <w:r>
              <w:rPr>
                <w:color w:val="000000"/>
                <w:sz w:val="14"/>
              </w:rPr>
              <w:t>varen odziv na znak, začetni poskus prvine in ustno varnostno pravilo.</w:t>
            </w:r>
          </w:p>
          <w:p w14:paraId="58A7FA35" w14:textId="77777777" w:rsidR="00623E5F" w:rsidRDefault="00000000">
            <w:pPr>
              <w:pStyle w:val="Oznaenseznam"/>
              <w:spacing w:after="7"/>
            </w:pPr>
            <w:r>
              <w:rPr>
                <w:color w:val="000000"/>
                <w:sz w:val="14"/>
              </w:rPr>
              <w:t>opazovalna kartica, izvedba na izbrani ravni in učiteljev zapis o napredku.</w:t>
            </w:r>
          </w:p>
          <w:p w14:paraId="3F36A63C" w14:textId="77777777" w:rsidR="00623E5F" w:rsidRDefault="00000000">
            <w:pPr>
              <w:pStyle w:val="Oznaenseznam"/>
              <w:spacing w:after="7"/>
            </w:pPr>
            <w:r>
              <w:rPr>
                <w:color w:val="000000"/>
                <w:sz w:val="14"/>
              </w:rPr>
              <w:t>uporaba prvine v igri, sodelovanje, upoštevanje pravil in osebno samovrednotenje.</w:t>
            </w:r>
          </w:p>
          <w:p w14:paraId="2E94239D" w14:textId="77777777" w:rsidR="00623E5F" w:rsidRDefault="00000000">
            <w:pPr>
              <w:spacing w:before="40" w:after="20" w:line="245" w:lineRule="auto"/>
            </w:pPr>
            <w:r>
              <w:rPr>
                <w:b/>
                <w:color w:val="000000"/>
                <w:sz w:val="16"/>
              </w:rPr>
              <w:t>GIBALNO DOŽIVETJE IN IZKUŠENJSKI POUK</w:t>
            </w:r>
          </w:p>
          <w:p w14:paraId="04271362"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6A1F45CE" w14:textId="77777777" w:rsidR="00623E5F" w:rsidRDefault="00000000">
            <w:pPr>
              <w:spacing w:after="20" w:line="245" w:lineRule="auto"/>
            </w:pPr>
            <w:r>
              <w:rPr>
                <w:b/>
                <w:color w:val="000000"/>
                <w:sz w:val="16"/>
              </w:rPr>
              <w:t>POUČEVANJE V GIBANJU</w:t>
            </w:r>
          </w:p>
          <w:p w14:paraId="4CC5DA4F"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5D54E6CF" w14:textId="77777777" w:rsidR="00623E5F" w:rsidRDefault="00000000">
            <w:pPr>
              <w:spacing w:after="20" w:line="245" w:lineRule="auto"/>
            </w:pPr>
            <w:r>
              <w:rPr>
                <w:b/>
                <w:color w:val="000000"/>
                <w:sz w:val="16"/>
              </w:rPr>
              <w:t>DELO PO ŠTIRIH POSTAJAH</w:t>
            </w:r>
          </w:p>
          <w:p w14:paraId="1D27726F"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0D5DE0FF" w14:textId="77777777" w:rsidR="00623E5F" w:rsidRDefault="00000000">
            <w:pPr>
              <w:spacing w:after="7" w:line="245" w:lineRule="auto"/>
            </w:pPr>
            <w:r>
              <w:rPr>
                <w:color w:val="000000"/>
                <w:sz w:val="14"/>
              </w:rPr>
              <w:t>1. Tehnična: po talnih oznakah in modelu večkrat vadim cilj »posnemam načine gibanja« na izbrani ravni.</w:t>
            </w:r>
          </w:p>
          <w:p w14:paraId="658D53DA" w14:textId="77777777" w:rsidR="00623E5F" w:rsidRDefault="00000000">
            <w:pPr>
              <w:spacing w:after="7" w:line="245" w:lineRule="auto"/>
            </w:pPr>
            <w:r>
              <w:rPr>
                <w:color w:val="000000"/>
                <w:sz w:val="14"/>
              </w:rPr>
              <w:t>2. Ravnotežno-koordinacijska: z linijo, obroči, nizko oviro ali blazino uresničujem cilj »povezujem gibe v zaporedje«.</w:t>
            </w:r>
          </w:p>
          <w:p w14:paraId="79D6BB64" w14:textId="77777777" w:rsidR="00623E5F" w:rsidRDefault="00000000">
            <w:pPr>
              <w:spacing w:after="7" w:line="245" w:lineRule="auto"/>
            </w:pPr>
            <w:r>
              <w:rPr>
                <w:color w:val="000000"/>
                <w:sz w:val="14"/>
              </w:rPr>
              <w:t>3. Povezovalni poligon: v varen niz povežem tri osnovne oblike gibanja, smer, spremembo nivoja in ustavitev.</w:t>
            </w:r>
          </w:p>
          <w:p w14:paraId="3DDFEC6E" w14:textId="77777777" w:rsidR="00623E5F" w:rsidRDefault="00000000">
            <w:pPr>
              <w:spacing w:after="7" w:line="245" w:lineRule="auto"/>
            </w:pPr>
            <w:r>
              <w:rPr>
                <w:color w:val="000000"/>
                <w:sz w:val="14"/>
              </w:rPr>
              <w:t>4. Igralno-refleksivna: spretnost uporabim v igri brez izločanja ter s semaforjem pokažem, kako »ohranjam osebni prostor«.</w:t>
            </w:r>
          </w:p>
          <w:p w14:paraId="527E109A" w14:textId="77777777" w:rsidR="00623E5F" w:rsidRDefault="00000000">
            <w:pPr>
              <w:spacing w:after="20" w:line="245" w:lineRule="auto"/>
            </w:pPr>
            <w:r>
              <w:rPr>
                <w:b/>
                <w:color w:val="000000"/>
                <w:sz w:val="16"/>
              </w:rPr>
              <w:t>DIFERENCIACIJA IN VKLJUČEVANJE</w:t>
            </w:r>
          </w:p>
          <w:p w14:paraId="494FB937"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12814195" w14:textId="77777777" w:rsidR="00623E5F" w:rsidRDefault="00000000">
            <w:pPr>
              <w:spacing w:after="20" w:line="245" w:lineRule="auto"/>
            </w:pPr>
            <w:r>
              <w:rPr>
                <w:b/>
                <w:color w:val="000000"/>
                <w:sz w:val="16"/>
              </w:rPr>
              <w:t>SPREMLJANJE</w:t>
            </w:r>
          </w:p>
          <w:p w14:paraId="03BDB95D"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207CDC29"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2CE52CC" w14:textId="77777777">
              <w:trPr>
                <w:jc w:val="center"/>
              </w:trPr>
              <w:tc>
                <w:tcPr>
                  <w:tcW w:w="7087" w:type="dxa"/>
                  <w:shd w:val="clear" w:color="auto" w:fill="C6E7F3"/>
                  <w:tcMar>
                    <w:top w:w="45" w:type="dxa"/>
                    <w:left w:w="70" w:type="dxa"/>
                    <w:bottom w:w="45" w:type="dxa"/>
                    <w:right w:w="70" w:type="dxa"/>
                  </w:tcMar>
                </w:tcPr>
                <w:p w14:paraId="7116CD49" w14:textId="77777777" w:rsidR="00623E5F" w:rsidRDefault="00000000">
                  <w:pPr>
                    <w:keepNext/>
                  </w:pPr>
                  <w:r>
                    <w:rPr>
                      <w:b/>
                      <w:color w:val="000000"/>
                      <w:sz w:val="16"/>
                    </w:rPr>
                    <w:t>GLAVNI DEL – GIBALNI IZZIV, VADBA NA ŠTIRIH POSTAJAH IN IGRA (3 šolske ure)</w:t>
                  </w:r>
                </w:p>
              </w:tc>
            </w:tr>
          </w:tbl>
          <w:p w14:paraId="104B1788" w14:textId="77777777" w:rsidR="00623E5F" w:rsidRDefault="00623E5F">
            <w:pPr>
              <w:spacing w:line="20" w:lineRule="exact"/>
            </w:pPr>
          </w:p>
          <w:p w14:paraId="2BD27175" w14:textId="77777777" w:rsidR="00623E5F" w:rsidRDefault="00000000">
            <w:pPr>
              <w:keepNext/>
              <w:spacing w:before="16" w:after="6" w:line="245" w:lineRule="auto"/>
            </w:pPr>
            <w:r>
              <w:rPr>
                <w:b/>
                <w:color w:val="000000"/>
                <w:sz w:val="15"/>
              </w:rPr>
              <w:t>1. URA – Gibanje živali – Ogrejem se in usvojim gib</w:t>
            </w:r>
          </w:p>
          <w:p w14:paraId="4357600F"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»Hvaležni medved« – slovenska ljudska pravljica. Osrednji del 30': 32' – Preveri prostor in opremo, predstavi varnostni znak ter skozi gibalno zgodbo modelira ključno prvino po korakih.</w:t>
            </w:r>
          </w:p>
          <w:p w14:paraId="0A0CEF07"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2D3A8F46" w14:textId="77777777" w:rsidR="00623E5F" w:rsidRDefault="00000000">
            <w:pPr>
              <w:spacing w:after="15" w:line="245" w:lineRule="auto"/>
            </w:pPr>
            <w:r>
              <w:rPr>
                <w:i/>
                <w:color w:val="D95BC6"/>
                <w:sz w:val="14"/>
              </w:rPr>
              <w:t>Predvideni dokaz: varen odziv na znak, začetni poskus prvine in ustno varnostno pravilo..</w:t>
            </w:r>
          </w:p>
          <w:p w14:paraId="3A973EF5" w14:textId="77777777" w:rsidR="00623E5F" w:rsidRDefault="00000000">
            <w:pPr>
              <w:keepNext/>
              <w:spacing w:before="16" w:after="6" w:line="245" w:lineRule="auto"/>
            </w:pPr>
            <w:r>
              <w:rPr>
                <w:b/>
                <w:color w:val="000000"/>
                <w:sz w:val="15"/>
              </w:rPr>
              <w:t>2. URA – Gibanje živali – Vadim na postajah</w:t>
            </w:r>
          </w:p>
          <w:p w14:paraId="5756FE44"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»Hvaležni medved« – slovenska ljudska pravljica. Osrednji del 30': 32' – Pripravi 4–6 postaj z enosmernimi prehodi, pokaže tri ravni izziva in opazovalcu dodeli en jasen kriterij.</w:t>
            </w:r>
          </w:p>
          <w:p w14:paraId="3F65588F"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2E034855" w14:textId="77777777" w:rsidR="00623E5F" w:rsidRDefault="00000000">
            <w:pPr>
              <w:spacing w:after="15" w:line="245" w:lineRule="auto"/>
            </w:pPr>
            <w:r>
              <w:rPr>
                <w:i/>
                <w:color w:val="D95BC6"/>
                <w:sz w:val="14"/>
              </w:rPr>
              <w:t>Predvideni dokaz: opazovalna kartica, izvedba na izbrani ravni in učiteljev zapis o napredku..</w:t>
            </w:r>
          </w:p>
          <w:p w14:paraId="4EFAAB50" w14:textId="77777777" w:rsidR="00623E5F" w:rsidRDefault="00000000">
            <w:pPr>
              <w:keepNext/>
              <w:spacing w:before="16" w:after="6" w:line="245" w:lineRule="auto"/>
            </w:pPr>
            <w:r>
              <w:rPr>
                <w:b/>
                <w:color w:val="000000"/>
                <w:sz w:val="15"/>
              </w:rPr>
              <w:t>3. URA – Gibanje živali – Uporabim v igri</w:t>
            </w:r>
          </w:p>
          <w:p w14:paraId="018AEC04"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»Hvaležni medved« – slovenska ljudska pravljica. Osrednji del 30': 32' – Organizira vključujočo igro ali izziv brez izločanja, spremlja varnost, pošteno igro in uporabo naučene prvine.</w:t>
            </w:r>
          </w:p>
          <w:p w14:paraId="498D01A9"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418590AE"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3ADFC0CB" w14:textId="77777777">
              <w:trPr>
                <w:jc w:val="center"/>
              </w:trPr>
              <w:tc>
                <w:tcPr>
                  <w:tcW w:w="7087" w:type="dxa"/>
                  <w:shd w:val="clear" w:color="auto" w:fill="EDC9EA"/>
                  <w:tcMar>
                    <w:top w:w="45" w:type="dxa"/>
                    <w:left w:w="70" w:type="dxa"/>
                    <w:bottom w:w="45" w:type="dxa"/>
                    <w:right w:w="70" w:type="dxa"/>
                  </w:tcMar>
                </w:tcPr>
                <w:p w14:paraId="3C0C31D0" w14:textId="77777777" w:rsidR="00623E5F" w:rsidRDefault="00000000">
                  <w:pPr>
                    <w:keepNext/>
                  </w:pPr>
                  <w:r>
                    <w:rPr>
                      <w:b/>
                      <w:color w:val="000000"/>
                      <w:sz w:val="16"/>
                    </w:rPr>
                    <w:t>ORGANIZACIJA POSTAJ, PREHODOV IN AKTIVNEGA ČASA</w:t>
                  </w:r>
                </w:p>
              </w:tc>
            </w:tr>
          </w:tbl>
          <w:p w14:paraId="34F4097B" w14:textId="77777777" w:rsidR="00623E5F" w:rsidRDefault="00623E5F"/>
          <w:p w14:paraId="111C9671" w14:textId="77777777" w:rsidR="00623E5F" w:rsidRDefault="00000000">
            <w:pPr>
              <w:spacing w:before="5" w:after="6" w:line="245" w:lineRule="auto"/>
            </w:pPr>
            <w:r>
              <w:rPr>
                <w:color w:val="000000"/>
                <w:sz w:val="14"/>
              </w:rPr>
              <w:t>Postaja 1: Tehnična: po talnih oznakah in modelu večkrat vadim cilj »posnemam načine gibanja« na izbrani ravni.</w:t>
            </w:r>
          </w:p>
          <w:p w14:paraId="10C42FF7" w14:textId="77777777" w:rsidR="00623E5F" w:rsidRDefault="00000000">
            <w:pPr>
              <w:spacing w:before="5" w:after="6" w:line="245" w:lineRule="auto"/>
            </w:pPr>
            <w:r>
              <w:rPr>
                <w:color w:val="000000"/>
                <w:sz w:val="14"/>
              </w:rPr>
              <w:t>Postaja 2: Ravnotežno-koordinacijska: z linijo, obroči, nizko oviro ali blazino uresničujem cilj »povezujem gibe v zaporedje«.</w:t>
            </w:r>
          </w:p>
          <w:p w14:paraId="5170D213" w14:textId="77777777" w:rsidR="00623E5F" w:rsidRDefault="00000000">
            <w:pPr>
              <w:spacing w:before="5" w:after="6" w:line="245" w:lineRule="auto"/>
            </w:pPr>
            <w:r>
              <w:rPr>
                <w:color w:val="000000"/>
                <w:sz w:val="14"/>
              </w:rPr>
              <w:t>Postaja 3: Povezovalni poligon: v varen niz povežem tri osnovne oblike gibanja, smer, spremembo nivoja in ustavitev.</w:t>
            </w:r>
          </w:p>
          <w:p w14:paraId="7037F758" w14:textId="77777777" w:rsidR="00623E5F" w:rsidRDefault="00000000">
            <w:pPr>
              <w:spacing w:before="5" w:after="6" w:line="245" w:lineRule="auto"/>
            </w:pPr>
            <w:r>
              <w:rPr>
                <w:color w:val="000000"/>
                <w:sz w:val="14"/>
              </w:rPr>
              <w:t>Postaja 4: Igralno-refleksivna: spretnost uporabim v igri brez izločanja ter s semaforjem pokažem, kako »ohranjam osebni prostor«.</w:t>
            </w:r>
          </w:p>
          <w:p w14:paraId="2E18E002"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0B567C14" w14:textId="77777777" w:rsidR="00623E5F" w:rsidRDefault="00623E5F"/>
          <w:p w14:paraId="0FE2CC75" w14:textId="77777777" w:rsidR="00623E5F" w:rsidRDefault="00000000">
            <w:pPr>
              <w:spacing w:after="5" w:line="245" w:lineRule="auto"/>
            </w:pPr>
            <w:r>
              <w:rPr>
                <w:b/>
                <w:color w:val="000000"/>
                <w:sz w:val="15"/>
              </w:rPr>
              <w:t>1. URA – Gibanje živali – Ogrejem se in usvojim gib</w:t>
            </w:r>
          </w:p>
          <w:p w14:paraId="0ACA5908"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0FC6480C" w14:textId="77777777" w:rsidR="00623E5F" w:rsidRDefault="00000000">
            <w:pPr>
              <w:spacing w:after="14" w:line="245" w:lineRule="auto"/>
            </w:pPr>
            <w:r>
              <w:rPr>
                <w:color w:val="D95BC6"/>
                <w:sz w:val="13"/>
              </w:rPr>
              <w:t>Dokaz: varen odziv na znak, začetni poskus prvine in ustno varnostno pravilo.</w:t>
            </w:r>
          </w:p>
          <w:p w14:paraId="44C6BA6B" w14:textId="77777777" w:rsidR="00623E5F" w:rsidRDefault="00000000">
            <w:pPr>
              <w:spacing w:after="5" w:line="245" w:lineRule="auto"/>
            </w:pPr>
            <w:r>
              <w:rPr>
                <w:b/>
                <w:color w:val="000000"/>
                <w:sz w:val="15"/>
              </w:rPr>
              <w:t>2. URA – Gibanje živali – Vadim na postajah</w:t>
            </w:r>
          </w:p>
          <w:p w14:paraId="16EA6E58"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3A97E6C8" w14:textId="77777777" w:rsidR="00623E5F" w:rsidRDefault="00000000">
            <w:pPr>
              <w:spacing w:after="14" w:line="245" w:lineRule="auto"/>
            </w:pPr>
            <w:r>
              <w:rPr>
                <w:color w:val="D95BC6"/>
                <w:sz w:val="13"/>
              </w:rPr>
              <w:t>Dokaz: opazovalna kartica, izvedba na izbrani ravni in učiteljev zapis o napredku.</w:t>
            </w:r>
          </w:p>
          <w:p w14:paraId="707D6510" w14:textId="77777777" w:rsidR="00623E5F" w:rsidRDefault="00000000">
            <w:pPr>
              <w:spacing w:after="5" w:line="245" w:lineRule="auto"/>
            </w:pPr>
            <w:r>
              <w:rPr>
                <w:b/>
                <w:color w:val="000000"/>
                <w:sz w:val="15"/>
              </w:rPr>
              <w:t>3. URA – Gibanje živali – Uporabim v igri</w:t>
            </w:r>
          </w:p>
          <w:p w14:paraId="159B11EC"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90B4EFE" w14:textId="77777777" w:rsidR="00623E5F" w:rsidRDefault="00000000">
            <w:pPr>
              <w:spacing w:after="14" w:line="245" w:lineRule="auto"/>
            </w:pPr>
            <w:r>
              <w:rPr>
                <w:color w:val="D95BC6"/>
                <w:sz w:val="13"/>
              </w:rPr>
              <w:t>Dokaz: uporaba prvine v igri, sodelovanje, upoštevanje pravil in osebno.</w:t>
            </w:r>
          </w:p>
          <w:p w14:paraId="41E25252" w14:textId="77777777" w:rsidR="00623E5F" w:rsidRDefault="00000000">
            <w:pPr>
              <w:spacing w:before="30" w:after="14" w:line="245" w:lineRule="auto"/>
            </w:pPr>
            <w:r>
              <w:rPr>
                <w:b/>
                <w:color w:val="D95BC6"/>
                <w:sz w:val="16"/>
              </w:rPr>
              <w:t>MOJ KROG POSTAJ</w:t>
            </w:r>
          </w:p>
          <w:p w14:paraId="227CEAEF" w14:textId="77777777" w:rsidR="00623E5F" w:rsidRDefault="00000000">
            <w:pPr>
              <w:spacing w:after="8" w:line="245" w:lineRule="auto"/>
            </w:pPr>
            <w:r>
              <w:rPr>
                <w:color w:val="000000"/>
                <w:sz w:val="13"/>
              </w:rPr>
              <w:t>1. Tehnična: po talnih oznakah in modelu večkrat vadim cilj »posnemam načine gibanja«.</w:t>
            </w:r>
          </w:p>
          <w:p w14:paraId="2D4D8FD1" w14:textId="77777777" w:rsidR="00623E5F" w:rsidRDefault="00000000">
            <w:pPr>
              <w:spacing w:after="8" w:line="245" w:lineRule="auto"/>
            </w:pPr>
            <w:r>
              <w:rPr>
                <w:color w:val="000000"/>
                <w:sz w:val="13"/>
              </w:rPr>
              <w:t>2. Ravnotežno-koordinacijska: z linijo, obroči, nizko oviro ali blazino uresničujem.</w:t>
            </w:r>
          </w:p>
          <w:p w14:paraId="13931939" w14:textId="77777777" w:rsidR="00623E5F" w:rsidRDefault="00000000">
            <w:pPr>
              <w:spacing w:after="8" w:line="245" w:lineRule="auto"/>
            </w:pPr>
            <w:r>
              <w:rPr>
                <w:color w:val="000000"/>
                <w:sz w:val="13"/>
              </w:rPr>
              <w:t>3. Povezovalni poligon: v varen niz povežem tri osnovne oblike gibanja, smer.</w:t>
            </w:r>
          </w:p>
          <w:p w14:paraId="0D3B6073" w14:textId="77777777" w:rsidR="00623E5F" w:rsidRDefault="00000000">
            <w:pPr>
              <w:spacing w:after="8" w:line="245" w:lineRule="auto"/>
            </w:pPr>
            <w:r>
              <w:rPr>
                <w:color w:val="000000"/>
                <w:sz w:val="13"/>
              </w:rPr>
              <w:t>4. Igralno-refleksivna: spretnost uporabim v igri brez izločanja ter s semaforjem.</w:t>
            </w:r>
          </w:p>
          <w:p w14:paraId="39EFCCDB"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3F92C66D" w14:textId="77777777" w:rsidR="00623E5F" w:rsidRDefault="00000000">
            <w:pPr>
              <w:spacing w:after="14" w:line="245" w:lineRule="auto"/>
            </w:pPr>
            <w:r>
              <w:rPr>
                <w:b/>
                <w:color w:val="D95BC6"/>
                <w:sz w:val="16"/>
              </w:rPr>
              <w:t>DOKAZ O UČENJU</w:t>
            </w:r>
          </w:p>
          <w:p w14:paraId="7CD30768"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3604BDF5"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31B9F4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EF8332C"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2D010A7" w14:textId="77777777" w:rsidR="00623E5F" w:rsidRDefault="00000000">
            <w:pPr>
              <w:jc w:val="center"/>
            </w:pPr>
            <w:r>
              <w:rPr>
                <w:b/>
                <w:color w:val="000000"/>
                <w:sz w:val="20"/>
              </w:rPr>
              <w:t>UČNE DEJAVNOSTI, METODE IN FORMATIVNO SPREMLJANJE</w:t>
            </w:r>
          </w:p>
        </w:tc>
      </w:tr>
      <w:tr w:rsidR="00623E5F" w14:paraId="1AB237F7" w14:textId="77777777">
        <w:trPr>
          <w:tblHeader/>
          <w:jc w:val="center"/>
        </w:trPr>
        <w:tc>
          <w:tcPr>
            <w:tcW w:w="4422" w:type="dxa"/>
            <w:vMerge/>
            <w:tcMar>
              <w:top w:w="70" w:type="dxa"/>
              <w:left w:w="90" w:type="dxa"/>
              <w:bottom w:w="70" w:type="dxa"/>
              <w:right w:w="90" w:type="dxa"/>
            </w:tcMar>
            <w:vAlign w:val="center"/>
          </w:tcPr>
          <w:p w14:paraId="15BA1AA5" w14:textId="77777777" w:rsidR="00623E5F" w:rsidRDefault="00623E5F"/>
        </w:tc>
        <w:tc>
          <w:tcPr>
            <w:tcW w:w="7087" w:type="dxa"/>
            <w:shd w:val="clear" w:color="auto" w:fill="FFFFFF"/>
            <w:tcMar>
              <w:top w:w="70" w:type="dxa"/>
              <w:left w:w="90" w:type="dxa"/>
              <w:bottom w:w="70" w:type="dxa"/>
              <w:right w:w="90" w:type="dxa"/>
            </w:tcMar>
            <w:vAlign w:val="center"/>
          </w:tcPr>
          <w:p w14:paraId="1F9CFA18"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4332F80" w14:textId="77777777" w:rsidR="00623E5F" w:rsidRDefault="00000000">
            <w:pPr>
              <w:jc w:val="center"/>
            </w:pPr>
            <w:r>
              <w:rPr>
                <w:b/>
                <w:color w:val="000000"/>
              </w:rPr>
              <w:t>UČENEC</w:t>
            </w:r>
          </w:p>
        </w:tc>
      </w:tr>
      <w:tr w:rsidR="00623E5F" w14:paraId="54B36791" w14:textId="77777777">
        <w:trPr>
          <w:jc w:val="center"/>
        </w:trPr>
        <w:tc>
          <w:tcPr>
            <w:tcW w:w="4422" w:type="dxa"/>
            <w:tcMar>
              <w:top w:w="70" w:type="dxa"/>
              <w:left w:w="90" w:type="dxa"/>
              <w:bottom w:w="70" w:type="dxa"/>
              <w:right w:w="90" w:type="dxa"/>
            </w:tcMar>
          </w:tcPr>
          <w:p w14:paraId="4219B8E0" w14:textId="77777777" w:rsidR="00623E5F" w:rsidRDefault="00623E5F"/>
          <w:p w14:paraId="6FD6416A" w14:textId="77777777" w:rsidR="00623E5F" w:rsidRDefault="00000000">
            <w:pPr>
              <w:spacing w:after="40" w:line="245" w:lineRule="auto"/>
            </w:pPr>
            <w:r>
              <w:rPr>
                <w:b/>
                <w:color w:val="000000"/>
              </w:rPr>
              <w:t>FORMATIVNO SPREMLJANJE</w:t>
            </w:r>
          </w:p>
          <w:p w14:paraId="099869C3" w14:textId="77777777" w:rsidR="00623E5F" w:rsidRDefault="00000000">
            <w:pPr>
              <w:pStyle w:val="Oznaenseznam"/>
              <w:spacing w:after="16"/>
            </w:pPr>
            <w:r>
              <w:rPr>
                <w:color w:val="000000"/>
                <w:sz w:val="15"/>
              </w:rPr>
              <w:t>predznanje: gibalni prikaz, odziv na znak, izbira kartice, začetni poskus ali kratka razlaga</w:t>
            </w:r>
          </w:p>
          <w:p w14:paraId="371E00D5" w14:textId="77777777" w:rsidR="00623E5F" w:rsidRDefault="00000000">
            <w:pPr>
              <w:pStyle w:val="Oznaenseznam"/>
              <w:spacing w:after="16"/>
            </w:pPr>
            <w:r>
              <w:rPr>
                <w:color w:val="000000"/>
                <w:sz w:val="15"/>
              </w:rPr>
              <w:t>nameni in merila: kratka poved, slikovni znak, model varne izvedbe in en opazljiv tehnični poudarek</w:t>
            </w:r>
          </w:p>
          <w:p w14:paraId="1512BE8D"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0B24F287" w14:textId="77777777" w:rsidR="00623E5F" w:rsidRDefault="00000000">
            <w:pPr>
              <w:pStyle w:val="Oznaenseznam"/>
              <w:spacing w:after="16"/>
            </w:pPr>
            <w:r>
              <w:rPr>
                <w:color w:val="000000"/>
                <w:sz w:val="15"/>
              </w:rPr>
              <w:t>povratna informacija: opis opaženega, povezava z enim merilom in takoj izvedljiv ponovni poskus</w:t>
            </w:r>
          </w:p>
          <w:p w14:paraId="2378ED93" w14:textId="77777777" w:rsidR="00623E5F" w:rsidRDefault="00000000">
            <w:pPr>
              <w:pStyle w:val="Oznaenseznam"/>
              <w:spacing w:after="16"/>
            </w:pPr>
            <w:r>
              <w:rPr>
                <w:color w:val="000000"/>
                <w:sz w:val="15"/>
              </w:rPr>
              <w:t>samovrednotenje: semafor napora in varnosti, lestvica samostojnosti, izbran dokaz ter osebni naslednji korak</w:t>
            </w:r>
          </w:p>
          <w:p w14:paraId="713EF3A5" w14:textId="77777777" w:rsidR="00623E5F" w:rsidRDefault="00000000">
            <w:pPr>
              <w:spacing w:before="40" w:after="20" w:line="245" w:lineRule="auto"/>
            </w:pPr>
            <w:r>
              <w:rPr>
                <w:b/>
                <w:color w:val="000000"/>
                <w:sz w:val="17"/>
              </w:rPr>
              <w:t>VARNOST, POČUTJE IN HIGIENA</w:t>
            </w:r>
          </w:p>
          <w:p w14:paraId="1715F994"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Pri plezanju, ravnotežju, kotaljenju in prevalnih predvajah je območje oblazinjeno, naloga pa poteka posamično in ob jasnem varovanju.</w:t>
            </w:r>
          </w:p>
          <w:p w14:paraId="41146753" w14:textId="77777777" w:rsidR="00623E5F" w:rsidRDefault="00000000">
            <w:pPr>
              <w:spacing w:after="20" w:line="245" w:lineRule="auto"/>
            </w:pPr>
            <w:r>
              <w:rPr>
                <w:b/>
                <w:color w:val="000000"/>
                <w:sz w:val="17"/>
              </w:rPr>
              <w:t>EVIDENCA PO IZVEDBI</w:t>
            </w:r>
          </w:p>
          <w:p w14:paraId="46CCBCB5"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377058A0" w14:textId="77777777" w:rsidR="00623E5F" w:rsidRDefault="00000000">
            <w:pPr>
              <w:spacing w:before="40" w:after="20" w:line="245" w:lineRule="auto"/>
            </w:pPr>
            <w:r>
              <w:rPr>
                <w:b/>
                <w:color w:val="000000"/>
                <w:sz w:val="17"/>
              </w:rPr>
              <w:t>RAVEN DOSEGANJA</w:t>
            </w:r>
          </w:p>
          <w:p w14:paraId="6C04C90A"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0EA17973"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6195D763" w14:textId="77777777">
              <w:trPr>
                <w:jc w:val="center"/>
              </w:trPr>
              <w:tc>
                <w:tcPr>
                  <w:tcW w:w="7087" w:type="dxa"/>
                  <w:shd w:val="clear" w:color="auto" w:fill="EDC9EA"/>
                  <w:tcMar>
                    <w:top w:w="45" w:type="dxa"/>
                    <w:left w:w="70" w:type="dxa"/>
                    <w:bottom w:w="45" w:type="dxa"/>
                    <w:right w:w="70" w:type="dxa"/>
                  </w:tcMar>
                </w:tcPr>
                <w:p w14:paraId="63BCEB25" w14:textId="77777777" w:rsidR="00623E5F" w:rsidRDefault="00000000">
                  <w:pPr>
                    <w:keepNext/>
                  </w:pPr>
                  <w:r>
                    <w:rPr>
                      <w:b/>
                      <w:color w:val="000000"/>
                    </w:rPr>
                    <w:t>VPRAŠANJA V PODPORO GIBALNEMU UČENJU</w:t>
                  </w:r>
                </w:p>
              </w:tc>
            </w:tr>
          </w:tbl>
          <w:p w14:paraId="4C74CED9" w14:textId="77777777" w:rsidR="00623E5F" w:rsidRDefault="00623E5F">
            <w:pPr>
              <w:spacing w:line="20" w:lineRule="exact"/>
            </w:pPr>
          </w:p>
          <w:p w14:paraId="38304B86" w14:textId="77777777" w:rsidR="00623E5F" w:rsidRDefault="00000000">
            <w:pPr>
              <w:pStyle w:val="Oznaenseznam"/>
              <w:spacing w:after="16"/>
            </w:pPr>
            <w:r>
              <w:rPr>
                <w:color w:val="000000"/>
                <w:sz w:val="15"/>
              </w:rPr>
              <w:t>Kaj si pri prvem poskusu začutil/-a ali opazil/-a v položaju telesa, ravnotežju, smeri, ritmu ali naporu?</w:t>
            </w:r>
          </w:p>
          <w:p w14:paraId="2FCE34B7" w14:textId="77777777" w:rsidR="00623E5F" w:rsidRDefault="00000000">
            <w:pPr>
              <w:pStyle w:val="Oznaenseznam"/>
              <w:spacing w:after="16"/>
            </w:pPr>
            <w:r>
              <w:rPr>
                <w:color w:val="000000"/>
                <w:sz w:val="15"/>
              </w:rPr>
              <w:t>Katero varnostno pravilo in kateri gibalni korak sta bila danes najpomembnejša?</w:t>
            </w:r>
          </w:p>
          <w:p w14:paraId="14C90C93" w14:textId="77777777" w:rsidR="00623E5F" w:rsidRDefault="00000000">
            <w:pPr>
              <w:pStyle w:val="Oznaenseznam"/>
              <w:spacing w:after="16"/>
            </w:pPr>
            <w:r>
              <w:rPr>
                <w:color w:val="000000"/>
                <w:sz w:val="15"/>
              </w:rPr>
              <w:t>Katero raven si izbral/-a, zakaj je bila primerna in kaj si pri naslednjem poskusu spremenil/-a?</w:t>
            </w:r>
          </w:p>
          <w:p w14:paraId="7FF430CD" w14:textId="77777777" w:rsidR="00623E5F" w:rsidRDefault="00000000">
            <w:pPr>
              <w:pStyle w:val="Oznaenseznam"/>
              <w:spacing w:after="16"/>
            </w:pPr>
            <w:r>
              <w:rPr>
                <w:color w:val="000000"/>
                <w:sz w:val="15"/>
              </w:rPr>
              <w:t>Kateri tvoj gibalni dokaz najjasneje pokaže dogovorjeno merilo?</w:t>
            </w:r>
          </w:p>
          <w:p w14:paraId="56011AAA"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6468DC26" w14:textId="77777777">
              <w:trPr>
                <w:jc w:val="center"/>
              </w:trPr>
              <w:tc>
                <w:tcPr>
                  <w:tcW w:w="7087" w:type="dxa"/>
                  <w:shd w:val="clear" w:color="auto" w:fill="C6E7F3"/>
                  <w:tcMar>
                    <w:top w:w="45" w:type="dxa"/>
                    <w:left w:w="70" w:type="dxa"/>
                    <w:bottom w:w="45" w:type="dxa"/>
                    <w:right w:w="70" w:type="dxa"/>
                  </w:tcMar>
                </w:tcPr>
                <w:p w14:paraId="0368BEB5" w14:textId="77777777" w:rsidR="00623E5F" w:rsidRDefault="00000000">
                  <w:pPr>
                    <w:keepNext/>
                  </w:pPr>
                  <w:r>
                    <w:rPr>
                      <w:b/>
                      <w:color w:val="000000"/>
                    </w:rPr>
                    <w:t>ZAKLJUČNI DEL – UMIRJANJE, RAZTEZANJE, DOKAZ IN REFLEKSIJA (8–10 min)</w:t>
                  </w:r>
                </w:p>
              </w:tc>
            </w:tr>
          </w:tbl>
          <w:p w14:paraId="25D29910" w14:textId="77777777" w:rsidR="00623E5F" w:rsidRDefault="00623E5F">
            <w:pPr>
              <w:spacing w:line="20" w:lineRule="exact"/>
            </w:pPr>
          </w:p>
          <w:p w14:paraId="1B46CCF0"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18B53442" w14:textId="77777777">
              <w:trPr>
                <w:jc w:val="center"/>
              </w:trPr>
              <w:tc>
                <w:tcPr>
                  <w:tcW w:w="7087" w:type="dxa"/>
                  <w:shd w:val="clear" w:color="auto" w:fill="EDC9EA"/>
                  <w:tcMar>
                    <w:top w:w="45" w:type="dxa"/>
                    <w:left w:w="70" w:type="dxa"/>
                    <w:bottom w:w="45" w:type="dxa"/>
                    <w:right w:w="70" w:type="dxa"/>
                  </w:tcMar>
                </w:tcPr>
                <w:p w14:paraId="0630C9AA" w14:textId="77777777" w:rsidR="00623E5F" w:rsidRDefault="00000000">
                  <w:pPr>
                    <w:keepNext/>
                  </w:pPr>
                  <w:r>
                    <w:rPr>
                      <w:b/>
                      <w:color w:val="000000"/>
                    </w:rPr>
                    <w:t>SAMOVREDNOTENJE</w:t>
                  </w:r>
                </w:p>
              </w:tc>
            </w:tr>
          </w:tbl>
          <w:p w14:paraId="7AA295F9" w14:textId="77777777" w:rsidR="00623E5F" w:rsidRDefault="00623E5F">
            <w:pPr>
              <w:spacing w:line="20" w:lineRule="exact"/>
            </w:pPr>
          </w:p>
          <w:p w14:paraId="4A607508"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6BEF2CA5" w14:textId="77777777">
              <w:trPr>
                <w:jc w:val="center"/>
              </w:trPr>
              <w:tc>
                <w:tcPr>
                  <w:tcW w:w="7087" w:type="dxa"/>
                  <w:shd w:val="clear" w:color="auto" w:fill="EDC9EA"/>
                  <w:tcMar>
                    <w:top w:w="45" w:type="dxa"/>
                    <w:left w:w="70" w:type="dxa"/>
                    <w:bottom w:w="45" w:type="dxa"/>
                    <w:right w:w="70" w:type="dxa"/>
                  </w:tcMar>
                </w:tcPr>
                <w:p w14:paraId="71768C3E" w14:textId="77777777" w:rsidR="00623E5F" w:rsidRDefault="00000000">
                  <w:pPr>
                    <w:keepNext/>
                  </w:pPr>
                  <w:r>
                    <w:rPr>
                      <w:b/>
                      <w:color w:val="000000"/>
                    </w:rPr>
                    <w:t>VRSTNIŠKO OPAZOVANJE IN POVRATNA INFORMACIJA</w:t>
                  </w:r>
                </w:p>
              </w:tc>
            </w:tr>
          </w:tbl>
          <w:p w14:paraId="5190952D" w14:textId="77777777" w:rsidR="00623E5F" w:rsidRDefault="00623E5F">
            <w:pPr>
              <w:spacing w:line="20" w:lineRule="exact"/>
            </w:pPr>
          </w:p>
          <w:p w14:paraId="32B7B418"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1BE94300" w14:textId="77777777">
              <w:trPr>
                <w:jc w:val="center"/>
              </w:trPr>
              <w:tc>
                <w:tcPr>
                  <w:tcW w:w="7087" w:type="dxa"/>
                  <w:shd w:val="clear" w:color="auto" w:fill="EDC9EA"/>
                  <w:tcMar>
                    <w:top w:w="45" w:type="dxa"/>
                    <w:left w:w="70" w:type="dxa"/>
                    <w:bottom w:w="45" w:type="dxa"/>
                    <w:right w:w="70" w:type="dxa"/>
                  </w:tcMar>
                </w:tcPr>
                <w:p w14:paraId="4C84C0E7" w14:textId="77777777" w:rsidR="00623E5F" w:rsidRDefault="00000000">
                  <w:pPr>
                    <w:keepNext/>
                  </w:pPr>
                  <w:r>
                    <w:rPr>
                      <w:b/>
                      <w:color w:val="000000"/>
                    </w:rPr>
                    <w:t>SKUPNI POVZETEK</w:t>
                  </w:r>
                </w:p>
              </w:tc>
            </w:tr>
          </w:tbl>
          <w:p w14:paraId="5EBC0BBF" w14:textId="77777777" w:rsidR="00623E5F" w:rsidRDefault="00623E5F"/>
          <w:p w14:paraId="6F1B99CB" w14:textId="77777777" w:rsidR="00623E5F" w:rsidRDefault="00000000">
            <w:pPr>
              <w:spacing w:before="20" w:after="40" w:line="245" w:lineRule="auto"/>
            </w:pPr>
            <w:r>
              <w:rPr>
                <w:b/>
                <w:color w:val="000000"/>
                <w:sz w:val="16"/>
              </w:rPr>
              <w:t>posnemam načine gibanja; povezujem gibe v zaporedje; ohranjam osebni prostor. Izbrani gibalni dokaz pojasnim in določim varen naslednji korak.</w:t>
            </w:r>
          </w:p>
        </w:tc>
        <w:tc>
          <w:tcPr>
            <w:tcW w:w="2551" w:type="dxa"/>
            <w:tcMar>
              <w:top w:w="70" w:type="dxa"/>
              <w:left w:w="90" w:type="dxa"/>
              <w:bottom w:w="70" w:type="dxa"/>
              <w:right w:w="90" w:type="dxa"/>
            </w:tcMar>
          </w:tcPr>
          <w:p w14:paraId="10E7E0CF" w14:textId="77777777" w:rsidR="00623E5F" w:rsidRDefault="00623E5F"/>
          <w:p w14:paraId="2AA81395" w14:textId="77777777" w:rsidR="00623E5F" w:rsidRDefault="00000000">
            <w:pPr>
              <w:spacing w:after="80" w:line="245" w:lineRule="auto"/>
            </w:pPr>
            <w:r>
              <w:rPr>
                <w:color w:val="000000"/>
                <w:sz w:val="15"/>
              </w:rPr>
              <w:t>Odgovarja na podporna vprašanja in se sklicuje na svojo izvedbo, počutje, izbrano raven in varnost.</w:t>
            </w:r>
          </w:p>
          <w:p w14:paraId="0D03FF51" w14:textId="77777777" w:rsidR="00623E5F" w:rsidRDefault="00000000">
            <w:pPr>
              <w:spacing w:after="80" w:line="245" w:lineRule="auto"/>
            </w:pPr>
            <w:r>
              <w:rPr>
                <w:color w:val="000000"/>
                <w:sz w:val="15"/>
              </w:rPr>
              <w:t>Predstavi izbrani gibalni dokaz ter pokaže ali pove, katero merilo z njim dosega.</w:t>
            </w:r>
          </w:p>
          <w:p w14:paraId="6D668523" w14:textId="77777777" w:rsidR="00623E5F" w:rsidRDefault="00000000">
            <w:pPr>
              <w:spacing w:after="80" w:line="245" w:lineRule="auto"/>
            </w:pPr>
            <w:r>
              <w:rPr>
                <w:color w:val="000000"/>
                <w:sz w:val="15"/>
              </w:rPr>
              <w:t>Opazuje eno dogovorjeno prvino vrstnikove izvedbe in poda kratek, prijazen ter uporaben odziv.</w:t>
            </w:r>
          </w:p>
          <w:p w14:paraId="110E9132"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76E4D9D7" w14:textId="77777777" w:rsidR="00623E5F" w:rsidRDefault="00000000">
            <w:pPr>
              <w:spacing w:after="100" w:line="245" w:lineRule="auto"/>
            </w:pPr>
            <w:r>
              <w:rPr>
                <w:color w:val="000000"/>
                <w:sz w:val="15"/>
              </w:rPr>
              <w:t>Umiri dihanje, oceni napor in počutje, izbere raven samostojnosti ter določi varen naslednji korak.</w:t>
            </w:r>
          </w:p>
          <w:p w14:paraId="44861387" w14:textId="77777777" w:rsidR="00623E5F" w:rsidRDefault="00000000">
            <w:pPr>
              <w:spacing w:after="20" w:line="245" w:lineRule="auto"/>
            </w:pPr>
            <w:r>
              <w:rPr>
                <w:b/>
                <w:color w:val="D95BC6"/>
                <w:sz w:val="17"/>
              </w:rPr>
              <w:t>DOKAZ O UČENJU</w:t>
            </w:r>
          </w:p>
          <w:p w14:paraId="66A7F6C9"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01990AC2"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6057AB1D" w14:textId="77777777">
        <w:trPr>
          <w:cantSplit/>
          <w:jc w:val="center"/>
        </w:trPr>
        <w:tc>
          <w:tcPr>
            <w:tcW w:w="14060" w:type="dxa"/>
            <w:gridSpan w:val="6"/>
            <w:tcMar>
              <w:top w:w="70" w:type="dxa"/>
              <w:left w:w="90" w:type="dxa"/>
              <w:bottom w:w="70" w:type="dxa"/>
              <w:right w:w="90" w:type="dxa"/>
            </w:tcMar>
            <w:vAlign w:val="center"/>
          </w:tcPr>
          <w:p w14:paraId="673E6939" w14:textId="77777777" w:rsidR="00623E5F" w:rsidRDefault="00000000">
            <w:pPr>
              <w:jc w:val="center"/>
            </w:pPr>
            <w:r>
              <w:rPr>
                <w:b/>
                <w:color w:val="000000"/>
                <w:sz w:val="24"/>
              </w:rPr>
              <w:lastRenderedPageBreak/>
              <w:t>UČNA PRIPRAVA 12/39</w:t>
            </w:r>
          </w:p>
        </w:tc>
      </w:tr>
      <w:tr w:rsidR="00623E5F" w14:paraId="64B26F46" w14:textId="77777777">
        <w:trPr>
          <w:jc w:val="center"/>
        </w:trPr>
        <w:tc>
          <w:tcPr>
            <w:tcW w:w="2665" w:type="dxa"/>
            <w:tcMar>
              <w:top w:w="70" w:type="dxa"/>
              <w:left w:w="90" w:type="dxa"/>
              <w:bottom w:w="70" w:type="dxa"/>
              <w:right w:w="90" w:type="dxa"/>
            </w:tcMar>
            <w:vAlign w:val="center"/>
          </w:tcPr>
          <w:p w14:paraId="1E4C630F"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3810306"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375DEF72"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9B7C268" w14:textId="77777777" w:rsidR="00623E5F" w:rsidRDefault="00000000">
            <w:r>
              <w:rPr>
                <w:b/>
                <w:color w:val="000000"/>
                <w:sz w:val="16"/>
              </w:rPr>
              <w:t xml:space="preserve">NAČRTOVANI TERMIN: </w:t>
            </w:r>
            <w:r>
              <w:rPr>
                <w:color w:val="000000"/>
                <w:sz w:val="16"/>
              </w:rPr>
              <w:t>12. teden • 23.–27. 11. 2026</w:t>
            </w:r>
          </w:p>
        </w:tc>
        <w:tc>
          <w:tcPr>
            <w:tcW w:w="2268" w:type="dxa"/>
            <w:tcMar>
              <w:top w:w="70" w:type="dxa"/>
              <w:left w:w="90" w:type="dxa"/>
              <w:bottom w:w="70" w:type="dxa"/>
              <w:right w:w="90" w:type="dxa"/>
            </w:tcMar>
            <w:vAlign w:val="center"/>
          </w:tcPr>
          <w:p w14:paraId="09A9C908"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191E2B1" w14:textId="77777777" w:rsidR="00623E5F" w:rsidRDefault="00000000">
            <w:r>
              <w:rPr>
                <w:b/>
                <w:color w:val="000000"/>
                <w:sz w:val="16"/>
              </w:rPr>
              <w:t xml:space="preserve">ŠTEVILO UR: </w:t>
            </w:r>
            <w:r>
              <w:rPr>
                <w:color w:val="000000"/>
                <w:sz w:val="16"/>
              </w:rPr>
              <w:t>2</w:t>
            </w:r>
          </w:p>
        </w:tc>
      </w:tr>
      <w:tr w:rsidR="00623E5F" w14:paraId="091D0CFF" w14:textId="77777777">
        <w:trPr>
          <w:jc w:val="center"/>
        </w:trPr>
        <w:tc>
          <w:tcPr>
            <w:tcW w:w="14061" w:type="dxa"/>
            <w:gridSpan w:val="6"/>
            <w:tcMar>
              <w:top w:w="70" w:type="dxa"/>
              <w:left w:w="90" w:type="dxa"/>
              <w:bottom w:w="70" w:type="dxa"/>
              <w:right w:w="90" w:type="dxa"/>
            </w:tcMar>
            <w:vAlign w:val="center"/>
          </w:tcPr>
          <w:p w14:paraId="2C63BB81"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4ED592E6" w14:textId="77777777">
        <w:trPr>
          <w:cantSplit/>
          <w:jc w:val="center"/>
        </w:trPr>
        <w:tc>
          <w:tcPr>
            <w:tcW w:w="14060" w:type="dxa"/>
            <w:gridSpan w:val="6"/>
            <w:tcMar>
              <w:top w:w="70" w:type="dxa"/>
              <w:left w:w="90" w:type="dxa"/>
              <w:bottom w:w="70" w:type="dxa"/>
              <w:right w:w="90" w:type="dxa"/>
            </w:tcMar>
            <w:vAlign w:val="center"/>
          </w:tcPr>
          <w:p w14:paraId="3A8850E7" w14:textId="77777777" w:rsidR="00623E5F" w:rsidRDefault="00623E5F"/>
          <w:p w14:paraId="1A948596" w14:textId="77777777" w:rsidR="00623E5F" w:rsidRDefault="00000000">
            <w:pPr>
              <w:spacing w:line="245" w:lineRule="auto"/>
            </w:pPr>
            <w:r>
              <w:rPr>
                <w:b/>
                <w:color w:val="000000"/>
                <w:sz w:val="15"/>
              </w:rPr>
              <w:t xml:space="preserve">UČNI SKLOP: </w:t>
            </w:r>
            <w:r>
              <w:rPr>
                <w:color w:val="000000"/>
                <w:sz w:val="15"/>
              </w:rPr>
              <w:t>JESEN, SNOVI IN ŽIVA BITJA</w:t>
            </w:r>
          </w:p>
        </w:tc>
      </w:tr>
      <w:tr w:rsidR="00623E5F" w14:paraId="5F3DCC74" w14:textId="77777777">
        <w:trPr>
          <w:cantSplit/>
          <w:jc w:val="center"/>
        </w:trPr>
        <w:tc>
          <w:tcPr>
            <w:tcW w:w="14060" w:type="dxa"/>
            <w:gridSpan w:val="6"/>
            <w:tcMar>
              <w:top w:w="70" w:type="dxa"/>
              <w:left w:w="90" w:type="dxa"/>
              <w:bottom w:w="70" w:type="dxa"/>
              <w:right w:w="90" w:type="dxa"/>
            </w:tcMar>
            <w:vAlign w:val="center"/>
          </w:tcPr>
          <w:p w14:paraId="72715F5D" w14:textId="77777777" w:rsidR="00623E5F" w:rsidRDefault="00623E5F"/>
          <w:p w14:paraId="02645C83" w14:textId="77777777" w:rsidR="00623E5F" w:rsidRDefault="00000000">
            <w:pPr>
              <w:spacing w:line="245" w:lineRule="auto"/>
            </w:pPr>
            <w:r>
              <w:rPr>
                <w:b/>
                <w:color w:val="000000"/>
                <w:sz w:val="15"/>
              </w:rPr>
              <w:t xml:space="preserve">UČNA TEMA: </w:t>
            </w:r>
            <w:r>
              <w:rPr>
                <w:color w:val="000000"/>
                <w:sz w:val="15"/>
              </w:rPr>
              <w:t>POLIGON JESENI</w:t>
            </w:r>
          </w:p>
        </w:tc>
      </w:tr>
      <w:tr w:rsidR="00623E5F" w14:paraId="56FC600C" w14:textId="77777777">
        <w:trPr>
          <w:cantSplit/>
          <w:jc w:val="center"/>
        </w:trPr>
        <w:tc>
          <w:tcPr>
            <w:tcW w:w="14060" w:type="dxa"/>
            <w:gridSpan w:val="6"/>
            <w:tcMar>
              <w:top w:w="70" w:type="dxa"/>
              <w:left w:w="90" w:type="dxa"/>
              <w:bottom w:w="70" w:type="dxa"/>
              <w:right w:w="90" w:type="dxa"/>
            </w:tcMar>
            <w:vAlign w:val="center"/>
          </w:tcPr>
          <w:p w14:paraId="60D96731" w14:textId="77777777" w:rsidR="00623E5F" w:rsidRDefault="00623E5F"/>
          <w:p w14:paraId="0F58A69C" w14:textId="77777777" w:rsidR="00623E5F" w:rsidRDefault="00000000">
            <w:pPr>
              <w:spacing w:line="245" w:lineRule="auto"/>
            </w:pPr>
            <w:r>
              <w:rPr>
                <w:b/>
                <w:color w:val="000000"/>
                <w:sz w:val="15"/>
              </w:rPr>
              <w:t xml:space="preserve">KNJIŽEVNO / MOTIVNO IZHODIŠČE: </w:t>
            </w:r>
            <w:r>
              <w:rPr>
                <w:color w:val="000000"/>
                <w:sz w:val="15"/>
              </w:rPr>
              <w:t>»Tri botre lisičice« – slovenska ljudska pravljica • gozd, iznajdljivost, snovi in odgovorna raba materialov</w:t>
            </w:r>
          </w:p>
        </w:tc>
      </w:tr>
      <w:tr w:rsidR="00623E5F" w14:paraId="06C210AB" w14:textId="77777777">
        <w:trPr>
          <w:cantSplit/>
          <w:jc w:val="center"/>
        </w:trPr>
        <w:tc>
          <w:tcPr>
            <w:tcW w:w="14060" w:type="dxa"/>
            <w:gridSpan w:val="6"/>
            <w:tcMar>
              <w:top w:w="70" w:type="dxa"/>
              <w:left w:w="90" w:type="dxa"/>
              <w:bottom w:w="70" w:type="dxa"/>
              <w:right w:w="90" w:type="dxa"/>
            </w:tcMar>
            <w:vAlign w:val="center"/>
          </w:tcPr>
          <w:p w14:paraId="2AFDA119" w14:textId="77777777" w:rsidR="00623E5F" w:rsidRDefault="00623E5F"/>
          <w:p w14:paraId="5F1A15C5" w14:textId="77777777" w:rsidR="00623E5F" w:rsidRDefault="00000000">
            <w:pPr>
              <w:spacing w:line="245" w:lineRule="auto"/>
            </w:pPr>
            <w:r>
              <w:rPr>
                <w:b/>
                <w:color w:val="000000"/>
                <w:sz w:val="15"/>
              </w:rPr>
              <w:t xml:space="preserve">GIBALNO IZHODIŠČE / MOTIVACIJA: </w:t>
            </w:r>
            <w:r>
              <w:rPr>
                <w:color w:val="000000"/>
                <w:sz w:val="15"/>
              </w:rPr>
              <w:t>na tleh se pojavi pot stopinj, puščic in varnih ovir; učenci z gibalno napovedjo iščejo različne rešitve za temo »poligon jeseni«. Tedenski gibalni izziv: premaga jesenski poligon s tremi postajami.</w:t>
            </w:r>
          </w:p>
        </w:tc>
      </w:tr>
      <w:tr w:rsidR="00623E5F" w14:paraId="09B079A3" w14:textId="77777777">
        <w:trPr>
          <w:cantSplit/>
          <w:jc w:val="center"/>
        </w:trPr>
        <w:tc>
          <w:tcPr>
            <w:tcW w:w="14060" w:type="dxa"/>
            <w:gridSpan w:val="6"/>
            <w:tcMar>
              <w:top w:w="70" w:type="dxa"/>
              <w:left w:w="90" w:type="dxa"/>
              <w:bottom w:w="70" w:type="dxa"/>
              <w:right w:w="90" w:type="dxa"/>
            </w:tcMar>
            <w:vAlign w:val="center"/>
          </w:tcPr>
          <w:p w14:paraId="5E062B63" w14:textId="77777777" w:rsidR="00623E5F" w:rsidRDefault="00623E5F"/>
          <w:p w14:paraId="2DBB68CE" w14:textId="77777777" w:rsidR="00623E5F" w:rsidRDefault="00000000">
            <w:pPr>
              <w:spacing w:line="245" w:lineRule="auto"/>
            </w:pPr>
            <w:r>
              <w:rPr>
                <w:b/>
                <w:color w:val="000000"/>
                <w:sz w:val="15"/>
              </w:rPr>
              <w:t xml:space="preserve">UČNE ENOTE: </w:t>
            </w:r>
            <w:r>
              <w:rPr>
                <w:color w:val="000000"/>
                <w:sz w:val="15"/>
              </w:rPr>
              <w:t>1. ura – Poligon jeseni – Ogrejem se in usvojim gib • 2. ura – Poligon jeseni – Uporabim v igri</w:t>
            </w:r>
          </w:p>
        </w:tc>
      </w:tr>
      <w:tr w:rsidR="00623E5F" w14:paraId="5FB873EB" w14:textId="77777777">
        <w:trPr>
          <w:cantSplit/>
          <w:jc w:val="center"/>
        </w:trPr>
        <w:tc>
          <w:tcPr>
            <w:tcW w:w="14060" w:type="dxa"/>
            <w:gridSpan w:val="6"/>
            <w:tcMar>
              <w:top w:w="70" w:type="dxa"/>
              <w:left w:w="90" w:type="dxa"/>
              <w:bottom w:w="70" w:type="dxa"/>
              <w:right w:w="90" w:type="dxa"/>
            </w:tcMar>
            <w:vAlign w:val="center"/>
          </w:tcPr>
          <w:p w14:paraId="52370AAD" w14:textId="77777777" w:rsidR="00623E5F" w:rsidRDefault="00623E5F"/>
          <w:p w14:paraId="24A16BFC"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0ADE9AA0" w14:textId="77777777">
        <w:trPr>
          <w:cantSplit/>
          <w:jc w:val="center"/>
        </w:trPr>
        <w:tc>
          <w:tcPr>
            <w:tcW w:w="14060" w:type="dxa"/>
            <w:gridSpan w:val="6"/>
            <w:tcMar>
              <w:top w:w="70" w:type="dxa"/>
              <w:left w:w="90" w:type="dxa"/>
              <w:bottom w:w="70" w:type="dxa"/>
              <w:right w:w="90" w:type="dxa"/>
            </w:tcMar>
            <w:vAlign w:val="center"/>
          </w:tcPr>
          <w:p w14:paraId="4243E240" w14:textId="77777777" w:rsidR="00623E5F" w:rsidRDefault="00623E5F"/>
          <w:p w14:paraId="414B8FF6"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192DCC76" w14:textId="77777777">
        <w:trPr>
          <w:cantSplit/>
          <w:jc w:val="center"/>
        </w:trPr>
        <w:tc>
          <w:tcPr>
            <w:tcW w:w="14060" w:type="dxa"/>
            <w:gridSpan w:val="6"/>
            <w:tcMar>
              <w:top w:w="70" w:type="dxa"/>
              <w:left w:w="90" w:type="dxa"/>
              <w:bottom w:w="70" w:type="dxa"/>
              <w:right w:w="90" w:type="dxa"/>
            </w:tcMar>
            <w:vAlign w:val="center"/>
          </w:tcPr>
          <w:p w14:paraId="18DE9FD4" w14:textId="77777777" w:rsidR="00623E5F" w:rsidRDefault="00623E5F"/>
          <w:p w14:paraId="2FA6483B"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4E89974B" w14:textId="77777777">
        <w:trPr>
          <w:cantSplit/>
          <w:jc w:val="center"/>
        </w:trPr>
        <w:tc>
          <w:tcPr>
            <w:tcW w:w="14060" w:type="dxa"/>
            <w:gridSpan w:val="6"/>
            <w:tcMar>
              <w:top w:w="70" w:type="dxa"/>
              <w:left w:w="90" w:type="dxa"/>
              <w:bottom w:w="70" w:type="dxa"/>
              <w:right w:w="90" w:type="dxa"/>
            </w:tcMar>
            <w:vAlign w:val="center"/>
          </w:tcPr>
          <w:p w14:paraId="0D099A38" w14:textId="77777777" w:rsidR="00623E5F" w:rsidRDefault="00623E5F"/>
          <w:p w14:paraId="446E1788" w14:textId="77777777" w:rsidR="00623E5F" w:rsidRDefault="00000000">
            <w:pPr>
              <w:spacing w:line="245" w:lineRule="auto"/>
            </w:pPr>
            <w:r>
              <w:rPr>
                <w:b/>
                <w:color w:val="000000"/>
                <w:sz w:val="15"/>
              </w:rPr>
              <w:t xml:space="preserve">MEDPREDMETNE POVEZAVE: </w:t>
            </w:r>
            <w:r>
              <w:rPr>
                <w:color w:val="000000"/>
                <w:sz w:val="15"/>
              </w:rPr>
              <w:t>SPO – gozd, iznajdljivost, snovi in odgovorna raba materialov, telo, zdravje, varnost in okolje; SLJ – poslušanje navodila, športno izrazje, kratka razlaga in podporna povratna informacija; MAT – smer, zaporedje, razdalja, merjenje in primerjanje; GUM – ritem, tempo in odziv na zvočni znak.</w:t>
            </w:r>
          </w:p>
        </w:tc>
      </w:tr>
      <w:tr w:rsidR="00623E5F" w14:paraId="5457C5AB" w14:textId="77777777">
        <w:trPr>
          <w:cantSplit/>
          <w:jc w:val="center"/>
        </w:trPr>
        <w:tc>
          <w:tcPr>
            <w:tcW w:w="14060" w:type="dxa"/>
            <w:gridSpan w:val="6"/>
            <w:tcMar>
              <w:top w:w="70" w:type="dxa"/>
              <w:left w:w="90" w:type="dxa"/>
              <w:bottom w:w="70" w:type="dxa"/>
              <w:right w:w="90" w:type="dxa"/>
            </w:tcMar>
            <w:vAlign w:val="center"/>
          </w:tcPr>
          <w:p w14:paraId="0F7DFEC0" w14:textId="77777777" w:rsidR="00623E5F" w:rsidRDefault="00623E5F"/>
          <w:p w14:paraId="6FA2D1CE" w14:textId="77777777" w:rsidR="00623E5F" w:rsidRDefault="00000000">
            <w:pPr>
              <w:spacing w:line="245" w:lineRule="auto"/>
            </w:pPr>
            <w:r>
              <w:rPr>
                <w:b/>
                <w:color w:val="000000"/>
                <w:sz w:val="15"/>
              </w:rPr>
              <w:t xml:space="preserve">UČNA SREDSTVA IN PRIPOMOČKI: </w:t>
            </w:r>
            <w:r>
              <w:rPr>
                <w:color w:val="000000"/>
                <w:sz w:val="15"/>
              </w:rPr>
              <w:t>stožci, talne oznake, obroči, vrvi, klopi, letveniki ali nizka plezala, blazine in mehke ovire; kartice namena in kriterijev; oznake štirih postaj; opazovalni list; semafor napora in mapa dokazov</w:t>
            </w:r>
          </w:p>
        </w:tc>
      </w:tr>
      <w:tr w:rsidR="00623E5F" w14:paraId="7BC03A57" w14:textId="77777777">
        <w:trPr>
          <w:cantSplit/>
          <w:jc w:val="center"/>
        </w:trPr>
        <w:tc>
          <w:tcPr>
            <w:tcW w:w="14060" w:type="dxa"/>
            <w:gridSpan w:val="6"/>
            <w:tcMar>
              <w:top w:w="70" w:type="dxa"/>
              <w:left w:w="90" w:type="dxa"/>
              <w:bottom w:w="70" w:type="dxa"/>
              <w:right w:w="90" w:type="dxa"/>
            </w:tcMar>
            <w:vAlign w:val="center"/>
          </w:tcPr>
          <w:p w14:paraId="46471872" w14:textId="77777777" w:rsidR="00623E5F" w:rsidRDefault="00623E5F"/>
          <w:p w14:paraId="3081B9C3"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6A48CDE7" w14:textId="77777777">
        <w:trPr>
          <w:cantSplit/>
          <w:jc w:val="center"/>
        </w:trPr>
        <w:tc>
          <w:tcPr>
            <w:tcW w:w="14060" w:type="dxa"/>
            <w:gridSpan w:val="6"/>
            <w:tcMar>
              <w:top w:w="70" w:type="dxa"/>
              <w:left w:w="90" w:type="dxa"/>
              <w:bottom w:w="70" w:type="dxa"/>
              <w:right w:w="90" w:type="dxa"/>
            </w:tcMar>
            <w:vAlign w:val="center"/>
          </w:tcPr>
          <w:p w14:paraId="188B06E8" w14:textId="77777777" w:rsidR="00623E5F" w:rsidRDefault="00623E5F"/>
          <w:p w14:paraId="2894A9F4" w14:textId="77777777" w:rsidR="00623E5F" w:rsidRDefault="00000000">
            <w:pPr>
              <w:spacing w:line="245" w:lineRule="auto"/>
            </w:pPr>
            <w:r>
              <w:rPr>
                <w:b/>
                <w:color w:val="000000"/>
                <w:sz w:val="15"/>
              </w:rPr>
              <w:t xml:space="preserve">OCENJEVANJE / DAN DEJAVNOSTI: </w:t>
            </w:r>
            <w:r>
              <w:rPr>
                <w:color w:val="000000"/>
                <w:sz w:val="15"/>
              </w:rPr>
              <w:t>KULTURNI DAN • november 2026 • Gledališče Koper • točen datum določi šola</w:t>
            </w:r>
          </w:p>
        </w:tc>
      </w:tr>
      <w:tr w:rsidR="00623E5F" w14:paraId="4CCFCCBE" w14:textId="77777777">
        <w:trPr>
          <w:cantSplit/>
          <w:jc w:val="center"/>
        </w:trPr>
        <w:tc>
          <w:tcPr>
            <w:tcW w:w="14060" w:type="dxa"/>
            <w:gridSpan w:val="6"/>
            <w:tcMar>
              <w:top w:w="70" w:type="dxa"/>
              <w:left w:w="90" w:type="dxa"/>
              <w:bottom w:w="70" w:type="dxa"/>
              <w:right w:w="90" w:type="dxa"/>
            </w:tcMar>
            <w:vAlign w:val="center"/>
          </w:tcPr>
          <w:p w14:paraId="06101613" w14:textId="77777777" w:rsidR="00623E5F" w:rsidRDefault="00623E5F"/>
          <w:p w14:paraId="322B93BF"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5AEE845E"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5226F81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58E0D8"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BB67803" w14:textId="77777777" w:rsidR="00623E5F" w:rsidRDefault="00000000">
            <w:pPr>
              <w:jc w:val="center"/>
            </w:pPr>
            <w:r>
              <w:rPr>
                <w:b/>
                <w:color w:val="000000"/>
                <w:sz w:val="20"/>
              </w:rPr>
              <w:t>UČNE DEJAVNOSTI, METODE IN FORMATIVNO SPREMLJANJE</w:t>
            </w:r>
          </w:p>
        </w:tc>
      </w:tr>
      <w:tr w:rsidR="00623E5F" w14:paraId="6114A5AB" w14:textId="77777777">
        <w:trPr>
          <w:tblHeader/>
          <w:jc w:val="center"/>
        </w:trPr>
        <w:tc>
          <w:tcPr>
            <w:tcW w:w="4422" w:type="dxa"/>
            <w:vMerge/>
            <w:tcMar>
              <w:top w:w="70" w:type="dxa"/>
              <w:left w:w="90" w:type="dxa"/>
              <w:bottom w:w="70" w:type="dxa"/>
              <w:right w:w="90" w:type="dxa"/>
            </w:tcMar>
            <w:vAlign w:val="center"/>
          </w:tcPr>
          <w:p w14:paraId="3C092F1A" w14:textId="77777777" w:rsidR="00623E5F" w:rsidRDefault="00623E5F"/>
        </w:tc>
        <w:tc>
          <w:tcPr>
            <w:tcW w:w="7087" w:type="dxa"/>
            <w:shd w:val="clear" w:color="auto" w:fill="FFFFFF"/>
            <w:tcMar>
              <w:top w:w="70" w:type="dxa"/>
              <w:left w:w="90" w:type="dxa"/>
              <w:bottom w:w="70" w:type="dxa"/>
              <w:right w:w="90" w:type="dxa"/>
            </w:tcMar>
            <w:vAlign w:val="center"/>
          </w:tcPr>
          <w:p w14:paraId="4760C59F"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68A420C" w14:textId="77777777" w:rsidR="00623E5F" w:rsidRDefault="00000000">
            <w:pPr>
              <w:jc w:val="center"/>
            </w:pPr>
            <w:r>
              <w:rPr>
                <w:b/>
                <w:color w:val="000000"/>
              </w:rPr>
              <w:t>UČENEC</w:t>
            </w:r>
          </w:p>
        </w:tc>
      </w:tr>
      <w:tr w:rsidR="00623E5F" w14:paraId="45312CC2" w14:textId="77777777">
        <w:trPr>
          <w:jc w:val="center"/>
        </w:trPr>
        <w:tc>
          <w:tcPr>
            <w:tcW w:w="4422" w:type="dxa"/>
            <w:tcMar>
              <w:top w:w="70" w:type="dxa"/>
              <w:left w:w="90" w:type="dxa"/>
              <w:bottom w:w="70" w:type="dxa"/>
              <w:right w:w="90" w:type="dxa"/>
            </w:tcMar>
          </w:tcPr>
          <w:p w14:paraId="70246CC1" w14:textId="77777777" w:rsidR="00623E5F" w:rsidRDefault="00623E5F"/>
          <w:p w14:paraId="406D2DEF" w14:textId="77777777" w:rsidR="00623E5F" w:rsidRDefault="00000000">
            <w:pPr>
              <w:spacing w:after="60" w:line="245" w:lineRule="auto"/>
            </w:pPr>
            <w:r>
              <w:rPr>
                <w:b/>
                <w:color w:val="000000"/>
              </w:rPr>
              <w:t>UČNI CILJI</w:t>
            </w:r>
          </w:p>
          <w:p w14:paraId="3788138D" w14:textId="77777777" w:rsidR="00623E5F" w:rsidRDefault="00000000">
            <w:pPr>
              <w:spacing w:after="20" w:line="245" w:lineRule="auto"/>
            </w:pPr>
            <w:r>
              <w:rPr>
                <w:b/>
                <w:color w:val="000000"/>
                <w:sz w:val="17"/>
              </w:rPr>
              <w:t>SPLOŠNI</w:t>
            </w:r>
          </w:p>
          <w:p w14:paraId="7A62C702"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3A79A02C" w14:textId="77777777" w:rsidR="00623E5F" w:rsidRDefault="00000000">
            <w:pPr>
              <w:pStyle w:val="Oznaenseznam"/>
              <w:spacing w:after="16"/>
            </w:pPr>
            <w:r>
              <w:rPr>
                <w:color w:val="000000"/>
                <w:sz w:val="15"/>
              </w:rPr>
              <w:t>varno hodi, teče, skače, meče, pleza, se plazi, lovi, ravnoteži, pleše in uporablja različne rekvizite</w:t>
            </w:r>
          </w:p>
          <w:p w14:paraId="670288FB" w14:textId="77777777" w:rsidR="00623E5F" w:rsidRDefault="00000000">
            <w:pPr>
              <w:pStyle w:val="Oznaenseznam"/>
              <w:spacing w:after="16"/>
            </w:pPr>
            <w:r>
              <w:rPr>
                <w:color w:val="000000"/>
                <w:sz w:val="15"/>
              </w:rPr>
              <w:t>razume pomen rednega gibanja, ogrevanja, higiene, primerne opreme, počitka in varnega ravnanja</w:t>
            </w:r>
          </w:p>
          <w:p w14:paraId="674DEC95"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337A0372" w14:textId="77777777" w:rsidR="00623E5F" w:rsidRDefault="00000000">
            <w:pPr>
              <w:spacing w:before="40" w:after="20" w:line="245" w:lineRule="auto"/>
            </w:pPr>
            <w:r>
              <w:rPr>
                <w:b/>
                <w:color w:val="000000"/>
                <w:sz w:val="17"/>
              </w:rPr>
              <w:t>OPERATIVNI</w:t>
            </w:r>
          </w:p>
          <w:p w14:paraId="6AE2F4CB" w14:textId="77777777" w:rsidR="00623E5F" w:rsidRDefault="00000000">
            <w:pPr>
              <w:pStyle w:val="Oznaenseznam"/>
              <w:spacing w:after="16"/>
            </w:pPr>
            <w:r>
              <w:rPr>
                <w:color w:val="000000"/>
                <w:sz w:val="15"/>
              </w:rPr>
              <w:t>poveže tek, skok in met</w:t>
            </w:r>
          </w:p>
          <w:p w14:paraId="1FD5FB6C" w14:textId="77777777" w:rsidR="00623E5F" w:rsidRDefault="00000000">
            <w:pPr>
              <w:pStyle w:val="Oznaenseznam"/>
              <w:spacing w:after="16"/>
            </w:pPr>
            <w:r>
              <w:rPr>
                <w:color w:val="000000"/>
                <w:sz w:val="15"/>
              </w:rPr>
              <w:t>vztraja pri nalogi</w:t>
            </w:r>
          </w:p>
          <w:p w14:paraId="6F1B1275" w14:textId="77777777" w:rsidR="00623E5F" w:rsidRDefault="00000000">
            <w:pPr>
              <w:pStyle w:val="Oznaenseznam"/>
              <w:spacing w:after="16"/>
            </w:pPr>
            <w:r>
              <w:rPr>
                <w:color w:val="000000"/>
                <w:sz w:val="15"/>
              </w:rPr>
              <w:t>samovrednoti izvedbo</w:t>
            </w:r>
          </w:p>
          <w:p w14:paraId="7CA0037E" w14:textId="77777777" w:rsidR="00623E5F" w:rsidRDefault="00000000">
            <w:pPr>
              <w:spacing w:before="40" w:after="20" w:line="245" w:lineRule="auto"/>
            </w:pPr>
            <w:r>
              <w:rPr>
                <w:b/>
                <w:color w:val="000000"/>
                <w:sz w:val="17"/>
              </w:rPr>
              <w:t>PRIČAKOVANI DOSEŽKI / MINIMALNI POUDARKI</w:t>
            </w:r>
          </w:p>
          <w:p w14:paraId="21B2F5AE" w14:textId="77777777" w:rsidR="00623E5F" w:rsidRDefault="00000000">
            <w:pPr>
              <w:pStyle w:val="Oznaenseznam"/>
              <w:spacing w:after="16"/>
            </w:pPr>
            <w:r>
              <w:rPr>
                <w:color w:val="000000"/>
                <w:sz w:val="15"/>
              </w:rPr>
              <w:t>učenec samostojno oziroma z dogovorjeno oporo poveže tek, skok in met</w:t>
            </w:r>
          </w:p>
          <w:p w14:paraId="6987E641" w14:textId="77777777" w:rsidR="00623E5F" w:rsidRDefault="00000000">
            <w:pPr>
              <w:pStyle w:val="Oznaenseznam"/>
              <w:spacing w:after="16"/>
            </w:pPr>
            <w:r>
              <w:rPr>
                <w:color w:val="000000"/>
                <w:sz w:val="15"/>
              </w:rPr>
              <w:t>učenec samostojno oziroma z dogovorjeno oporo vztraja pri nalogi</w:t>
            </w:r>
          </w:p>
          <w:p w14:paraId="1D9947D9" w14:textId="77777777" w:rsidR="00623E5F" w:rsidRDefault="00000000">
            <w:pPr>
              <w:pStyle w:val="Oznaenseznam"/>
              <w:spacing w:after="16"/>
            </w:pPr>
            <w:r>
              <w:rPr>
                <w:color w:val="000000"/>
                <w:sz w:val="15"/>
              </w:rPr>
              <w:t>učenec samostojno oziroma z dogovorjeno oporo samovrednoti izvedbo</w:t>
            </w:r>
          </w:p>
        </w:tc>
        <w:tc>
          <w:tcPr>
            <w:tcW w:w="7087" w:type="dxa"/>
            <w:tcMar>
              <w:top w:w="70" w:type="dxa"/>
              <w:left w:w="90" w:type="dxa"/>
              <w:bottom w:w="70" w:type="dxa"/>
              <w:right w:w="90" w:type="dxa"/>
            </w:tcMar>
          </w:tcPr>
          <w:p w14:paraId="1C660974"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47DD63EF" w14:textId="77777777">
              <w:trPr>
                <w:jc w:val="center"/>
              </w:trPr>
              <w:tc>
                <w:tcPr>
                  <w:tcW w:w="7087" w:type="dxa"/>
                  <w:shd w:val="clear" w:color="auto" w:fill="C6E7F3"/>
                  <w:tcMar>
                    <w:top w:w="45" w:type="dxa"/>
                    <w:left w:w="70" w:type="dxa"/>
                    <w:bottom w:w="45" w:type="dxa"/>
                    <w:right w:w="70" w:type="dxa"/>
                  </w:tcMar>
                </w:tcPr>
                <w:p w14:paraId="118574C5" w14:textId="77777777" w:rsidR="00623E5F" w:rsidRDefault="00000000">
                  <w:pPr>
                    <w:keepNext/>
                  </w:pPr>
                  <w:r>
                    <w:rPr>
                      <w:b/>
                      <w:color w:val="000000"/>
                    </w:rPr>
                    <w:t>UVODNI DEL – POČUTJE, GIBALNI NAMIG, PREDZNANJE IN NAMEN UČENJA (7–10 min)</w:t>
                  </w:r>
                </w:p>
              </w:tc>
            </w:tr>
          </w:tbl>
          <w:p w14:paraId="134FB4C6" w14:textId="77777777" w:rsidR="00623E5F" w:rsidRDefault="00623E5F">
            <w:pPr>
              <w:spacing w:line="20" w:lineRule="exact"/>
            </w:pPr>
          </w:p>
          <w:p w14:paraId="73D6C773" w14:textId="77777777" w:rsidR="00623E5F" w:rsidRDefault="00000000">
            <w:pPr>
              <w:spacing w:before="40" w:after="60" w:line="245" w:lineRule="auto"/>
            </w:pPr>
            <w:r>
              <w:rPr>
                <w:color w:val="000000"/>
                <w:sz w:val="15"/>
              </w:rPr>
              <w:t>Ob književnem motivu »Tri botre lisičice« – slovenska ljudska pravljica učenci vstopijo v temo gozd, iznajdljivost, snovi in odgovorna raba materialov. Učiteljica pripravi kratek gibalni namig: na tleh se pojavi pot stopinj, puščic in varnih ovir; učenci z gibalno napovedjo iščejo različne rešitve za temo »poligon jeseni«. Tedenski gibalni izziv: premaga jesenski poligon s tremi postajami.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6D2A17A0" w14:textId="77777777">
              <w:trPr>
                <w:jc w:val="center"/>
              </w:trPr>
              <w:tc>
                <w:tcPr>
                  <w:tcW w:w="7087" w:type="dxa"/>
                  <w:shd w:val="clear" w:color="auto" w:fill="EDC9EA"/>
                  <w:tcMar>
                    <w:top w:w="45" w:type="dxa"/>
                    <w:left w:w="70" w:type="dxa"/>
                    <w:bottom w:w="45" w:type="dxa"/>
                    <w:right w:w="70" w:type="dxa"/>
                  </w:tcMar>
                </w:tcPr>
                <w:p w14:paraId="11AE7779" w14:textId="77777777" w:rsidR="00623E5F" w:rsidRDefault="00000000">
                  <w:pPr>
                    <w:keepNext/>
                  </w:pPr>
                  <w:r>
                    <w:rPr>
                      <w:b/>
                      <w:color w:val="000000"/>
                    </w:rPr>
                    <w:t>NAMENI UČENJA</w:t>
                  </w:r>
                </w:p>
              </w:tc>
            </w:tr>
          </w:tbl>
          <w:p w14:paraId="02D93796" w14:textId="77777777" w:rsidR="00623E5F" w:rsidRDefault="00623E5F">
            <w:pPr>
              <w:spacing w:line="20" w:lineRule="exact"/>
            </w:pPr>
          </w:p>
          <w:p w14:paraId="62361CAE"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50F718FA" w14:textId="77777777" w:rsidR="00623E5F" w:rsidRDefault="00000000">
            <w:pPr>
              <w:pStyle w:val="Oznaenseznam"/>
              <w:spacing w:after="16"/>
            </w:pPr>
            <w:r>
              <w:rPr>
                <w:color w:val="000000"/>
                <w:sz w:val="15"/>
              </w:rPr>
              <w:t>poveže tek, skok in met</w:t>
            </w:r>
          </w:p>
          <w:p w14:paraId="32861087" w14:textId="77777777" w:rsidR="00623E5F" w:rsidRDefault="00000000">
            <w:pPr>
              <w:pStyle w:val="Oznaenseznam"/>
              <w:spacing w:after="16"/>
            </w:pPr>
            <w:r>
              <w:rPr>
                <w:color w:val="000000"/>
                <w:sz w:val="15"/>
              </w:rPr>
              <w:t>vztraja pri nalogi</w:t>
            </w:r>
          </w:p>
          <w:p w14:paraId="5C34DF7C" w14:textId="77777777" w:rsidR="00623E5F" w:rsidRDefault="00000000">
            <w:pPr>
              <w:pStyle w:val="Oznaenseznam"/>
              <w:spacing w:after="16"/>
            </w:pPr>
            <w:r>
              <w:rPr>
                <w:color w:val="000000"/>
                <w:sz w:val="15"/>
              </w:rPr>
              <w:t>samovrednotim izvedbo</w:t>
            </w:r>
          </w:p>
          <w:tbl>
            <w:tblPr>
              <w:tblStyle w:val="Tabelamrea"/>
              <w:tblW w:w="0" w:type="auto"/>
              <w:jc w:val="center"/>
              <w:tblLayout w:type="fixed"/>
              <w:tblLook w:val="04A0" w:firstRow="1" w:lastRow="0" w:firstColumn="1" w:lastColumn="0" w:noHBand="0" w:noVBand="1"/>
            </w:tblPr>
            <w:tblGrid>
              <w:gridCol w:w="7087"/>
            </w:tblGrid>
            <w:tr w:rsidR="00623E5F" w14:paraId="73275430" w14:textId="77777777">
              <w:trPr>
                <w:jc w:val="center"/>
              </w:trPr>
              <w:tc>
                <w:tcPr>
                  <w:tcW w:w="7087" w:type="dxa"/>
                  <w:shd w:val="clear" w:color="auto" w:fill="EDC9EA"/>
                  <w:tcMar>
                    <w:top w:w="45" w:type="dxa"/>
                    <w:left w:w="70" w:type="dxa"/>
                    <w:bottom w:w="45" w:type="dxa"/>
                    <w:right w:w="70" w:type="dxa"/>
                  </w:tcMar>
                </w:tcPr>
                <w:p w14:paraId="736E8D15" w14:textId="77777777" w:rsidR="00623E5F" w:rsidRDefault="00000000">
                  <w:pPr>
                    <w:keepNext/>
                  </w:pPr>
                  <w:r>
                    <w:rPr>
                      <w:b/>
                      <w:color w:val="000000"/>
                    </w:rPr>
                    <w:t>PREVERJANJE PREDZNANJA</w:t>
                  </w:r>
                </w:p>
              </w:tc>
            </w:tr>
          </w:tbl>
          <w:p w14:paraId="46D5B57D" w14:textId="77777777" w:rsidR="00623E5F" w:rsidRDefault="00623E5F">
            <w:pPr>
              <w:spacing w:line="20" w:lineRule="exact"/>
            </w:pPr>
          </w:p>
          <w:p w14:paraId="0FA06696" w14:textId="77777777" w:rsidR="00623E5F" w:rsidRDefault="00000000">
            <w:pPr>
              <w:pStyle w:val="Oznaenseznam"/>
              <w:spacing w:after="16"/>
            </w:pPr>
            <w:r>
              <w:rPr>
                <w:color w:val="000000"/>
                <w:sz w:val="15"/>
              </w:rPr>
              <w:t>Kaj moje telo in prostor že znata pokazati pri temi »POLIGON JESENI«?</w:t>
            </w:r>
          </w:p>
          <w:p w14:paraId="178C4ABB" w14:textId="77777777" w:rsidR="00623E5F" w:rsidRDefault="00000000">
            <w:pPr>
              <w:pStyle w:val="Oznaenseznam"/>
              <w:spacing w:after="16"/>
            </w:pPr>
            <w:r>
              <w:rPr>
                <w:color w:val="000000"/>
                <w:sz w:val="15"/>
              </w:rPr>
              <w:t>Katero varnostno pravilo, gibalni korak ali strategijo že obvladam in kaj bi najprej preizkusil/-a?</w:t>
            </w:r>
          </w:p>
          <w:p w14:paraId="7C1BB149"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71E5DF89" w14:textId="77777777">
              <w:trPr>
                <w:jc w:val="center"/>
              </w:trPr>
              <w:tc>
                <w:tcPr>
                  <w:tcW w:w="7087" w:type="dxa"/>
                  <w:shd w:val="clear" w:color="auto" w:fill="EDC9EA"/>
                  <w:tcMar>
                    <w:top w:w="45" w:type="dxa"/>
                    <w:left w:w="70" w:type="dxa"/>
                    <w:bottom w:w="45" w:type="dxa"/>
                    <w:right w:w="70" w:type="dxa"/>
                  </w:tcMar>
                </w:tcPr>
                <w:p w14:paraId="4D6D370E" w14:textId="77777777" w:rsidR="00623E5F" w:rsidRDefault="00000000">
                  <w:pPr>
                    <w:keepNext/>
                  </w:pPr>
                  <w:r>
                    <w:rPr>
                      <w:b/>
                      <w:color w:val="000000"/>
                    </w:rPr>
                    <w:t>KRITERIJI USPEŠNOSTI</w:t>
                  </w:r>
                </w:p>
              </w:tc>
            </w:tr>
          </w:tbl>
          <w:p w14:paraId="1ABD879A" w14:textId="77777777" w:rsidR="00623E5F" w:rsidRDefault="00623E5F"/>
          <w:p w14:paraId="7407EA18" w14:textId="77777777" w:rsidR="00623E5F" w:rsidRDefault="00000000">
            <w:pPr>
              <w:spacing w:before="20" w:after="20" w:line="245" w:lineRule="auto"/>
            </w:pPr>
            <w:r>
              <w:rPr>
                <w:b/>
                <w:color w:val="000000"/>
                <w:sz w:val="16"/>
              </w:rPr>
              <w:t>Uspešen/-na bom, ko:</w:t>
            </w:r>
          </w:p>
          <w:p w14:paraId="6EACA209" w14:textId="77777777" w:rsidR="00623E5F" w:rsidRDefault="00000000">
            <w:pPr>
              <w:pStyle w:val="Oznaenseznam"/>
              <w:spacing w:after="16"/>
            </w:pPr>
            <w:r>
              <w:rPr>
                <w:color w:val="000000"/>
                <w:sz w:val="15"/>
              </w:rPr>
              <w:t>poveže tek, skok in met</w:t>
            </w:r>
          </w:p>
          <w:p w14:paraId="6FD13544" w14:textId="77777777" w:rsidR="00623E5F" w:rsidRDefault="00000000">
            <w:pPr>
              <w:pStyle w:val="Oznaenseznam"/>
              <w:spacing w:after="16"/>
            </w:pPr>
            <w:r>
              <w:rPr>
                <w:color w:val="000000"/>
                <w:sz w:val="15"/>
              </w:rPr>
              <w:t>vztraja pri nalogi</w:t>
            </w:r>
          </w:p>
          <w:p w14:paraId="47F5779A" w14:textId="77777777" w:rsidR="00623E5F" w:rsidRDefault="00000000">
            <w:pPr>
              <w:pStyle w:val="Oznaenseznam"/>
              <w:spacing w:after="16"/>
            </w:pPr>
            <w:r>
              <w:rPr>
                <w:color w:val="000000"/>
                <w:sz w:val="15"/>
              </w:rPr>
              <w:t>samovrednotim izvedbo</w:t>
            </w:r>
          </w:p>
          <w:p w14:paraId="2EFA1933" w14:textId="77777777" w:rsidR="00623E5F" w:rsidRDefault="00000000">
            <w:pPr>
              <w:pStyle w:val="Oznaenseznam"/>
              <w:spacing w:after="16"/>
            </w:pPr>
            <w:r>
              <w:rPr>
                <w:color w:val="000000"/>
                <w:sz w:val="15"/>
              </w:rPr>
              <w:t>pred začetkom preverim prostor in opremo, ohranjam razdaljo ter se na znak varno ustavim</w:t>
            </w:r>
          </w:p>
          <w:p w14:paraId="4BA59397"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2A1BEE6F" w14:textId="77777777" w:rsidR="00623E5F" w:rsidRDefault="00623E5F"/>
          <w:p w14:paraId="0C96E55B"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13E97D0C"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7F6EF68B" w14:textId="77777777" w:rsidR="00623E5F" w:rsidRDefault="00000000">
            <w:pPr>
              <w:spacing w:after="100" w:line="245" w:lineRule="auto"/>
            </w:pPr>
            <w:r>
              <w:rPr>
                <w:color w:val="000000"/>
                <w:sz w:val="15"/>
              </w:rPr>
              <w:t>Sodeluje pri razumevanju namena, vidnih meril, varnostnih pravil, prehodov in načina dokazovanja.</w:t>
            </w:r>
          </w:p>
          <w:p w14:paraId="5EF533BF" w14:textId="77777777" w:rsidR="00623E5F" w:rsidRDefault="00000000">
            <w:pPr>
              <w:spacing w:after="20" w:line="245" w:lineRule="auto"/>
            </w:pPr>
            <w:r>
              <w:rPr>
                <w:b/>
                <w:color w:val="D95BC6"/>
                <w:sz w:val="17"/>
              </w:rPr>
              <w:t>DOKAZ O UČENJU</w:t>
            </w:r>
          </w:p>
          <w:p w14:paraId="7FCF0CF6"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0A8EDDD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97E30C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5E0CF35"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C79D8C7" w14:textId="77777777" w:rsidR="00623E5F" w:rsidRDefault="00000000">
            <w:pPr>
              <w:jc w:val="center"/>
            </w:pPr>
            <w:r>
              <w:rPr>
                <w:b/>
                <w:color w:val="000000"/>
                <w:sz w:val="20"/>
              </w:rPr>
              <w:t>UČNE DEJAVNOSTI, METODE IN FORMATIVNO SPREMLJANJE</w:t>
            </w:r>
          </w:p>
        </w:tc>
      </w:tr>
      <w:tr w:rsidR="00623E5F" w14:paraId="6647A9E4" w14:textId="77777777">
        <w:trPr>
          <w:tblHeader/>
          <w:jc w:val="center"/>
        </w:trPr>
        <w:tc>
          <w:tcPr>
            <w:tcW w:w="4422" w:type="dxa"/>
            <w:vMerge/>
            <w:tcMar>
              <w:top w:w="70" w:type="dxa"/>
              <w:left w:w="90" w:type="dxa"/>
              <w:bottom w:w="70" w:type="dxa"/>
              <w:right w:w="90" w:type="dxa"/>
            </w:tcMar>
            <w:vAlign w:val="center"/>
          </w:tcPr>
          <w:p w14:paraId="6922C82A" w14:textId="77777777" w:rsidR="00623E5F" w:rsidRDefault="00623E5F"/>
        </w:tc>
        <w:tc>
          <w:tcPr>
            <w:tcW w:w="7087" w:type="dxa"/>
            <w:shd w:val="clear" w:color="auto" w:fill="FFFFFF"/>
            <w:tcMar>
              <w:top w:w="70" w:type="dxa"/>
              <w:left w:w="90" w:type="dxa"/>
              <w:bottom w:w="70" w:type="dxa"/>
              <w:right w:w="90" w:type="dxa"/>
            </w:tcMar>
            <w:vAlign w:val="center"/>
          </w:tcPr>
          <w:p w14:paraId="7665ED17"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F457288" w14:textId="77777777" w:rsidR="00623E5F" w:rsidRDefault="00000000">
            <w:pPr>
              <w:jc w:val="center"/>
            </w:pPr>
            <w:r>
              <w:rPr>
                <w:b/>
                <w:color w:val="000000"/>
              </w:rPr>
              <w:t>UČENEC</w:t>
            </w:r>
          </w:p>
        </w:tc>
      </w:tr>
      <w:tr w:rsidR="00623E5F" w14:paraId="00EF4D9D" w14:textId="77777777">
        <w:trPr>
          <w:jc w:val="center"/>
        </w:trPr>
        <w:tc>
          <w:tcPr>
            <w:tcW w:w="4422" w:type="dxa"/>
            <w:tcMar>
              <w:top w:w="70" w:type="dxa"/>
              <w:left w:w="90" w:type="dxa"/>
              <w:bottom w:w="70" w:type="dxa"/>
              <w:right w:w="90" w:type="dxa"/>
            </w:tcMar>
          </w:tcPr>
          <w:p w14:paraId="664D6B8A" w14:textId="77777777" w:rsidR="00623E5F" w:rsidRDefault="00623E5F"/>
          <w:p w14:paraId="4323738F" w14:textId="77777777" w:rsidR="00623E5F" w:rsidRDefault="00000000">
            <w:pPr>
              <w:spacing w:after="40" w:line="245" w:lineRule="auto"/>
            </w:pPr>
            <w:r>
              <w:rPr>
                <w:b/>
                <w:color w:val="000000"/>
                <w:sz w:val="17"/>
              </w:rPr>
              <w:t>KLJUČNI ŠPORTNI IN GIBALNI POJMI</w:t>
            </w:r>
          </w:p>
          <w:p w14:paraId="42151A67"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hoja, tek, lazenje, plazenje, valjanje, opora, ovira, poligon, doskok</w:t>
            </w:r>
          </w:p>
          <w:p w14:paraId="3EA2B902" w14:textId="77777777" w:rsidR="00623E5F" w:rsidRDefault="00000000">
            <w:pPr>
              <w:spacing w:after="20" w:line="245" w:lineRule="auto"/>
            </w:pPr>
            <w:r>
              <w:rPr>
                <w:b/>
                <w:color w:val="000000"/>
                <w:sz w:val="17"/>
              </w:rPr>
              <w:t>DOKAZI O UČENJU</w:t>
            </w:r>
          </w:p>
          <w:p w14:paraId="03A06888" w14:textId="77777777" w:rsidR="00623E5F" w:rsidRDefault="00000000">
            <w:pPr>
              <w:pStyle w:val="Oznaenseznam"/>
              <w:spacing w:after="7"/>
            </w:pPr>
            <w:r>
              <w:rPr>
                <w:color w:val="000000"/>
                <w:sz w:val="14"/>
              </w:rPr>
              <w:t>varen odziv na znak, začetni poskus prvine in ustno varnostno pravilo.</w:t>
            </w:r>
          </w:p>
          <w:p w14:paraId="3BD6E4FA" w14:textId="77777777" w:rsidR="00623E5F" w:rsidRDefault="00000000">
            <w:pPr>
              <w:pStyle w:val="Oznaenseznam"/>
              <w:spacing w:after="7"/>
            </w:pPr>
            <w:r>
              <w:rPr>
                <w:color w:val="000000"/>
                <w:sz w:val="14"/>
              </w:rPr>
              <w:t>uporaba prvine v igri, sodelovanje, upoštevanje pravil in osebno samovrednotenje.</w:t>
            </w:r>
          </w:p>
          <w:p w14:paraId="3E1B0DCF" w14:textId="77777777" w:rsidR="00623E5F" w:rsidRDefault="00000000">
            <w:pPr>
              <w:spacing w:before="40" w:after="20" w:line="245" w:lineRule="auto"/>
            </w:pPr>
            <w:r>
              <w:rPr>
                <w:b/>
                <w:color w:val="000000"/>
                <w:sz w:val="16"/>
              </w:rPr>
              <w:t>GIBALNO DOŽIVETJE IN IZKUŠENJSKI POUK</w:t>
            </w:r>
          </w:p>
          <w:p w14:paraId="2EED8083"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6867F1E9" w14:textId="77777777" w:rsidR="00623E5F" w:rsidRDefault="00000000">
            <w:pPr>
              <w:spacing w:after="20" w:line="245" w:lineRule="auto"/>
            </w:pPr>
            <w:r>
              <w:rPr>
                <w:b/>
                <w:color w:val="000000"/>
                <w:sz w:val="16"/>
              </w:rPr>
              <w:t>POUČEVANJE V GIBANJU</w:t>
            </w:r>
          </w:p>
          <w:p w14:paraId="76B86D0E"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1C3CA421" w14:textId="77777777" w:rsidR="00623E5F" w:rsidRDefault="00000000">
            <w:pPr>
              <w:spacing w:after="20" w:line="245" w:lineRule="auto"/>
            </w:pPr>
            <w:r>
              <w:rPr>
                <w:b/>
                <w:color w:val="000000"/>
                <w:sz w:val="16"/>
              </w:rPr>
              <w:t>DELO PO ŠTIRIH POSTAJAH</w:t>
            </w:r>
          </w:p>
          <w:p w14:paraId="5D714B25"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5E5CBD61" w14:textId="77777777" w:rsidR="00623E5F" w:rsidRDefault="00000000">
            <w:pPr>
              <w:spacing w:after="7" w:line="245" w:lineRule="auto"/>
            </w:pPr>
            <w:r>
              <w:rPr>
                <w:color w:val="000000"/>
                <w:sz w:val="14"/>
              </w:rPr>
              <w:t>1. Tehnična: po talnih oznakah in modelu večkrat vadim cilj »poveže tek, skok in met« na izbrani ravni.</w:t>
            </w:r>
          </w:p>
          <w:p w14:paraId="26DA2481" w14:textId="77777777" w:rsidR="00623E5F" w:rsidRDefault="00000000">
            <w:pPr>
              <w:spacing w:after="7" w:line="245" w:lineRule="auto"/>
            </w:pPr>
            <w:r>
              <w:rPr>
                <w:color w:val="000000"/>
                <w:sz w:val="14"/>
              </w:rPr>
              <w:t>2. Ravnotežno-koordinacijska: z linijo, obroči, nizko oviro ali blazino uresničujem cilj »vztraja pri nalogi«.</w:t>
            </w:r>
          </w:p>
          <w:p w14:paraId="19B742C8" w14:textId="77777777" w:rsidR="00623E5F" w:rsidRDefault="00000000">
            <w:pPr>
              <w:spacing w:after="7" w:line="245" w:lineRule="auto"/>
            </w:pPr>
            <w:r>
              <w:rPr>
                <w:color w:val="000000"/>
                <w:sz w:val="14"/>
              </w:rPr>
              <w:t>3. Povezovalni poligon: v varen niz povežem tri osnovne oblike gibanja, smer, spremembo nivoja in ustavitev.</w:t>
            </w:r>
          </w:p>
          <w:p w14:paraId="2689A4EF" w14:textId="77777777" w:rsidR="00623E5F" w:rsidRDefault="00000000">
            <w:pPr>
              <w:spacing w:after="7" w:line="245" w:lineRule="auto"/>
            </w:pPr>
            <w:r>
              <w:rPr>
                <w:color w:val="000000"/>
                <w:sz w:val="14"/>
              </w:rPr>
              <w:t>4. Igralno-refleksivna: spretnost uporabim v igri brez izločanja ter s semaforjem pokažem, kako »samovrednotim izvedbo«.</w:t>
            </w:r>
          </w:p>
          <w:p w14:paraId="09893A19" w14:textId="77777777" w:rsidR="00623E5F" w:rsidRDefault="00000000">
            <w:pPr>
              <w:spacing w:after="20" w:line="245" w:lineRule="auto"/>
            </w:pPr>
            <w:r>
              <w:rPr>
                <w:b/>
                <w:color w:val="000000"/>
                <w:sz w:val="16"/>
              </w:rPr>
              <w:t>DIFERENCIACIJA IN VKLJUČEVANJE</w:t>
            </w:r>
          </w:p>
          <w:p w14:paraId="70867951"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71E90704" w14:textId="77777777" w:rsidR="00623E5F" w:rsidRDefault="00000000">
            <w:pPr>
              <w:spacing w:after="20" w:line="245" w:lineRule="auto"/>
            </w:pPr>
            <w:r>
              <w:rPr>
                <w:b/>
                <w:color w:val="000000"/>
                <w:sz w:val="16"/>
              </w:rPr>
              <w:t>SPREMLJANJE</w:t>
            </w:r>
          </w:p>
          <w:p w14:paraId="13BF288E"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27838C0E"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DCAE751" w14:textId="77777777">
              <w:trPr>
                <w:jc w:val="center"/>
              </w:trPr>
              <w:tc>
                <w:tcPr>
                  <w:tcW w:w="7087" w:type="dxa"/>
                  <w:shd w:val="clear" w:color="auto" w:fill="C6E7F3"/>
                  <w:tcMar>
                    <w:top w:w="45" w:type="dxa"/>
                    <w:left w:w="70" w:type="dxa"/>
                    <w:bottom w:w="45" w:type="dxa"/>
                    <w:right w:w="70" w:type="dxa"/>
                  </w:tcMar>
                </w:tcPr>
                <w:p w14:paraId="7CA0BEF6" w14:textId="77777777" w:rsidR="00623E5F" w:rsidRDefault="00000000">
                  <w:pPr>
                    <w:keepNext/>
                  </w:pPr>
                  <w:r>
                    <w:rPr>
                      <w:b/>
                      <w:color w:val="000000"/>
                      <w:sz w:val="16"/>
                    </w:rPr>
                    <w:t>GLAVNI DEL – GIBALNI IZZIV, VADBA NA ŠTIRIH POSTAJAH IN IGRA (2 šolski uri)</w:t>
                  </w:r>
                </w:p>
              </w:tc>
            </w:tr>
          </w:tbl>
          <w:p w14:paraId="2C18E352" w14:textId="77777777" w:rsidR="00623E5F" w:rsidRDefault="00623E5F">
            <w:pPr>
              <w:spacing w:line="20" w:lineRule="exact"/>
            </w:pPr>
          </w:p>
          <w:p w14:paraId="51D592E9" w14:textId="77777777" w:rsidR="00623E5F" w:rsidRDefault="00000000">
            <w:pPr>
              <w:keepNext/>
              <w:spacing w:before="16" w:after="6" w:line="245" w:lineRule="auto"/>
            </w:pPr>
            <w:r>
              <w:rPr>
                <w:b/>
                <w:color w:val="000000"/>
                <w:sz w:val="15"/>
              </w:rPr>
              <w:t>1. URA – Poligon jeseni – Ogrejem se in usvojim gib</w:t>
            </w:r>
          </w:p>
          <w:p w14:paraId="0971D17C"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»Tri botre lisičice« – slovenska ljudska pravljica. Osrednji del 30': 32' – Preveri prostor in opremo, predstavi varnostni znak ter skozi gibalno zgodbo modelira ključno prvino po korakih.</w:t>
            </w:r>
          </w:p>
          <w:p w14:paraId="6E7E378B"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7B25C3DB" w14:textId="77777777" w:rsidR="00623E5F" w:rsidRDefault="00000000">
            <w:pPr>
              <w:spacing w:after="15" w:line="245" w:lineRule="auto"/>
            </w:pPr>
            <w:r>
              <w:rPr>
                <w:i/>
                <w:color w:val="D95BC6"/>
                <w:sz w:val="14"/>
              </w:rPr>
              <w:t>Predvideni dokaz: varen odziv na znak, začetni poskus prvine in ustno varnostno pravilo..</w:t>
            </w:r>
          </w:p>
          <w:p w14:paraId="72D7AC34" w14:textId="77777777" w:rsidR="00623E5F" w:rsidRDefault="00000000">
            <w:pPr>
              <w:keepNext/>
              <w:spacing w:before="16" w:after="6" w:line="245" w:lineRule="auto"/>
            </w:pPr>
            <w:r>
              <w:rPr>
                <w:b/>
                <w:color w:val="000000"/>
                <w:sz w:val="15"/>
              </w:rPr>
              <w:t>2. URA – Poligon jeseni – Uporabim v igri</w:t>
            </w:r>
          </w:p>
          <w:p w14:paraId="56F64CA3"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»Tri botre lisičice« – slovenska ljudska pravljica. Osrednji del 30': 32' – Organizira vključujočo igro ali izziv brez izločanja, spremlja varnost, pošteno igro in uporabo naučene prvine.</w:t>
            </w:r>
          </w:p>
          <w:p w14:paraId="41E6EBE5"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52F4927F"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52C992CD" w14:textId="77777777">
              <w:trPr>
                <w:jc w:val="center"/>
              </w:trPr>
              <w:tc>
                <w:tcPr>
                  <w:tcW w:w="7087" w:type="dxa"/>
                  <w:shd w:val="clear" w:color="auto" w:fill="EDC9EA"/>
                  <w:tcMar>
                    <w:top w:w="45" w:type="dxa"/>
                    <w:left w:w="70" w:type="dxa"/>
                    <w:bottom w:w="45" w:type="dxa"/>
                    <w:right w:w="70" w:type="dxa"/>
                  </w:tcMar>
                </w:tcPr>
                <w:p w14:paraId="0BA4F7F8" w14:textId="77777777" w:rsidR="00623E5F" w:rsidRDefault="00000000">
                  <w:pPr>
                    <w:keepNext/>
                  </w:pPr>
                  <w:r>
                    <w:rPr>
                      <w:b/>
                      <w:color w:val="000000"/>
                      <w:sz w:val="16"/>
                    </w:rPr>
                    <w:t>ORGANIZACIJA POSTAJ, PREHODOV IN AKTIVNEGA ČASA</w:t>
                  </w:r>
                </w:p>
              </w:tc>
            </w:tr>
          </w:tbl>
          <w:p w14:paraId="1A1194AC" w14:textId="77777777" w:rsidR="00623E5F" w:rsidRDefault="00623E5F"/>
          <w:p w14:paraId="2F8147ED" w14:textId="77777777" w:rsidR="00623E5F" w:rsidRDefault="00000000">
            <w:pPr>
              <w:spacing w:before="5" w:after="6" w:line="245" w:lineRule="auto"/>
            </w:pPr>
            <w:r>
              <w:rPr>
                <w:color w:val="000000"/>
                <w:sz w:val="14"/>
              </w:rPr>
              <w:t>Postaja 1: Tehnična: po talnih oznakah in modelu večkrat vadim cilj »poveže tek, skok in met« na izbrani ravni.</w:t>
            </w:r>
          </w:p>
          <w:p w14:paraId="0DB126D8" w14:textId="77777777" w:rsidR="00623E5F" w:rsidRDefault="00000000">
            <w:pPr>
              <w:spacing w:before="5" w:after="6" w:line="245" w:lineRule="auto"/>
            </w:pPr>
            <w:r>
              <w:rPr>
                <w:color w:val="000000"/>
                <w:sz w:val="14"/>
              </w:rPr>
              <w:t>Postaja 2: Ravnotežno-koordinacijska: z linijo, obroči, nizko oviro ali blazino uresničujem cilj »vztraja pri nalogi«.</w:t>
            </w:r>
          </w:p>
          <w:p w14:paraId="602BD47B" w14:textId="77777777" w:rsidR="00623E5F" w:rsidRDefault="00000000">
            <w:pPr>
              <w:spacing w:before="5" w:after="6" w:line="245" w:lineRule="auto"/>
            </w:pPr>
            <w:r>
              <w:rPr>
                <w:color w:val="000000"/>
                <w:sz w:val="14"/>
              </w:rPr>
              <w:t>Postaja 3: Povezovalni poligon: v varen niz povežem tri osnovne oblike gibanja, smer, spremembo nivoja in ustavitev.</w:t>
            </w:r>
          </w:p>
          <w:p w14:paraId="0C834C60" w14:textId="77777777" w:rsidR="00623E5F" w:rsidRDefault="00000000">
            <w:pPr>
              <w:spacing w:before="5" w:after="6" w:line="245" w:lineRule="auto"/>
            </w:pPr>
            <w:r>
              <w:rPr>
                <w:color w:val="000000"/>
                <w:sz w:val="14"/>
              </w:rPr>
              <w:t>Postaja 4: Igralno-refleksivna: spretnost uporabim v igri brez izločanja ter s semaforjem pokažem, kako »samovrednotim izvedbo«.</w:t>
            </w:r>
          </w:p>
          <w:p w14:paraId="2415C29D"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71D7BC4D" w14:textId="77777777" w:rsidR="00623E5F" w:rsidRDefault="00623E5F"/>
          <w:p w14:paraId="7C5FC9CF" w14:textId="77777777" w:rsidR="00623E5F" w:rsidRDefault="00000000">
            <w:pPr>
              <w:spacing w:after="5" w:line="245" w:lineRule="auto"/>
            </w:pPr>
            <w:r>
              <w:rPr>
                <w:b/>
                <w:color w:val="000000"/>
                <w:sz w:val="15"/>
              </w:rPr>
              <w:t>1. URA – Poligon jeseni – Ogrejem se in usvojim gib</w:t>
            </w:r>
          </w:p>
          <w:p w14:paraId="01CE0383"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57696F10" w14:textId="77777777" w:rsidR="00623E5F" w:rsidRDefault="00000000">
            <w:pPr>
              <w:spacing w:after="14" w:line="245" w:lineRule="auto"/>
            </w:pPr>
            <w:r>
              <w:rPr>
                <w:color w:val="D95BC6"/>
                <w:sz w:val="13"/>
              </w:rPr>
              <w:t>Dokaz: varen odziv na znak, začetni poskus prvine in ustno varnostno pravilo.</w:t>
            </w:r>
          </w:p>
          <w:p w14:paraId="02D694AE" w14:textId="77777777" w:rsidR="00623E5F" w:rsidRDefault="00000000">
            <w:pPr>
              <w:spacing w:after="5" w:line="245" w:lineRule="auto"/>
            </w:pPr>
            <w:r>
              <w:rPr>
                <w:b/>
                <w:color w:val="000000"/>
                <w:sz w:val="15"/>
              </w:rPr>
              <w:t>2. URA – Poligon jeseni – Uporabim v igri</w:t>
            </w:r>
          </w:p>
          <w:p w14:paraId="7D1295D9"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D0BA057" w14:textId="77777777" w:rsidR="00623E5F" w:rsidRDefault="00000000">
            <w:pPr>
              <w:spacing w:after="14" w:line="245" w:lineRule="auto"/>
            </w:pPr>
            <w:r>
              <w:rPr>
                <w:color w:val="D95BC6"/>
                <w:sz w:val="13"/>
              </w:rPr>
              <w:t>Dokaz: uporaba prvine v igri, sodelovanje, upoštevanje pravil in osebno.</w:t>
            </w:r>
          </w:p>
          <w:p w14:paraId="521319C6" w14:textId="77777777" w:rsidR="00623E5F" w:rsidRDefault="00000000">
            <w:pPr>
              <w:spacing w:before="30" w:after="14" w:line="245" w:lineRule="auto"/>
            </w:pPr>
            <w:r>
              <w:rPr>
                <w:b/>
                <w:color w:val="D95BC6"/>
                <w:sz w:val="16"/>
              </w:rPr>
              <w:t>MOJ KROG POSTAJ</w:t>
            </w:r>
          </w:p>
          <w:p w14:paraId="41D0978C" w14:textId="77777777" w:rsidR="00623E5F" w:rsidRDefault="00000000">
            <w:pPr>
              <w:spacing w:after="8" w:line="245" w:lineRule="auto"/>
            </w:pPr>
            <w:r>
              <w:rPr>
                <w:color w:val="000000"/>
                <w:sz w:val="13"/>
              </w:rPr>
              <w:t>1. Tehnična: po talnih oznakah in modelu večkrat vadim cilj »poveže tek.</w:t>
            </w:r>
          </w:p>
          <w:p w14:paraId="7A52AECC" w14:textId="77777777" w:rsidR="00623E5F" w:rsidRDefault="00000000">
            <w:pPr>
              <w:spacing w:after="8" w:line="245" w:lineRule="auto"/>
            </w:pPr>
            <w:r>
              <w:rPr>
                <w:color w:val="000000"/>
                <w:sz w:val="13"/>
              </w:rPr>
              <w:t>2. Ravnotežno-koordinacijska: z linijo, obroči, nizko oviro ali blazino uresničujem.</w:t>
            </w:r>
          </w:p>
          <w:p w14:paraId="5108B940" w14:textId="77777777" w:rsidR="00623E5F" w:rsidRDefault="00000000">
            <w:pPr>
              <w:spacing w:after="8" w:line="245" w:lineRule="auto"/>
            </w:pPr>
            <w:r>
              <w:rPr>
                <w:color w:val="000000"/>
                <w:sz w:val="13"/>
              </w:rPr>
              <w:t>3. Povezovalni poligon: v varen niz povežem tri osnovne oblike gibanja, smer.</w:t>
            </w:r>
          </w:p>
          <w:p w14:paraId="56B7B0E1" w14:textId="77777777" w:rsidR="00623E5F" w:rsidRDefault="00000000">
            <w:pPr>
              <w:spacing w:after="8" w:line="245" w:lineRule="auto"/>
            </w:pPr>
            <w:r>
              <w:rPr>
                <w:color w:val="000000"/>
                <w:sz w:val="13"/>
              </w:rPr>
              <w:t>4. Igralno-refleksivna: spretnost uporabim v igri brez izločanja ter s semaforjem.</w:t>
            </w:r>
          </w:p>
          <w:p w14:paraId="60097F67"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67698030" w14:textId="77777777" w:rsidR="00623E5F" w:rsidRDefault="00000000">
            <w:pPr>
              <w:spacing w:after="14" w:line="245" w:lineRule="auto"/>
            </w:pPr>
            <w:r>
              <w:rPr>
                <w:b/>
                <w:color w:val="D95BC6"/>
                <w:sz w:val="16"/>
              </w:rPr>
              <w:t>DOKAZ O UČENJU</w:t>
            </w:r>
          </w:p>
          <w:p w14:paraId="55678F3F"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77813ED2"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8AB6FB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45406BC"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69336D6" w14:textId="77777777" w:rsidR="00623E5F" w:rsidRDefault="00000000">
            <w:pPr>
              <w:jc w:val="center"/>
            </w:pPr>
            <w:r>
              <w:rPr>
                <w:b/>
                <w:color w:val="000000"/>
                <w:sz w:val="20"/>
              </w:rPr>
              <w:t>UČNE DEJAVNOSTI, METODE IN FORMATIVNO SPREMLJANJE</w:t>
            </w:r>
          </w:p>
        </w:tc>
      </w:tr>
      <w:tr w:rsidR="00623E5F" w14:paraId="5F18560A" w14:textId="77777777">
        <w:trPr>
          <w:tblHeader/>
          <w:jc w:val="center"/>
        </w:trPr>
        <w:tc>
          <w:tcPr>
            <w:tcW w:w="4422" w:type="dxa"/>
            <w:vMerge/>
            <w:tcMar>
              <w:top w:w="70" w:type="dxa"/>
              <w:left w:w="90" w:type="dxa"/>
              <w:bottom w:w="70" w:type="dxa"/>
              <w:right w:w="90" w:type="dxa"/>
            </w:tcMar>
            <w:vAlign w:val="center"/>
          </w:tcPr>
          <w:p w14:paraId="53EA376B" w14:textId="77777777" w:rsidR="00623E5F" w:rsidRDefault="00623E5F"/>
        </w:tc>
        <w:tc>
          <w:tcPr>
            <w:tcW w:w="7087" w:type="dxa"/>
            <w:shd w:val="clear" w:color="auto" w:fill="FFFFFF"/>
            <w:tcMar>
              <w:top w:w="70" w:type="dxa"/>
              <w:left w:w="90" w:type="dxa"/>
              <w:bottom w:w="70" w:type="dxa"/>
              <w:right w:w="90" w:type="dxa"/>
            </w:tcMar>
            <w:vAlign w:val="center"/>
          </w:tcPr>
          <w:p w14:paraId="5B5CDF95"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4FA3D8F" w14:textId="77777777" w:rsidR="00623E5F" w:rsidRDefault="00000000">
            <w:pPr>
              <w:jc w:val="center"/>
            </w:pPr>
            <w:r>
              <w:rPr>
                <w:b/>
                <w:color w:val="000000"/>
              </w:rPr>
              <w:t>UČENEC</w:t>
            </w:r>
          </w:p>
        </w:tc>
      </w:tr>
      <w:tr w:rsidR="00623E5F" w14:paraId="3197B452" w14:textId="77777777">
        <w:trPr>
          <w:jc w:val="center"/>
        </w:trPr>
        <w:tc>
          <w:tcPr>
            <w:tcW w:w="4422" w:type="dxa"/>
            <w:tcMar>
              <w:top w:w="70" w:type="dxa"/>
              <w:left w:w="90" w:type="dxa"/>
              <w:bottom w:w="70" w:type="dxa"/>
              <w:right w:w="90" w:type="dxa"/>
            </w:tcMar>
          </w:tcPr>
          <w:p w14:paraId="43A99539" w14:textId="77777777" w:rsidR="00623E5F" w:rsidRDefault="00623E5F"/>
          <w:p w14:paraId="5BCE9282" w14:textId="77777777" w:rsidR="00623E5F" w:rsidRDefault="00000000">
            <w:pPr>
              <w:spacing w:after="40" w:line="245" w:lineRule="auto"/>
            </w:pPr>
            <w:r>
              <w:rPr>
                <w:b/>
                <w:color w:val="000000"/>
              </w:rPr>
              <w:t>FORMATIVNO SPREMLJANJE</w:t>
            </w:r>
          </w:p>
          <w:p w14:paraId="1ED76729" w14:textId="77777777" w:rsidR="00623E5F" w:rsidRDefault="00000000">
            <w:pPr>
              <w:pStyle w:val="Oznaenseznam"/>
              <w:spacing w:after="16"/>
            </w:pPr>
            <w:r>
              <w:rPr>
                <w:color w:val="000000"/>
                <w:sz w:val="15"/>
              </w:rPr>
              <w:t>predznanje: gibalni prikaz, odziv na znak, izbira kartice, začetni poskus ali kratka razlaga</w:t>
            </w:r>
          </w:p>
          <w:p w14:paraId="489D52E1" w14:textId="77777777" w:rsidR="00623E5F" w:rsidRDefault="00000000">
            <w:pPr>
              <w:pStyle w:val="Oznaenseznam"/>
              <w:spacing w:after="16"/>
            </w:pPr>
            <w:r>
              <w:rPr>
                <w:color w:val="000000"/>
                <w:sz w:val="15"/>
              </w:rPr>
              <w:t>nameni in merila: kratka poved, slikovni znak, model varne izvedbe in en opazljiv tehnični poudarek</w:t>
            </w:r>
          </w:p>
          <w:p w14:paraId="56816A69"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3DDC34D5" w14:textId="77777777" w:rsidR="00623E5F" w:rsidRDefault="00000000">
            <w:pPr>
              <w:pStyle w:val="Oznaenseznam"/>
              <w:spacing w:after="16"/>
            </w:pPr>
            <w:r>
              <w:rPr>
                <w:color w:val="000000"/>
                <w:sz w:val="15"/>
              </w:rPr>
              <w:t>povratna informacija: opis opaženega, povezava z enim merilom in takoj izvedljiv ponovni poskus</w:t>
            </w:r>
          </w:p>
          <w:p w14:paraId="43E39E6E" w14:textId="77777777" w:rsidR="00623E5F" w:rsidRDefault="00000000">
            <w:pPr>
              <w:pStyle w:val="Oznaenseznam"/>
              <w:spacing w:after="16"/>
            </w:pPr>
            <w:r>
              <w:rPr>
                <w:color w:val="000000"/>
                <w:sz w:val="15"/>
              </w:rPr>
              <w:t>samovrednotenje: semafor napora in varnosti, lestvica samostojnosti, izbran dokaz ter osebni naslednji korak</w:t>
            </w:r>
          </w:p>
          <w:p w14:paraId="0E41ADA4" w14:textId="77777777" w:rsidR="00623E5F" w:rsidRDefault="00000000">
            <w:pPr>
              <w:spacing w:before="40" w:after="20" w:line="245" w:lineRule="auto"/>
            </w:pPr>
            <w:r>
              <w:rPr>
                <w:b/>
                <w:color w:val="000000"/>
                <w:sz w:val="17"/>
              </w:rPr>
              <w:t>VARNOST, POČUTJE IN HIGIENA</w:t>
            </w:r>
          </w:p>
          <w:p w14:paraId="08AF3197"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Pri plezanju, ravnotežju, kotaljenju in prevalnih predvajah je območje oblazinjeno, naloga pa poteka posamično in ob jasnem varovanju.</w:t>
            </w:r>
          </w:p>
          <w:p w14:paraId="440E2C7F" w14:textId="77777777" w:rsidR="00623E5F" w:rsidRDefault="00000000">
            <w:pPr>
              <w:spacing w:after="20" w:line="245" w:lineRule="auto"/>
            </w:pPr>
            <w:r>
              <w:rPr>
                <w:b/>
                <w:color w:val="000000"/>
                <w:sz w:val="17"/>
              </w:rPr>
              <w:t>EVIDENCA PO IZVEDBI</w:t>
            </w:r>
          </w:p>
          <w:p w14:paraId="6ECDD847"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69EF1B52" w14:textId="77777777" w:rsidR="00623E5F" w:rsidRDefault="00000000">
            <w:pPr>
              <w:spacing w:before="40" w:after="20" w:line="245" w:lineRule="auto"/>
            </w:pPr>
            <w:r>
              <w:rPr>
                <w:b/>
                <w:color w:val="000000"/>
                <w:sz w:val="17"/>
              </w:rPr>
              <w:t>RAVEN DOSEGANJA</w:t>
            </w:r>
          </w:p>
          <w:p w14:paraId="14F7F8A0"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0809D1D1"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31ED0F8" w14:textId="77777777">
              <w:trPr>
                <w:jc w:val="center"/>
              </w:trPr>
              <w:tc>
                <w:tcPr>
                  <w:tcW w:w="7087" w:type="dxa"/>
                  <w:shd w:val="clear" w:color="auto" w:fill="EDC9EA"/>
                  <w:tcMar>
                    <w:top w:w="45" w:type="dxa"/>
                    <w:left w:w="70" w:type="dxa"/>
                    <w:bottom w:w="45" w:type="dxa"/>
                    <w:right w:w="70" w:type="dxa"/>
                  </w:tcMar>
                </w:tcPr>
                <w:p w14:paraId="7BC30189" w14:textId="77777777" w:rsidR="00623E5F" w:rsidRDefault="00000000">
                  <w:pPr>
                    <w:keepNext/>
                  </w:pPr>
                  <w:r>
                    <w:rPr>
                      <w:b/>
                      <w:color w:val="000000"/>
                    </w:rPr>
                    <w:t>VPRAŠANJA V PODPORO GIBALNEMU UČENJU</w:t>
                  </w:r>
                </w:p>
              </w:tc>
            </w:tr>
          </w:tbl>
          <w:p w14:paraId="504378A9" w14:textId="77777777" w:rsidR="00623E5F" w:rsidRDefault="00623E5F">
            <w:pPr>
              <w:spacing w:line="20" w:lineRule="exact"/>
            </w:pPr>
          </w:p>
          <w:p w14:paraId="4778B893" w14:textId="77777777" w:rsidR="00623E5F" w:rsidRDefault="00000000">
            <w:pPr>
              <w:pStyle w:val="Oznaenseznam"/>
              <w:spacing w:after="16"/>
            </w:pPr>
            <w:r>
              <w:rPr>
                <w:color w:val="000000"/>
                <w:sz w:val="15"/>
              </w:rPr>
              <w:t>Kaj si pri prvem poskusu začutil/-a ali opazil/-a v položaju telesa, ravnotežju, smeri, ritmu ali naporu?</w:t>
            </w:r>
          </w:p>
          <w:p w14:paraId="7D4DAD53" w14:textId="77777777" w:rsidR="00623E5F" w:rsidRDefault="00000000">
            <w:pPr>
              <w:pStyle w:val="Oznaenseznam"/>
              <w:spacing w:after="16"/>
            </w:pPr>
            <w:r>
              <w:rPr>
                <w:color w:val="000000"/>
                <w:sz w:val="15"/>
              </w:rPr>
              <w:t>Katero varnostno pravilo in kateri gibalni korak sta bila danes najpomembnejša?</w:t>
            </w:r>
          </w:p>
          <w:p w14:paraId="27FF45C3" w14:textId="77777777" w:rsidR="00623E5F" w:rsidRDefault="00000000">
            <w:pPr>
              <w:pStyle w:val="Oznaenseznam"/>
              <w:spacing w:after="16"/>
            </w:pPr>
            <w:r>
              <w:rPr>
                <w:color w:val="000000"/>
                <w:sz w:val="15"/>
              </w:rPr>
              <w:t>Katero raven si izbral/-a, zakaj je bila primerna in kaj si pri naslednjem poskusu spremenil/-a?</w:t>
            </w:r>
          </w:p>
          <w:p w14:paraId="07240004" w14:textId="77777777" w:rsidR="00623E5F" w:rsidRDefault="00000000">
            <w:pPr>
              <w:pStyle w:val="Oznaenseznam"/>
              <w:spacing w:after="16"/>
            </w:pPr>
            <w:r>
              <w:rPr>
                <w:color w:val="000000"/>
                <w:sz w:val="15"/>
              </w:rPr>
              <w:t>Kateri tvoj gibalni dokaz najjasneje pokaže dogovorjeno merilo?</w:t>
            </w:r>
          </w:p>
          <w:p w14:paraId="0B215972"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2446BD7C" w14:textId="77777777">
              <w:trPr>
                <w:jc w:val="center"/>
              </w:trPr>
              <w:tc>
                <w:tcPr>
                  <w:tcW w:w="7087" w:type="dxa"/>
                  <w:shd w:val="clear" w:color="auto" w:fill="C6E7F3"/>
                  <w:tcMar>
                    <w:top w:w="45" w:type="dxa"/>
                    <w:left w:w="70" w:type="dxa"/>
                    <w:bottom w:w="45" w:type="dxa"/>
                    <w:right w:w="70" w:type="dxa"/>
                  </w:tcMar>
                </w:tcPr>
                <w:p w14:paraId="1971228A" w14:textId="77777777" w:rsidR="00623E5F" w:rsidRDefault="00000000">
                  <w:pPr>
                    <w:keepNext/>
                  </w:pPr>
                  <w:r>
                    <w:rPr>
                      <w:b/>
                      <w:color w:val="000000"/>
                    </w:rPr>
                    <w:t>ZAKLJUČNI DEL – UMIRJANJE, RAZTEZANJE, DOKAZ IN REFLEKSIJA (8–10 min)</w:t>
                  </w:r>
                </w:p>
              </w:tc>
            </w:tr>
          </w:tbl>
          <w:p w14:paraId="48DFFE1C" w14:textId="77777777" w:rsidR="00623E5F" w:rsidRDefault="00623E5F">
            <w:pPr>
              <w:spacing w:line="20" w:lineRule="exact"/>
            </w:pPr>
          </w:p>
          <w:p w14:paraId="54245DA0"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3AC44548" w14:textId="77777777">
              <w:trPr>
                <w:jc w:val="center"/>
              </w:trPr>
              <w:tc>
                <w:tcPr>
                  <w:tcW w:w="7087" w:type="dxa"/>
                  <w:shd w:val="clear" w:color="auto" w:fill="EDC9EA"/>
                  <w:tcMar>
                    <w:top w:w="45" w:type="dxa"/>
                    <w:left w:w="70" w:type="dxa"/>
                    <w:bottom w:w="45" w:type="dxa"/>
                    <w:right w:w="70" w:type="dxa"/>
                  </w:tcMar>
                </w:tcPr>
                <w:p w14:paraId="12289AB8" w14:textId="77777777" w:rsidR="00623E5F" w:rsidRDefault="00000000">
                  <w:pPr>
                    <w:keepNext/>
                  </w:pPr>
                  <w:r>
                    <w:rPr>
                      <w:b/>
                      <w:color w:val="000000"/>
                    </w:rPr>
                    <w:t>SAMOVREDNOTENJE</w:t>
                  </w:r>
                </w:p>
              </w:tc>
            </w:tr>
          </w:tbl>
          <w:p w14:paraId="16A2BD17" w14:textId="77777777" w:rsidR="00623E5F" w:rsidRDefault="00623E5F">
            <w:pPr>
              <w:spacing w:line="20" w:lineRule="exact"/>
            </w:pPr>
          </w:p>
          <w:p w14:paraId="7C3CDE57"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6B20D28D" w14:textId="77777777">
              <w:trPr>
                <w:jc w:val="center"/>
              </w:trPr>
              <w:tc>
                <w:tcPr>
                  <w:tcW w:w="7087" w:type="dxa"/>
                  <w:shd w:val="clear" w:color="auto" w:fill="EDC9EA"/>
                  <w:tcMar>
                    <w:top w:w="45" w:type="dxa"/>
                    <w:left w:w="70" w:type="dxa"/>
                    <w:bottom w:w="45" w:type="dxa"/>
                    <w:right w:w="70" w:type="dxa"/>
                  </w:tcMar>
                </w:tcPr>
                <w:p w14:paraId="462A9848" w14:textId="77777777" w:rsidR="00623E5F" w:rsidRDefault="00000000">
                  <w:pPr>
                    <w:keepNext/>
                  </w:pPr>
                  <w:r>
                    <w:rPr>
                      <w:b/>
                      <w:color w:val="000000"/>
                    </w:rPr>
                    <w:t>VRSTNIŠKO OPAZOVANJE IN POVRATNA INFORMACIJA</w:t>
                  </w:r>
                </w:p>
              </w:tc>
            </w:tr>
          </w:tbl>
          <w:p w14:paraId="653A679A" w14:textId="77777777" w:rsidR="00623E5F" w:rsidRDefault="00623E5F">
            <w:pPr>
              <w:spacing w:line="20" w:lineRule="exact"/>
            </w:pPr>
          </w:p>
          <w:p w14:paraId="0CA56CDE"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72E18263" w14:textId="77777777">
              <w:trPr>
                <w:jc w:val="center"/>
              </w:trPr>
              <w:tc>
                <w:tcPr>
                  <w:tcW w:w="7087" w:type="dxa"/>
                  <w:shd w:val="clear" w:color="auto" w:fill="EDC9EA"/>
                  <w:tcMar>
                    <w:top w:w="45" w:type="dxa"/>
                    <w:left w:w="70" w:type="dxa"/>
                    <w:bottom w:w="45" w:type="dxa"/>
                    <w:right w:w="70" w:type="dxa"/>
                  </w:tcMar>
                </w:tcPr>
                <w:p w14:paraId="414E4608" w14:textId="77777777" w:rsidR="00623E5F" w:rsidRDefault="00000000">
                  <w:pPr>
                    <w:keepNext/>
                  </w:pPr>
                  <w:r>
                    <w:rPr>
                      <w:b/>
                      <w:color w:val="000000"/>
                    </w:rPr>
                    <w:t>SKUPNI POVZETEK</w:t>
                  </w:r>
                </w:p>
              </w:tc>
            </w:tr>
          </w:tbl>
          <w:p w14:paraId="5053F5DE" w14:textId="77777777" w:rsidR="00623E5F" w:rsidRDefault="00623E5F"/>
          <w:p w14:paraId="400C20B0" w14:textId="77777777" w:rsidR="00623E5F" w:rsidRDefault="00000000">
            <w:pPr>
              <w:spacing w:before="20" w:after="40" w:line="245" w:lineRule="auto"/>
            </w:pPr>
            <w:r>
              <w:rPr>
                <w:b/>
                <w:color w:val="000000"/>
                <w:sz w:val="16"/>
              </w:rPr>
              <w:t>poveže tek, skok in met; vztraja pri nalogi; samovrednotim izvedbo. Izbrani gibalni dokaz pojasnim in določim varen naslednji korak.</w:t>
            </w:r>
          </w:p>
        </w:tc>
        <w:tc>
          <w:tcPr>
            <w:tcW w:w="2551" w:type="dxa"/>
            <w:tcMar>
              <w:top w:w="70" w:type="dxa"/>
              <w:left w:w="90" w:type="dxa"/>
              <w:bottom w:w="70" w:type="dxa"/>
              <w:right w:w="90" w:type="dxa"/>
            </w:tcMar>
          </w:tcPr>
          <w:p w14:paraId="2C4ECE04" w14:textId="77777777" w:rsidR="00623E5F" w:rsidRDefault="00623E5F"/>
          <w:p w14:paraId="66422D44" w14:textId="77777777" w:rsidR="00623E5F" w:rsidRDefault="00000000">
            <w:pPr>
              <w:spacing w:after="80" w:line="245" w:lineRule="auto"/>
            </w:pPr>
            <w:r>
              <w:rPr>
                <w:color w:val="000000"/>
                <w:sz w:val="15"/>
              </w:rPr>
              <w:t>Odgovarja na podporna vprašanja in se sklicuje na svojo izvedbo, počutje, izbrano raven in varnost.</w:t>
            </w:r>
          </w:p>
          <w:p w14:paraId="13CF844A" w14:textId="77777777" w:rsidR="00623E5F" w:rsidRDefault="00000000">
            <w:pPr>
              <w:spacing w:after="80" w:line="245" w:lineRule="auto"/>
            </w:pPr>
            <w:r>
              <w:rPr>
                <w:color w:val="000000"/>
                <w:sz w:val="15"/>
              </w:rPr>
              <w:t>Predstavi izbrani gibalni dokaz ter pokaže ali pove, katero merilo z njim dosega.</w:t>
            </w:r>
          </w:p>
          <w:p w14:paraId="1B12C4A8" w14:textId="77777777" w:rsidR="00623E5F" w:rsidRDefault="00000000">
            <w:pPr>
              <w:spacing w:after="80" w:line="245" w:lineRule="auto"/>
            </w:pPr>
            <w:r>
              <w:rPr>
                <w:color w:val="000000"/>
                <w:sz w:val="15"/>
              </w:rPr>
              <w:t>Opazuje eno dogovorjeno prvino vrstnikove izvedbe in poda kratek, prijazen ter uporaben odziv.</w:t>
            </w:r>
          </w:p>
          <w:p w14:paraId="3A0F163B"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6FD4ADEC" w14:textId="77777777" w:rsidR="00623E5F" w:rsidRDefault="00000000">
            <w:pPr>
              <w:spacing w:after="100" w:line="245" w:lineRule="auto"/>
            </w:pPr>
            <w:r>
              <w:rPr>
                <w:color w:val="000000"/>
                <w:sz w:val="15"/>
              </w:rPr>
              <w:t>Umiri dihanje, oceni napor in počutje, izbere raven samostojnosti ter določi varen naslednji korak.</w:t>
            </w:r>
          </w:p>
          <w:p w14:paraId="4D21246E" w14:textId="77777777" w:rsidR="00623E5F" w:rsidRDefault="00000000">
            <w:pPr>
              <w:spacing w:after="20" w:line="245" w:lineRule="auto"/>
            </w:pPr>
            <w:r>
              <w:rPr>
                <w:b/>
                <w:color w:val="D95BC6"/>
                <w:sz w:val="17"/>
              </w:rPr>
              <w:t>DOKAZ O UČENJU</w:t>
            </w:r>
          </w:p>
          <w:p w14:paraId="0B7F66CE"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23ED6C35"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15E9834E" w14:textId="77777777">
        <w:trPr>
          <w:cantSplit/>
          <w:jc w:val="center"/>
        </w:trPr>
        <w:tc>
          <w:tcPr>
            <w:tcW w:w="14060" w:type="dxa"/>
            <w:gridSpan w:val="6"/>
            <w:tcMar>
              <w:top w:w="70" w:type="dxa"/>
              <w:left w:w="90" w:type="dxa"/>
              <w:bottom w:w="70" w:type="dxa"/>
              <w:right w:w="90" w:type="dxa"/>
            </w:tcMar>
            <w:vAlign w:val="center"/>
          </w:tcPr>
          <w:p w14:paraId="665CEC7E" w14:textId="77777777" w:rsidR="00623E5F" w:rsidRDefault="00000000">
            <w:pPr>
              <w:jc w:val="center"/>
            </w:pPr>
            <w:r>
              <w:rPr>
                <w:b/>
                <w:color w:val="000000"/>
                <w:sz w:val="24"/>
              </w:rPr>
              <w:lastRenderedPageBreak/>
              <w:t>UČNA PRIPRAVA 13/39</w:t>
            </w:r>
          </w:p>
        </w:tc>
      </w:tr>
      <w:tr w:rsidR="00623E5F" w14:paraId="63139007" w14:textId="77777777">
        <w:trPr>
          <w:jc w:val="center"/>
        </w:trPr>
        <w:tc>
          <w:tcPr>
            <w:tcW w:w="2665" w:type="dxa"/>
            <w:tcMar>
              <w:top w:w="70" w:type="dxa"/>
              <w:left w:w="90" w:type="dxa"/>
              <w:bottom w:w="70" w:type="dxa"/>
              <w:right w:w="90" w:type="dxa"/>
            </w:tcMar>
            <w:vAlign w:val="center"/>
          </w:tcPr>
          <w:p w14:paraId="3A5EFF88"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97DE716"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1E17194D"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7325E6F" w14:textId="77777777" w:rsidR="00623E5F" w:rsidRDefault="00000000">
            <w:r>
              <w:rPr>
                <w:b/>
                <w:color w:val="000000"/>
                <w:sz w:val="16"/>
              </w:rPr>
              <w:t xml:space="preserve">NAČRTOVANI TERMIN: </w:t>
            </w:r>
            <w:r>
              <w:rPr>
                <w:color w:val="000000"/>
                <w:sz w:val="16"/>
              </w:rPr>
              <w:t>13. teden • 30. 11.–4. 12. 2026</w:t>
            </w:r>
          </w:p>
        </w:tc>
        <w:tc>
          <w:tcPr>
            <w:tcW w:w="2268" w:type="dxa"/>
            <w:tcMar>
              <w:top w:w="70" w:type="dxa"/>
              <w:left w:w="90" w:type="dxa"/>
              <w:bottom w:w="70" w:type="dxa"/>
              <w:right w:w="90" w:type="dxa"/>
            </w:tcMar>
            <w:vAlign w:val="center"/>
          </w:tcPr>
          <w:p w14:paraId="625DC2C1"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2055ED3" w14:textId="77777777" w:rsidR="00623E5F" w:rsidRDefault="00000000">
            <w:r>
              <w:rPr>
                <w:b/>
                <w:color w:val="000000"/>
                <w:sz w:val="16"/>
              </w:rPr>
              <w:t xml:space="preserve">ŠTEVILO UR: </w:t>
            </w:r>
            <w:r>
              <w:rPr>
                <w:color w:val="000000"/>
                <w:sz w:val="16"/>
              </w:rPr>
              <w:t>3</w:t>
            </w:r>
          </w:p>
        </w:tc>
      </w:tr>
      <w:tr w:rsidR="00623E5F" w14:paraId="2F2B2EE8" w14:textId="77777777">
        <w:trPr>
          <w:jc w:val="center"/>
        </w:trPr>
        <w:tc>
          <w:tcPr>
            <w:tcW w:w="14061" w:type="dxa"/>
            <w:gridSpan w:val="6"/>
            <w:tcMar>
              <w:top w:w="70" w:type="dxa"/>
              <w:left w:w="90" w:type="dxa"/>
              <w:bottom w:w="70" w:type="dxa"/>
              <w:right w:w="90" w:type="dxa"/>
            </w:tcMar>
            <w:vAlign w:val="center"/>
          </w:tcPr>
          <w:p w14:paraId="00895269"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232F02DC" w14:textId="77777777">
        <w:trPr>
          <w:cantSplit/>
          <w:jc w:val="center"/>
        </w:trPr>
        <w:tc>
          <w:tcPr>
            <w:tcW w:w="14060" w:type="dxa"/>
            <w:gridSpan w:val="6"/>
            <w:tcMar>
              <w:top w:w="70" w:type="dxa"/>
              <w:left w:w="90" w:type="dxa"/>
              <w:bottom w:w="70" w:type="dxa"/>
              <w:right w:w="90" w:type="dxa"/>
            </w:tcMar>
            <w:vAlign w:val="center"/>
          </w:tcPr>
          <w:p w14:paraId="26B34CEE" w14:textId="77777777" w:rsidR="00623E5F" w:rsidRDefault="00623E5F"/>
          <w:p w14:paraId="479B12DA" w14:textId="77777777" w:rsidR="00623E5F" w:rsidRDefault="00000000">
            <w:pPr>
              <w:spacing w:line="245" w:lineRule="auto"/>
            </w:pPr>
            <w:r>
              <w:rPr>
                <w:b/>
                <w:color w:val="000000"/>
                <w:sz w:val="15"/>
              </w:rPr>
              <w:t xml:space="preserve">UČNI SKLOP: </w:t>
            </w:r>
            <w:r>
              <w:rPr>
                <w:color w:val="000000"/>
                <w:sz w:val="15"/>
              </w:rPr>
              <w:t>MOJA DRUŽINA, SKUPNOST IN PRAZNOVANJA</w:t>
            </w:r>
          </w:p>
        </w:tc>
      </w:tr>
      <w:tr w:rsidR="00623E5F" w14:paraId="7974DAC5" w14:textId="77777777">
        <w:trPr>
          <w:cantSplit/>
          <w:jc w:val="center"/>
        </w:trPr>
        <w:tc>
          <w:tcPr>
            <w:tcW w:w="14060" w:type="dxa"/>
            <w:gridSpan w:val="6"/>
            <w:tcMar>
              <w:top w:w="70" w:type="dxa"/>
              <w:left w:w="90" w:type="dxa"/>
              <w:bottom w:w="70" w:type="dxa"/>
              <w:right w:w="90" w:type="dxa"/>
            </w:tcMar>
            <w:vAlign w:val="center"/>
          </w:tcPr>
          <w:p w14:paraId="5D8D82FE" w14:textId="77777777" w:rsidR="00623E5F" w:rsidRDefault="00623E5F"/>
          <w:p w14:paraId="18E738A5" w14:textId="77777777" w:rsidR="00623E5F" w:rsidRDefault="00000000">
            <w:pPr>
              <w:spacing w:line="245" w:lineRule="auto"/>
            </w:pPr>
            <w:r>
              <w:rPr>
                <w:b/>
                <w:color w:val="000000"/>
                <w:sz w:val="15"/>
              </w:rPr>
              <w:t xml:space="preserve">UČNA TEMA: </w:t>
            </w:r>
            <w:r>
              <w:rPr>
                <w:color w:val="000000"/>
                <w:sz w:val="15"/>
              </w:rPr>
              <w:t>GIMNASTIČNE OSNOVE</w:t>
            </w:r>
          </w:p>
        </w:tc>
      </w:tr>
      <w:tr w:rsidR="00623E5F" w14:paraId="56D9D859" w14:textId="77777777">
        <w:trPr>
          <w:cantSplit/>
          <w:jc w:val="center"/>
        </w:trPr>
        <w:tc>
          <w:tcPr>
            <w:tcW w:w="14060" w:type="dxa"/>
            <w:gridSpan w:val="6"/>
            <w:tcMar>
              <w:top w:w="70" w:type="dxa"/>
              <w:left w:w="90" w:type="dxa"/>
              <w:bottom w:w="70" w:type="dxa"/>
              <w:right w:w="90" w:type="dxa"/>
            </w:tcMar>
            <w:vAlign w:val="center"/>
          </w:tcPr>
          <w:p w14:paraId="12F9A6B0" w14:textId="77777777" w:rsidR="00623E5F" w:rsidRDefault="00623E5F"/>
          <w:p w14:paraId="0E7C6FCE" w14:textId="77777777" w:rsidR="00623E5F" w:rsidRDefault="00000000">
            <w:pPr>
              <w:spacing w:line="245" w:lineRule="auto"/>
            </w:pPr>
            <w:r>
              <w:rPr>
                <w:b/>
                <w:color w:val="000000"/>
                <w:sz w:val="15"/>
              </w:rPr>
              <w:t xml:space="preserve">KNJIŽEVNO / MOTIVNO IZHODIŠČE: </w:t>
            </w:r>
            <w:r>
              <w:rPr>
                <w:color w:val="000000"/>
                <w:sz w:val="15"/>
              </w:rPr>
              <w:t>»Moj dežnik je lahko balon« – Ela Peroci • družina, domišljija in pot v drugačen svet</w:t>
            </w:r>
          </w:p>
        </w:tc>
      </w:tr>
      <w:tr w:rsidR="00623E5F" w14:paraId="49F30315" w14:textId="77777777">
        <w:trPr>
          <w:cantSplit/>
          <w:jc w:val="center"/>
        </w:trPr>
        <w:tc>
          <w:tcPr>
            <w:tcW w:w="14060" w:type="dxa"/>
            <w:gridSpan w:val="6"/>
            <w:tcMar>
              <w:top w:w="70" w:type="dxa"/>
              <w:left w:w="90" w:type="dxa"/>
              <w:bottom w:w="70" w:type="dxa"/>
              <w:right w:w="90" w:type="dxa"/>
            </w:tcMar>
            <w:vAlign w:val="center"/>
          </w:tcPr>
          <w:p w14:paraId="7E4DB61B" w14:textId="77777777" w:rsidR="00623E5F" w:rsidRDefault="00623E5F"/>
          <w:p w14:paraId="0650199B" w14:textId="77777777" w:rsidR="00623E5F" w:rsidRDefault="00000000">
            <w:pPr>
              <w:spacing w:line="245" w:lineRule="auto"/>
            </w:pPr>
            <w:r>
              <w:rPr>
                <w:b/>
                <w:color w:val="000000"/>
                <w:sz w:val="15"/>
              </w:rPr>
              <w:t xml:space="preserve">GIBALNO IZHODIŠČE / MOTIVACIJA: </w:t>
            </w:r>
            <w:r>
              <w:rPr>
                <w:color w:val="000000"/>
                <w:sz w:val="15"/>
              </w:rPr>
              <w:t>na tleh se pojavi pot stopinj, puščic in varnih ovir; učenci z gibalno napovedjo iščejo različne rešitve za temo »gimnastične osnove«. Tedenski gibalni izziv: izvede ravnotežnostno igro »Potovanje z balonom«.</w:t>
            </w:r>
          </w:p>
        </w:tc>
      </w:tr>
      <w:tr w:rsidR="00623E5F" w14:paraId="66F59256" w14:textId="77777777">
        <w:trPr>
          <w:cantSplit/>
          <w:jc w:val="center"/>
        </w:trPr>
        <w:tc>
          <w:tcPr>
            <w:tcW w:w="14060" w:type="dxa"/>
            <w:gridSpan w:val="6"/>
            <w:tcMar>
              <w:top w:w="70" w:type="dxa"/>
              <w:left w:w="90" w:type="dxa"/>
              <w:bottom w:w="70" w:type="dxa"/>
              <w:right w:w="90" w:type="dxa"/>
            </w:tcMar>
            <w:vAlign w:val="center"/>
          </w:tcPr>
          <w:p w14:paraId="0ACA2A2D" w14:textId="77777777" w:rsidR="00623E5F" w:rsidRDefault="00623E5F"/>
          <w:p w14:paraId="08C0C942" w14:textId="77777777" w:rsidR="00623E5F" w:rsidRDefault="00000000">
            <w:pPr>
              <w:spacing w:line="245" w:lineRule="auto"/>
            </w:pPr>
            <w:r>
              <w:rPr>
                <w:b/>
                <w:color w:val="000000"/>
                <w:sz w:val="15"/>
              </w:rPr>
              <w:t xml:space="preserve">UČNE ENOTE: </w:t>
            </w:r>
            <w:r>
              <w:rPr>
                <w:color w:val="000000"/>
                <w:sz w:val="15"/>
              </w:rPr>
              <w:t>1. ura – Gimnastične osnove – Ogrejem se in usvojim gib • 2. ura – Gimnastične osnove – Vadim na postajah • 3. ura – Gimnastične osnove – Uporabim v igri</w:t>
            </w:r>
          </w:p>
        </w:tc>
      </w:tr>
      <w:tr w:rsidR="00623E5F" w14:paraId="61919EA4" w14:textId="77777777">
        <w:trPr>
          <w:cantSplit/>
          <w:jc w:val="center"/>
        </w:trPr>
        <w:tc>
          <w:tcPr>
            <w:tcW w:w="14060" w:type="dxa"/>
            <w:gridSpan w:val="6"/>
            <w:tcMar>
              <w:top w:w="70" w:type="dxa"/>
              <w:left w:w="90" w:type="dxa"/>
              <w:bottom w:w="70" w:type="dxa"/>
              <w:right w:w="90" w:type="dxa"/>
            </w:tcMar>
            <w:vAlign w:val="center"/>
          </w:tcPr>
          <w:p w14:paraId="75FBD145" w14:textId="77777777" w:rsidR="00623E5F" w:rsidRDefault="00623E5F"/>
          <w:p w14:paraId="589830B6"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1FD8DB21" w14:textId="77777777">
        <w:trPr>
          <w:cantSplit/>
          <w:jc w:val="center"/>
        </w:trPr>
        <w:tc>
          <w:tcPr>
            <w:tcW w:w="14060" w:type="dxa"/>
            <w:gridSpan w:val="6"/>
            <w:tcMar>
              <w:top w:w="70" w:type="dxa"/>
              <w:left w:w="90" w:type="dxa"/>
              <w:bottom w:w="70" w:type="dxa"/>
              <w:right w:w="90" w:type="dxa"/>
            </w:tcMar>
            <w:vAlign w:val="center"/>
          </w:tcPr>
          <w:p w14:paraId="2A7FE254" w14:textId="77777777" w:rsidR="00623E5F" w:rsidRDefault="00623E5F"/>
          <w:p w14:paraId="071A87D0"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3A2D4572" w14:textId="77777777">
        <w:trPr>
          <w:cantSplit/>
          <w:jc w:val="center"/>
        </w:trPr>
        <w:tc>
          <w:tcPr>
            <w:tcW w:w="14060" w:type="dxa"/>
            <w:gridSpan w:val="6"/>
            <w:tcMar>
              <w:top w:w="70" w:type="dxa"/>
              <w:left w:w="90" w:type="dxa"/>
              <w:bottom w:w="70" w:type="dxa"/>
              <w:right w:w="90" w:type="dxa"/>
            </w:tcMar>
            <w:vAlign w:val="center"/>
          </w:tcPr>
          <w:p w14:paraId="5D5B4D0A" w14:textId="77777777" w:rsidR="00623E5F" w:rsidRDefault="00623E5F"/>
          <w:p w14:paraId="12A7607D"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683AA48F" w14:textId="77777777">
        <w:trPr>
          <w:cantSplit/>
          <w:jc w:val="center"/>
        </w:trPr>
        <w:tc>
          <w:tcPr>
            <w:tcW w:w="14060" w:type="dxa"/>
            <w:gridSpan w:val="6"/>
            <w:tcMar>
              <w:top w:w="70" w:type="dxa"/>
              <w:left w:w="90" w:type="dxa"/>
              <w:bottom w:w="70" w:type="dxa"/>
              <w:right w:w="90" w:type="dxa"/>
            </w:tcMar>
            <w:vAlign w:val="center"/>
          </w:tcPr>
          <w:p w14:paraId="75CDFC6E" w14:textId="77777777" w:rsidR="00623E5F" w:rsidRDefault="00623E5F"/>
          <w:p w14:paraId="7A59F5E1" w14:textId="77777777" w:rsidR="00623E5F" w:rsidRDefault="00000000">
            <w:pPr>
              <w:spacing w:line="245" w:lineRule="auto"/>
            </w:pPr>
            <w:r>
              <w:rPr>
                <w:b/>
                <w:color w:val="000000"/>
                <w:sz w:val="15"/>
              </w:rPr>
              <w:t xml:space="preserve">MEDPREDMETNE POVEZAVE: </w:t>
            </w:r>
            <w:r>
              <w:rPr>
                <w:color w:val="000000"/>
                <w:sz w:val="15"/>
              </w:rPr>
              <w:t>SPO – družina, domišljija in pot v drugačen svet,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67A3530B" w14:textId="77777777">
        <w:trPr>
          <w:cantSplit/>
          <w:jc w:val="center"/>
        </w:trPr>
        <w:tc>
          <w:tcPr>
            <w:tcW w:w="14060" w:type="dxa"/>
            <w:gridSpan w:val="6"/>
            <w:tcMar>
              <w:top w:w="70" w:type="dxa"/>
              <w:left w:w="90" w:type="dxa"/>
              <w:bottom w:w="70" w:type="dxa"/>
              <w:right w:w="90" w:type="dxa"/>
            </w:tcMar>
            <w:vAlign w:val="center"/>
          </w:tcPr>
          <w:p w14:paraId="2CC7EA7A" w14:textId="77777777" w:rsidR="00623E5F" w:rsidRDefault="00623E5F"/>
          <w:p w14:paraId="0C7B0CB6" w14:textId="77777777" w:rsidR="00623E5F" w:rsidRDefault="00000000">
            <w:pPr>
              <w:spacing w:line="245" w:lineRule="auto"/>
            </w:pPr>
            <w:r>
              <w:rPr>
                <w:b/>
                <w:color w:val="000000"/>
                <w:sz w:val="15"/>
              </w:rPr>
              <w:t xml:space="preserve">UČNA SREDSTVA IN PRIPOMOČKI: </w:t>
            </w:r>
            <w:r>
              <w:rPr>
                <w:color w:val="000000"/>
                <w:sz w:val="15"/>
              </w:rPr>
              <w:t>stožci, talne oznake, obroči, vrvi, klopi, letveniki ali nizka plezala, blazine in mehke ovire; kartice namena in kriterijev; oznake štirih postaj; opazovalni list; semafor napora in mapa dokazov</w:t>
            </w:r>
          </w:p>
        </w:tc>
      </w:tr>
      <w:tr w:rsidR="00623E5F" w14:paraId="336200C0" w14:textId="77777777">
        <w:trPr>
          <w:cantSplit/>
          <w:jc w:val="center"/>
        </w:trPr>
        <w:tc>
          <w:tcPr>
            <w:tcW w:w="14060" w:type="dxa"/>
            <w:gridSpan w:val="6"/>
            <w:tcMar>
              <w:top w:w="70" w:type="dxa"/>
              <w:left w:w="90" w:type="dxa"/>
              <w:bottom w:w="70" w:type="dxa"/>
              <w:right w:w="90" w:type="dxa"/>
            </w:tcMar>
            <w:vAlign w:val="center"/>
          </w:tcPr>
          <w:p w14:paraId="7FB5BE49" w14:textId="77777777" w:rsidR="00623E5F" w:rsidRDefault="00623E5F"/>
          <w:p w14:paraId="7A51E8EF"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311B18EF" w14:textId="77777777">
        <w:trPr>
          <w:cantSplit/>
          <w:jc w:val="center"/>
        </w:trPr>
        <w:tc>
          <w:tcPr>
            <w:tcW w:w="14060" w:type="dxa"/>
            <w:gridSpan w:val="6"/>
            <w:tcMar>
              <w:top w:w="70" w:type="dxa"/>
              <w:left w:w="90" w:type="dxa"/>
              <w:bottom w:w="70" w:type="dxa"/>
              <w:right w:w="90" w:type="dxa"/>
            </w:tcMar>
            <w:vAlign w:val="center"/>
          </w:tcPr>
          <w:p w14:paraId="51C39D31" w14:textId="77777777" w:rsidR="00623E5F" w:rsidRDefault="00623E5F"/>
          <w:p w14:paraId="587239AA"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7B833ADD" w14:textId="77777777">
        <w:trPr>
          <w:cantSplit/>
          <w:jc w:val="center"/>
        </w:trPr>
        <w:tc>
          <w:tcPr>
            <w:tcW w:w="14060" w:type="dxa"/>
            <w:gridSpan w:val="6"/>
            <w:tcMar>
              <w:top w:w="70" w:type="dxa"/>
              <w:left w:w="90" w:type="dxa"/>
              <w:bottom w:w="70" w:type="dxa"/>
              <w:right w:w="90" w:type="dxa"/>
            </w:tcMar>
            <w:vAlign w:val="center"/>
          </w:tcPr>
          <w:p w14:paraId="77984B0F" w14:textId="77777777" w:rsidR="00623E5F" w:rsidRDefault="00623E5F"/>
          <w:p w14:paraId="28846E2B"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747628E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54D8E54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40CAA4A"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4EDE0E1" w14:textId="77777777" w:rsidR="00623E5F" w:rsidRDefault="00000000">
            <w:pPr>
              <w:jc w:val="center"/>
            </w:pPr>
            <w:r>
              <w:rPr>
                <w:b/>
                <w:color w:val="000000"/>
                <w:sz w:val="20"/>
              </w:rPr>
              <w:t>UČNE DEJAVNOSTI, METODE IN FORMATIVNO SPREMLJANJE</w:t>
            </w:r>
          </w:p>
        </w:tc>
      </w:tr>
      <w:tr w:rsidR="00623E5F" w14:paraId="4C1A1C03" w14:textId="77777777">
        <w:trPr>
          <w:tblHeader/>
          <w:jc w:val="center"/>
        </w:trPr>
        <w:tc>
          <w:tcPr>
            <w:tcW w:w="4422" w:type="dxa"/>
            <w:vMerge/>
            <w:tcMar>
              <w:top w:w="70" w:type="dxa"/>
              <w:left w:w="90" w:type="dxa"/>
              <w:bottom w:w="70" w:type="dxa"/>
              <w:right w:w="90" w:type="dxa"/>
            </w:tcMar>
            <w:vAlign w:val="center"/>
          </w:tcPr>
          <w:p w14:paraId="1FE121A6" w14:textId="77777777" w:rsidR="00623E5F" w:rsidRDefault="00623E5F"/>
        </w:tc>
        <w:tc>
          <w:tcPr>
            <w:tcW w:w="7087" w:type="dxa"/>
            <w:shd w:val="clear" w:color="auto" w:fill="FFFFFF"/>
            <w:tcMar>
              <w:top w:w="70" w:type="dxa"/>
              <w:left w:w="90" w:type="dxa"/>
              <w:bottom w:w="70" w:type="dxa"/>
              <w:right w:w="90" w:type="dxa"/>
            </w:tcMar>
            <w:vAlign w:val="center"/>
          </w:tcPr>
          <w:p w14:paraId="1AD4A803"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B3E323C" w14:textId="77777777" w:rsidR="00623E5F" w:rsidRDefault="00000000">
            <w:pPr>
              <w:jc w:val="center"/>
            </w:pPr>
            <w:r>
              <w:rPr>
                <w:b/>
                <w:color w:val="000000"/>
              </w:rPr>
              <w:t>UČENEC</w:t>
            </w:r>
          </w:p>
        </w:tc>
      </w:tr>
      <w:tr w:rsidR="00623E5F" w14:paraId="75124DB4" w14:textId="77777777">
        <w:trPr>
          <w:jc w:val="center"/>
        </w:trPr>
        <w:tc>
          <w:tcPr>
            <w:tcW w:w="4422" w:type="dxa"/>
            <w:tcMar>
              <w:top w:w="70" w:type="dxa"/>
              <w:left w:w="90" w:type="dxa"/>
              <w:bottom w:w="70" w:type="dxa"/>
              <w:right w:w="90" w:type="dxa"/>
            </w:tcMar>
          </w:tcPr>
          <w:p w14:paraId="20B16E71" w14:textId="77777777" w:rsidR="00623E5F" w:rsidRDefault="00623E5F"/>
          <w:p w14:paraId="51E6A63D" w14:textId="77777777" w:rsidR="00623E5F" w:rsidRDefault="00000000">
            <w:pPr>
              <w:spacing w:after="60" w:line="245" w:lineRule="auto"/>
            </w:pPr>
            <w:r>
              <w:rPr>
                <w:b/>
                <w:color w:val="000000"/>
              </w:rPr>
              <w:t>UČNI CILJI</w:t>
            </w:r>
          </w:p>
          <w:p w14:paraId="18844D0D" w14:textId="77777777" w:rsidR="00623E5F" w:rsidRDefault="00000000">
            <w:pPr>
              <w:spacing w:after="20" w:line="245" w:lineRule="auto"/>
            </w:pPr>
            <w:r>
              <w:rPr>
                <w:b/>
                <w:color w:val="000000"/>
                <w:sz w:val="17"/>
              </w:rPr>
              <w:t>SPLOŠNI</w:t>
            </w:r>
          </w:p>
          <w:p w14:paraId="268CABDD"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7DAA0357" w14:textId="77777777" w:rsidR="00623E5F" w:rsidRDefault="00000000">
            <w:pPr>
              <w:pStyle w:val="Oznaenseznam"/>
              <w:spacing w:after="16"/>
            </w:pPr>
            <w:r>
              <w:rPr>
                <w:color w:val="000000"/>
                <w:sz w:val="15"/>
              </w:rPr>
              <w:t>varno hodi, teče, skače, meče, pleza, se plazi, lovi, ravnoteži, pleše in uporablja različne rekvizite</w:t>
            </w:r>
          </w:p>
          <w:p w14:paraId="7E4F1A6F" w14:textId="77777777" w:rsidR="00623E5F" w:rsidRDefault="00000000">
            <w:pPr>
              <w:pStyle w:val="Oznaenseznam"/>
              <w:spacing w:after="16"/>
            </w:pPr>
            <w:r>
              <w:rPr>
                <w:color w:val="000000"/>
                <w:sz w:val="15"/>
              </w:rPr>
              <w:t>razume pomen rednega gibanja, ogrevanja, higiene, primerne opreme, počitka in varnega ravnanja</w:t>
            </w:r>
          </w:p>
          <w:p w14:paraId="3BB62204"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5543B983" w14:textId="77777777" w:rsidR="00623E5F" w:rsidRDefault="00000000">
            <w:pPr>
              <w:spacing w:before="40" w:after="20" w:line="245" w:lineRule="auto"/>
            </w:pPr>
            <w:r>
              <w:rPr>
                <w:b/>
                <w:color w:val="000000"/>
                <w:sz w:val="17"/>
              </w:rPr>
              <w:t>OPERATIVNI</w:t>
            </w:r>
          </w:p>
          <w:p w14:paraId="2230AA10" w14:textId="77777777" w:rsidR="00623E5F" w:rsidRDefault="00000000">
            <w:pPr>
              <w:pStyle w:val="Oznaenseznam"/>
              <w:spacing w:after="16"/>
            </w:pPr>
            <w:r>
              <w:rPr>
                <w:color w:val="000000"/>
                <w:sz w:val="15"/>
              </w:rPr>
              <w:t>izvede kotaljenje in oporo</w:t>
            </w:r>
          </w:p>
          <w:p w14:paraId="3FF8E8A0" w14:textId="77777777" w:rsidR="00623E5F" w:rsidRDefault="00000000">
            <w:pPr>
              <w:pStyle w:val="Oznaenseznam"/>
              <w:spacing w:after="16"/>
            </w:pPr>
            <w:r>
              <w:rPr>
                <w:color w:val="000000"/>
                <w:sz w:val="15"/>
              </w:rPr>
              <w:t>hodi po zmanjšani podporni ploskvi</w:t>
            </w:r>
          </w:p>
          <w:p w14:paraId="4B012089" w14:textId="77777777" w:rsidR="00623E5F" w:rsidRDefault="00000000">
            <w:pPr>
              <w:pStyle w:val="Oznaenseznam"/>
              <w:spacing w:after="16"/>
            </w:pPr>
            <w:r>
              <w:rPr>
                <w:color w:val="000000"/>
                <w:sz w:val="15"/>
              </w:rPr>
              <w:t>pomaga pri varovanju</w:t>
            </w:r>
          </w:p>
          <w:p w14:paraId="0549FC84" w14:textId="77777777" w:rsidR="00623E5F" w:rsidRDefault="00000000">
            <w:pPr>
              <w:spacing w:before="40" w:after="20" w:line="245" w:lineRule="auto"/>
            </w:pPr>
            <w:r>
              <w:rPr>
                <w:b/>
                <w:color w:val="000000"/>
                <w:sz w:val="17"/>
              </w:rPr>
              <w:t>PRIČAKOVANI DOSEŽKI / MINIMALNI POUDARKI</w:t>
            </w:r>
          </w:p>
          <w:p w14:paraId="02691824" w14:textId="77777777" w:rsidR="00623E5F" w:rsidRDefault="00000000">
            <w:pPr>
              <w:pStyle w:val="Oznaenseznam"/>
              <w:spacing w:after="16"/>
            </w:pPr>
            <w:r>
              <w:rPr>
                <w:color w:val="000000"/>
                <w:sz w:val="15"/>
              </w:rPr>
              <w:t>učenec samostojno oziroma z dogovorjeno oporo izvede kotaljenje in oporo</w:t>
            </w:r>
          </w:p>
          <w:p w14:paraId="14CFDBCC" w14:textId="77777777" w:rsidR="00623E5F" w:rsidRDefault="00000000">
            <w:pPr>
              <w:pStyle w:val="Oznaenseznam"/>
              <w:spacing w:after="16"/>
            </w:pPr>
            <w:r>
              <w:rPr>
                <w:color w:val="000000"/>
                <w:sz w:val="15"/>
              </w:rPr>
              <w:t>učenec samostojno oziroma z dogovorjeno oporo hodi po zmanjšani podporni ploskvi</w:t>
            </w:r>
          </w:p>
          <w:p w14:paraId="052FD5DD" w14:textId="77777777" w:rsidR="00623E5F" w:rsidRDefault="00000000">
            <w:pPr>
              <w:pStyle w:val="Oznaenseznam"/>
              <w:spacing w:after="16"/>
            </w:pPr>
            <w:r>
              <w:rPr>
                <w:color w:val="000000"/>
                <w:sz w:val="15"/>
              </w:rPr>
              <w:t>učenec samostojno oziroma z dogovorjeno oporo pomaga pri varovanju</w:t>
            </w:r>
          </w:p>
        </w:tc>
        <w:tc>
          <w:tcPr>
            <w:tcW w:w="7087" w:type="dxa"/>
            <w:tcMar>
              <w:top w:w="70" w:type="dxa"/>
              <w:left w:w="90" w:type="dxa"/>
              <w:bottom w:w="70" w:type="dxa"/>
              <w:right w:w="90" w:type="dxa"/>
            </w:tcMar>
          </w:tcPr>
          <w:p w14:paraId="172C44F9"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455E26A" w14:textId="77777777">
              <w:trPr>
                <w:jc w:val="center"/>
              </w:trPr>
              <w:tc>
                <w:tcPr>
                  <w:tcW w:w="7087" w:type="dxa"/>
                  <w:shd w:val="clear" w:color="auto" w:fill="C6E7F3"/>
                  <w:tcMar>
                    <w:top w:w="45" w:type="dxa"/>
                    <w:left w:w="70" w:type="dxa"/>
                    <w:bottom w:w="45" w:type="dxa"/>
                    <w:right w:w="70" w:type="dxa"/>
                  </w:tcMar>
                </w:tcPr>
                <w:p w14:paraId="185EB517" w14:textId="77777777" w:rsidR="00623E5F" w:rsidRDefault="00000000">
                  <w:pPr>
                    <w:keepNext/>
                  </w:pPr>
                  <w:r>
                    <w:rPr>
                      <w:b/>
                      <w:color w:val="000000"/>
                    </w:rPr>
                    <w:t>UVODNI DEL – POČUTJE, GIBALNI NAMIG, PREDZNANJE IN NAMEN UČENJA (7–10 min)</w:t>
                  </w:r>
                </w:p>
              </w:tc>
            </w:tr>
          </w:tbl>
          <w:p w14:paraId="6DDBB2AE" w14:textId="77777777" w:rsidR="00623E5F" w:rsidRDefault="00623E5F">
            <w:pPr>
              <w:spacing w:line="20" w:lineRule="exact"/>
            </w:pPr>
          </w:p>
          <w:p w14:paraId="2062A391" w14:textId="77777777" w:rsidR="00623E5F" w:rsidRDefault="00000000">
            <w:pPr>
              <w:spacing w:before="40" w:after="60" w:line="245" w:lineRule="auto"/>
            </w:pPr>
            <w:r>
              <w:rPr>
                <w:color w:val="000000"/>
                <w:sz w:val="15"/>
              </w:rPr>
              <w:t>Ob književnem motivu »Moj dežnik je lahko balon« – Ela Peroci učenci vstopijo v temo družina, domišljija in pot v drugačen svet. Učiteljica pripravi kratek gibalni namig: na tleh se pojavi pot stopinj, puščic in varnih ovir; učenci z gibalno napovedjo iščejo različne rešitve za temo »gimnastične osnove«. Tedenski gibalni izziv: izvede ravnotežnostno igro »Potovanje z balonom«.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7069928F" w14:textId="77777777">
              <w:trPr>
                <w:jc w:val="center"/>
              </w:trPr>
              <w:tc>
                <w:tcPr>
                  <w:tcW w:w="7087" w:type="dxa"/>
                  <w:shd w:val="clear" w:color="auto" w:fill="EDC9EA"/>
                  <w:tcMar>
                    <w:top w:w="45" w:type="dxa"/>
                    <w:left w:w="70" w:type="dxa"/>
                    <w:bottom w:w="45" w:type="dxa"/>
                    <w:right w:w="70" w:type="dxa"/>
                  </w:tcMar>
                </w:tcPr>
                <w:p w14:paraId="0329A9F3" w14:textId="77777777" w:rsidR="00623E5F" w:rsidRDefault="00000000">
                  <w:pPr>
                    <w:keepNext/>
                  </w:pPr>
                  <w:r>
                    <w:rPr>
                      <w:b/>
                      <w:color w:val="000000"/>
                    </w:rPr>
                    <w:t>NAMENI UČENJA</w:t>
                  </w:r>
                </w:p>
              </w:tc>
            </w:tr>
          </w:tbl>
          <w:p w14:paraId="1D287C81" w14:textId="77777777" w:rsidR="00623E5F" w:rsidRDefault="00623E5F">
            <w:pPr>
              <w:spacing w:line="20" w:lineRule="exact"/>
            </w:pPr>
          </w:p>
          <w:p w14:paraId="353D1158"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02CF2474" w14:textId="77777777" w:rsidR="00623E5F" w:rsidRDefault="00000000">
            <w:pPr>
              <w:pStyle w:val="Oznaenseznam"/>
              <w:spacing w:after="16"/>
            </w:pPr>
            <w:r>
              <w:rPr>
                <w:color w:val="000000"/>
                <w:sz w:val="15"/>
              </w:rPr>
              <w:t>izvedem kotaljenje in oporo</w:t>
            </w:r>
          </w:p>
          <w:p w14:paraId="5FB6348E" w14:textId="77777777" w:rsidR="00623E5F" w:rsidRDefault="00000000">
            <w:pPr>
              <w:pStyle w:val="Oznaenseznam"/>
              <w:spacing w:after="16"/>
            </w:pPr>
            <w:r>
              <w:rPr>
                <w:color w:val="000000"/>
                <w:sz w:val="15"/>
              </w:rPr>
              <w:t>hodim po zmanjšani podporni ploskvi</w:t>
            </w:r>
          </w:p>
          <w:p w14:paraId="6C0B1130" w14:textId="77777777" w:rsidR="00623E5F" w:rsidRDefault="00000000">
            <w:pPr>
              <w:pStyle w:val="Oznaenseznam"/>
              <w:spacing w:after="16"/>
            </w:pPr>
            <w:r>
              <w:rPr>
                <w:color w:val="000000"/>
                <w:sz w:val="15"/>
              </w:rPr>
              <w:t>pomagam pri varovanju</w:t>
            </w:r>
          </w:p>
          <w:tbl>
            <w:tblPr>
              <w:tblStyle w:val="Tabelamrea"/>
              <w:tblW w:w="0" w:type="auto"/>
              <w:jc w:val="center"/>
              <w:tblLayout w:type="fixed"/>
              <w:tblLook w:val="04A0" w:firstRow="1" w:lastRow="0" w:firstColumn="1" w:lastColumn="0" w:noHBand="0" w:noVBand="1"/>
            </w:tblPr>
            <w:tblGrid>
              <w:gridCol w:w="7087"/>
            </w:tblGrid>
            <w:tr w:rsidR="00623E5F" w14:paraId="1F71B1BD" w14:textId="77777777">
              <w:trPr>
                <w:jc w:val="center"/>
              </w:trPr>
              <w:tc>
                <w:tcPr>
                  <w:tcW w:w="7087" w:type="dxa"/>
                  <w:shd w:val="clear" w:color="auto" w:fill="EDC9EA"/>
                  <w:tcMar>
                    <w:top w:w="45" w:type="dxa"/>
                    <w:left w:w="70" w:type="dxa"/>
                    <w:bottom w:w="45" w:type="dxa"/>
                    <w:right w:w="70" w:type="dxa"/>
                  </w:tcMar>
                </w:tcPr>
                <w:p w14:paraId="7F9F5AF7" w14:textId="77777777" w:rsidR="00623E5F" w:rsidRDefault="00000000">
                  <w:pPr>
                    <w:keepNext/>
                  </w:pPr>
                  <w:r>
                    <w:rPr>
                      <w:b/>
                      <w:color w:val="000000"/>
                    </w:rPr>
                    <w:t>PREVERJANJE PREDZNANJA</w:t>
                  </w:r>
                </w:p>
              </w:tc>
            </w:tr>
          </w:tbl>
          <w:p w14:paraId="67BC6AD0" w14:textId="77777777" w:rsidR="00623E5F" w:rsidRDefault="00623E5F">
            <w:pPr>
              <w:spacing w:line="20" w:lineRule="exact"/>
            </w:pPr>
          </w:p>
          <w:p w14:paraId="425A8E85" w14:textId="77777777" w:rsidR="00623E5F" w:rsidRDefault="00000000">
            <w:pPr>
              <w:pStyle w:val="Oznaenseznam"/>
              <w:spacing w:after="16"/>
            </w:pPr>
            <w:r>
              <w:rPr>
                <w:color w:val="000000"/>
                <w:sz w:val="15"/>
              </w:rPr>
              <w:t>Kaj moje telo in prostor že znata pokazati pri temi »GIMNASTIČNE OSNOVE«?</w:t>
            </w:r>
          </w:p>
          <w:p w14:paraId="271A5FCE" w14:textId="77777777" w:rsidR="00623E5F" w:rsidRDefault="00000000">
            <w:pPr>
              <w:pStyle w:val="Oznaenseznam"/>
              <w:spacing w:after="16"/>
            </w:pPr>
            <w:r>
              <w:rPr>
                <w:color w:val="000000"/>
                <w:sz w:val="15"/>
              </w:rPr>
              <w:t>Katero varnostno pravilo, gibalni korak ali strategijo že obvladam in kaj bi najprej preizkusil/-a?</w:t>
            </w:r>
          </w:p>
          <w:p w14:paraId="39DA335C"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76C736D7" w14:textId="77777777">
              <w:trPr>
                <w:jc w:val="center"/>
              </w:trPr>
              <w:tc>
                <w:tcPr>
                  <w:tcW w:w="7087" w:type="dxa"/>
                  <w:shd w:val="clear" w:color="auto" w:fill="EDC9EA"/>
                  <w:tcMar>
                    <w:top w:w="45" w:type="dxa"/>
                    <w:left w:w="70" w:type="dxa"/>
                    <w:bottom w:w="45" w:type="dxa"/>
                    <w:right w:w="70" w:type="dxa"/>
                  </w:tcMar>
                </w:tcPr>
                <w:p w14:paraId="02F11BE1" w14:textId="77777777" w:rsidR="00623E5F" w:rsidRDefault="00000000">
                  <w:pPr>
                    <w:keepNext/>
                  </w:pPr>
                  <w:r>
                    <w:rPr>
                      <w:b/>
                      <w:color w:val="000000"/>
                    </w:rPr>
                    <w:t>KRITERIJI USPEŠNOSTI</w:t>
                  </w:r>
                </w:p>
              </w:tc>
            </w:tr>
          </w:tbl>
          <w:p w14:paraId="538FC779" w14:textId="77777777" w:rsidR="00623E5F" w:rsidRDefault="00623E5F"/>
          <w:p w14:paraId="4DE456FB" w14:textId="77777777" w:rsidR="00623E5F" w:rsidRDefault="00000000">
            <w:pPr>
              <w:spacing w:before="20" w:after="20" w:line="245" w:lineRule="auto"/>
            </w:pPr>
            <w:r>
              <w:rPr>
                <w:b/>
                <w:color w:val="000000"/>
                <w:sz w:val="16"/>
              </w:rPr>
              <w:t>Uspešen/-na bom, ko:</w:t>
            </w:r>
          </w:p>
          <w:p w14:paraId="4BE9B5D9" w14:textId="77777777" w:rsidR="00623E5F" w:rsidRDefault="00000000">
            <w:pPr>
              <w:pStyle w:val="Oznaenseznam"/>
              <w:spacing w:after="16"/>
            </w:pPr>
            <w:r>
              <w:rPr>
                <w:color w:val="000000"/>
                <w:sz w:val="15"/>
              </w:rPr>
              <w:t>izvedem kotaljenje in oporo</w:t>
            </w:r>
          </w:p>
          <w:p w14:paraId="5FF2176D" w14:textId="77777777" w:rsidR="00623E5F" w:rsidRDefault="00000000">
            <w:pPr>
              <w:pStyle w:val="Oznaenseznam"/>
              <w:spacing w:after="16"/>
            </w:pPr>
            <w:r>
              <w:rPr>
                <w:color w:val="000000"/>
                <w:sz w:val="15"/>
              </w:rPr>
              <w:t>hodim po zmanjšani podporni ploskvi</w:t>
            </w:r>
          </w:p>
          <w:p w14:paraId="6579A961" w14:textId="77777777" w:rsidR="00623E5F" w:rsidRDefault="00000000">
            <w:pPr>
              <w:pStyle w:val="Oznaenseznam"/>
              <w:spacing w:after="16"/>
            </w:pPr>
            <w:r>
              <w:rPr>
                <w:color w:val="000000"/>
                <w:sz w:val="15"/>
              </w:rPr>
              <w:t>pomagam pri varovanju</w:t>
            </w:r>
          </w:p>
          <w:p w14:paraId="0763E6F4" w14:textId="77777777" w:rsidR="00623E5F" w:rsidRDefault="00000000">
            <w:pPr>
              <w:pStyle w:val="Oznaenseznam"/>
              <w:spacing w:after="16"/>
            </w:pPr>
            <w:r>
              <w:rPr>
                <w:color w:val="000000"/>
                <w:sz w:val="15"/>
              </w:rPr>
              <w:t>pred začetkom preverim prostor in opremo, ohranjam razdaljo ter se na znak varno ustavim</w:t>
            </w:r>
          </w:p>
          <w:p w14:paraId="1E9FC3A8"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7221D387" w14:textId="77777777" w:rsidR="00623E5F" w:rsidRDefault="00623E5F"/>
          <w:p w14:paraId="16BCD789"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65A54F0D"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11D68CFA" w14:textId="77777777" w:rsidR="00623E5F" w:rsidRDefault="00000000">
            <w:pPr>
              <w:spacing w:after="100" w:line="245" w:lineRule="auto"/>
            </w:pPr>
            <w:r>
              <w:rPr>
                <w:color w:val="000000"/>
                <w:sz w:val="15"/>
              </w:rPr>
              <w:t>Sodeluje pri razumevanju namena, vidnih meril, varnostnih pravil, prehodov in načina dokazovanja.</w:t>
            </w:r>
          </w:p>
          <w:p w14:paraId="6EEB11D5" w14:textId="77777777" w:rsidR="00623E5F" w:rsidRDefault="00000000">
            <w:pPr>
              <w:spacing w:after="20" w:line="245" w:lineRule="auto"/>
            </w:pPr>
            <w:r>
              <w:rPr>
                <w:b/>
                <w:color w:val="D95BC6"/>
                <w:sz w:val="17"/>
              </w:rPr>
              <w:t>DOKAZ O UČENJU</w:t>
            </w:r>
          </w:p>
          <w:p w14:paraId="4B180F5D"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5A3BFA4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268D13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9FE95B8"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6C298B2" w14:textId="77777777" w:rsidR="00623E5F" w:rsidRDefault="00000000">
            <w:pPr>
              <w:jc w:val="center"/>
            </w:pPr>
            <w:r>
              <w:rPr>
                <w:b/>
                <w:color w:val="000000"/>
                <w:sz w:val="20"/>
              </w:rPr>
              <w:t>UČNE DEJAVNOSTI, METODE IN FORMATIVNO SPREMLJANJE</w:t>
            </w:r>
          </w:p>
        </w:tc>
      </w:tr>
      <w:tr w:rsidR="00623E5F" w14:paraId="0E32EF23" w14:textId="77777777">
        <w:trPr>
          <w:tblHeader/>
          <w:jc w:val="center"/>
        </w:trPr>
        <w:tc>
          <w:tcPr>
            <w:tcW w:w="4422" w:type="dxa"/>
            <w:vMerge/>
            <w:tcMar>
              <w:top w:w="70" w:type="dxa"/>
              <w:left w:w="90" w:type="dxa"/>
              <w:bottom w:w="70" w:type="dxa"/>
              <w:right w:w="90" w:type="dxa"/>
            </w:tcMar>
            <w:vAlign w:val="center"/>
          </w:tcPr>
          <w:p w14:paraId="7A2FCC33" w14:textId="77777777" w:rsidR="00623E5F" w:rsidRDefault="00623E5F"/>
        </w:tc>
        <w:tc>
          <w:tcPr>
            <w:tcW w:w="7087" w:type="dxa"/>
            <w:shd w:val="clear" w:color="auto" w:fill="FFFFFF"/>
            <w:tcMar>
              <w:top w:w="70" w:type="dxa"/>
              <w:left w:w="90" w:type="dxa"/>
              <w:bottom w:w="70" w:type="dxa"/>
              <w:right w:w="90" w:type="dxa"/>
            </w:tcMar>
            <w:vAlign w:val="center"/>
          </w:tcPr>
          <w:p w14:paraId="16B9C5D4"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FE70EE2" w14:textId="77777777" w:rsidR="00623E5F" w:rsidRDefault="00000000">
            <w:pPr>
              <w:jc w:val="center"/>
            </w:pPr>
            <w:r>
              <w:rPr>
                <w:b/>
                <w:color w:val="000000"/>
              </w:rPr>
              <w:t>UČENEC</w:t>
            </w:r>
          </w:p>
        </w:tc>
      </w:tr>
      <w:tr w:rsidR="00623E5F" w14:paraId="355A9F0D" w14:textId="77777777">
        <w:trPr>
          <w:jc w:val="center"/>
        </w:trPr>
        <w:tc>
          <w:tcPr>
            <w:tcW w:w="4422" w:type="dxa"/>
            <w:tcMar>
              <w:top w:w="70" w:type="dxa"/>
              <w:left w:w="90" w:type="dxa"/>
              <w:bottom w:w="70" w:type="dxa"/>
              <w:right w:w="90" w:type="dxa"/>
            </w:tcMar>
          </w:tcPr>
          <w:p w14:paraId="530CCF15" w14:textId="77777777" w:rsidR="00623E5F" w:rsidRDefault="00623E5F"/>
          <w:p w14:paraId="2D712967" w14:textId="77777777" w:rsidR="00623E5F" w:rsidRDefault="00000000">
            <w:pPr>
              <w:spacing w:after="40" w:line="245" w:lineRule="auto"/>
            </w:pPr>
            <w:r>
              <w:rPr>
                <w:b/>
                <w:color w:val="000000"/>
                <w:sz w:val="17"/>
              </w:rPr>
              <w:t>KLJUČNI ŠPORTNI IN GIBALNI POJMI</w:t>
            </w:r>
          </w:p>
          <w:p w14:paraId="694E26E9"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hoja, tek, lazenje, plazenje, valjanje, opora, ovira, poligon, doskok</w:t>
            </w:r>
          </w:p>
          <w:p w14:paraId="7637B852" w14:textId="77777777" w:rsidR="00623E5F" w:rsidRDefault="00000000">
            <w:pPr>
              <w:spacing w:after="20" w:line="245" w:lineRule="auto"/>
            </w:pPr>
            <w:r>
              <w:rPr>
                <w:b/>
                <w:color w:val="000000"/>
                <w:sz w:val="17"/>
              </w:rPr>
              <w:t>DOKAZI O UČENJU</w:t>
            </w:r>
          </w:p>
          <w:p w14:paraId="52A70F69" w14:textId="77777777" w:rsidR="00623E5F" w:rsidRDefault="00000000">
            <w:pPr>
              <w:pStyle w:val="Oznaenseznam"/>
              <w:spacing w:after="7"/>
            </w:pPr>
            <w:r>
              <w:rPr>
                <w:color w:val="000000"/>
                <w:sz w:val="14"/>
              </w:rPr>
              <w:t>varen odziv na znak, začetni poskus prvine in ustno varnostno pravilo.</w:t>
            </w:r>
          </w:p>
          <w:p w14:paraId="6E06FF17" w14:textId="77777777" w:rsidR="00623E5F" w:rsidRDefault="00000000">
            <w:pPr>
              <w:pStyle w:val="Oznaenseznam"/>
              <w:spacing w:after="7"/>
            </w:pPr>
            <w:r>
              <w:rPr>
                <w:color w:val="000000"/>
                <w:sz w:val="14"/>
              </w:rPr>
              <w:t>opazovalna kartica, izvedba na izbrani ravni in učiteljev zapis o napredku.</w:t>
            </w:r>
          </w:p>
          <w:p w14:paraId="1D750E4B" w14:textId="77777777" w:rsidR="00623E5F" w:rsidRDefault="00000000">
            <w:pPr>
              <w:pStyle w:val="Oznaenseznam"/>
              <w:spacing w:after="7"/>
            </w:pPr>
            <w:r>
              <w:rPr>
                <w:color w:val="000000"/>
                <w:sz w:val="14"/>
              </w:rPr>
              <w:t>uporaba prvine v igri, sodelovanje, upoštevanje pravil in osebno samovrednotenje.</w:t>
            </w:r>
          </w:p>
          <w:p w14:paraId="2EB20D51" w14:textId="77777777" w:rsidR="00623E5F" w:rsidRDefault="00000000">
            <w:pPr>
              <w:spacing w:before="40" w:after="20" w:line="245" w:lineRule="auto"/>
            </w:pPr>
            <w:r>
              <w:rPr>
                <w:b/>
                <w:color w:val="000000"/>
                <w:sz w:val="16"/>
              </w:rPr>
              <w:t>GIBALNO DOŽIVETJE IN IZKUŠENJSKI POUK</w:t>
            </w:r>
          </w:p>
          <w:p w14:paraId="7FB5AD7F"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77CDCF81" w14:textId="77777777" w:rsidR="00623E5F" w:rsidRDefault="00000000">
            <w:pPr>
              <w:spacing w:after="20" w:line="245" w:lineRule="auto"/>
            </w:pPr>
            <w:r>
              <w:rPr>
                <w:b/>
                <w:color w:val="000000"/>
                <w:sz w:val="16"/>
              </w:rPr>
              <w:t>POUČEVANJE V GIBANJU</w:t>
            </w:r>
          </w:p>
          <w:p w14:paraId="2D9E7722"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334D2327" w14:textId="77777777" w:rsidR="00623E5F" w:rsidRDefault="00000000">
            <w:pPr>
              <w:spacing w:after="20" w:line="245" w:lineRule="auto"/>
            </w:pPr>
            <w:r>
              <w:rPr>
                <w:b/>
                <w:color w:val="000000"/>
                <w:sz w:val="16"/>
              </w:rPr>
              <w:t>DELO PO ŠTIRIH POSTAJAH</w:t>
            </w:r>
          </w:p>
          <w:p w14:paraId="314A53CE"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0B7DC800" w14:textId="77777777" w:rsidR="00623E5F" w:rsidRDefault="00000000">
            <w:pPr>
              <w:spacing w:after="7" w:line="245" w:lineRule="auto"/>
            </w:pPr>
            <w:r>
              <w:rPr>
                <w:color w:val="000000"/>
                <w:sz w:val="14"/>
              </w:rPr>
              <w:t>1. Tehnična: po talnih oznakah in modelu večkrat vadim cilj »izvedem kotaljenje in oporo« na izbrani ravni.</w:t>
            </w:r>
          </w:p>
          <w:p w14:paraId="736E6A62" w14:textId="77777777" w:rsidR="00623E5F" w:rsidRDefault="00000000">
            <w:pPr>
              <w:spacing w:after="7" w:line="245" w:lineRule="auto"/>
            </w:pPr>
            <w:r>
              <w:rPr>
                <w:color w:val="000000"/>
                <w:sz w:val="14"/>
              </w:rPr>
              <w:t>2. Ravnotežno-koordinacijska: z linijo, obroči, nizko oviro ali blazino uresničujem cilj »hodim po zmanjšani podporni ploskvi«.</w:t>
            </w:r>
          </w:p>
          <w:p w14:paraId="6DF42F41" w14:textId="77777777" w:rsidR="00623E5F" w:rsidRDefault="00000000">
            <w:pPr>
              <w:spacing w:after="7" w:line="245" w:lineRule="auto"/>
            </w:pPr>
            <w:r>
              <w:rPr>
                <w:color w:val="000000"/>
                <w:sz w:val="14"/>
              </w:rPr>
              <w:t>3. Povezovalni poligon: v varen niz povežem tri osnovne oblike gibanja, smer, spremembo nivoja in ustavitev.</w:t>
            </w:r>
          </w:p>
          <w:p w14:paraId="4BC5C1FB" w14:textId="77777777" w:rsidR="00623E5F" w:rsidRDefault="00000000">
            <w:pPr>
              <w:spacing w:after="7" w:line="245" w:lineRule="auto"/>
            </w:pPr>
            <w:r>
              <w:rPr>
                <w:color w:val="000000"/>
                <w:sz w:val="14"/>
              </w:rPr>
              <w:t>4. Igralno-refleksivna: spretnost uporabim v igri brez izločanja ter s semaforjem pokažem, kako »pomagam pri varovanju«.</w:t>
            </w:r>
          </w:p>
          <w:p w14:paraId="7CAF8D47" w14:textId="77777777" w:rsidR="00623E5F" w:rsidRDefault="00000000">
            <w:pPr>
              <w:spacing w:after="20" w:line="245" w:lineRule="auto"/>
            </w:pPr>
            <w:r>
              <w:rPr>
                <w:b/>
                <w:color w:val="000000"/>
                <w:sz w:val="16"/>
              </w:rPr>
              <w:t>DIFERENCIACIJA IN VKLJUČEVANJE</w:t>
            </w:r>
          </w:p>
          <w:p w14:paraId="75CBC77D"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25B0F96D" w14:textId="77777777" w:rsidR="00623E5F" w:rsidRDefault="00000000">
            <w:pPr>
              <w:spacing w:after="20" w:line="245" w:lineRule="auto"/>
            </w:pPr>
            <w:r>
              <w:rPr>
                <w:b/>
                <w:color w:val="000000"/>
                <w:sz w:val="16"/>
              </w:rPr>
              <w:t>SPREMLJANJE</w:t>
            </w:r>
          </w:p>
          <w:p w14:paraId="115D9D8C"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4F71BA42"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6E5C1F21" w14:textId="77777777">
              <w:trPr>
                <w:jc w:val="center"/>
              </w:trPr>
              <w:tc>
                <w:tcPr>
                  <w:tcW w:w="7087" w:type="dxa"/>
                  <w:shd w:val="clear" w:color="auto" w:fill="C6E7F3"/>
                  <w:tcMar>
                    <w:top w:w="45" w:type="dxa"/>
                    <w:left w:w="70" w:type="dxa"/>
                    <w:bottom w:w="45" w:type="dxa"/>
                    <w:right w:w="70" w:type="dxa"/>
                  </w:tcMar>
                </w:tcPr>
                <w:p w14:paraId="59034ADE" w14:textId="77777777" w:rsidR="00623E5F" w:rsidRDefault="00000000">
                  <w:pPr>
                    <w:keepNext/>
                  </w:pPr>
                  <w:r>
                    <w:rPr>
                      <w:b/>
                      <w:color w:val="000000"/>
                      <w:sz w:val="16"/>
                    </w:rPr>
                    <w:t>GLAVNI DEL – GIBALNI IZZIV, VADBA NA ŠTIRIH POSTAJAH IN IGRA (3 šolske ure)</w:t>
                  </w:r>
                </w:p>
              </w:tc>
            </w:tr>
          </w:tbl>
          <w:p w14:paraId="5F233830" w14:textId="77777777" w:rsidR="00623E5F" w:rsidRDefault="00623E5F">
            <w:pPr>
              <w:spacing w:line="20" w:lineRule="exact"/>
            </w:pPr>
          </w:p>
          <w:p w14:paraId="652F655F" w14:textId="77777777" w:rsidR="00623E5F" w:rsidRDefault="00000000">
            <w:pPr>
              <w:keepNext/>
              <w:spacing w:before="16" w:after="6" w:line="245" w:lineRule="auto"/>
            </w:pPr>
            <w:r>
              <w:rPr>
                <w:b/>
                <w:color w:val="000000"/>
                <w:sz w:val="15"/>
              </w:rPr>
              <w:t>1. URA – Gimnastične osnove – Ogrejem se in usvojim gib</w:t>
            </w:r>
          </w:p>
          <w:p w14:paraId="6650E8D7"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»Moj dežnik je lahko balon« – Ela Peroci. Osrednji del 30': 32' – Preveri prostor in opremo, predstavi varnostni znak ter skozi gibalno zgodbo modelira ključno prvino po korakih.</w:t>
            </w:r>
          </w:p>
          <w:p w14:paraId="49017F8F"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598769AA" w14:textId="77777777" w:rsidR="00623E5F" w:rsidRDefault="00000000">
            <w:pPr>
              <w:spacing w:after="15" w:line="245" w:lineRule="auto"/>
            </w:pPr>
            <w:r>
              <w:rPr>
                <w:i/>
                <w:color w:val="D95BC6"/>
                <w:sz w:val="14"/>
              </w:rPr>
              <w:t>Predvideni dokaz: varen odziv na znak, začetni poskus prvine in ustno varnostno pravilo..</w:t>
            </w:r>
          </w:p>
          <w:p w14:paraId="3AED7AFF" w14:textId="77777777" w:rsidR="00623E5F" w:rsidRDefault="00000000">
            <w:pPr>
              <w:keepNext/>
              <w:spacing w:before="16" w:after="6" w:line="245" w:lineRule="auto"/>
            </w:pPr>
            <w:r>
              <w:rPr>
                <w:b/>
                <w:color w:val="000000"/>
                <w:sz w:val="15"/>
              </w:rPr>
              <w:t>2. URA – Gimnastične osnove – Vadim na postajah</w:t>
            </w:r>
          </w:p>
          <w:p w14:paraId="4394531E"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»Moj dežnik je lahko balon« – Ela Peroci. Osrednji del 30': 32' – Pripravi 4–6 postaj z enosmernimi prehodi, pokaže tri ravni izziva in opazovalcu dodeli en jasen kriterij.</w:t>
            </w:r>
          </w:p>
          <w:p w14:paraId="2C456E81"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7EAD2513" w14:textId="77777777" w:rsidR="00623E5F" w:rsidRDefault="00000000">
            <w:pPr>
              <w:spacing w:after="15" w:line="245" w:lineRule="auto"/>
            </w:pPr>
            <w:r>
              <w:rPr>
                <w:i/>
                <w:color w:val="D95BC6"/>
                <w:sz w:val="14"/>
              </w:rPr>
              <w:t>Predvideni dokaz: opazovalna kartica, izvedba na izbrani ravni in učiteljev zapis o napredku..</w:t>
            </w:r>
          </w:p>
          <w:p w14:paraId="53743E6A" w14:textId="77777777" w:rsidR="00623E5F" w:rsidRDefault="00000000">
            <w:pPr>
              <w:keepNext/>
              <w:spacing w:before="16" w:after="6" w:line="245" w:lineRule="auto"/>
            </w:pPr>
            <w:r>
              <w:rPr>
                <w:b/>
                <w:color w:val="000000"/>
                <w:sz w:val="15"/>
              </w:rPr>
              <w:t>3. URA – Gimnastične osnove – Uporabim v igri</w:t>
            </w:r>
          </w:p>
          <w:p w14:paraId="2D8B53BB"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»Moj dežnik je lahko balon« – Ela Peroci. Osrednji del 30': 32' – Organizira vključujočo igro ali izziv brez izločanja, spremlja varnost, pošteno igro in uporabo naučene prvine.</w:t>
            </w:r>
          </w:p>
          <w:p w14:paraId="55180400"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155E5064"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281A75F7" w14:textId="77777777">
              <w:trPr>
                <w:jc w:val="center"/>
              </w:trPr>
              <w:tc>
                <w:tcPr>
                  <w:tcW w:w="7087" w:type="dxa"/>
                  <w:shd w:val="clear" w:color="auto" w:fill="EDC9EA"/>
                  <w:tcMar>
                    <w:top w:w="45" w:type="dxa"/>
                    <w:left w:w="70" w:type="dxa"/>
                    <w:bottom w:w="45" w:type="dxa"/>
                    <w:right w:w="70" w:type="dxa"/>
                  </w:tcMar>
                </w:tcPr>
                <w:p w14:paraId="5E3EBE61" w14:textId="77777777" w:rsidR="00623E5F" w:rsidRDefault="00000000">
                  <w:pPr>
                    <w:keepNext/>
                  </w:pPr>
                  <w:r>
                    <w:rPr>
                      <w:b/>
                      <w:color w:val="000000"/>
                      <w:sz w:val="16"/>
                    </w:rPr>
                    <w:t>ORGANIZACIJA POSTAJ, PREHODOV IN AKTIVNEGA ČASA</w:t>
                  </w:r>
                </w:p>
              </w:tc>
            </w:tr>
          </w:tbl>
          <w:p w14:paraId="1A2C5FB2" w14:textId="77777777" w:rsidR="00623E5F" w:rsidRDefault="00623E5F"/>
          <w:p w14:paraId="335FF6C6" w14:textId="77777777" w:rsidR="00623E5F" w:rsidRDefault="00000000">
            <w:pPr>
              <w:spacing w:before="5" w:after="6" w:line="245" w:lineRule="auto"/>
            </w:pPr>
            <w:r>
              <w:rPr>
                <w:color w:val="000000"/>
                <w:sz w:val="14"/>
              </w:rPr>
              <w:t>Postaja 1: Tehnična: po talnih oznakah in modelu večkrat vadim cilj »izvedem kotaljenje in oporo« na izbrani ravni.</w:t>
            </w:r>
          </w:p>
          <w:p w14:paraId="038ACBDF" w14:textId="77777777" w:rsidR="00623E5F" w:rsidRDefault="00000000">
            <w:pPr>
              <w:spacing w:before="5" w:after="6" w:line="245" w:lineRule="auto"/>
            </w:pPr>
            <w:r>
              <w:rPr>
                <w:color w:val="000000"/>
                <w:sz w:val="14"/>
              </w:rPr>
              <w:t>Postaja 2: Ravnotežno-koordinacijska: z linijo, obroči, nizko oviro ali blazino uresničujem cilj »hodim po zmanjšani podporni ploskvi«.</w:t>
            </w:r>
          </w:p>
          <w:p w14:paraId="7EBBD77D" w14:textId="77777777" w:rsidR="00623E5F" w:rsidRDefault="00000000">
            <w:pPr>
              <w:spacing w:before="5" w:after="6" w:line="245" w:lineRule="auto"/>
            </w:pPr>
            <w:r>
              <w:rPr>
                <w:color w:val="000000"/>
                <w:sz w:val="14"/>
              </w:rPr>
              <w:t>Postaja 3: Povezovalni poligon: v varen niz povežem tri osnovne oblike gibanja, smer, spremembo nivoja in ustavitev.</w:t>
            </w:r>
          </w:p>
          <w:p w14:paraId="0746E06F" w14:textId="77777777" w:rsidR="00623E5F" w:rsidRDefault="00000000">
            <w:pPr>
              <w:spacing w:before="5" w:after="6" w:line="245" w:lineRule="auto"/>
            </w:pPr>
            <w:r>
              <w:rPr>
                <w:color w:val="000000"/>
                <w:sz w:val="14"/>
              </w:rPr>
              <w:t>Postaja 4: Igralno-refleksivna: spretnost uporabim v igri brez izločanja ter s semaforjem pokažem, kako »pomagam pri varovanju«.</w:t>
            </w:r>
          </w:p>
          <w:p w14:paraId="451CA5EA"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7715E68F" w14:textId="77777777" w:rsidR="00623E5F" w:rsidRDefault="00623E5F"/>
          <w:p w14:paraId="1E3AF303" w14:textId="77777777" w:rsidR="00623E5F" w:rsidRDefault="00000000">
            <w:pPr>
              <w:spacing w:after="5" w:line="245" w:lineRule="auto"/>
            </w:pPr>
            <w:r>
              <w:rPr>
                <w:b/>
                <w:color w:val="000000"/>
                <w:sz w:val="15"/>
              </w:rPr>
              <w:t>1. URA – Gimnastične osnove – Ogrejem se in usvojim gib</w:t>
            </w:r>
          </w:p>
          <w:p w14:paraId="568985B1"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4DABBB4" w14:textId="77777777" w:rsidR="00623E5F" w:rsidRDefault="00000000">
            <w:pPr>
              <w:spacing w:after="14" w:line="245" w:lineRule="auto"/>
            </w:pPr>
            <w:r>
              <w:rPr>
                <w:color w:val="D95BC6"/>
                <w:sz w:val="13"/>
              </w:rPr>
              <w:t>Dokaz: varen odziv na znak, začetni poskus prvine in ustno varnostno pravilo.</w:t>
            </w:r>
          </w:p>
          <w:p w14:paraId="065FD185" w14:textId="77777777" w:rsidR="00623E5F" w:rsidRDefault="00000000">
            <w:pPr>
              <w:spacing w:after="5" w:line="245" w:lineRule="auto"/>
            </w:pPr>
            <w:r>
              <w:rPr>
                <w:b/>
                <w:color w:val="000000"/>
                <w:sz w:val="15"/>
              </w:rPr>
              <w:t>2. URA – Gimnastične osnove – Vadim na postajah</w:t>
            </w:r>
          </w:p>
          <w:p w14:paraId="24F588C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A8DDDC3" w14:textId="77777777" w:rsidR="00623E5F" w:rsidRDefault="00000000">
            <w:pPr>
              <w:spacing w:after="14" w:line="245" w:lineRule="auto"/>
            </w:pPr>
            <w:r>
              <w:rPr>
                <w:color w:val="D95BC6"/>
                <w:sz w:val="13"/>
              </w:rPr>
              <w:t>Dokaz: opazovalna kartica, izvedba na izbrani ravni in učiteljev zapis o napredku.</w:t>
            </w:r>
          </w:p>
          <w:p w14:paraId="2F817202" w14:textId="77777777" w:rsidR="00623E5F" w:rsidRDefault="00000000">
            <w:pPr>
              <w:spacing w:after="5" w:line="245" w:lineRule="auto"/>
            </w:pPr>
            <w:r>
              <w:rPr>
                <w:b/>
                <w:color w:val="000000"/>
                <w:sz w:val="15"/>
              </w:rPr>
              <w:t>3. URA – Gimnastične osnove – Uporabim v igri</w:t>
            </w:r>
          </w:p>
          <w:p w14:paraId="13FF8D6C"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DE121C7" w14:textId="77777777" w:rsidR="00623E5F" w:rsidRDefault="00000000">
            <w:pPr>
              <w:spacing w:after="14" w:line="245" w:lineRule="auto"/>
            </w:pPr>
            <w:r>
              <w:rPr>
                <w:color w:val="D95BC6"/>
                <w:sz w:val="13"/>
              </w:rPr>
              <w:t>Dokaz: uporaba prvine v igri, sodelovanje, upoštevanje pravil in osebno.</w:t>
            </w:r>
          </w:p>
          <w:p w14:paraId="50D9BC50" w14:textId="77777777" w:rsidR="00623E5F" w:rsidRDefault="00000000">
            <w:pPr>
              <w:spacing w:before="30" w:after="14" w:line="245" w:lineRule="auto"/>
            </w:pPr>
            <w:r>
              <w:rPr>
                <w:b/>
                <w:color w:val="D95BC6"/>
                <w:sz w:val="16"/>
              </w:rPr>
              <w:t>MOJ KROG POSTAJ</w:t>
            </w:r>
          </w:p>
          <w:p w14:paraId="4C1A2DEA" w14:textId="77777777" w:rsidR="00623E5F" w:rsidRDefault="00000000">
            <w:pPr>
              <w:spacing w:after="8" w:line="245" w:lineRule="auto"/>
            </w:pPr>
            <w:r>
              <w:rPr>
                <w:color w:val="000000"/>
                <w:sz w:val="13"/>
              </w:rPr>
              <w:t>1. Tehnična: po talnih oznakah in modelu večkrat vadim cilj »izvedem kotaljenje in.</w:t>
            </w:r>
          </w:p>
          <w:p w14:paraId="23605695" w14:textId="77777777" w:rsidR="00623E5F" w:rsidRDefault="00000000">
            <w:pPr>
              <w:spacing w:after="8" w:line="245" w:lineRule="auto"/>
            </w:pPr>
            <w:r>
              <w:rPr>
                <w:color w:val="000000"/>
                <w:sz w:val="13"/>
              </w:rPr>
              <w:t>2. Ravnotežno-koordinacijska: z linijo, obroči, nizko oviro ali blazino uresničujem.</w:t>
            </w:r>
          </w:p>
          <w:p w14:paraId="41E64D2C" w14:textId="77777777" w:rsidR="00623E5F" w:rsidRDefault="00000000">
            <w:pPr>
              <w:spacing w:after="8" w:line="245" w:lineRule="auto"/>
            </w:pPr>
            <w:r>
              <w:rPr>
                <w:color w:val="000000"/>
                <w:sz w:val="13"/>
              </w:rPr>
              <w:t>3. Povezovalni poligon: v varen niz povežem tri osnovne oblike gibanja, smer.</w:t>
            </w:r>
          </w:p>
          <w:p w14:paraId="3B2B6FEB" w14:textId="77777777" w:rsidR="00623E5F" w:rsidRDefault="00000000">
            <w:pPr>
              <w:spacing w:after="8" w:line="245" w:lineRule="auto"/>
            </w:pPr>
            <w:r>
              <w:rPr>
                <w:color w:val="000000"/>
                <w:sz w:val="13"/>
              </w:rPr>
              <w:t>4. Igralno-refleksivna: spretnost uporabim v igri brez izločanja ter s semaforjem.</w:t>
            </w:r>
          </w:p>
          <w:p w14:paraId="0C716989"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75EA541B" w14:textId="77777777" w:rsidR="00623E5F" w:rsidRDefault="00000000">
            <w:pPr>
              <w:spacing w:after="14" w:line="245" w:lineRule="auto"/>
            </w:pPr>
            <w:r>
              <w:rPr>
                <w:b/>
                <w:color w:val="D95BC6"/>
                <w:sz w:val="16"/>
              </w:rPr>
              <w:t>DOKAZ O UČENJU</w:t>
            </w:r>
          </w:p>
          <w:p w14:paraId="39A97783"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709493F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F85E53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EFDF15C"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F20FC90" w14:textId="77777777" w:rsidR="00623E5F" w:rsidRDefault="00000000">
            <w:pPr>
              <w:jc w:val="center"/>
            </w:pPr>
            <w:r>
              <w:rPr>
                <w:b/>
                <w:color w:val="000000"/>
                <w:sz w:val="20"/>
              </w:rPr>
              <w:t>UČNE DEJAVNOSTI, METODE IN FORMATIVNO SPREMLJANJE</w:t>
            </w:r>
          </w:p>
        </w:tc>
      </w:tr>
      <w:tr w:rsidR="00623E5F" w14:paraId="49B9CB59" w14:textId="77777777">
        <w:trPr>
          <w:tblHeader/>
          <w:jc w:val="center"/>
        </w:trPr>
        <w:tc>
          <w:tcPr>
            <w:tcW w:w="4422" w:type="dxa"/>
            <w:vMerge/>
            <w:tcMar>
              <w:top w:w="70" w:type="dxa"/>
              <w:left w:w="90" w:type="dxa"/>
              <w:bottom w:w="70" w:type="dxa"/>
              <w:right w:w="90" w:type="dxa"/>
            </w:tcMar>
            <w:vAlign w:val="center"/>
          </w:tcPr>
          <w:p w14:paraId="7EB87FEB" w14:textId="77777777" w:rsidR="00623E5F" w:rsidRDefault="00623E5F"/>
        </w:tc>
        <w:tc>
          <w:tcPr>
            <w:tcW w:w="7087" w:type="dxa"/>
            <w:shd w:val="clear" w:color="auto" w:fill="FFFFFF"/>
            <w:tcMar>
              <w:top w:w="70" w:type="dxa"/>
              <w:left w:w="90" w:type="dxa"/>
              <w:bottom w:w="70" w:type="dxa"/>
              <w:right w:w="90" w:type="dxa"/>
            </w:tcMar>
            <w:vAlign w:val="center"/>
          </w:tcPr>
          <w:p w14:paraId="07105914"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9360DBD" w14:textId="77777777" w:rsidR="00623E5F" w:rsidRDefault="00000000">
            <w:pPr>
              <w:jc w:val="center"/>
            </w:pPr>
            <w:r>
              <w:rPr>
                <w:b/>
                <w:color w:val="000000"/>
              </w:rPr>
              <w:t>UČENEC</w:t>
            </w:r>
          </w:p>
        </w:tc>
      </w:tr>
      <w:tr w:rsidR="00623E5F" w14:paraId="620423FF" w14:textId="77777777">
        <w:trPr>
          <w:jc w:val="center"/>
        </w:trPr>
        <w:tc>
          <w:tcPr>
            <w:tcW w:w="4422" w:type="dxa"/>
            <w:tcMar>
              <w:top w:w="70" w:type="dxa"/>
              <w:left w:w="90" w:type="dxa"/>
              <w:bottom w:w="70" w:type="dxa"/>
              <w:right w:w="90" w:type="dxa"/>
            </w:tcMar>
          </w:tcPr>
          <w:p w14:paraId="77BAFE4E" w14:textId="77777777" w:rsidR="00623E5F" w:rsidRDefault="00623E5F"/>
          <w:p w14:paraId="5BBAE288" w14:textId="77777777" w:rsidR="00623E5F" w:rsidRDefault="00000000">
            <w:pPr>
              <w:spacing w:after="40" w:line="245" w:lineRule="auto"/>
            </w:pPr>
            <w:r>
              <w:rPr>
                <w:b/>
                <w:color w:val="000000"/>
              </w:rPr>
              <w:t>FORMATIVNO SPREMLJANJE</w:t>
            </w:r>
          </w:p>
          <w:p w14:paraId="2B916056" w14:textId="77777777" w:rsidR="00623E5F" w:rsidRDefault="00000000">
            <w:pPr>
              <w:pStyle w:val="Oznaenseznam"/>
              <w:spacing w:after="16"/>
            </w:pPr>
            <w:r>
              <w:rPr>
                <w:color w:val="000000"/>
                <w:sz w:val="15"/>
              </w:rPr>
              <w:t>predznanje: gibalni prikaz, odziv na znak, izbira kartice, začetni poskus ali kratka razlaga</w:t>
            </w:r>
          </w:p>
          <w:p w14:paraId="0329906C" w14:textId="77777777" w:rsidR="00623E5F" w:rsidRDefault="00000000">
            <w:pPr>
              <w:pStyle w:val="Oznaenseznam"/>
              <w:spacing w:after="16"/>
            </w:pPr>
            <w:r>
              <w:rPr>
                <w:color w:val="000000"/>
                <w:sz w:val="15"/>
              </w:rPr>
              <w:t>nameni in merila: kratka poved, slikovni znak, model varne izvedbe in en opazljiv tehnični poudarek</w:t>
            </w:r>
          </w:p>
          <w:p w14:paraId="6C963628"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59A87BD7" w14:textId="77777777" w:rsidR="00623E5F" w:rsidRDefault="00000000">
            <w:pPr>
              <w:pStyle w:val="Oznaenseznam"/>
              <w:spacing w:after="16"/>
            </w:pPr>
            <w:r>
              <w:rPr>
                <w:color w:val="000000"/>
                <w:sz w:val="15"/>
              </w:rPr>
              <w:t>povratna informacija: opis opaženega, povezava z enim merilom in takoj izvedljiv ponovni poskus</w:t>
            </w:r>
          </w:p>
          <w:p w14:paraId="2FA3D9D2" w14:textId="77777777" w:rsidR="00623E5F" w:rsidRDefault="00000000">
            <w:pPr>
              <w:pStyle w:val="Oznaenseznam"/>
              <w:spacing w:after="16"/>
            </w:pPr>
            <w:r>
              <w:rPr>
                <w:color w:val="000000"/>
                <w:sz w:val="15"/>
              </w:rPr>
              <w:t>samovrednotenje: semafor napora in varnosti, lestvica samostojnosti, izbran dokaz ter osebni naslednji korak</w:t>
            </w:r>
          </w:p>
          <w:p w14:paraId="3BE82AA6" w14:textId="77777777" w:rsidR="00623E5F" w:rsidRDefault="00000000">
            <w:pPr>
              <w:spacing w:before="40" w:after="20" w:line="245" w:lineRule="auto"/>
            </w:pPr>
            <w:r>
              <w:rPr>
                <w:b/>
                <w:color w:val="000000"/>
                <w:sz w:val="17"/>
              </w:rPr>
              <w:t>VARNOST, POČUTJE IN HIGIENA</w:t>
            </w:r>
          </w:p>
          <w:p w14:paraId="54B90895"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Pri plezanju, ravnotežju, kotaljenju in prevalnih predvajah je območje oblazinjeno, naloga pa poteka posamično in ob jasnem varovanju.</w:t>
            </w:r>
          </w:p>
          <w:p w14:paraId="598B13A5" w14:textId="77777777" w:rsidR="00623E5F" w:rsidRDefault="00000000">
            <w:pPr>
              <w:spacing w:after="20" w:line="245" w:lineRule="auto"/>
            </w:pPr>
            <w:r>
              <w:rPr>
                <w:b/>
                <w:color w:val="000000"/>
                <w:sz w:val="17"/>
              </w:rPr>
              <w:t>EVIDENCA PO IZVEDBI</w:t>
            </w:r>
          </w:p>
          <w:p w14:paraId="477D80C6"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34C211FC" w14:textId="77777777" w:rsidR="00623E5F" w:rsidRDefault="00000000">
            <w:pPr>
              <w:spacing w:before="40" w:after="20" w:line="245" w:lineRule="auto"/>
            </w:pPr>
            <w:r>
              <w:rPr>
                <w:b/>
                <w:color w:val="000000"/>
                <w:sz w:val="17"/>
              </w:rPr>
              <w:t>RAVEN DOSEGANJA</w:t>
            </w:r>
          </w:p>
          <w:p w14:paraId="1438B329"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5E3DF1BA"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E9668AE" w14:textId="77777777">
              <w:trPr>
                <w:jc w:val="center"/>
              </w:trPr>
              <w:tc>
                <w:tcPr>
                  <w:tcW w:w="7087" w:type="dxa"/>
                  <w:shd w:val="clear" w:color="auto" w:fill="EDC9EA"/>
                  <w:tcMar>
                    <w:top w:w="45" w:type="dxa"/>
                    <w:left w:w="70" w:type="dxa"/>
                    <w:bottom w:w="45" w:type="dxa"/>
                    <w:right w:w="70" w:type="dxa"/>
                  </w:tcMar>
                </w:tcPr>
                <w:p w14:paraId="096F5181" w14:textId="77777777" w:rsidR="00623E5F" w:rsidRDefault="00000000">
                  <w:pPr>
                    <w:keepNext/>
                  </w:pPr>
                  <w:r>
                    <w:rPr>
                      <w:b/>
                      <w:color w:val="000000"/>
                    </w:rPr>
                    <w:t>VPRAŠANJA V PODPORO GIBALNEMU UČENJU</w:t>
                  </w:r>
                </w:p>
              </w:tc>
            </w:tr>
          </w:tbl>
          <w:p w14:paraId="3B3A9222" w14:textId="77777777" w:rsidR="00623E5F" w:rsidRDefault="00623E5F">
            <w:pPr>
              <w:spacing w:line="20" w:lineRule="exact"/>
            </w:pPr>
          </w:p>
          <w:p w14:paraId="510501A9" w14:textId="77777777" w:rsidR="00623E5F" w:rsidRDefault="00000000">
            <w:pPr>
              <w:pStyle w:val="Oznaenseznam"/>
              <w:spacing w:after="16"/>
            </w:pPr>
            <w:r>
              <w:rPr>
                <w:color w:val="000000"/>
                <w:sz w:val="15"/>
              </w:rPr>
              <w:t>Kaj si pri prvem poskusu začutil/-a ali opazil/-a v položaju telesa, ravnotežju, smeri, ritmu ali naporu?</w:t>
            </w:r>
          </w:p>
          <w:p w14:paraId="481D8C08" w14:textId="77777777" w:rsidR="00623E5F" w:rsidRDefault="00000000">
            <w:pPr>
              <w:pStyle w:val="Oznaenseznam"/>
              <w:spacing w:after="16"/>
            </w:pPr>
            <w:r>
              <w:rPr>
                <w:color w:val="000000"/>
                <w:sz w:val="15"/>
              </w:rPr>
              <w:t>Katero varnostno pravilo in kateri gibalni korak sta bila danes najpomembnejša?</w:t>
            </w:r>
          </w:p>
          <w:p w14:paraId="3091EE5E" w14:textId="77777777" w:rsidR="00623E5F" w:rsidRDefault="00000000">
            <w:pPr>
              <w:pStyle w:val="Oznaenseznam"/>
              <w:spacing w:after="16"/>
            </w:pPr>
            <w:r>
              <w:rPr>
                <w:color w:val="000000"/>
                <w:sz w:val="15"/>
              </w:rPr>
              <w:t>Katero raven si izbral/-a, zakaj je bila primerna in kaj si pri naslednjem poskusu spremenil/-a?</w:t>
            </w:r>
          </w:p>
          <w:p w14:paraId="69724F5B" w14:textId="77777777" w:rsidR="00623E5F" w:rsidRDefault="00000000">
            <w:pPr>
              <w:pStyle w:val="Oznaenseznam"/>
              <w:spacing w:after="16"/>
            </w:pPr>
            <w:r>
              <w:rPr>
                <w:color w:val="000000"/>
                <w:sz w:val="15"/>
              </w:rPr>
              <w:t>Kateri tvoj gibalni dokaz najjasneje pokaže dogovorjeno merilo?</w:t>
            </w:r>
          </w:p>
          <w:p w14:paraId="615B53A3"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4C97444E" w14:textId="77777777">
              <w:trPr>
                <w:jc w:val="center"/>
              </w:trPr>
              <w:tc>
                <w:tcPr>
                  <w:tcW w:w="7087" w:type="dxa"/>
                  <w:shd w:val="clear" w:color="auto" w:fill="C6E7F3"/>
                  <w:tcMar>
                    <w:top w:w="45" w:type="dxa"/>
                    <w:left w:w="70" w:type="dxa"/>
                    <w:bottom w:w="45" w:type="dxa"/>
                    <w:right w:w="70" w:type="dxa"/>
                  </w:tcMar>
                </w:tcPr>
                <w:p w14:paraId="07A47E8B" w14:textId="77777777" w:rsidR="00623E5F" w:rsidRDefault="00000000">
                  <w:pPr>
                    <w:keepNext/>
                  </w:pPr>
                  <w:r>
                    <w:rPr>
                      <w:b/>
                      <w:color w:val="000000"/>
                    </w:rPr>
                    <w:t>ZAKLJUČNI DEL – UMIRJANJE, RAZTEZANJE, DOKAZ IN REFLEKSIJA (8–10 min)</w:t>
                  </w:r>
                </w:p>
              </w:tc>
            </w:tr>
          </w:tbl>
          <w:p w14:paraId="62244BCF" w14:textId="77777777" w:rsidR="00623E5F" w:rsidRDefault="00623E5F">
            <w:pPr>
              <w:spacing w:line="20" w:lineRule="exact"/>
            </w:pPr>
          </w:p>
          <w:p w14:paraId="257D3E7C"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44CD9F62" w14:textId="77777777">
              <w:trPr>
                <w:jc w:val="center"/>
              </w:trPr>
              <w:tc>
                <w:tcPr>
                  <w:tcW w:w="7087" w:type="dxa"/>
                  <w:shd w:val="clear" w:color="auto" w:fill="EDC9EA"/>
                  <w:tcMar>
                    <w:top w:w="45" w:type="dxa"/>
                    <w:left w:w="70" w:type="dxa"/>
                    <w:bottom w:w="45" w:type="dxa"/>
                    <w:right w:w="70" w:type="dxa"/>
                  </w:tcMar>
                </w:tcPr>
                <w:p w14:paraId="50D2DF4E" w14:textId="77777777" w:rsidR="00623E5F" w:rsidRDefault="00000000">
                  <w:pPr>
                    <w:keepNext/>
                  </w:pPr>
                  <w:r>
                    <w:rPr>
                      <w:b/>
                      <w:color w:val="000000"/>
                    </w:rPr>
                    <w:t>SAMOVREDNOTENJE</w:t>
                  </w:r>
                </w:p>
              </w:tc>
            </w:tr>
          </w:tbl>
          <w:p w14:paraId="1F684998" w14:textId="77777777" w:rsidR="00623E5F" w:rsidRDefault="00623E5F">
            <w:pPr>
              <w:spacing w:line="20" w:lineRule="exact"/>
            </w:pPr>
          </w:p>
          <w:p w14:paraId="7EDC21A2"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3EBE1A2D" w14:textId="77777777">
              <w:trPr>
                <w:jc w:val="center"/>
              </w:trPr>
              <w:tc>
                <w:tcPr>
                  <w:tcW w:w="7087" w:type="dxa"/>
                  <w:shd w:val="clear" w:color="auto" w:fill="EDC9EA"/>
                  <w:tcMar>
                    <w:top w:w="45" w:type="dxa"/>
                    <w:left w:w="70" w:type="dxa"/>
                    <w:bottom w:w="45" w:type="dxa"/>
                    <w:right w:w="70" w:type="dxa"/>
                  </w:tcMar>
                </w:tcPr>
                <w:p w14:paraId="5E0346C0" w14:textId="77777777" w:rsidR="00623E5F" w:rsidRDefault="00000000">
                  <w:pPr>
                    <w:keepNext/>
                  </w:pPr>
                  <w:r>
                    <w:rPr>
                      <w:b/>
                      <w:color w:val="000000"/>
                    </w:rPr>
                    <w:t>VRSTNIŠKO OPAZOVANJE IN POVRATNA INFORMACIJA</w:t>
                  </w:r>
                </w:p>
              </w:tc>
            </w:tr>
          </w:tbl>
          <w:p w14:paraId="1DFF15CE" w14:textId="77777777" w:rsidR="00623E5F" w:rsidRDefault="00623E5F">
            <w:pPr>
              <w:spacing w:line="20" w:lineRule="exact"/>
            </w:pPr>
          </w:p>
          <w:p w14:paraId="5DF43110"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50E27DF7" w14:textId="77777777">
              <w:trPr>
                <w:jc w:val="center"/>
              </w:trPr>
              <w:tc>
                <w:tcPr>
                  <w:tcW w:w="7087" w:type="dxa"/>
                  <w:shd w:val="clear" w:color="auto" w:fill="EDC9EA"/>
                  <w:tcMar>
                    <w:top w:w="45" w:type="dxa"/>
                    <w:left w:w="70" w:type="dxa"/>
                    <w:bottom w:w="45" w:type="dxa"/>
                    <w:right w:w="70" w:type="dxa"/>
                  </w:tcMar>
                </w:tcPr>
                <w:p w14:paraId="7C0B199C" w14:textId="77777777" w:rsidR="00623E5F" w:rsidRDefault="00000000">
                  <w:pPr>
                    <w:keepNext/>
                  </w:pPr>
                  <w:r>
                    <w:rPr>
                      <w:b/>
                      <w:color w:val="000000"/>
                    </w:rPr>
                    <w:t>SKUPNI POVZETEK</w:t>
                  </w:r>
                </w:p>
              </w:tc>
            </w:tr>
          </w:tbl>
          <w:p w14:paraId="1C075628" w14:textId="77777777" w:rsidR="00623E5F" w:rsidRDefault="00623E5F"/>
          <w:p w14:paraId="608105CF" w14:textId="77777777" w:rsidR="00623E5F" w:rsidRDefault="00000000">
            <w:pPr>
              <w:spacing w:before="20" w:after="40" w:line="245" w:lineRule="auto"/>
            </w:pPr>
            <w:r>
              <w:rPr>
                <w:b/>
                <w:color w:val="000000"/>
                <w:sz w:val="16"/>
              </w:rPr>
              <w:t>izvedem kotaljenje in oporo; hodim po zmanjšani podporni ploskvi; pomagam pri varovanju. Izbrani gibalni dokaz pojasnim in določim varen naslednji korak.</w:t>
            </w:r>
          </w:p>
        </w:tc>
        <w:tc>
          <w:tcPr>
            <w:tcW w:w="2551" w:type="dxa"/>
            <w:tcMar>
              <w:top w:w="70" w:type="dxa"/>
              <w:left w:w="90" w:type="dxa"/>
              <w:bottom w:w="70" w:type="dxa"/>
              <w:right w:w="90" w:type="dxa"/>
            </w:tcMar>
          </w:tcPr>
          <w:p w14:paraId="50C8C8C4" w14:textId="77777777" w:rsidR="00623E5F" w:rsidRDefault="00623E5F"/>
          <w:p w14:paraId="41CAD6A1" w14:textId="77777777" w:rsidR="00623E5F" w:rsidRDefault="00000000">
            <w:pPr>
              <w:spacing w:after="80" w:line="245" w:lineRule="auto"/>
            </w:pPr>
            <w:r>
              <w:rPr>
                <w:color w:val="000000"/>
                <w:sz w:val="15"/>
              </w:rPr>
              <w:t>Odgovarja na podporna vprašanja in se sklicuje na svojo izvedbo, počutje, izbrano raven in varnost.</w:t>
            </w:r>
          </w:p>
          <w:p w14:paraId="1D98A6A6" w14:textId="77777777" w:rsidR="00623E5F" w:rsidRDefault="00000000">
            <w:pPr>
              <w:spacing w:after="80" w:line="245" w:lineRule="auto"/>
            </w:pPr>
            <w:r>
              <w:rPr>
                <w:color w:val="000000"/>
                <w:sz w:val="15"/>
              </w:rPr>
              <w:t>Predstavi izbrani gibalni dokaz ter pokaže ali pove, katero merilo z njim dosega.</w:t>
            </w:r>
          </w:p>
          <w:p w14:paraId="043DDEB6" w14:textId="77777777" w:rsidR="00623E5F" w:rsidRDefault="00000000">
            <w:pPr>
              <w:spacing w:after="80" w:line="245" w:lineRule="auto"/>
            </w:pPr>
            <w:r>
              <w:rPr>
                <w:color w:val="000000"/>
                <w:sz w:val="15"/>
              </w:rPr>
              <w:t>Opazuje eno dogovorjeno prvino vrstnikove izvedbe in poda kratek, prijazen ter uporaben odziv.</w:t>
            </w:r>
          </w:p>
          <w:p w14:paraId="5495ACA1"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0D0C8564" w14:textId="77777777" w:rsidR="00623E5F" w:rsidRDefault="00000000">
            <w:pPr>
              <w:spacing w:after="100" w:line="245" w:lineRule="auto"/>
            </w:pPr>
            <w:r>
              <w:rPr>
                <w:color w:val="000000"/>
                <w:sz w:val="15"/>
              </w:rPr>
              <w:t>Umiri dihanje, oceni napor in počutje, izbere raven samostojnosti ter določi varen naslednji korak.</w:t>
            </w:r>
          </w:p>
          <w:p w14:paraId="34660C32" w14:textId="77777777" w:rsidR="00623E5F" w:rsidRDefault="00000000">
            <w:pPr>
              <w:spacing w:after="20" w:line="245" w:lineRule="auto"/>
            </w:pPr>
            <w:r>
              <w:rPr>
                <w:b/>
                <w:color w:val="D95BC6"/>
                <w:sz w:val="17"/>
              </w:rPr>
              <w:t>DOKAZ O UČENJU</w:t>
            </w:r>
          </w:p>
          <w:p w14:paraId="49EE9CDA"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53E5CE71"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1F1DB57F" w14:textId="77777777">
        <w:trPr>
          <w:cantSplit/>
          <w:jc w:val="center"/>
        </w:trPr>
        <w:tc>
          <w:tcPr>
            <w:tcW w:w="14060" w:type="dxa"/>
            <w:gridSpan w:val="6"/>
            <w:tcMar>
              <w:top w:w="70" w:type="dxa"/>
              <w:left w:w="90" w:type="dxa"/>
              <w:bottom w:w="70" w:type="dxa"/>
              <w:right w:w="90" w:type="dxa"/>
            </w:tcMar>
            <w:vAlign w:val="center"/>
          </w:tcPr>
          <w:p w14:paraId="322DB8F7" w14:textId="77777777" w:rsidR="00623E5F" w:rsidRDefault="00000000">
            <w:pPr>
              <w:jc w:val="center"/>
            </w:pPr>
            <w:r>
              <w:rPr>
                <w:b/>
                <w:color w:val="000000"/>
                <w:sz w:val="24"/>
              </w:rPr>
              <w:lastRenderedPageBreak/>
              <w:t>UČNA PRIPRAVA 14/39</w:t>
            </w:r>
          </w:p>
        </w:tc>
      </w:tr>
      <w:tr w:rsidR="00623E5F" w14:paraId="72587375" w14:textId="77777777">
        <w:trPr>
          <w:jc w:val="center"/>
        </w:trPr>
        <w:tc>
          <w:tcPr>
            <w:tcW w:w="2665" w:type="dxa"/>
            <w:tcMar>
              <w:top w:w="70" w:type="dxa"/>
              <w:left w:w="90" w:type="dxa"/>
              <w:bottom w:w="70" w:type="dxa"/>
              <w:right w:w="90" w:type="dxa"/>
            </w:tcMar>
            <w:vAlign w:val="center"/>
          </w:tcPr>
          <w:p w14:paraId="51C893D7"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6DC7C9E"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23A58740"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0427187" w14:textId="77777777" w:rsidR="00623E5F" w:rsidRDefault="00000000">
            <w:r>
              <w:rPr>
                <w:b/>
                <w:color w:val="000000"/>
                <w:sz w:val="16"/>
              </w:rPr>
              <w:t xml:space="preserve">NAČRTOVANI TERMIN: </w:t>
            </w:r>
            <w:r>
              <w:rPr>
                <w:color w:val="000000"/>
                <w:sz w:val="16"/>
              </w:rPr>
              <w:t>14. teden • 7.–11. 12. 2026</w:t>
            </w:r>
          </w:p>
        </w:tc>
        <w:tc>
          <w:tcPr>
            <w:tcW w:w="2268" w:type="dxa"/>
            <w:tcMar>
              <w:top w:w="70" w:type="dxa"/>
              <w:left w:w="90" w:type="dxa"/>
              <w:bottom w:w="70" w:type="dxa"/>
              <w:right w:w="90" w:type="dxa"/>
            </w:tcMar>
            <w:vAlign w:val="center"/>
          </w:tcPr>
          <w:p w14:paraId="300A0243"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B05A35A" w14:textId="77777777" w:rsidR="00623E5F" w:rsidRDefault="00000000">
            <w:r>
              <w:rPr>
                <w:b/>
                <w:color w:val="000000"/>
                <w:sz w:val="16"/>
              </w:rPr>
              <w:t xml:space="preserve">ŠTEVILO UR: </w:t>
            </w:r>
            <w:r>
              <w:rPr>
                <w:color w:val="000000"/>
                <w:sz w:val="16"/>
              </w:rPr>
              <w:t>3</w:t>
            </w:r>
          </w:p>
        </w:tc>
      </w:tr>
      <w:tr w:rsidR="00623E5F" w14:paraId="5C58E0A3" w14:textId="77777777">
        <w:trPr>
          <w:jc w:val="center"/>
        </w:trPr>
        <w:tc>
          <w:tcPr>
            <w:tcW w:w="14061" w:type="dxa"/>
            <w:gridSpan w:val="6"/>
            <w:tcMar>
              <w:top w:w="70" w:type="dxa"/>
              <w:left w:w="90" w:type="dxa"/>
              <w:bottom w:w="70" w:type="dxa"/>
              <w:right w:w="90" w:type="dxa"/>
            </w:tcMar>
            <w:vAlign w:val="center"/>
          </w:tcPr>
          <w:p w14:paraId="46523F72"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58FB45CD" w14:textId="77777777">
        <w:trPr>
          <w:cantSplit/>
          <w:jc w:val="center"/>
        </w:trPr>
        <w:tc>
          <w:tcPr>
            <w:tcW w:w="14060" w:type="dxa"/>
            <w:gridSpan w:val="6"/>
            <w:tcMar>
              <w:top w:w="70" w:type="dxa"/>
              <w:left w:w="90" w:type="dxa"/>
              <w:bottom w:w="70" w:type="dxa"/>
              <w:right w:w="90" w:type="dxa"/>
            </w:tcMar>
            <w:vAlign w:val="center"/>
          </w:tcPr>
          <w:p w14:paraId="58AEC074" w14:textId="77777777" w:rsidR="00623E5F" w:rsidRDefault="00623E5F"/>
          <w:p w14:paraId="431A09EB" w14:textId="77777777" w:rsidR="00623E5F" w:rsidRDefault="00000000">
            <w:pPr>
              <w:spacing w:line="245" w:lineRule="auto"/>
            </w:pPr>
            <w:r>
              <w:rPr>
                <w:b/>
                <w:color w:val="000000"/>
                <w:sz w:val="15"/>
              </w:rPr>
              <w:t xml:space="preserve">UČNI SKLOP: </w:t>
            </w:r>
            <w:r>
              <w:rPr>
                <w:color w:val="000000"/>
                <w:sz w:val="15"/>
              </w:rPr>
              <w:t>MOJA DRUŽINA, SKUPNOST IN PRAZNOVANJA</w:t>
            </w:r>
          </w:p>
        </w:tc>
      </w:tr>
      <w:tr w:rsidR="00623E5F" w14:paraId="32A97E40" w14:textId="77777777">
        <w:trPr>
          <w:cantSplit/>
          <w:jc w:val="center"/>
        </w:trPr>
        <w:tc>
          <w:tcPr>
            <w:tcW w:w="14060" w:type="dxa"/>
            <w:gridSpan w:val="6"/>
            <w:tcMar>
              <w:top w:w="70" w:type="dxa"/>
              <w:left w:w="90" w:type="dxa"/>
              <w:bottom w:w="70" w:type="dxa"/>
              <w:right w:w="90" w:type="dxa"/>
            </w:tcMar>
            <w:vAlign w:val="center"/>
          </w:tcPr>
          <w:p w14:paraId="3AB1A39D" w14:textId="77777777" w:rsidR="00623E5F" w:rsidRDefault="00623E5F"/>
          <w:p w14:paraId="4BDE8537" w14:textId="77777777" w:rsidR="00623E5F" w:rsidRDefault="00000000">
            <w:pPr>
              <w:spacing w:line="245" w:lineRule="auto"/>
            </w:pPr>
            <w:r>
              <w:rPr>
                <w:b/>
                <w:color w:val="000000"/>
                <w:sz w:val="15"/>
              </w:rPr>
              <w:t xml:space="preserve">UČNA TEMA: </w:t>
            </w:r>
            <w:r>
              <w:rPr>
                <w:color w:val="000000"/>
                <w:sz w:val="15"/>
              </w:rPr>
              <w:t>RAVNOTEŽJE IN SPRETNOST</w:t>
            </w:r>
          </w:p>
        </w:tc>
      </w:tr>
      <w:tr w:rsidR="00623E5F" w14:paraId="19B7F1B2" w14:textId="77777777">
        <w:trPr>
          <w:cantSplit/>
          <w:jc w:val="center"/>
        </w:trPr>
        <w:tc>
          <w:tcPr>
            <w:tcW w:w="14060" w:type="dxa"/>
            <w:gridSpan w:val="6"/>
            <w:tcMar>
              <w:top w:w="70" w:type="dxa"/>
              <w:left w:w="90" w:type="dxa"/>
              <w:bottom w:w="70" w:type="dxa"/>
              <w:right w:w="90" w:type="dxa"/>
            </w:tcMar>
            <w:vAlign w:val="center"/>
          </w:tcPr>
          <w:p w14:paraId="2B5D2CFA" w14:textId="77777777" w:rsidR="00623E5F" w:rsidRDefault="00623E5F"/>
          <w:p w14:paraId="3093307D" w14:textId="77777777" w:rsidR="00623E5F" w:rsidRDefault="00000000">
            <w:pPr>
              <w:spacing w:line="245" w:lineRule="auto"/>
            </w:pPr>
            <w:r>
              <w:rPr>
                <w:b/>
                <w:color w:val="000000"/>
                <w:sz w:val="15"/>
              </w:rPr>
              <w:t xml:space="preserve">KNJIŽEVNO / MOTIVNO IZHODIŠČE: </w:t>
            </w:r>
            <w:r>
              <w:rPr>
                <w:color w:val="000000"/>
                <w:sz w:val="15"/>
              </w:rPr>
              <w:t>»Pekarna Mišmaš« – Svetlana Makarovič • delo v skupnosti, odgovornost in pravična delitev</w:t>
            </w:r>
          </w:p>
        </w:tc>
      </w:tr>
      <w:tr w:rsidR="00623E5F" w14:paraId="11D190EE" w14:textId="77777777">
        <w:trPr>
          <w:cantSplit/>
          <w:jc w:val="center"/>
        </w:trPr>
        <w:tc>
          <w:tcPr>
            <w:tcW w:w="14060" w:type="dxa"/>
            <w:gridSpan w:val="6"/>
            <w:tcMar>
              <w:top w:w="70" w:type="dxa"/>
              <w:left w:w="90" w:type="dxa"/>
              <w:bottom w:w="70" w:type="dxa"/>
              <w:right w:w="90" w:type="dxa"/>
            </w:tcMar>
            <w:vAlign w:val="center"/>
          </w:tcPr>
          <w:p w14:paraId="40BFFBAD" w14:textId="77777777" w:rsidR="00623E5F" w:rsidRDefault="00623E5F"/>
          <w:p w14:paraId="2026F6AA" w14:textId="77777777" w:rsidR="00623E5F" w:rsidRDefault="00000000">
            <w:pPr>
              <w:spacing w:line="245" w:lineRule="auto"/>
            </w:pPr>
            <w:r>
              <w:rPr>
                <w:b/>
                <w:color w:val="000000"/>
                <w:sz w:val="15"/>
              </w:rPr>
              <w:t xml:space="preserve">GIBALNO IZHODIŠČE / MOTIVACIJA: </w:t>
            </w:r>
            <w:r>
              <w:rPr>
                <w:color w:val="000000"/>
                <w:sz w:val="15"/>
              </w:rPr>
              <w:t>na tleh se pojavi pot stopinj, puščic in varnih ovir; učenci z gibalno napovedjo iščejo različne rešitve za temo »ravnotežje in spretnost«. Tedenski gibalni izziv: izvede spretnostni poligon »Mišmaševa pekarna«.</w:t>
            </w:r>
          </w:p>
        </w:tc>
      </w:tr>
      <w:tr w:rsidR="00623E5F" w14:paraId="7127A32E" w14:textId="77777777">
        <w:trPr>
          <w:cantSplit/>
          <w:jc w:val="center"/>
        </w:trPr>
        <w:tc>
          <w:tcPr>
            <w:tcW w:w="14060" w:type="dxa"/>
            <w:gridSpan w:val="6"/>
            <w:tcMar>
              <w:top w:w="70" w:type="dxa"/>
              <w:left w:w="90" w:type="dxa"/>
              <w:bottom w:w="70" w:type="dxa"/>
              <w:right w:w="90" w:type="dxa"/>
            </w:tcMar>
            <w:vAlign w:val="center"/>
          </w:tcPr>
          <w:p w14:paraId="2FB1C4A4" w14:textId="77777777" w:rsidR="00623E5F" w:rsidRDefault="00623E5F"/>
          <w:p w14:paraId="51D19AAC" w14:textId="77777777" w:rsidR="00623E5F" w:rsidRDefault="00000000">
            <w:pPr>
              <w:spacing w:line="245" w:lineRule="auto"/>
            </w:pPr>
            <w:r>
              <w:rPr>
                <w:b/>
                <w:color w:val="000000"/>
                <w:sz w:val="15"/>
              </w:rPr>
              <w:t xml:space="preserve">UČNE ENOTE: </w:t>
            </w:r>
            <w:r>
              <w:rPr>
                <w:color w:val="000000"/>
                <w:sz w:val="15"/>
              </w:rPr>
              <w:t>1. ura – Ravnotežje in spretnost – Ogrejem se in usvojim gib • 2. ura – Ravnotežje in spretnost – Vadim na postajah • 3. ura – Ravnotežje in spretnost – Uporabim v igri</w:t>
            </w:r>
          </w:p>
        </w:tc>
      </w:tr>
      <w:tr w:rsidR="00623E5F" w14:paraId="5AC24CB7" w14:textId="77777777">
        <w:trPr>
          <w:cantSplit/>
          <w:jc w:val="center"/>
        </w:trPr>
        <w:tc>
          <w:tcPr>
            <w:tcW w:w="14060" w:type="dxa"/>
            <w:gridSpan w:val="6"/>
            <w:tcMar>
              <w:top w:w="70" w:type="dxa"/>
              <w:left w:w="90" w:type="dxa"/>
              <w:bottom w:w="70" w:type="dxa"/>
              <w:right w:w="90" w:type="dxa"/>
            </w:tcMar>
            <w:vAlign w:val="center"/>
          </w:tcPr>
          <w:p w14:paraId="18AC0EBB" w14:textId="77777777" w:rsidR="00623E5F" w:rsidRDefault="00623E5F"/>
          <w:p w14:paraId="1BBDC885"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3C907C79" w14:textId="77777777">
        <w:trPr>
          <w:cantSplit/>
          <w:jc w:val="center"/>
        </w:trPr>
        <w:tc>
          <w:tcPr>
            <w:tcW w:w="14060" w:type="dxa"/>
            <w:gridSpan w:val="6"/>
            <w:tcMar>
              <w:top w:w="70" w:type="dxa"/>
              <w:left w:w="90" w:type="dxa"/>
              <w:bottom w:w="70" w:type="dxa"/>
              <w:right w:w="90" w:type="dxa"/>
            </w:tcMar>
            <w:vAlign w:val="center"/>
          </w:tcPr>
          <w:p w14:paraId="6B05DD5F" w14:textId="77777777" w:rsidR="00623E5F" w:rsidRDefault="00623E5F"/>
          <w:p w14:paraId="5B0A7DFF"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3F617318" w14:textId="77777777">
        <w:trPr>
          <w:cantSplit/>
          <w:jc w:val="center"/>
        </w:trPr>
        <w:tc>
          <w:tcPr>
            <w:tcW w:w="14060" w:type="dxa"/>
            <w:gridSpan w:val="6"/>
            <w:tcMar>
              <w:top w:w="70" w:type="dxa"/>
              <w:left w:w="90" w:type="dxa"/>
              <w:bottom w:w="70" w:type="dxa"/>
              <w:right w:w="90" w:type="dxa"/>
            </w:tcMar>
            <w:vAlign w:val="center"/>
          </w:tcPr>
          <w:p w14:paraId="0E0409D3" w14:textId="77777777" w:rsidR="00623E5F" w:rsidRDefault="00623E5F"/>
          <w:p w14:paraId="4BF98B4A"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08420B57" w14:textId="77777777">
        <w:trPr>
          <w:cantSplit/>
          <w:jc w:val="center"/>
        </w:trPr>
        <w:tc>
          <w:tcPr>
            <w:tcW w:w="14060" w:type="dxa"/>
            <w:gridSpan w:val="6"/>
            <w:tcMar>
              <w:top w:w="70" w:type="dxa"/>
              <w:left w:w="90" w:type="dxa"/>
              <w:bottom w:w="70" w:type="dxa"/>
              <w:right w:w="90" w:type="dxa"/>
            </w:tcMar>
            <w:vAlign w:val="center"/>
          </w:tcPr>
          <w:p w14:paraId="18893810" w14:textId="77777777" w:rsidR="00623E5F" w:rsidRDefault="00623E5F"/>
          <w:p w14:paraId="63387735" w14:textId="77777777" w:rsidR="00623E5F" w:rsidRDefault="00000000">
            <w:pPr>
              <w:spacing w:line="245" w:lineRule="auto"/>
            </w:pPr>
            <w:r>
              <w:rPr>
                <w:b/>
                <w:color w:val="000000"/>
                <w:sz w:val="15"/>
              </w:rPr>
              <w:t xml:space="preserve">MEDPREDMETNE POVEZAVE: </w:t>
            </w:r>
            <w:r>
              <w:rPr>
                <w:color w:val="000000"/>
                <w:sz w:val="15"/>
              </w:rPr>
              <w:t>SPO – delo v skupnosti, odgovornost in pravična delitev,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20E00844" w14:textId="77777777">
        <w:trPr>
          <w:cantSplit/>
          <w:jc w:val="center"/>
        </w:trPr>
        <w:tc>
          <w:tcPr>
            <w:tcW w:w="14060" w:type="dxa"/>
            <w:gridSpan w:val="6"/>
            <w:tcMar>
              <w:top w:w="70" w:type="dxa"/>
              <w:left w:w="90" w:type="dxa"/>
              <w:bottom w:w="70" w:type="dxa"/>
              <w:right w:w="90" w:type="dxa"/>
            </w:tcMar>
            <w:vAlign w:val="center"/>
          </w:tcPr>
          <w:p w14:paraId="68B9CF56" w14:textId="77777777" w:rsidR="00623E5F" w:rsidRDefault="00623E5F"/>
          <w:p w14:paraId="3B540211" w14:textId="77777777" w:rsidR="00623E5F" w:rsidRDefault="00000000">
            <w:pPr>
              <w:spacing w:line="245" w:lineRule="auto"/>
            </w:pPr>
            <w:r>
              <w:rPr>
                <w:b/>
                <w:color w:val="000000"/>
                <w:sz w:val="15"/>
              </w:rPr>
              <w:t xml:space="preserve">UČNA SREDSTVA IN PRIPOMOČKI: </w:t>
            </w:r>
            <w:r>
              <w:rPr>
                <w:color w:val="000000"/>
                <w:sz w:val="15"/>
              </w:rPr>
              <w:t>stožci, talne oznake, obroči, vrvi, klopi, letveniki ali nizka plezala, blazine in mehke ovire; kartice namena in kriterijev; oznake štirih postaj; opazovalni list; semafor napora in mapa dokazov</w:t>
            </w:r>
          </w:p>
        </w:tc>
      </w:tr>
      <w:tr w:rsidR="00623E5F" w14:paraId="115DAB68" w14:textId="77777777">
        <w:trPr>
          <w:cantSplit/>
          <w:jc w:val="center"/>
        </w:trPr>
        <w:tc>
          <w:tcPr>
            <w:tcW w:w="14060" w:type="dxa"/>
            <w:gridSpan w:val="6"/>
            <w:tcMar>
              <w:top w:w="70" w:type="dxa"/>
              <w:left w:w="90" w:type="dxa"/>
              <w:bottom w:w="70" w:type="dxa"/>
              <w:right w:w="90" w:type="dxa"/>
            </w:tcMar>
            <w:vAlign w:val="center"/>
          </w:tcPr>
          <w:p w14:paraId="4DA9D41F" w14:textId="77777777" w:rsidR="00623E5F" w:rsidRDefault="00623E5F"/>
          <w:p w14:paraId="073B84AE"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651B77AC" w14:textId="77777777">
        <w:trPr>
          <w:cantSplit/>
          <w:jc w:val="center"/>
        </w:trPr>
        <w:tc>
          <w:tcPr>
            <w:tcW w:w="14060" w:type="dxa"/>
            <w:gridSpan w:val="6"/>
            <w:tcMar>
              <w:top w:w="70" w:type="dxa"/>
              <w:left w:w="90" w:type="dxa"/>
              <w:bottom w:w="70" w:type="dxa"/>
              <w:right w:w="90" w:type="dxa"/>
            </w:tcMar>
            <w:vAlign w:val="center"/>
          </w:tcPr>
          <w:p w14:paraId="51855DFE" w14:textId="77777777" w:rsidR="00623E5F" w:rsidRDefault="00623E5F"/>
          <w:p w14:paraId="0473AF5F"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2E9023ED" w14:textId="77777777">
        <w:trPr>
          <w:cantSplit/>
          <w:jc w:val="center"/>
        </w:trPr>
        <w:tc>
          <w:tcPr>
            <w:tcW w:w="14060" w:type="dxa"/>
            <w:gridSpan w:val="6"/>
            <w:tcMar>
              <w:top w:w="70" w:type="dxa"/>
              <w:left w:w="90" w:type="dxa"/>
              <w:bottom w:w="70" w:type="dxa"/>
              <w:right w:w="90" w:type="dxa"/>
            </w:tcMar>
            <w:vAlign w:val="center"/>
          </w:tcPr>
          <w:p w14:paraId="69CAE91C" w14:textId="77777777" w:rsidR="00623E5F" w:rsidRDefault="00623E5F"/>
          <w:p w14:paraId="285DB908"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6ABF0187"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5FDEFFC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CAA8E5B"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6240BA0" w14:textId="77777777" w:rsidR="00623E5F" w:rsidRDefault="00000000">
            <w:pPr>
              <w:jc w:val="center"/>
            </w:pPr>
            <w:r>
              <w:rPr>
                <w:b/>
                <w:color w:val="000000"/>
                <w:sz w:val="20"/>
              </w:rPr>
              <w:t>UČNE DEJAVNOSTI, METODE IN FORMATIVNO SPREMLJANJE</w:t>
            </w:r>
          </w:p>
        </w:tc>
      </w:tr>
      <w:tr w:rsidR="00623E5F" w14:paraId="0D83524A" w14:textId="77777777">
        <w:trPr>
          <w:tblHeader/>
          <w:jc w:val="center"/>
        </w:trPr>
        <w:tc>
          <w:tcPr>
            <w:tcW w:w="4422" w:type="dxa"/>
            <w:vMerge/>
            <w:tcMar>
              <w:top w:w="70" w:type="dxa"/>
              <w:left w:w="90" w:type="dxa"/>
              <w:bottom w:w="70" w:type="dxa"/>
              <w:right w:w="90" w:type="dxa"/>
            </w:tcMar>
            <w:vAlign w:val="center"/>
          </w:tcPr>
          <w:p w14:paraId="09071225" w14:textId="77777777" w:rsidR="00623E5F" w:rsidRDefault="00623E5F"/>
        </w:tc>
        <w:tc>
          <w:tcPr>
            <w:tcW w:w="7087" w:type="dxa"/>
            <w:shd w:val="clear" w:color="auto" w:fill="FFFFFF"/>
            <w:tcMar>
              <w:top w:w="70" w:type="dxa"/>
              <w:left w:w="90" w:type="dxa"/>
              <w:bottom w:w="70" w:type="dxa"/>
              <w:right w:w="90" w:type="dxa"/>
            </w:tcMar>
            <w:vAlign w:val="center"/>
          </w:tcPr>
          <w:p w14:paraId="6F4FC64B"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2771591" w14:textId="77777777" w:rsidR="00623E5F" w:rsidRDefault="00000000">
            <w:pPr>
              <w:jc w:val="center"/>
            </w:pPr>
            <w:r>
              <w:rPr>
                <w:b/>
                <w:color w:val="000000"/>
              </w:rPr>
              <w:t>UČENEC</w:t>
            </w:r>
          </w:p>
        </w:tc>
      </w:tr>
      <w:tr w:rsidR="00623E5F" w14:paraId="7EFC814A" w14:textId="77777777">
        <w:trPr>
          <w:jc w:val="center"/>
        </w:trPr>
        <w:tc>
          <w:tcPr>
            <w:tcW w:w="4422" w:type="dxa"/>
            <w:tcMar>
              <w:top w:w="70" w:type="dxa"/>
              <w:left w:w="90" w:type="dxa"/>
              <w:bottom w:w="70" w:type="dxa"/>
              <w:right w:w="90" w:type="dxa"/>
            </w:tcMar>
          </w:tcPr>
          <w:p w14:paraId="01F8A8F8" w14:textId="77777777" w:rsidR="00623E5F" w:rsidRDefault="00623E5F"/>
          <w:p w14:paraId="3B76DB88" w14:textId="77777777" w:rsidR="00623E5F" w:rsidRDefault="00000000">
            <w:pPr>
              <w:spacing w:after="60" w:line="245" w:lineRule="auto"/>
            </w:pPr>
            <w:r>
              <w:rPr>
                <w:b/>
                <w:color w:val="000000"/>
              </w:rPr>
              <w:t>UČNI CILJI</w:t>
            </w:r>
          </w:p>
          <w:p w14:paraId="59D0B50B" w14:textId="77777777" w:rsidR="00623E5F" w:rsidRDefault="00000000">
            <w:pPr>
              <w:spacing w:after="20" w:line="245" w:lineRule="auto"/>
            </w:pPr>
            <w:r>
              <w:rPr>
                <w:b/>
                <w:color w:val="000000"/>
                <w:sz w:val="17"/>
              </w:rPr>
              <w:t>SPLOŠNI</w:t>
            </w:r>
          </w:p>
          <w:p w14:paraId="36BE4029"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3BB04494" w14:textId="77777777" w:rsidR="00623E5F" w:rsidRDefault="00000000">
            <w:pPr>
              <w:pStyle w:val="Oznaenseznam"/>
              <w:spacing w:after="16"/>
            </w:pPr>
            <w:r>
              <w:rPr>
                <w:color w:val="000000"/>
                <w:sz w:val="15"/>
              </w:rPr>
              <w:t>varno hodi, teče, skače, meče, pleza, se plazi, lovi, ravnoteži, pleše in uporablja različne rekvizite</w:t>
            </w:r>
          </w:p>
          <w:p w14:paraId="7443B9E1" w14:textId="77777777" w:rsidR="00623E5F" w:rsidRDefault="00000000">
            <w:pPr>
              <w:pStyle w:val="Oznaenseznam"/>
              <w:spacing w:after="16"/>
            </w:pPr>
            <w:r>
              <w:rPr>
                <w:color w:val="000000"/>
                <w:sz w:val="15"/>
              </w:rPr>
              <w:t>razume pomen rednega gibanja, ogrevanja, higiene, primerne opreme, počitka in varnega ravnanja</w:t>
            </w:r>
          </w:p>
          <w:p w14:paraId="653EDDF4"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37D5C52A" w14:textId="77777777" w:rsidR="00623E5F" w:rsidRDefault="00000000">
            <w:pPr>
              <w:spacing w:before="40" w:after="20" w:line="245" w:lineRule="auto"/>
            </w:pPr>
            <w:r>
              <w:rPr>
                <w:b/>
                <w:color w:val="000000"/>
                <w:sz w:val="17"/>
              </w:rPr>
              <w:t>OPERATIVNI</w:t>
            </w:r>
          </w:p>
          <w:p w14:paraId="1EF9A8D6" w14:textId="77777777" w:rsidR="00623E5F" w:rsidRDefault="00000000">
            <w:pPr>
              <w:pStyle w:val="Oznaenseznam"/>
              <w:spacing w:after="16"/>
            </w:pPr>
            <w:r>
              <w:rPr>
                <w:color w:val="000000"/>
                <w:sz w:val="15"/>
              </w:rPr>
              <w:t>izvede preprost niz gibov</w:t>
            </w:r>
          </w:p>
          <w:p w14:paraId="6ACEE5A4" w14:textId="77777777" w:rsidR="00623E5F" w:rsidRDefault="00000000">
            <w:pPr>
              <w:pStyle w:val="Oznaenseznam"/>
              <w:spacing w:after="16"/>
            </w:pPr>
            <w:r>
              <w:rPr>
                <w:color w:val="000000"/>
                <w:sz w:val="15"/>
              </w:rPr>
              <w:t>vzdržuje ravnotežje</w:t>
            </w:r>
          </w:p>
          <w:p w14:paraId="1E4CC4DC" w14:textId="77777777" w:rsidR="00623E5F" w:rsidRDefault="00000000">
            <w:pPr>
              <w:pStyle w:val="Oznaenseznam"/>
              <w:spacing w:after="16"/>
            </w:pPr>
            <w:r>
              <w:rPr>
                <w:color w:val="000000"/>
                <w:sz w:val="15"/>
              </w:rPr>
              <w:t>varno pospravi orodje</w:t>
            </w:r>
          </w:p>
          <w:p w14:paraId="0228DE34" w14:textId="77777777" w:rsidR="00623E5F" w:rsidRDefault="00000000">
            <w:pPr>
              <w:spacing w:before="40" w:after="20" w:line="245" w:lineRule="auto"/>
            </w:pPr>
            <w:r>
              <w:rPr>
                <w:b/>
                <w:color w:val="000000"/>
                <w:sz w:val="17"/>
              </w:rPr>
              <w:t>PRIČAKOVANI DOSEŽKI / MINIMALNI POUDARKI</w:t>
            </w:r>
          </w:p>
          <w:p w14:paraId="74E11FCB" w14:textId="77777777" w:rsidR="00623E5F" w:rsidRDefault="00000000">
            <w:pPr>
              <w:pStyle w:val="Oznaenseznam"/>
              <w:spacing w:after="16"/>
            </w:pPr>
            <w:r>
              <w:rPr>
                <w:color w:val="000000"/>
                <w:sz w:val="15"/>
              </w:rPr>
              <w:t>učenec samostojno oziroma z dogovorjeno oporo izvede preprost niz gibov</w:t>
            </w:r>
          </w:p>
          <w:p w14:paraId="7B8DA3B5" w14:textId="77777777" w:rsidR="00623E5F" w:rsidRDefault="00000000">
            <w:pPr>
              <w:pStyle w:val="Oznaenseznam"/>
              <w:spacing w:after="16"/>
            </w:pPr>
            <w:r>
              <w:rPr>
                <w:color w:val="000000"/>
                <w:sz w:val="15"/>
              </w:rPr>
              <w:t>učenec samostojno oziroma z dogovorjeno oporo vzdržuje ravnotežje</w:t>
            </w:r>
          </w:p>
          <w:p w14:paraId="03CE5C5B" w14:textId="77777777" w:rsidR="00623E5F" w:rsidRDefault="00000000">
            <w:pPr>
              <w:pStyle w:val="Oznaenseznam"/>
              <w:spacing w:after="16"/>
            </w:pPr>
            <w:r>
              <w:rPr>
                <w:color w:val="000000"/>
                <w:sz w:val="15"/>
              </w:rPr>
              <w:t>učenec samostojno oziroma z dogovorjeno oporo varno pospravi orodje</w:t>
            </w:r>
          </w:p>
        </w:tc>
        <w:tc>
          <w:tcPr>
            <w:tcW w:w="7087" w:type="dxa"/>
            <w:tcMar>
              <w:top w:w="70" w:type="dxa"/>
              <w:left w:w="90" w:type="dxa"/>
              <w:bottom w:w="70" w:type="dxa"/>
              <w:right w:w="90" w:type="dxa"/>
            </w:tcMar>
          </w:tcPr>
          <w:p w14:paraId="1EB9BD71"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0D04EE1" w14:textId="77777777">
              <w:trPr>
                <w:jc w:val="center"/>
              </w:trPr>
              <w:tc>
                <w:tcPr>
                  <w:tcW w:w="7087" w:type="dxa"/>
                  <w:shd w:val="clear" w:color="auto" w:fill="C6E7F3"/>
                  <w:tcMar>
                    <w:top w:w="45" w:type="dxa"/>
                    <w:left w:w="70" w:type="dxa"/>
                    <w:bottom w:w="45" w:type="dxa"/>
                    <w:right w:w="70" w:type="dxa"/>
                  </w:tcMar>
                </w:tcPr>
                <w:p w14:paraId="56A55C3C" w14:textId="77777777" w:rsidR="00623E5F" w:rsidRDefault="00000000">
                  <w:pPr>
                    <w:keepNext/>
                  </w:pPr>
                  <w:r>
                    <w:rPr>
                      <w:b/>
                      <w:color w:val="000000"/>
                    </w:rPr>
                    <w:t>UVODNI DEL – POČUTJE, GIBALNI NAMIG, PREDZNANJE IN NAMEN UČENJA (7–10 min)</w:t>
                  </w:r>
                </w:p>
              </w:tc>
            </w:tr>
          </w:tbl>
          <w:p w14:paraId="726EC27C" w14:textId="77777777" w:rsidR="00623E5F" w:rsidRDefault="00623E5F">
            <w:pPr>
              <w:spacing w:line="20" w:lineRule="exact"/>
            </w:pPr>
          </w:p>
          <w:p w14:paraId="1E280A75" w14:textId="77777777" w:rsidR="00623E5F" w:rsidRDefault="00000000">
            <w:pPr>
              <w:spacing w:before="40" w:after="60" w:line="245" w:lineRule="auto"/>
            </w:pPr>
            <w:r>
              <w:rPr>
                <w:color w:val="000000"/>
                <w:sz w:val="15"/>
              </w:rPr>
              <w:t>Ob književnem motivu »Pekarna Mišmaš« – Svetlana Makarovič učenci vstopijo v temo delo v skupnosti, odgovornost in pravična delitev. Učiteljica pripravi kratek gibalni namig: na tleh se pojavi pot stopinj, puščic in varnih ovir; učenci z gibalno napovedjo iščejo različne rešitve za temo »ravnotežje in spretnost«. Tedenski gibalni izziv: izvede spretnostni poligon »Mišmaševa pekarna«.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25B32CFE" w14:textId="77777777">
              <w:trPr>
                <w:jc w:val="center"/>
              </w:trPr>
              <w:tc>
                <w:tcPr>
                  <w:tcW w:w="7087" w:type="dxa"/>
                  <w:shd w:val="clear" w:color="auto" w:fill="EDC9EA"/>
                  <w:tcMar>
                    <w:top w:w="45" w:type="dxa"/>
                    <w:left w:w="70" w:type="dxa"/>
                    <w:bottom w:w="45" w:type="dxa"/>
                    <w:right w:w="70" w:type="dxa"/>
                  </w:tcMar>
                </w:tcPr>
                <w:p w14:paraId="0125E447" w14:textId="77777777" w:rsidR="00623E5F" w:rsidRDefault="00000000">
                  <w:pPr>
                    <w:keepNext/>
                  </w:pPr>
                  <w:r>
                    <w:rPr>
                      <w:b/>
                      <w:color w:val="000000"/>
                    </w:rPr>
                    <w:t>NAMENI UČENJA</w:t>
                  </w:r>
                </w:p>
              </w:tc>
            </w:tr>
          </w:tbl>
          <w:p w14:paraId="65D1E4C3" w14:textId="77777777" w:rsidR="00623E5F" w:rsidRDefault="00623E5F">
            <w:pPr>
              <w:spacing w:line="20" w:lineRule="exact"/>
            </w:pPr>
          </w:p>
          <w:p w14:paraId="40420609"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3FEE6CB9" w14:textId="77777777" w:rsidR="00623E5F" w:rsidRDefault="00000000">
            <w:pPr>
              <w:pStyle w:val="Oznaenseznam"/>
              <w:spacing w:after="16"/>
            </w:pPr>
            <w:r>
              <w:rPr>
                <w:color w:val="000000"/>
                <w:sz w:val="15"/>
              </w:rPr>
              <w:t>izvedem preprost niz gibov</w:t>
            </w:r>
          </w:p>
          <w:p w14:paraId="38CDCCCD" w14:textId="77777777" w:rsidR="00623E5F" w:rsidRDefault="00000000">
            <w:pPr>
              <w:pStyle w:val="Oznaenseznam"/>
              <w:spacing w:after="16"/>
            </w:pPr>
            <w:r>
              <w:rPr>
                <w:color w:val="000000"/>
                <w:sz w:val="15"/>
              </w:rPr>
              <w:t>vzdržujem ravnotežje</w:t>
            </w:r>
          </w:p>
          <w:p w14:paraId="4A3694E9" w14:textId="77777777" w:rsidR="00623E5F" w:rsidRDefault="00000000">
            <w:pPr>
              <w:pStyle w:val="Oznaenseznam"/>
              <w:spacing w:after="16"/>
            </w:pPr>
            <w:r>
              <w:rPr>
                <w:color w:val="000000"/>
                <w:sz w:val="15"/>
              </w:rPr>
              <w:t>varno pospravim orodje</w:t>
            </w:r>
          </w:p>
          <w:tbl>
            <w:tblPr>
              <w:tblStyle w:val="Tabelamrea"/>
              <w:tblW w:w="0" w:type="auto"/>
              <w:jc w:val="center"/>
              <w:tblLayout w:type="fixed"/>
              <w:tblLook w:val="04A0" w:firstRow="1" w:lastRow="0" w:firstColumn="1" w:lastColumn="0" w:noHBand="0" w:noVBand="1"/>
            </w:tblPr>
            <w:tblGrid>
              <w:gridCol w:w="7087"/>
            </w:tblGrid>
            <w:tr w:rsidR="00623E5F" w14:paraId="0FE640C1" w14:textId="77777777">
              <w:trPr>
                <w:jc w:val="center"/>
              </w:trPr>
              <w:tc>
                <w:tcPr>
                  <w:tcW w:w="7087" w:type="dxa"/>
                  <w:shd w:val="clear" w:color="auto" w:fill="EDC9EA"/>
                  <w:tcMar>
                    <w:top w:w="45" w:type="dxa"/>
                    <w:left w:w="70" w:type="dxa"/>
                    <w:bottom w:w="45" w:type="dxa"/>
                    <w:right w:w="70" w:type="dxa"/>
                  </w:tcMar>
                </w:tcPr>
                <w:p w14:paraId="2AFB9094" w14:textId="77777777" w:rsidR="00623E5F" w:rsidRDefault="00000000">
                  <w:pPr>
                    <w:keepNext/>
                  </w:pPr>
                  <w:r>
                    <w:rPr>
                      <w:b/>
                      <w:color w:val="000000"/>
                    </w:rPr>
                    <w:t>PREVERJANJE PREDZNANJA</w:t>
                  </w:r>
                </w:p>
              </w:tc>
            </w:tr>
          </w:tbl>
          <w:p w14:paraId="0F4EEE6E" w14:textId="77777777" w:rsidR="00623E5F" w:rsidRDefault="00623E5F">
            <w:pPr>
              <w:spacing w:line="20" w:lineRule="exact"/>
            </w:pPr>
          </w:p>
          <w:p w14:paraId="621D9BEB" w14:textId="77777777" w:rsidR="00623E5F" w:rsidRDefault="00000000">
            <w:pPr>
              <w:pStyle w:val="Oznaenseznam"/>
              <w:spacing w:after="16"/>
            </w:pPr>
            <w:r>
              <w:rPr>
                <w:color w:val="000000"/>
                <w:sz w:val="15"/>
              </w:rPr>
              <w:t>Kaj moje telo in prostor že znata pokazati pri temi »RAVNOTEŽJE IN SPRETNOST«?</w:t>
            </w:r>
          </w:p>
          <w:p w14:paraId="24F37BC9" w14:textId="77777777" w:rsidR="00623E5F" w:rsidRDefault="00000000">
            <w:pPr>
              <w:pStyle w:val="Oznaenseznam"/>
              <w:spacing w:after="16"/>
            </w:pPr>
            <w:r>
              <w:rPr>
                <w:color w:val="000000"/>
                <w:sz w:val="15"/>
              </w:rPr>
              <w:t>Katero varnostno pravilo, gibalni korak ali strategijo že obvladam in kaj bi najprej preizkusil/-a?</w:t>
            </w:r>
          </w:p>
          <w:p w14:paraId="2BE099B3"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444D9746" w14:textId="77777777">
              <w:trPr>
                <w:jc w:val="center"/>
              </w:trPr>
              <w:tc>
                <w:tcPr>
                  <w:tcW w:w="7087" w:type="dxa"/>
                  <w:shd w:val="clear" w:color="auto" w:fill="EDC9EA"/>
                  <w:tcMar>
                    <w:top w:w="45" w:type="dxa"/>
                    <w:left w:w="70" w:type="dxa"/>
                    <w:bottom w:w="45" w:type="dxa"/>
                    <w:right w:w="70" w:type="dxa"/>
                  </w:tcMar>
                </w:tcPr>
                <w:p w14:paraId="62752D09" w14:textId="77777777" w:rsidR="00623E5F" w:rsidRDefault="00000000">
                  <w:pPr>
                    <w:keepNext/>
                  </w:pPr>
                  <w:r>
                    <w:rPr>
                      <w:b/>
                      <w:color w:val="000000"/>
                    </w:rPr>
                    <w:t>KRITERIJI USPEŠNOSTI</w:t>
                  </w:r>
                </w:p>
              </w:tc>
            </w:tr>
          </w:tbl>
          <w:p w14:paraId="6FB12C92" w14:textId="77777777" w:rsidR="00623E5F" w:rsidRDefault="00623E5F"/>
          <w:p w14:paraId="7B07DC90" w14:textId="77777777" w:rsidR="00623E5F" w:rsidRDefault="00000000">
            <w:pPr>
              <w:spacing w:before="20" w:after="20" w:line="245" w:lineRule="auto"/>
            </w:pPr>
            <w:r>
              <w:rPr>
                <w:b/>
                <w:color w:val="000000"/>
                <w:sz w:val="16"/>
              </w:rPr>
              <w:t>Uspešen/-na bom, ko:</w:t>
            </w:r>
          </w:p>
          <w:p w14:paraId="77A58682" w14:textId="77777777" w:rsidR="00623E5F" w:rsidRDefault="00000000">
            <w:pPr>
              <w:pStyle w:val="Oznaenseznam"/>
              <w:spacing w:after="16"/>
            </w:pPr>
            <w:r>
              <w:rPr>
                <w:color w:val="000000"/>
                <w:sz w:val="15"/>
              </w:rPr>
              <w:t>izvedem preprost niz gibov</w:t>
            </w:r>
          </w:p>
          <w:p w14:paraId="24260F5B" w14:textId="77777777" w:rsidR="00623E5F" w:rsidRDefault="00000000">
            <w:pPr>
              <w:pStyle w:val="Oznaenseznam"/>
              <w:spacing w:after="16"/>
            </w:pPr>
            <w:r>
              <w:rPr>
                <w:color w:val="000000"/>
                <w:sz w:val="15"/>
              </w:rPr>
              <w:t>vzdržujem ravnotežje</w:t>
            </w:r>
          </w:p>
          <w:p w14:paraId="6327DFB6" w14:textId="77777777" w:rsidR="00623E5F" w:rsidRDefault="00000000">
            <w:pPr>
              <w:pStyle w:val="Oznaenseznam"/>
              <w:spacing w:after="16"/>
            </w:pPr>
            <w:r>
              <w:rPr>
                <w:color w:val="000000"/>
                <w:sz w:val="15"/>
              </w:rPr>
              <w:t>varno pospravim orodje</w:t>
            </w:r>
          </w:p>
          <w:p w14:paraId="0BBE382A" w14:textId="77777777" w:rsidR="00623E5F" w:rsidRDefault="00000000">
            <w:pPr>
              <w:pStyle w:val="Oznaenseznam"/>
              <w:spacing w:after="16"/>
            </w:pPr>
            <w:r>
              <w:rPr>
                <w:color w:val="000000"/>
                <w:sz w:val="15"/>
              </w:rPr>
              <w:t>pred začetkom preverim prostor in opremo, ohranjam razdaljo ter se na znak varno ustavim</w:t>
            </w:r>
          </w:p>
          <w:p w14:paraId="1B7D5E14"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338EEF4C" w14:textId="77777777" w:rsidR="00623E5F" w:rsidRDefault="00623E5F"/>
          <w:p w14:paraId="0D7EFBC6"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5B8D8124"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5EA03458" w14:textId="77777777" w:rsidR="00623E5F" w:rsidRDefault="00000000">
            <w:pPr>
              <w:spacing w:after="100" w:line="245" w:lineRule="auto"/>
            </w:pPr>
            <w:r>
              <w:rPr>
                <w:color w:val="000000"/>
                <w:sz w:val="15"/>
              </w:rPr>
              <w:t>Sodeluje pri razumevanju namena, vidnih meril, varnostnih pravil, prehodov in načina dokazovanja.</w:t>
            </w:r>
          </w:p>
          <w:p w14:paraId="4304EDE2" w14:textId="77777777" w:rsidR="00623E5F" w:rsidRDefault="00000000">
            <w:pPr>
              <w:spacing w:after="20" w:line="245" w:lineRule="auto"/>
            </w:pPr>
            <w:r>
              <w:rPr>
                <w:b/>
                <w:color w:val="D95BC6"/>
                <w:sz w:val="17"/>
              </w:rPr>
              <w:t>DOKAZ O UČENJU</w:t>
            </w:r>
          </w:p>
          <w:p w14:paraId="2F26CFBE"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37F8E8D9"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26C9B8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3099523"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1AB446C" w14:textId="77777777" w:rsidR="00623E5F" w:rsidRDefault="00000000">
            <w:pPr>
              <w:jc w:val="center"/>
            </w:pPr>
            <w:r>
              <w:rPr>
                <w:b/>
                <w:color w:val="000000"/>
                <w:sz w:val="20"/>
              </w:rPr>
              <w:t>UČNE DEJAVNOSTI, METODE IN FORMATIVNO SPREMLJANJE</w:t>
            </w:r>
          </w:p>
        </w:tc>
      </w:tr>
      <w:tr w:rsidR="00623E5F" w14:paraId="14056756" w14:textId="77777777">
        <w:trPr>
          <w:tblHeader/>
          <w:jc w:val="center"/>
        </w:trPr>
        <w:tc>
          <w:tcPr>
            <w:tcW w:w="4422" w:type="dxa"/>
            <w:vMerge/>
            <w:tcMar>
              <w:top w:w="70" w:type="dxa"/>
              <w:left w:w="90" w:type="dxa"/>
              <w:bottom w:w="70" w:type="dxa"/>
              <w:right w:w="90" w:type="dxa"/>
            </w:tcMar>
            <w:vAlign w:val="center"/>
          </w:tcPr>
          <w:p w14:paraId="3B968D84" w14:textId="77777777" w:rsidR="00623E5F" w:rsidRDefault="00623E5F"/>
        </w:tc>
        <w:tc>
          <w:tcPr>
            <w:tcW w:w="7087" w:type="dxa"/>
            <w:shd w:val="clear" w:color="auto" w:fill="FFFFFF"/>
            <w:tcMar>
              <w:top w:w="70" w:type="dxa"/>
              <w:left w:w="90" w:type="dxa"/>
              <w:bottom w:w="70" w:type="dxa"/>
              <w:right w:w="90" w:type="dxa"/>
            </w:tcMar>
            <w:vAlign w:val="center"/>
          </w:tcPr>
          <w:p w14:paraId="19BFCFC8"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E92E26D" w14:textId="77777777" w:rsidR="00623E5F" w:rsidRDefault="00000000">
            <w:pPr>
              <w:jc w:val="center"/>
            </w:pPr>
            <w:r>
              <w:rPr>
                <w:b/>
                <w:color w:val="000000"/>
              </w:rPr>
              <w:t>UČENEC</w:t>
            </w:r>
          </w:p>
        </w:tc>
      </w:tr>
      <w:tr w:rsidR="00623E5F" w14:paraId="7384E454" w14:textId="77777777">
        <w:trPr>
          <w:jc w:val="center"/>
        </w:trPr>
        <w:tc>
          <w:tcPr>
            <w:tcW w:w="4422" w:type="dxa"/>
            <w:tcMar>
              <w:top w:w="70" w:type="dxa"/>
              <w:left w:w="90" w:type="dxa"/>
              <w:bottom w:w="70" w:type="dxa"/>
              <w:right w:w="90" w:type="dxa"/>
            </w:tcMar>
          </w:tcPr>
          <w:p w14:paraId="2E5A0BE9" w14:textId="77777777" w:rsidR="00623E5F" w:rsidRDefault="00623E5F"/>
          <w:p w14:paraId="4F87AFED" w14:textId="77777777" w:rsidR="00623E5F" w:rsidRDefault="00000000">
            <w:pPr>
              <w:spacing w:after="40" w:line="245" w:lineRule="auto"/>
            </w:pPr>
            <w:r>
              <w:rPr>
                <w:b/>
                <w:color w:val="000000"/>
                <w:sz w:val="17"/>
              </w:rPr>
              <w:t>KLJUČNI ŠPORTNI IN GIBALNI POJMI</w:t>
            </w:r>
          </w:p>
          <w:p w14:paraId="2374FF7A"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hoja, tek, lazenje, plazenje, valjanje, opora, ovira, poligon, doskok</w:t>
            </w:r>
          </w:p>
          <w:p w14:paraId="5A799FC5" w14:textId="77777777" w:rsidR="00623E5F" w:rsidRDefault="00000000">
            <w:pPr>
              <w:spacing w:after="20" w:line="245" w:lineRule="auto"/>
            </w:pPr>
            <w:r>
              <w:rPr>
                <w:b/>
                <w:color w:val="000000"/>
                <w:sz w:val="17"/>
              </w:rPr>
              <w:t>DOKAZI O UČENJU</w:t>
            </w:r>
          </w:p>
          <w:p w14:paraId="06F3281B" w14:textId="77777777" w:rsidR="00623E5F" w:rsidRDefault="00000000">
            <w:pPr>
              <w:pStyle w:val="Oznaenseznam"/>
              <w:spacing w:after="7"/>
            </w:pPr>
            <w:r>
              <w:rPr>
                <w:color w:val="000000"/>
                <w:sz w:val="14"/>
              </w:rPr>
              <w:t>varen odziv na znak, začetni poskus prvine in ustno varnostno pravilo.</w:t>
            </w:r>
          </w:p>
          <w:p w14:paraId="395637A0" w14:textId="77777777" w:rsidR="00623E5F" w:rsidRDefault="00000000">
            <w:pPr>
              <w:pStyle w:val="Oznaenseznam"/>
              <w:spacing w:after="7"/>
            </w:pPr>
            <w:r>
              <w:rPr>
                <w:color w:val="000000"/>
                <w:sz w:val="14"/>
              </w:rPr>
              <w:t>opazovalna kartica, izvedba na izbrani ravni in učiteljev zapis o napredku.</w:t>
            </w:r>
          </w:p>
          <w:p w14:paraId="3BA0C839" w14:textId="77777777" w:rsidR="00623E5F" w:rsidRDefault="00000000">
            <w:pPr>
              <w:pStyle w:val="Oznaenseznam"/>
              <w:spacing w:after="7"/>
            </w:pPr>
            <w:r>
              <w:rPr>
                <w:color w:val="000000"/>
                <w:sz w:val="14"/>
              </w:rPr>
              <w:t>uporaba prvine v igri, sodelovanje, upoštevanje pravil in osebno samovrednotenje.</w:t>
            </w:r>
          </w:p>
          <w:p w14:paraId="222DF70B" w14:textId="77777777" w:rsidR="00623E5F" w:rsidRDefault="00000000">
            <w:pPr>
              <w:spacing w:before="40" w:after="20" w:line="245" w:lineRule="auto"/>
            </w:pPr>
            <w:r>
              <w:rPr>
                <w:b/>
                <w:color w:val="000000"/>
                <w:sz w:val="16"/>
              </w:rPr>
              <w:t>GIBALNO DOŽIVETJE IN IZKUŠENJSKI POUK</w:t>
            </w:r>
          </w:p>
          <w:p w14:paraId="586B2DA6"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22C30C2D" w14:textId="77777777" w:rsidR="00623E5F" w:rsidRDefault="00000000">
            <w:pPr>
              <w:spacing w:after="20" w:line="245" w:lineRule="auto"/>
            </w:pPr>
            <w:r>
              <w:rPr>
                <w:b/>
                <w:color w:val="000000"/>
                <w:sz w:val="16"/>
              </w:rPr>
              <w:t>POUČEVANJE V GIBANJU</w:t>
            </w:r>
          </w:p>
          <w:p w14:paraId="2FB6F024"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18276E18" w14:textId="77777777" w:rsidR="00623E5F" w:rsidRDefault="00000000">
            <w:pPr>
              <w:spacing w:after="20" w:line="245" w:lineRule="auto"/>
            </w:pPr>
            <w:r>
              <w:rPr>
                <w:b/>
                <w:color w:val="000000"/>
                <w:sz w:val="16"/>
              </w:rPr>
              <w:t>DELO PO ŠTIRIH POSTAJAH</w:t>
            </w:r>
          </w:p>
          <w:p w14:paraId="3BB76077"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04FC9598" w14:textId="77777777" w:rsidR="00623E5F" w:rsidRDefault="00000000">
            <w:pPr>
              <w:spacing w:after="7" w:line="245" w:lineRule="auto"/>
            </w:pPr>
            <w:r>
              <w:rPr>
                <w:color w:val="000000"/>
                <w:sz w:val="14"/>
              </w:rPr>
              <w:t>1. Tehnična: po talnih oznakah in modelu večkrat vadim cilj »izvedem preprost niz gibov« na izbrani ravni.</w:t>
            </w:r>
          </w:p>
          <w:p w14:paraId="69038BF5" w14:textId="77777777" w:rsidR="00623E5F" w:rsidRDefault="00000000">
            <w:pPr>
              <w:spacing w:after="7" w:line="245" w:lineRule="auto"/>
            </w:pPr>
            <w:r>
              <w:rPr>
                <w:color w:val="000000"/>
                <w:sz w:val="14"/>
              </w:rPr>
              <w:t>2. Ravnotežno-koordinacijska: z linijo, obroči, nizko oviro ali blazino uresničujem cilj »vzdržujem ravnotežje«.</w:t>
            </w:r>
          </w:p>
          <w:p w14:paraId="481D287F" w14:textId="77777777" w:rsidR="00623E5F" w:rsidRDefault="00000000">
            <w:pPr>
              <w:spacing w:after="7" w:line="245" w:lineRule="auto"/>
            </w:pPr>
            <w:r>
              <w:rPr>
                <w:color w:val="000000"/>
                <w:sz w:val="14"/>
              </w:rPr>
              <w:t>3. Povezovalni poligon: v varen niz povežem tri osnovne oblike gibanja, smer, spremembo nivoja in ustavitev.</w:t>
            </w:r>
          </w:p>
          <w:p w14:paraId="21A75898" w14:textId="77777777" w:rsidR="00623E5F" w:rsidRDefault="00000000">
            <w:pPr>
              <w:spacing w:after="7" w:line="245" w:lineRule="auto"/>
            </w:pPr>
            <w:r>
              <w:rPr>
                <w:color w:val="000000"/>
                <w:sz w:val="14"/>
              </w:rPr>
              <w:t>4. Igralno-refleksivna: spretnost uporabim v igri brez izločanja ter s semaforjem pokažem, kako »varno pospravim orodje«.</w:t>
            </w:r>
          </w:p>
          <w:p w14:paraId="2BFE8B7F" w14:textId="77777777" w:rsidR="00623E5F" w:rsidRDefault="00000000">
            <w:pPr>
              <w:spacing w:after="20" w:line="245" w:lineRule="auto"/>
            </w:pPr>
            <w:r>
              <w:rPr>
                <w:b/>
                <w:color w:val="000000"/>
                <w:sz w:val="16"/>
              </w:rPr>
              <w:t>DIFERENCIACIJA IN VKLJUČEVANJE</w:t>
            </w:r>
          </w:p>
          <w:p w14:paraId="5F3A5D87"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5D22EE71" w14:textId="77777777" w:rsidR="00623E5F" w:rsidRDefault="00000000">
            <w:pPr>
              <w:spacing w:after="20" w:line="245" w:lineRule="auto"/>
            </w:pPr>
            <w:r>
              <w:rPr>
                <w:b/>
                <w:color w:val="000000"/>
                <w:sz w:val="16"/>
              </w:rPr>
              <w:t>SPREMLJANJE</w:t>
            </w:r>
          </w:p>
          <w:p w14:paraId="20223C32"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5C6C0727"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472B4EC1" w14:textId="77777777">
              <w:trPr>
                <w:jc w:val="center"/>
              </w:trPr>
              <w:tc>
                <w:tcPr>
                  <w:tcW w:w="7087" w:type="dxa"/>
                  <w:shd w:val="clear" w:color="auto" w:fill="C6E7F3"/>
                  <w:tcMar>
                    <w:top w:w="45" w:type="dxa"/>
                    <w:left w:w="70" w:type="dxa"/>
                    <w:bottom w:w="45" w:type="dxa"/>
                    <w:right w:w="70" w:type="dxa"/>
                  </w:tcMar>
                </w:tcPr>
                <w:p w14:paraId="375B5DD4" w14:textId="77777777" w:rsidR="00623E5F" w:rsidRDefault="00000000">
                  <w:pPr>
                    <w:keepNext/>
                  </w:pPr>
                  <w:r>
                    <w:rPr>
                      <w:b/>
                      <w:color w:val="000000"/>
                      <w:sz w:val="16"/>
                    </w:rPr>
                    <w:t>GLAVNI DEL – GIBALNI IZZIV, VADBA NA ŠTIRIH POSTAJAH IN IGRA (3 šolske ure)</w:t>
                  </w:r>
                </w:p>
              </w:tc>
            </w:tr>
          </w:tbl>
          <w:p w14:paraId="6379198E" w14:textId="77777777" w:rsidR="00623E5F" w:rsidRDefault="00623E5F">
            <w:pPr>
              <w:spacing w:line="20" w:lineRule="exact"/>
            </w:pPr>
          </w:p>
          <w:p w14:paraId="37D63574" w14:textId="77777777" w:rsidR="00623E5F" w:rsidRDefault="00000000">
            <w:pPr>
              <w:keepNext/>
              <w:spacing w:before="16" w:after="6" w:line="245" w:lineRule="auto"/>
            </w:pPr>
            <w:r>
              <w:rPr>
                <w:b/>
                <w:color w:val="000000"/>
                <w:sz w:val="15"/>
              </w:rPr>
              <w:t>1. URA – Ravnotežje in spretnost – Ogrejem se in usvojim gib</w:t>
            </w:r>
          </w:p>
          <w:p w14:paraId="2FCD66F4"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»Pekarna Mišmaš« – Svetlana Makarovič. Osrednji del 30': 32' – Preveri prostor in opremo, predstavi varnostni znak ter skozi gibalno zgodbo modelira ključno prvino po korakih.</w:t>
            </w:r>
          </w:p>
          <w:p w14:paraId="75F360E0"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14D86119" w14:textId="77777777" w:rsidR="00623E5F" w:rsidRDefault="00000000">
            <w:pPr>
              <w:spacing w:after="15" w:line="245" w:lineRule="auto"/>
            </w:pPr>
            <w:r>
              <w:rPr>
                <w:i/>
                <w:color w:val="D95BC6"/>
                <w:sz w:val="14"/>
              </w:rPr>
              <w:t>Predvideni dokaz: varen odziv na znak, začetni poskus prvine in ustno varnostno pravilo..</w:t>
            </w:r>
          </w:p>
          <w:p w14:paraId="4C11A8F7" w14:textId="77777777" w:rsidR="00623E5F" w:rsidRDefault="00000000">
            <w:pPr>
              <w:keepNext/>
              <w:spacing w:before="16" w:after="6" w:line="245" w:lineRule="auto"/>
            </w:pPr>
            <w:r>
              <w:rPr>
                <w:b/>
                <w:color w:val="000000"/>
                <w:sz w:val="15"/>
              </w:rPr>
              <w:t>2. URA – Ravnotežje in spretnost – Vadim na postajah</w:t>
            </w:r>
          </w:p>
          <w:p w14:paraId="5C8BDE00"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»Pekarna Mišmaš« – Svetlana Makarovič. Osrednji del 30': 32' – Pripravi 4–6 postaj z enosmernimi prehodi, pokaže tri ravni izziva in opazovalcu dodeli en jasen kriterij.</w:t>
            </w:r>
          </w:p>
          <w:p w14:paraId="7CD090C5"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684ECF8C" w14:textId="77777777" w:rsidR="00623E5F" w:rsidRDefault="00000000">
            <w:pPr>
              <w:spacing w:after="15" w:line="245" w:lineRule="auto"/>
            </w:pPr>
            <w:r>
              <w:rPr>
                <w:i/>
                <w:color w:val="D95BC6"/>
                <w:sz w:val="14"/>
              </w:rPr>
              <w:t>Predvideni dokaz: opazovalna kartica, izvedba na izbrani ravni in učiteljev zapis o napredku..</w:t>
            </w:r>
          </w:p>
          <w:p w14:paraId="327D22F9" w14:textId="77777777" w:rsidR="00623E5F" w:rsidRDefault="00000000">
            <w:pPr>
              <w:keepNext/>
              <w:spacing w:before="16" w:after="6" w:line="245" w:lineRule="auto"/>
            </w:pPr>
            <w:r>
              <w:rPr>
                <w:b/>
                <w:color w:val="000000"/>
                <w:sz w:val="15"/>
              </w:rPr>
              <w:t>3. URA – Ravnotežje in spretnost – Uporabim v igri</w:t>
            </w:r>
          </w:p>
          <w:p w14:paraId="05B380A1"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»Pekarna Mišmaš« – Svetlana Makarovič. Osrednji del 30': 32' – Organizira vključujočo igro ali izziv brez izločanja, spremlja varnost, pošteno igro in uporabo naučene prvine.</w:t>
            </w:r>
          </w:p>
          <w:p w14:paraId="525A4F9E"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6DAD43E7"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0CD4ABBE" w14:textId="77777777">
              <w:trPr>
                <w:jc w:val="center"/>
              </w:trPr>
              <w:tc>
                <w:tcPr>
                  <w:tcW w:w="7087" w:type="dxa"/>
                  <w:shd w:val="clear" w:color="auto" w:fill="EDC9EA"/>
                  <w:tcMar>
                    <w:top w:w="45" w:type="dxa"/>
                    <w:left w:w="70" w:type="dxa"/>
                    <w:bottom w:w="45" w:type="dxa"/>
                    <w:right w:w="70" w:type="dxa"/>
                  </w:tcMar>
                </w:tcPr>
                <w:p w14:paraId="2B12D727" w14:textId="77777777" w:rsidR="00623E5F" w:rsidRDefault="00000000">
                  <w:pPr>
                    <w:keepNext/>
                  </w:pPr>
                  <w:r>
                    <w:rPr>
                      <w:b/>
                      <w:color w:val="000000"/>
                      <w:sz w:val="16"/>
                    </w:rPr>
                    <w:t>ORGANIZACIJA POSTAJ, PREHODOV IN AKTIVNEGA ČASA</w:t>
                  </w:r>
                </w:p>
              </w:tc>
            </w:tr>
          </w:tbl>
          <w:p w14:paraId="55CD50D1" w14:textId="77777777" w:rsidR="00623E5F" w:rsidRDefault="00623E5F"/>
          <w:p w14:paraId="40A255FD" w14:textId="77777777" w:rsidR="00623E5F" w:rsidRDefault="00000000">
            <w:pPr>
              <w:spacing w:before="5" w:after="6" w:line="245" w:lineRule="auto"/>
            </w:pPr>
            <w:r>
              <w:rPr>
                <w:color w:val="000000"/>
                <w:sz w:val="14"/>
              </w:rPr>
              <w:t>Postaja 1: Tehnična: po talnih oznakah in modelu večkrat vadim cilj »izvedem preprost niz gibov« na izbrani ravni.</w:t>
            </w:r>
          </w:p>
          <w:p w14:paraId="2EC9B29D" w14:textId="77777777" w:rsidR="00623E5F" w:rsidRDefault="00000000">
            <w:pPr>
              <w:spacing w:before="5" w:after="6" w:line="245" w:lineRule="auto"/>
            </w:pPr>
            <w:r>
              <w:rPr>
                <w:color w:val="000000"/>
                <w:sz w:val="14"/>
              </w:rPr>
              <w:t>Postaja 2: Ravnotežno-koordinacijska: z linijo, obroči, nizko oviro ali blazino uresničujem cilj »vzdržujem ravnotežje«.</w:t>
            </w:r>
          </w:p>
          <w:p w14:paraId="0AD5F380" w14:textId="77777777" w:rsidR="00623E5F" w:rsidRDefault="00000000">
            <w:pPr>
              <w:spacing w:before="5" w:after="6" w:line="245" w:lineRule="auto"/>
            </w:pPr>
            <w:r>
              <w:rPr>
                <w:color w:val="000000"/>
                <w:sz w:val="14"/>
              </w:rPr>
              <w:t>Postaja 3: Povezovalni poligon: v varen niz povežem tri osnovne oblike gibanja, smer, spremembo nivoja in ustavitev.</w:t>
            </w:r>
          </w:p>
          <w:p w14:paraId="4CEB2D65" w14:textId="77777777" w:rsidR="00623E5F" w:rsidRDefault="00000000">
            <w:pPr>
              <w:spacing w:before="5" w:after="6" w:line="245" w:lineRule="auto"/>
            </w:pPr>
            <w:r>
              <w:rPr>
                <w:color w:val="000000"/>
                <w:sz w:val="14"/>
              </w:rPr>
              <w:t>Postaja 4: Igralno-refleksivna: spretnost uporabim v igri brez izločanja ter s semaforjem pokažem, kako »varno pospravim orodje«.</w:t>
            </w:r>
          </w:p>
          <w:p w14:paraId="753968DC"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3678B2B7" w14:textId="77777777" w:rsidR="00623E5F" w:rsidRDefault="00623E5F"/>
          <w:p w14:paraId="4F6CD472" w14:textId="77777777" w:rsidR="00623E5F" w:rsidRDefault="00000000">
            <w:pPr>
              <w:spacing w:after="5" w:line="245" w:lineRule="auto"/>
            </w:pPr>
            <w:r>
              <w:rPr>
                <w:b/>
                <w:color w:val="000000"/>
                <w:sz w:val="15"/>
              </w:rPr>
              <w:t>1. URA – Ravnotežje in spretnost – Ogrejem se in usvojim gib</w:t>
            </w:r>
          </w:p>
          <w:p w14:paraId="1D1EFB93"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8A5E7EE" w14:textId="77777777" w:rsidR="00623E5F" w:rsidRDefault="00000000">
            <w:pPr>
              <w:spacing w:after="14" w:line="245" w:lineRule="auto"/>
            </w:pPr>
            <w:r>
              <w:rPr>
                <w:color w:val="D95BC6"/>
                <w:sz w:val="13"/>
              </w:rPr>
              <w:t>Dokaz: varen odziv na znak, začetni poskus prvine in ustno varnostno pravilo.</w:t>
            </w:r>
          </w:p>
          <w:p w14:paraId="1FBF71C6" w14:textId="77777777" w:rsidR="00623E5F" w:rsidRDefault="00000000">
            <w:pPr>
              <w:spacing w:after="5" w:line="245" w:lineRule="auto"/>
            </w:pPr>
            <w:r>
              <w:rPr>
                <w:b/>
                <w:color w:val="000000"/>
                <w:sz w:val="15"/>
              </w:rPr>
              <w:t>2. URA – Ravnotežje in spretnost – Vadim na postajah</w:t>
            </w:r>
          </w:p>
          <w:p w14:paraId="0E7C8A61"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5AD56FB9" w14:textId="77777777" w:rsidR="00623E5F" w:rsidRDefault="00000000">
            <w:pPr>
              <w:spacing w:after="14" w:line="245" w:lineRule="auto"/>
            </w:pPr>
            <w:r>
              <w:rPr>
                <w:color w:val="D95BC6"/>
                <w:sz w:val="13"/>
              </w:rPr>
              <w:t>Dokaz: opazovalna kartica, izvedba na izbrani ravni in učiteljev zapis o napredku.</w:t>
            </w:r>
          </w:p>
          <w:p w14:paraId="492BE6CC" w14:textId="77777777" w:rsidR="00623E5F" w:rsidRDefault="00000000">
            <w:pPr>
              <w:spacing w:after="5" w:line="245" w:lineRule="auto"/>
            </w:pPr>
            <w:r>
              <w:rPr>
                <w:b/>
                <w:color w:val="000000"/>
                <w:sz w:val="15"/>
              </w:rPr>
              <w:t>3. URA – Ravnotežje in spretnost – Uporabim v igri</w:t>
            </w:r>
          </w:p>
          <w:p w14:paraId="3441EAB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5FD72B33" w14:textId="77777777" w:rsidR="00623E5F" w:rsidRDefault="00000000">
            <w:pPr>
              <w:spacing w:after="14" w:line="245" w:lineRule="auto"/>
            </w:pPr>
            <w:r>
              <w:rPr>
                <w:color w:val="D95BC6"/>
                <w:sz w:val="13"/>
              </w:rPr>
              <w:t>Dokaz: uporaba prvine v igri, sodelovanje, upoštevanje pravil in osebno.</w:t>
            </w:r>
          </w:p>
          <w:p w14:paraId="5CA13BDC" w14:textId="77777777" w:rsidR="00623E5F" w:rsidRDefault="00000000">
            <w:pPr>
              <w:spacing w:before="30" w:after="14" w:line="245" w:lineRule="auto"/>
            </w:pPr>
            <w:r>
              <w:rPr>
                <w:b/>
                <w:color w:val="D95BC6"/>
                <w:sz w:val="16"/>
              </w:rPr>
              <w:t>MOJ KROG POSTAJ</w:t>
            </w:r>
          </w:p>
          <w:p w14:paraId="30825C30" w14:textId="77777777" w:rsidR="00623E5F" w:rsidRDefault="00000000">
            <w:pPr>
              <w:spacing w:after="8" w:line="245" w:lineRule="auto"/>
            </w:pPr>
            <w:r>
              <w:rPr>
                <w:color w:val="000000"/>
                <w:sz w:val="13"/>
              </w:rPr>
              <w:t>1. Tehnična: po talnih oznakah in modelu večkrat vadim cilj »izvedem preprost niz.</w:t>
            </w:r>
          </w:p>
          <w:p w14:paraId="14175B2E" w14:textId="77777777" w:rsidR="00623E5F" w:rsidRDefault="00000000">
            <w:pPr>
              <w:spacing w:after="8" w:line="245" w:lineRule="auto"/>
            </w:pPr>
            <w:r>
              <w:rPr>
                <w:color w:val="000000"/>
                <w:sz w:val="13"/>
              </w:rPr>
              <w:t>2. Ravnotežno-koordinacijska: z linijo, obroči, nizko oviro ali blazino uresničujem.</w:t>
            </w:r>
          </w:p>
          <w:p w14:paraId="5F11C0F6" w14:textId="77777777" w:rsidR="00623E5F" w:rsidRDefault="00000000">
            <w:pPr>
              <w:spacing w:after="8" w:line="245" w:lineRule="auto"/>
            </w:pPr>
            <w:r>
              <w:rPr>
                <w:color w:val="000000"/>
                <w:sz w:val="13"/>
              </w:rPr>
              <w:t>3. Povezovalni poligon: v varen niz povežem tri osnovne oblike gibanja, smer.</w:t>
            </w:r>
          </w:p>
          <w:p w14:paraId="4724819F" w14:textId="77777777" w:rsidR="00623E5F" w:rsidRDefault="00000000">
            <w:pPr>
              <w:spacing w:after="8" w:line="245" w:lineRule="auto"/>
            </w:pPr>
            <w:r>
              <w:rPr>
                <w:color w:val="000000"/>
                <w:sz w:val="13"/>
              </w:rPr>
              <w:t>4. Igralno-refleksivna: spretnost uporabim v igri brez izločanja ter s semaforjem.</w:t>
            </w:r>
          </w:p>
          <w:p w14:paraId="5E8D8BF3"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773EC549" w14:textId="77777777" w:rsidR="00623E5F" w:rsidRDefault="00000000">
            <w:pPr>
              <w:spacing w:after="14" w:line="245" w:lineRule="auto"/>
            </w:pPr>
            <w:r>
              <w:rPr>
                <w:b/>
                <w:color w:val="D95BC6"/>
                <w:sz w:val="16"/>
              </w:rPr>
              <w:t>DOKAZ O UČENJU</w:t>
            </w:r>
          </w:p>
          <w:p w14:paraId="3E2383D2"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4C3870F0"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A99E5C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C517BEF"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D0C4402" w14:textId="77777777" w:rsidR="00623E5F" w:rsidRDefault="00000000">
            <w:pPr>
              <w:jc w:val="center"/>
            </w:pPr>
            <w:r>
              <w:rPr>
                <w:b/>
                <w:color w:val="000000"/>
                <w:sz w:val="20"/>
              </w:rPr>
              <w:t>UČNE DEJAVNOSTI, METODE IN FORMATIVNO SPREMLJANJE</w:t>
            </w:r>
          </w:p>
        </w:tc>
      </w:tr>
      <w:tr w:rsidR="00623E5F" w14:paraId="23BE476E" w14:textId="77777777">
        <w:trPr>
          <w:tblHeader/>
          <w:jc w:val="center"/>
        </w:trPr>
        <w:tc>
          <w:tcPr>
            <w:tcW w:w="4422" w:type="dxa"/>
            <w:vMerge/>
            <w:tcMar>
              <w:top w:w="70" w:type="dxa"/>
              <w:left w:w="90" w:type="dxa"/>
              <w:bottom w:w="70" w:type="dxa"/>
              <w:right w:w="90" w:type="dxa"/>
            </w:tcMar>
            <w:vAlign w:val="center"/>
          </w:tcPr>
          <w:p w14:paraId="2D11EAF3" w14:textId="77777777" w:rsidR="00623E5F" w:rsidRDefault="00623E5F"/>
        </w:tc>
        <w:tc>
          <w:tcPr>
            <w:tcW w:w="7087" w:type="dxa"/>
            <w:shd w:val="clear" w:color="auto" w:fill="FFFFFF"/>
            <w:tcMar>
              <w:top w:w="70" w:type="dxa"/>
              <w:left w:w="90" w:type="dxa"/>
              <w:bottom w:w="70" w:type="dxa"/>
              <w:right w:w="90" w:type="dxa"/>
            </w:tcMar>
            <w:vAlign w:val="center"/>
          </w:tcPr>
          <w:p w14:paraId="236F4153"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E29C6D8" w14:textId="77777777" w:rsidR="00623E5F" w:rsidRDefault="00000000">
            <w:pPr>
              <w:jc w:val="center"/>
            </w:pPr>
            <w:r>
              <w:rPr>
                <w:b/>
                <w:color w:val="000000"/>
              </w:rPr>
              <w:t>UČENEC</w:t>
            </w:r>
          </w:p>
        </w:tc>
      </w:tr>
      <w:tr w:rsidR="00623E5F" w14:paraId="16286119" w14:textId="77777777">
        <w:trPr>
          <w:jc w:val="center"/>
        </w:trPr>
        <w:tc>
          <w:tcPr>
            <w:tcW w:w="4422" w:type="dxa"/>
            <w:tcMar>
              <w:top w:w="70" w:type="dxa"/>
              <w:left w:w="90" w:type="dxa"/>
              <w:bottom w:w="70" w:type="dxa"/>
              <w:right w:w="90" w:type="dxa"/>
            </w:tcMar>
          </w:tcPr>
          <w:p w14:paraId="55C6FD48" w14:textId="77777777" w:rsidR="00623E5F" w:rsidRDefault="00623E5F"/>
          <w:p w14:paraId="4DEFA772" w14:textId="77777777" w:rsidR="00623E5F" w:rsidRDefault="00000000">
            <w:pPr>
              <w:spacing w:after="40" w:line="245" w:lineRule="auto"/>
            </w:pPr>
            <w:r>
              <w:rPr>
                <w:b/>
                <w:color w:val="000000"/>
              </w:rPr>
              <w:t>FORMATIVNO SPREMLJANJE</w:t>
            </w:r>
          </w:p>
          <w:p w14:paraId="7DF796A7" w14:textId="77777777" w:rsidR="00623E5F" w:rsidRDefault="00000000">
            <w:pPr>
              <w:pStyle w:val="Oznaenseznam"/>
              <w:spacing w:after="16"/>
            </w:pPr>
            <w:r>
              <w:rPr>
                <w:color w:val="000000"/>
                <w:sz w:val="15"/>
              </w:rPr>
              <w:t>predznanje: gibalni prikaz, odziv na znak, izbira kartice, začetni poskus ali kratka razlaga</w:t>
            </w:r>
          </w:p>
          <w:p w14:paraId="1E5B877F" w14:textId="77777777" w:rsidR="00623E5F" w:rsidRDefault="00000000">
            <w:pPr>
              <w:pStyle w:val="Oznaenseznam"/>
              <w:spacing w:after="16"/>
            </w:pPr>
            <w:r>
              <w:rPr>
                <w:color w:val="000000"/>
                <w:sz w:val="15"/>
              </w:rPr>
              <w:t>nameni in merila: kratka poved, slikovni znak, model varne izvedbe in en opazljiv tehnični poudarek</w:t>
            </w:r>
          </w:p>
          <w:p w14:paraId="3869CC4F"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4DCFBCE1" w14:textId="77777777" w:rsidR="00623E5F" w:rsidRDefault="00000000">
            <w:pPr>
              <w:pStyle w:val="Oznaenseznam"/>
              <w:spacing w:after="16"/>
            </w:pPr>
            <w:r>
              <w:rPr>
                <w:color w:val="000000"/>
                <w:sz w:val="15"/>
              </w:rPr>
              <w:t>povratna informacija: opis opaženega, povezava z enim merilom in takoj izvedljiv ponovni poskus</w:t>
            </w:r>
          </w:p>
          <w:p w14:paraId="358DD6D6" w14:textId="77777777" w:rsidR="00623E5F" w:rsidRDefault="00000000">
            <w:pPr>
              <w:pStyle w:val="Oznaenseznam"/>
              <w:spacing w:after="16"/>
            </w:pPr>
            <w:r>
              <w:rPr>
                <w:color w:val="000000"/>
                <w:sz w:val="15"/>
              </w:rPr>
              <w:t>samovrednotenje: semafor napora in varnosti, lestvica samostojnosti, izbran dokaz ter osebni naslednji korak</w:t>
            </w:r>
          </w:p>
          <w:p w14:paraId="1D779414" w14:textId="77777777" w:rsidR="00623E5F" w:rsidRDefault="00000000">
            <w:pPr>
              <w:spacing w:before="40" w:after="20" w:line="245" w:lineRule="auto"/>
            </w:pPr>
            <w:r>
              <w:rPr>
                <w:b/>
                <w:color w:val="000000"/>
                <w:sz w:val="17"/>
              </w:rPr>
              <w:t>VARNOST, POČUTJE IN HIGIENA</w:t>
            </w:r>
          </w:p>
          <w:p w14:paraId="0F788FEC"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Pri plezanju, ravnotežju, kotaljenju in prevalnih predvajah je območje oblazinjeno, naloga pa poteka posamično in ob jasnem varovanju.</w:t>
            </w:r>
          </w:p>
          <w:p w14:paraId="1F35FD3E" w14:textId="77777777" w:rsidR="00623E5F" w:rsidRDefault="00000000">
            <w:pPr>
              <w:spacing w:after="20" w:line="245" w:lineRule="auto"/>
            </w:pPr>
            <w:r>
              <w:rPr>
                <w:b/>
                <w:color w:val="000000"/>
                <w:sz w:val="17"/>
              </w:rPr>
              <w:t>EVIDENCA PO IZVEDBI</w:t>
            </w:r>
          </w:p>
          <w:p w14:paraId="75410950"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5B0F4170" w14:textId="77777777" w:rsidR="00623E5F" w:rsidRDefault="00000000">
            <w:pPr>
              <w:spacing w:before="40" w:after="20" w:line="245" w:lineRule="auto"/>
            </w:pPr>
            <w:r>
              <w:rPr>
                <w:b/>
                <w:color w:val="000000"/>
                <w:sz w:val="17"/>
              </w:rPr>
              <w:t>RAVEN DOSEGANJA</w:t>
            </w:r>
          </w:p>
          <w:p w14:paraId="734E5DCB"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20713B78"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D0F42E6" w14:textId="77777777">
              <w:trPr>
                <w:jc w:val="center"/>
              </w:trPr>
              <w:tc>
                <w:tcPr>
                  <w:tcW w:w="7087" w:type="dxa"/>
                  <w:shd w:val="clear" w:color="auto" w:fill="EDC9EA"/>
                  <w:tcMar>
                    <w:top w:w="45" w:type="dxa"/>
                    <w:left w:w="70" w:type="dxa"/>
                    <w:bottom w:w="45" w:type="dxa"/>
                    <w:right w:w="70" w:type="dxa"/>
                  </w:tcMar>
                </w:tcPr>
                <w:p w14:paraId="330334D9" w14:textId="77777777" w:rsidR="00623E5F" w:rsidRDefault="00000000">
                  <w:pPr>
                    <w:keepNext/>
                  </w:pPr>
                  <w:r>
                    <w:rPr>
                      <w:b/>
                      <w:color w:val="000000"/>
                    </w:rPr>
                    <w:t>VPRAŠANJA V PODPORO GIBALNEMU UČENJU</w:t>
                  </w:r>
                </w:p>
              </w:tc>
            </w:tr>
          </w:tbl>
          <w:p w14:paraId="6D8631C4" w14:textId="77777777" w:rsidR="00623E5F" w:rsidRDefault="00623E5F">
            <w:pPr>
              <w:spacing w:line="20" w:lineRule="exact"/>
            </w:pPr>
          </w:p>
          <w:p w14:paraId="50301F98" w14:textId="77777777" w:rsidR="00623E5F" w:rsidRDefault="00000000">
            <w:pPr>
              <w:pStyle w:val="Oznaenseznam"/>
              <w:spacing w:after="16"/>
            </w:pPr>
            <w:r>
              <w:rPr>
                <w:color w:val="000000"/>
                <w:sz w:val="15"/>
              </w:rPr>
              <w:t>Kaj si pri prvem poskusu začutil/-a ali opazil/-a v položaju telesa, ravnotežju, smeri, ritmu ali naporu?</w:t>
            </w:r>
          </w:p>
          <w:p w14:paraId="6138D991" w14:textId="77777777" w:rsidR="00623E5F" w:rsidRDefault="00000000">
            <w:pPr>
              <w:pStyle w:val="Oznaenseznam"/>
              <w:spacing w:after="16"/>
            </w:pPr>
            <w:r>
              <w:rPr>
                <w:color w:val="000000"/>
                <w:sz w:val="15"/>
              </w:rPr>
              <w:t>Katero varnostno pravilo in kateri gibalni korak sta bila danes najpomembnejša?</w:t>
            </w:r>
          </w:p>
          <w:p w14:paraId="5CFF773A" w14:textId="77777777" w:rsidR="00623E5F" w:rsidRDefault="00000000">
            <w:pPr>
              <w:pStyle w:val="Oznaenseznam"/>
              <w:spacing w:after="16"/>
            </w:pPr>
            <w:r>
              <w:rPr>
                <w:color w:val="000000"/>
                <w:sz w:val="15"/>
              </w:rPr>
              <w:t>Katero raven si izbral/-a, zakaj je bila primerna in kaj si pri naslednjem poskusu spremenil/-a?</w:t>
            </w:r>
          </w:p>
          <w:p w14:paraId="4F8DC6F5" w14:textId="77777777" w:rsidR="00623E5F" w:rsidRDefault="00000000">
            <w:pPr>
              <w:pStyle w:val="Oznaenseznam"/>
              <w:spacing w:after="16"/>
            </w:pPr>
            <w:r>
              <w:rPr>
                <w:color w:val="000000"/>
                <w:sz w:val="15"/>
              </w:rPr>
              <w:t>Kateri tvoj gibalni dokaz najjasneje pokaže dogovorjeno merilo?</w:t>
            </w:r>
          </w:p>
          <w:p w14:paraId="0D168B82"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5FC783FD" w14:textId="77777777">
              <w:trPr>
                <w:jc w:val="center"/>
              </w:trPr>
              <w:tc>
                <w:tcPr>
                  <w:tcW w:w="7087" w:type="dxa"/>
                  <w:shd w:val="clear" w:color="auto" w:fill="C6E7F3"/>
                  <w:tcMar>
                    <w:top w:w="45" w:type="dxa"/>
                    <w:left w:w="70" w:type="dxa"/>
                    <w:bottom w:w="45" w:type="dxa"/>
                    <w:right w:w="70" w:type="dxa"/>
                  </w:tcMar>
                </w:tcPr>
                <w:p w14:paraId="34F2C049" w14:textId="77777777" w:rsidR="00623E5F" w:rsidRDefault="00000000">
                  <w:pPr>
                    <w:keepNext/>
                  </w:pPr>
                  <w:r>
                    <w:rPr>
                      <w:b/>
                      <w:color w:val="000000"/>
                    </w:rPr>
                    <w:t>ZAKLJUČNI DEL – UMIRJANJE, RAZTEZANJE, DOKAZ IN REFLEKSIJA (8–10 min)</w:t>
                  </w:r>
                </w:p>
              </w:tc>
            </w:tr>
          </w:tbl>
          <w:p w14:paraId="041F6817" w14:textId="77777777" w:rsidR="00623E5F" w:rsidRDefault="00623E5F">
            <w:pPr>
              <w:spacing w:line="20" w:lineRule="exact"/>
            </w:pPr>
          </w:p>
          <w:p w14:paraId="43E8F267"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00FFC572" w14:textId="77777777">
              <w:trPr>
                <w:jc w:val="center"/>
              </w:trPr>
              <w:tc>
                <w:tcPr>
                  <w:tcW w:w="7087" w:type="dxa"/>
                  <w:shd w:val="clear" w:color="auto" w:fill="EDC9EA"/>
                  <w:tcMar>
                    <w:top w:w="45" w:type="dxa"/>
                    <w:left w:w="70" w:type="dxa"/>
                    <w:bottom w:w="45" w:type="dxa"/>
                    <w:right w:w="70" w:type="dxa"/>
                  </w:tcMar>
                </w:tcPr>
                <w:p w14:paraId="5AA82E29" w14:textId="77777777" w:rsidR="00623E5F" w:rsidRDefault="00000000">
                  <w:pPr>
                    <w:keepNext/>
                  </w:pPr>
                  <w:r>
                    <w:rPr>
                      <w:b/>
                      <w:color w:val="000000"/>
                    </w:rPr>
                    <w:t>SAMOVREDNOTENJE</w:t>
                  </w:r>
                </w:p>
              </w:tc>
            </w:tr>
          </w:tbl>
          <w:p w14:paraId="6F466520" w14:textId="77777777" w:rsidR="00623E5F" w:rsidRDefault="00623E5F">
            <w:pPr>
              <w:spacing w:line="20" w:lineRule="exact"/>
            </w:pPr>
          </w:p>
          <w:p w14:paraId="7AA27E19"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3024C7A1" w14:textId="77777777">
              <w:trPr>
                <w:jc w:val="center"/>
              </w:trPr>
              <w:tc>
                <w:tcPr>
                  <w:tcW w:w="7087" w:type="dxa"/>
                  <w:shd w:val="clear" w:color="auto" w:fill="EDC9EA"/>
                  <w:tcMar>
                    <w:top w:w="45" w:type="dxa"/>
                    <w:left w:w="70" w:type="dxa"/>
                    <w:bottom w:w="45" w:type="dxa"/>
                    <w:right w:w="70" w:type="dxa"/>
                  </w:tcMar>
                </w:tcPr>
                <w:p w14:paraId="46CC8C07" w14:textId="77777777" w:rsidR="00623E5F" w:rsidRDefault="00000000">
                  <w:pPr>
                    <w:keepNext/>
                  </w:pPr>
                  <w:r>
                    <w:rPr>
                      <w:b/>
                      <w:color w:val="000000"/>
                    </w:rPr>
                    <w:t>VRSTNIŠKO OPAZOVANJE IN POVRATNA INFORMACIJA</w:t>
                  </w:r>
                </w:p>
              </w:tc>
            </w:tr>
          </w:tbl>
          <w:p w14:paraId="0E0B3239" w14:textId="77777777" w:rsidR="00623E5F" w:rsidRDefault="00623E5F">
            <w:pPr>
              <w:spacing w:line="20" w:lineRule="exact"/>
            </w:pPr>
          </w:p>
          <w:p w14:paraId="5E927A2A"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35C75289" w14:textId="77777777">
              <w:trPr>
                <w:jc w:val="center"/>
              </w:trPr>
              <w:tc>
                <w:tcPr>
                  <w:tcW w:w="7087" w:type="dxa"/>
                  <w:shd w:val="clear" w:color="auto" w:fill="EDC9EA"/>
                  <w:tcMar>
                    <w:top w:w="45" w:type="dxa"/>
                    <w:left w:w="70" w:type="dxa"/>
                    <w:bottom w:w="45" w:type="dxa"/>
                    <w:right w:w="70" w:type="dxa"/>
                  </w:tcMar>
                </w:tcPr>
                <w:p w14:paraId="346585B5" w14:textId="77777777" w:rsidR="00623E5F" w:rsidRDefault="00000000">
                  <w:pPr>
                    <w:keepNext/>
                  </w:pPr>
                  <w:r>
                    <w:rPr>
                      <w:b/>
                      <w:color w:val="000000"/>
                    </w:rPr>
                    <w:t>SKUPNI POVZETEK</w:t>
                  </w:r>
                </w:p>
              </w:tc>
            </w:tr>
          </w:tbl>
          <w:p w14:paraId="3AB62D2F" w14:textId="77777777" w:rsidR="00623E5F" w:rsidRDefault="00623E5F"/>
          <w:p w14:paraId="79F02EA0" w14:textId="77777777" w:rsidR="00623E5F" w:rsidRDefault="00000000">
            <w:pPr>
              <w:spacing w:before="20" w:after="40" w:line="245" w:lineRule="auto"/>
            </w:pPr>
            <w:r>
              <w:rPr>
                <w:b/>
                <w:color w:val="000000"/>
                <w:sz w:val="16"/>
              </w:rPr>
              <w:t>izvedem preprost niz gibov; vzdržujem ravnotežje; varno pospravim orodje. Izbrani gibalni dokaz pojasnim in določim varen naslednji korak.</w:t>
            </w:r>
          </w:p>
        </w:tc>
        <w:tc>
          <w:tcPr>
            <w:tcW w:w="2551" w:type="dxa"/>
            <w:tcMar>
              <w:top w:w="70" w:type="dxa"/>
              <w:left w:w="90" w:type="dxa"/>
              <w:bottom w:w="70" w:type="dxa"/>
              <w:right w:w="90" w:type="dxa"/>
            </w:tcMar>
          </w:tcPr>
          <w:p w14:paraId="0E39A611" w14:textId="77777777" w:rsidR="00623E5F" w:rsidRDefault="00623E5F"/>
          <w:p w14:paraId="54A48A0E" w14:textId="77777777" w:rsidR="00623E5F" w:rsidRDefault="00000000">
            <w:pPr>
              <w:spacing w:after="80" w:line="245" w:lineRule="auto"/>
            </w:pPr>
            <w:r>
              <w:rPr>
                <w:color w:val="000000"/>
                <w:sz w:val="15"/>
              </w:rPr>
              <w:t>Odgovarja na podporna vprašanja in se sklicuje na svojo izvedbo, počutje, izbrano raven in varnost.</w:t>
            </w:r>
          </w:p>
          <w:p w14:paraId="4751178C" w14:textId="77777777" w:rsidR="00623E5F" w:rsidRDefault="00000000">
            <w:pPr>
              <w:spacing w:after="80" w:line="245" w:lineRule="auto"/>
            </w:pPr>
            <w:r>
              <w:rPr>
                <w:color w:val="000000"/>
                <w:sz w:val="15"/>
              </w:rPr>
              <w:t>Predstavi izbrani gibalni dokaz ter pokaže ali pove, katero merilo z njim dosega.</w:t>
            </w:r>
          </w:p>
          <w:p w14:paraId="0D01353F" w14:textId="77777777" w:rsidR="00623E5F" w:rsidRDefault="00000000">
            <w:pPr>
              <w:spacing w:after="80" w:line="245" w:lineRule="auto"/>
            </w:pPr>
            <w:r>
              <w:rPr>
                <w:color w:val="000000"/>
                <w:sz w:val="15"/>
              </w:rPr>
              <w:t>Opazuje eno dogovorjeno prvino vrstnikove izvedbe in poda kratek, prijazen ter uporaben odziv.</w:t>
            </w:r>
          </w:p>
          <w:p w14:paraId="02646E22"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61E1C353" w14:textId="77777777" w:rsidR="00623E5F" w:rsidRDefault="00000000">
            <w:pPr>
              <w:spacing w:after="100" w:line="245" w:lineRule="auto"/>
            </w:pPr>
            <w:r>
              <w:rPr>
                <w:color w:val="000000"/>
                <w:sz w:val="15"/>
              </w:rPr>
              <w:t>Umiri dihanje, oceni napor in počutje, izbere raven samostojnosti ter določi varen naslednji korak.</w:t>
            </w:r>
          </w:p>
          <w:p w14:paraId="2D0F311B" w14:textId="77777777" w:rsidR="00623E5F" w:rsidRDefault="00000000">
            <w:pPr>
              <w:spacing w:after="20" w:line="245" w:lineRule="auto"/>
            </w:pPr>
            <w:r>
              <w:rPr>
                <w:b/>
                <w:color w:val="D95BC6"/>
                <w:sz w:val="17"/>
              </w:rPr>
              <w:t>DOKAZ O UČENJU</w:t>
            </w:r>
          </w:p>
          <w:p w14:paraId="3ADB9D25"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2621A897"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5C007F51" w14:textId="77777777">
        <w:trPr>
          <w:cantSplit/>
          <w:jc w:val="center"/>
        </w:trPr>
        <w:tc>
          <w:tcPr>
            <w:tcW w:w="14060" w:type="dxa"/>
            <w:gridSpan w:val="6"/>
            <w:tcMar>
              <w:top w:w="70" w:type="dxa"/>
              <w:left w:w="90" w:type="dxa"/>
              <w:bottom w:w="70" w:type="dxa"/>
              <w:right w:w="90" w:type="dxa"/>
            </w:tcMar>
            <w:vAlign w:val="center"/>
          </w:tcPr>
          <w:p w14:paraId="744D7EA5" w14:textId="77777777" w:rsidR="00623E5F" w:rsidRDefault="00000000">
            <w:pPr>
              <w:jc w:val="center"/>
            </w:pPr>
            <w:r>
              <w:rPr>
                <w:b/>
                <w:color w:val="000000"/>
                <w:sz w:val="24"/>
              </w:rPr>
              <w:lastRenderedPageBreak/>
              <w:t>UČNA PRIPRAVA 15/39</w:t>
            </w:r>
          </w:p>
        </w:tc>
      </w:tr>
      <w:tr w:rsidR="00623E5F" w14:paraId="5359AD49" w14:textId="77777777">
        <w:trPr>
          <w:jc w:val="center"/>
        </w:trPr>
        <w:tc>
          <w:tcPr>
            <w:tcW w:w="2665" w:type="dxa"/>
            <w:tcMar>
              <w:top w:w="70" w:type="dxa"/>
              <w:left w:w="90" w:type="dxa"/>
              <w:bottom w:w="70" w:type="dxa"/>
              <w:right w:w="90" w:type="dxa"/>
            </w:tcMar>
            <w:vAlign w:val="center"/>
          </w:tcPr>
          <w:p w14:paraId="1A213E8A"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0868EE22"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3C843218"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6828ED9" w14:textId="77777777" w:rsidR="00623E5F" w:rsidRDefault="00000000">
            <w:r>
              <w:rPr>
                <w:b/>
                <w:color w:val="000000"/>
                <w:sz w:val="16"/>
              </w:rPr>
              <w:t xml:space="preserve">NAČRTOVANI TERMIN: </w:t>
            </w:r>
            <w:r>
              <w:rPr>
                <w:color w:val="000000"/>
                <w:sz w:val="16"/>
              </w:rPr>
              <w:t>15. teden • 14.–18. 12. 2026</w:t>
            </w:r>
          </w:p>
        </w:tc>
        <w:tc>
          <w:tcPr>
            <w:tcW w:w="2268" w:type="dxa"/>
            <w:tcMar>
              <w:top w:w="70" w:type="dxa"/>
              <w:left w:w="90" w:type="dxa"/>
              <w:bottom w:w="70" w:type="dxa"/>
              <w:right w:w="90" w:type="dxa"/>
            </w:tcMar>
            <w:vAlign w:val="center"/>
          </w:tcPr>
          <w:p w14:paraId="49AEE34A"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5525A29" w14:textId="77777777" w:rsidR="00623E5F" w:rsidRDefault="00000000">
            <w:r>
              <w:rPr>
                <w:b/>
                <w:color w:val="000000"/>
                <w:sz w:val="16"/>
              </w:rPr>
              <w:t xml:space="preserve">ŠTEVILO UR: </w:t>
            </w:r>
            <w:r>
              <w:rPr>
                <w:color w:val="000000"/>
                <w:sz w:val="16"/>
              </w:rPr>
              <w:t>3</w:t>
            </w:r>
          </w:p>
        </w:tc>
      </w:tr>
      <w:tr w:rsidR="00623E5F" w14:paraId="36581583" w14:textId="77777777">
        <w:trPr>
          <w:jc w:val="center"/>
        </w:trPr>
        <w:tc>
          <w:tcPr>
            <w:tcW w:w="14061" w:type="dxa"/>
            <w:gridSpan w:val="6"/>
            <w:tcMar>
              <w:top w:w="70" w:type="dxa"/>
              <w:left w:w="90" w:type="dxa"/>
              <w:bottom w:w="70" w:type="dxa"/>
              <w:right w:w="90" w:type="dxa"/>
            </w:tcMar>
            <w:vAlign w:val="center"/>
          </w:tcPr>
          <w:p w14:paraId="3259B3EB"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3E969D6E" w14:textId="77777777">
        <w:trPr>
          <w:cantSplit/>
          <w:jc w:val="center"/>
        </w:trPr>
        <w:tc>
          <w:tcPr>
            <w:tcW w:w="14060" w:type="dxa"/>
            <w:gridSpan w:val="6"/>
            <w:tcMar>
              <w:top w:w="70" w:type="dxa"/>
              <w:left w:w="90" w:type="dxa"/>
              <w:bottom w:w="70" w:type="dxa"/>
              <w:right w:w="90" w:type="dxa"/>
            </w:tcMar>
            <w:vAlign w:val="center"/>
          </w:tcPr>
          <w:p w14:paraId="6C3E25F1" w14:textId="77777777" w:rsidR="00623E5F" w:rsidRDefault="00623E5F"/>
          <w:p w14:paraId="27428936" w14:textId="77777777" w:rsidR="00623E5F" w:rsidRDefault="00000000">
            <w:pPr>
              <w:spacing w:line="245" w:lineRule="auto"/>
            </w:pPr>
            <w:r>
              <w:rPr>
                <w:b/>
                <w:color w:val="000000"/>
                <w:sz w:val="15"/>
              </w:rPr>
              <w:t xml:space="preserve">UČNI SKLOP: </w:t>
            </w:r>
            <w:r>
              <w:rPr>
                <w:color w:val="000000"/>
                <w:sz w:val="15"/>
              </w:rPr>
              <w:t>MOJA DRUŽINA, SKUPNOST IN PRAZNOVANJA</w:t>
            </w:r>
          </w:p>
        </w:tc>
      </w:tr>
      <w:tr w:rsidR="00623E5F" w14:paraId="5E889029" w14:textId="77777777">
        <w:trPr>
          <w:cantSplit/>
          <w:jc w:val="center"/>
        </w:trPr>
        <w:tc>
          <w:tcPr>
            <w:tcW w:w="14060" w:type="dxa"/>
            <w:gridSpan w:val="6"/>
            <w:tcMar>
              <w:top w:w="70" w:type="dxa"/>
              <w:left w:w="90" w:type="dxa"/>
              <w:bottom w:w="70" w:type="dxa"/>
              <w:right w:w="90" w:type="dxa"/>
            </w:tcMar>
            <w:vAlign w:val="center"/>
          </w:tcPr>
          <w:p w14:paraId="3322635F" w14:textId="77777777" w:rsidR="00623E5F" w:rsidRDefault="00623E5F"/>
          <w:p w14:paraId="494B0841" w14:textId="77777777" w:rsidR="00623E5F" w:rsidRDefault="00000000">
            <w:pPr>
              <w:spacing w:line="245" w:lineRule="auto"/>
            </w:pPr>
            <w:r>
              <w:rPr>
                <w:b/>
                <w:color w:val="000000"/>
                <w:sz w:val="15"/>
              </w:rPr>
              <w:t xml:space="preserve">UČNA TEMA: </w:t>
            </w:r>
            <w:r>
              <w:rPr>
                <w:color w:val="000000"/>
                <w:sz w:val="15"/>
              </w:rPr>
              <w:t>RITMIČNO GIBANJE</w:t>
            </w:r>
          </w:p>
        </w:tc>
      </w:tr>
      <w:tr w:rsidR="00623E5F" w14:paraId="2E803616" w14:textId="77777777">
        <w:trPr>
          <w:cantSplit/>
          <w:jc w:val="center"/>
        </w:trPr>
        <w:tc>
          <w:tcPr>
            <w:tcW w:w="14060" w:type="dxa"/>
            <w:gridSpan w:val="6"/>
            <w:tcMar>
              <w:top w:w="70" w:type="dxa"/>
              <w:left w:w="90" w:type="dxa"/>
              <w:bottom w:w="70" w:type="dxa"/>
              <w:right w:w="90" w:type="dxa"/>
            </w:tcMar>
            <w:vAlign w:val="center"/>
          </w:tcPr>
          <w:p w14:paraId="380F59F9" w14:textId="77777777" w:rsidR="00623E5F" w:rsidRDefault="00623E5F"/>
          <w:p w14:paraId="3FFB8092" w14:textId="77777777" w:rsidR="00623E5F" w:rsidRDefault="00000000">
            <w:pPr>
              <w:spacing w:line="245" w:lineRule="auto"/>
            </w:pPr>
            <w:r>
              <w:rPr>
                <w:b/>
                <w:color w:val="000000"/>
                <w:sz w:val="15"/>
              </w:rPr>
              <w:t xml:space="preserve">KNJIŽEVNO / MOTIVNO IZHODIŠČE: </w:t>
            </w:r>
            <w:r>
              <w:rPr>
                <w:color w:val="000000"/>
                <w:sz w:val="15"/>
              </w:rPr>
              <w:t>»Zvezdica Zaspanka« – Frane Milčinski – Ježek • gledališče, praznovanje, odgovornost in prijaznost</w:t>
            </w:r>
          </w:p>
        </w:tc>
      </w:tr>
      <w:tr w:rsidR="00623E5F" w14:paraId="2D0D1D05" w14:textId="77777777">
        <w:trPr>
          <w:cantSplit/>
          <w:jc w:val="center"/>
        </w:trPr>
        <w:tc>
          <w:tcPr>
            <w:tcW w:w="14060" w:type="dxa"/>
            <w:gridSpan w:val="6"/>
            <w:tcMar>
              <w:top w:w="70" w:type="dxa"/>
              <w:left w:w="90" w:type="dxa"/>
              <w:bottom w:w="70" w:type="dxa"/>
              <w:right w:w="90" w:type="dxa"/>
            </w:tcMar>
            <w:vAlign w:val="center"/>
          </w:tcPr>
          <w:p w14:paraId="07A7A3B1" w14:textId="77777777" w:rsidR="00623E5F" w:rsidRDefault="00623E5F"/>
          <w:p w14:paraId="453F6B88" w14:textId="77777777" w:rsidR="00623E5F" w:rsidRDefault="00000000">
            <w:pPr>
              <w:spacing w:line="245" w:lineRule="auto"/>
            </w:pPr>
            <w:r>
              <w:rPr>
                <w:b/>
                <w:color w:val="000000"/>
                <w:sz w:val="15"/>
              </w:rPr>
              <w:t xml:space="preserve">GIBALNO IZHODIŠČE / MOTIVACIJA: </w:t>
            </w:r>
            <w:r>
              <w:rPr>
                <w:color w:val="000000"/>
                <w:sz w:val="15"/>
              </w:rPr>
              <w:t>glasba se nepričakovano ustavlja in spreminja tempo; učenci z držo, ritmom in gibalnim motivom vstopijo v temo »ritmično gibanje«. Tedenski gibalni izziv: gibalno ponazori pot zvezdice in ritem prizora.</w:t>
            </w:r>
          </w:p>
        </w:tc>
      </w:tr>
      <w:tr w:rsidR="00623E5F" w14:paraId="03E48E7D" w14:textId="77777777">
        <w:trPr>
          <w:cantSplit/>
          <w:jc w:val="center"/>
        </w:trPr>
        <w:tc>
          <w:tcPr>
            <w:tcW w:w="14060" w:type="dxa"/>
            <w:gridSpan w:val="6"/>
            <w:tcMar>
              <w:top w:w="70" w:type="dxa"/>
              <w:left w:w="90" w:type="dxa"/>
              <w:bottom w:w="70" w:type="dxa"/>
              <w:right w:w="90" w:type="dxa"/>
            </w:tcMar>
            <w:vAlign w:val="center"/>
          </w:tcPr>
          <w:p w14:paraId="6B1F0FC5" w14:textId="77777777" w:rsidR="00623E5F" w:rsidRDefault="00623E5F"/>
          <w:p w14:paraId="21ACF94C" w14:textId="77777777" w:rsidR="00623E5F" w:rsidRDefault="00000000">
            <w:pPr>
              <w:spacing w:line="245" w:lineRule="auto"/>
            </w:pPr>
            <w:r>
              <w:rPr>
                <w:b/>
                <w:color w:val="000000"/>
                <w:sz w:val="15"/>
              </w:rPr>
              <w:t xml:space="preserve">UČNE ENOTE: </w:t>
            </w:r>
            <w:r>
              <w:rPr>
                <w:color w:val="000000"/>
                <w:sz w:val="15"/>
              </w:rPr>
              <w:t>1. ura – Ritmično gibanje – Ogrejem se in usvojim gib • 2. ura – Ritmično gibanje – Vadim na postajah • 3. ura – Ritmično gibanje – Uporabim v igri</w:t>
            </w:r>
          </w:p>
        </w:tc>
      </w:tr>
      <w:tr w:rsidR="00623E5F" w14:paraId="5EC12E97" w14:textId="77777777">
        <w:trPr>
          <w:cantSplit/>
          <w:jc w:val="center"/>
        </w:trPr>
        <w:tc>
          <w:tcPr>
            <w:tcW w:w="14060" w:type="dxa"/>
            <w:gridSpan w:val="6"/>
            <w:tcMar>
              <w:top w:w="70" w:type="dxa"/>
              <w:left w:w="90" w:type="dxa"/>
              <w:bottom w:w="70" w:type="dxa"/>
              <w:right w:w="90" w:type="dxa"/>
            </w:tcMar>
            <w:vAlign w:val="center"/>
          </w:tcPr>
          <w:p w14:paraId="723AF586" w14:textId="77777777" w:rsidR="00623E5F" w:rsidRDefault="00623E5F"/>
          <w:p w14:paraId="5AEA04A6"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7448EB89" w14:textId="77777777">
        <w:trPr>
          <w:cantSplit/>
          <w:jc w:val="center"/>
        </w:trPr>
        <w:tc>
          <w:tcPr>
            <w:tcW w:w="14060" w:type="dxa"/>
            <w:gridSpan w:val="6"/>
            <w:tcMar>
              <w:top w:w="70" w:type="dxa"/>
              <w:left w:w="90" w:type="dxa"/>
              <w:bottom w:w="70" w:type="dxa"/>
              <w:right w:w="90" w:type="dxa"/>
            </w:tcMar>
            <w:vAlign w:val="center"/>
          </w:tcPr>
          <w:p w14:paraId="34255257" w14:textId="77777777" w:rsidR="00623E5F" w:rsidRDefault="00623E5F"/>
          <w:p w14:paraId="16D49445"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39E6FAA8" w14:textId="77777777">
        <w:trPr>
          <w:cantSplit/>
          <w:jc w:val="center"/>
        </w:trPr>
        <w:tc>
          <w:tcPr>
            <w:tcW w:w="14060" w:type="dxa"/>
            <w:gridSpan w:val="6"/>
            <w:tcMar>
              <w:top w:w="70" w:type="dxa"/>
              <w:left w:w="90" w:type="dxa"/>
              <w:bottom w:w="70" w:type="dxa"/>
              <w:right w:w="90" w:type="dxa"/>
            </w:tcMar>
            <w:vAlign w:val="center"/>
          </w:tcPr>
          <w:p w14:paraId="2C80EA1F" w14:textId="77777777" w:rsidR="00623E5F" w:rsidRDefault="00623E5F"/>
          <w:p w14:paraId="68A26AC5"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57F6771D" w14:textId="77777777">
        <w:trPr>
          <w:cantSplit/>
          <w:jc w:val="center"/>
        </w:trPr>
        <w:tc>
          <w:tcPr>
            <w:tcW w:w="14060" w:type="dxa"/>
            <w:gridSpan w:val="6"/>
            <w:tcMar>
              <w:top w:w="70" w:type="dxa"/>
              <w:left w:w="90" w:type="dxa"/>
              <w:bottom w:w="70" w:type="dxa"/>
              <w:right w:w="90" w:type="dxa"/>
            </w:tcMar>
            <w:vAlign w:val="center"/>
          </w:tcPr>
          <w:p w14:paraId="6D2AD8DE" w14:textId="77777777" w:rsidR="00623E5F" w:rsidRDefault="00623E5F"/>
          <w:p w14:paraId="1FCEB4B0" w14:textId="77777777" w:rsidR="00623E5F" w:rsidRDefault="00000000">
            <w:pPr>
              <w:spacing w:line="245" w:lineRule="auto"/>
            </w:pPr>
            <w:r>
              <w:rPr>
                <w:b/>
                <w:color w:val="000000"/>
                <w:sz w:val="15"/>
              </w:rPr>
              <w:t xml:space="preserve">MEDPREDMETNE POVEZAVE: </w:t>
            </w:r>
            <w:r>
              <w:rPr>
                <w:color w:val="000000"/>
                <w:sz w:val="15"/>
              </w:rPr>
              <w:t>SPO – gledališče, praznovanje, odgovornost in prijaznost, telo, zdravje, varnost in okolje; SLJ – poslušanje navodila, športno izrazje, kratka razlaga in podporna povratna informacija; MAT – smer, zaporedje, razdalja, merjenje in primerjanje; GUM – ritem, tempo in odziv na zvočni znak.</w:t>
            </w:r>
          </w:p>
        </w:tc>
      </w:tr>
      <w:tr w:rsidR="00623E5F" w14:paraId="72751FDB" w14:textId="77777777">
        <w:trPr>
          <w:cantSplit/>
          <w:jc w:val="center"/>
        </w:trPr>
        <w:tc>
          <w:tcPr>
            <w:tcW w:w="14060" w:type="dxa"/>
            <w:gridSpan w:val="6"/>
            <w:tcMar>
              <w:top w:w="70" w:type="dxa"/>
              <w:left w:w="90" w:type="dxa"/>
              <w:bottom w:w="70" w:type="dxa"/>
              <w:right w:w="90" w:type="dxa"/>
            </w:tcMar>
            <w:vAlign w:val="center"/>
          </w:tcPr>
          <w:p w14:paraId="25446FB3" w14:textId="77777777" w:rsidR="00623E5F" w:rsidRDefault="00623E5F"/>
          <w:p w14:paraId="4D7DE98A" w14:textId="77777777" w:rsidR="00623E5F" w:rsidRDefault="00000000">
            <w:pPr>
              <w:spacing w:line="245" w:lineRule="auto"/>
            </w:pPr>
            <w:r>
              <w:rPr>
                <w:b/>
                <w:color w:val="000000"/>
                <w:sz w:val="15"/>
              </w:rPr>
              <w:t xml:space="preserve">UČNA SREDSTVA IN PRIPOMOČKI: </w:t>
            </w:r>
            <w:r>
              <w:rPr>
                <w:color w:val="000000"/>
                <w:sz w:val="15"/>
              </w:rPr>
              <w:t>predvajalnik, izbrana glasba, rutice, trakovi, ritmične kartice, talne oznake in slikovni zapis gibalnega niza; kartice namena in kriterijev; oznake štirih postaj; opazovalni list; semafor napora in mapa dokazov</w:t>
            </w:r>
          </w:p>
        </w:tc>
      </w:tr>
      <w:tr w:rsidR="00623E5F" w14:paraId="19ACB0DA" w14:textId="77777777">
        <w:trPr>
          <w:cantSplit/>
          <w:jc w:val="center"/>
        </w:trPr>
        <w:tc>
          <w:tcPr>
            <w:tcW w:w="14060" w:type="dxa"/>
            <w:gridSpan w:val="6"/>
            <w:tcMar>
              <w:top w:w="70" w:type="dxa"/>
              <w:left w:w="90" w:type="dxa"/>
              <w:bottom w:w="70" w:type="dxa"/>
              <w:right w:w="90" w:type="dxa"/>
            </w:tcMar>
            <w:vAlign w:val="center"/>
          </w:tcPr>
          <w:p w14:paraId="125414C4" w14:textId="77777777" w:rsidR="00623E5F" w:rsidRDefault="00623E5F"/>
          <w:p w14:paraId="3EAD4E96"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3A9D38E7" w14:textId="77777777">
        <w:trPr>
          <w:cantSplit/>
          <w:jc w:val="center"/>
        </w:trPr>
        <w:tc>
          <w:tcPr>
            <w:tcW w:w="14060" w:type="dxa"/>
            <w:gridSpan w:val="6"/>
            <w:tcMar>
              <w:top w:w="70" w:type="dxa"/>
              <w:left w:w="90" w:type="dxa"/>
              <w:bottom w:w="70" w:type="dxa"/>
              <w:right w:w="90" w:type="dxa"/>
            </w:tcMar>
            <w:vAlign w:val="center"/>
          </w:tcPr>
          <w:p w14:paraId="1109654D" w14:textId="77777777" w:rsidR="00623E5F" w:rsidRDefault="00623E5F"/>
          <w:p w14:paraId="3080071A"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064B07FD" w14:textId="77777777">
        <w:trPr>
          <w:cantSplit/>
          <w:jc w:val="center"/>
        </w:trPr>
        <w:tc>
          <w:tcPr>
            <w:tcW w:w="14060" w:type="dxa"/>
            <w:gridSpan w:val="6"/>
            <w:tcMar>
              <w:top w:w="70" w:type="dxa"/>
              <w:left w:w="90" w:type="dxa"/>
              <w:bottom w:w="70" w:type="dxa"/>
              <w:right w:w="90" w:type="dxa"/>
            </w:tcMar>
            <w:vAlign w:val="center"/>
          </w:tcPr>
          <w:p w14:paraId="3C9CC232" w14:textId="77777777" w:rsidR="00623E5F" w:rsidRDefault="00623E5F"/>
          <w:p w14:paraId="64D2CE8E"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077E25B1"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20F163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D78B44C"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AA9758A" w14:textId="77777777" w:rsidR="00623E5F" w:rsidRDefault="00000000">
            <w:pPr>
              <w:jc w:val="center"/>
            </w:pPr>
            <w:r>
              <w:rPr>
                <w:b/>
                <w:color w:val="000000"/>
                <w:sz w:val="20"/>
              </w:rPr>
              <w:t>UČNE DEJAVNOSTI, METODE IN FORMATIVNO SPREMLJANJE</w:t>
            </w:r>
          </w:p>
        </w:tc>
      </w:tr>
      <w:tr w:rsidR="00623E5F" w14:paraId="677E3197" w14:textId="77777777">
        <w:trPr>
          <w:tblHeader/>
          <w:jc w:val="center"/>
        </w:trPr>
        <w:tc>
          <w:tcPr>
            <w:tcW w:w="4422" w:type="dxa"/>
            <w:vMerge/>
            <w:tcMar>
              <w:top w:w="70" w:type="dxa"/>
              <w:left w:w="90" w:type="dxa"/>
              <w:bottom w:w="70" w:type="dxa"/>
              <w:right w:w="90" w:type="dxa"/>
            </w:tcMar>
            <w:vAlign w:val="center"/>
          </w:tcPr>
          <w:p w14:paraId="17D4D33E" w14:textId="77777777" w:rsidR="00623E5F" w:rsidRDefault="00623E5F"/>
        </w:tc>
        <w:tc>
          <w:tcPr>
            <w:tcW w:w="7087" w:type="dxa"/>
            <w:shd w:val="clear" w:color="auto" w:fill="FFFFFF"/>
            <w:tcMar>
              <w:top w:w="70" w:type="dxa"/>
              <w:left w:w="90" w:type="dxa"/>
              <w:bottom w:w="70" w:type="dxa"/>
              <w:right w:w="90" w:type="dxa"/>
            </w:tcMar>
            <w:vAlign w:val="center"/>
          </w:tcPr>
          <w:p w14:paraId="5AB8A407"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8797B5A" w14:textId="77777777" w:rsidR="00623E5F" w:rsidRDefault="00000000">
            <w:pPr>
              <w:jc w:val="center"/>
            </w:pPr>
            <w:r>
              <w:rPr>
                <w:b/>
                <w:color w:val="000000"/>
              </w:rPr>
              <w:t>UČENEC</w:t>
            </w:r>
          </w:p>
        </w:tc>
      </w:tr>
      <w:tr w:rsidR="00623E5F" w14:paraId="5612157A" w14:textId="77777777">
        <w:trPr>
          <w:jc w:val="center"/>
        </w:trPr>
        <w:tc>
          <w:tcPr>
            <w:tcW w:w="4422" w:type="dxa"/>
            <w:tcMar>
              <w:top w:w="70" w:type="dxa"/>
              <w:left w:w="90" w:type="dxa"/>
              <w:bottom w:w="70" w:type="dxa"/>
              <w:right w:w="90" w:type="dxa"/>
            </w:tcMar>
          </w:tcPr>
          <w:p w14:paraId="6F415E78" w14:textId="77777777" w:rsidR="00623E5F" w:rsidRDefault="00623E5F"/>
          <w:p w14:paraId="39D22206" w14:textId="77777777" w:rsidR="00623E5F" w:rsidRDefault="00000000">
            <w:pPr>
              <w:spacing w:after="60" w:line="245" w:lineRule="auto"/>
            </w:pPr>
            <w:r>
              <w:rPr>
                <w:b/>
                <w:color w:val="000000"/>
              </w:rPr>
              <w:t>UČNI CILJI</w:t>
            </w:r>
          </w:p>
          <w:p w14:paraId="4D70008B" w14:textId="77777777" w:rsidR="00623E5F" w:rsidRDefault="00000000">
            <w:pPr>
              <w:spacing w:after="20" w:line="245" w:lineRule="auto"/>
            </w:pPr>
            <w:r>
              <w:rPr>
                <w:b/>
                <w:color w:val="000000"/>
                <w:sz w:val="17"/>
              </w:rPr>
              <w:t>SPLOŠNI</w:t>
            </w:r>
          </w:p>
          <w:p w14:paraId="5CD1AF75"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734508F9" w14:textId="77777777" w:rsidR="00623E5F" w:rsidRDefault="00000000">
            <w:pPr>
              <w:pStyle w:val="Oznaenseznam"/>
              <w:spacing w:after="16"/>
            </w:pPr>
            <w:r>
              <w:rPr>
                <w:color w:val="000000"/>
                <w:sz w:val="15"/>
              </w:rPr>
              <w:t>varno hodi, teče, skače, meče, pleza, se plazi, lovi, ravnoteži, pleše in uporablja različne rekvizite</w:t>
            </w:r>
          </w:p>
          <w:p w14:paraId="3A7620C2" w14:textId="77777777" w:rsidR="00623E5F" w:rsidRDefault="00000000">
            <w:pPr>
              <w:pStyle w:val="Oznaenseznam"/>
              <w:spacing w:after="16"/>
            </w:pPr>
            <w:r>
              <w:rPr>
                <w:color w:val="000000"/>
                <w:sz w:val="15"/>
              </w:rPr>
              <w:t>razume pomen rednega gibanja, ogrevanja, higiene, primerne opreme, počitka in varnega ravnanja</w:t>
            </w:r>
          </w:p>
          <w:p w14:paraId="60D38652"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2DD4DB72" w14:textId="77777777" w:rsidR="00623E5F" w:rsidRDefault="00000000">
            <w:pPr>
              <w:spacing w:before="40" w:after="20" w:line="245" w:lineRule="auto"/>
            </w:pPr>
            <w:r>
              <w:rPr>
                <w:b/>
                <w:color w:val="000000"/>
                <w:sz w:val="17"/>
              </w:rPr>
              <w:t>OPERATIVNI</w:t>
            </w:r>
          </w:p>
          <w:p w14:paraId="59F36E38" w14:textId="77777777" w:rsidR="00623E5F" w:rsidRDefault="00000000">
            <w:pPr>
              <w:pStyle w:val="Oznaenseznam"/>
              <w:spacing w:after="16"/>
            </w:pPr>
            <w:r>
              <w:rPr>
                <w:color w:val="000000"/>
                <w:sz w:val="15"/>
              </w:rPr>
              <w:t>giblje se ob glasbi</w:t>
            </w:r>
          </w:p>
          <w:p w14:paraId="6AD830F5" w14:textId="77777777" w:rsidR="00623E5F" w:rsidRDefault="00000000">
            <w:pPr>
              <w:pStyle w:val="Oznaenseznam"/>
              <w:spacing w:after="16"/>
            </w:pPr>
            <w:r>
              <w:rPr>
                <w:color w:val="000000"/>
                <w:sz w:val="15"/>
              </w:rPr>
              <w:t>ponovi gibalni motiv</w:t>
            </w:r>
          </w:p>
          <w:p w14:paraId="02DB2650" w14:textId="77777777" w:rsidR="00623E5F" w:rsidRDefault="00000000">
            <w:pPr>
              <w:pStyle w:val="Oznaenseznam"/>
              <w:spacing w:after="16"/>
            </w:pPr>
            <w:r>
              <w:rPr>
                <w:color w:val="000000"/>
                <w:sz w:val="15"/>
              </w:rPr>
              <w:t>sodeluje v krogu</w:t>
            </w:r>
          </w:p>
          <w:p w14:paraId="2C596F8E" w14:textId="77777777" w:rsidR="00623E5F" w:rsidRDefault="00000000">
            <w:pPr>
              <w:spacing w:before="40" w:after="20" w:line="245" w:lineRule="auto"/>
            </w:pPr>
            <w:r>
              <w:rPr>
                <w:b/>
                <w:color w:val="000000"/>
                <w:sz w:val="17"/>
              </w:rPr>
              <w:t>PRIČAKOVANI DOSEŽKI / MINIMALNI POUDARKI</w:t>
            </w:r>
          </w:p>
          <w:p w14:paraId="7E195FAB" w14:textId="77777777" w:rsidR="00623E5F" w:rsidRDefault="00000000">
            <w:pPr>
              <w:pStyle w:val="Oznaenseznam"/>
              <w:spacing w:after="16"/>
            </w:pPr>
            <w:r>
              <w:rPr>
                <w:color w:val="000000"/>
                <w:sz w:val="15"/>
              </w:rPr>
              <w:t>učenec samostojno oziroma z dogovorjeno oporo giblje se ob glasbi</w:t>
            </w:r>
          </w:p>
          <w:p w14:paraId="2E782619" w14:textId="77777777" w:rsidR="00623E5F" w:rsidRDefault="00000000">
            <w:pPr>
              <w:pStyle w:val="Oznaenseznam"/>
              <w:spacing w:after="16"/>
            </w:pPr>
            <w:r>
              <w:rPr>
                <w:color w:val="000000"/>
                <w:sz w:val="15"/>
              </w:rPr>
              <w:t>učenec samostojno oziroma z dogovorjeno oporo ponovi gibalni motiv</w:t>
            </w:r>
          </w:p>
          <w:p w14:paraId="525A540A" w14:textId="77777777" w:rsidR="00623E5F" w:rsidRDefault="00000000">
            <w:pPr>
              <w:pStyle w:val="Oznaenseznam"/>
              <w:spacing w:after="16"/>
            </w:pPr>
            <w:r>
              <w:rPr>
                <w:color w:val="000000"/>
                <w:sz w:val="15"/>
              </w:rPr>
              <w:t>učenec samostojno oziroma z dogovorjeno oporo sodeluje v krogu</w:t>
            </w:r>
          </w:p>
        </w:tc>
        <w:tc>
          <w:tcPr>
            <w:tcW w:w="7087" w:type="dxa"/>
            <w:tcMar>
              <w:top w:w="70" w:type="dxa"/>
              <w:left w:w="90" w:type="dxa"/>
              <w:bottom w:w="70" w:type="dxa"/>
              <w:right w:w="90" w:type="dxa"/>
            </w:tcMar>
          </w:tcPr>
          <w:p w14:paraId="6E56DDFE"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7BEAB30" w14:textId="77777777">
              <w:trPr>
                <w:jc w:val="center"/>
              </w:trPr>
              <w:tc>
                <w:tcPr>
                  <w:tcW w:w="7087" w:type="dxa"/>
                  <w:shd w:val="clear" w:color="auto" w:fill="C6E7F3"/>
                  <w:tcMar>
                    <w:top w:w="45" w:type="dxa"/>
                    <w:left w:w="70" w:type="dxa"/>
                    <w:bottom w:w="45" w:type="dxa"/>
                    <w:right w:w="70" w:type="dxa"/>
                  </w:tcMar>
                </w:tcPr>
                <w:p w14:paraId="158F5BBA" w14:textId="77777777" w:rsidR="00623E5F" w:rsidRDefault="00000000">
                  <w:pPr>
                    <w:keepNext/>
                  </w:pPr>
                  <w:r>
                    <w:rPr>
                      <w:b/>
                      <w:color w:val="000000"/>
                    </w:rPr>
                    <w:t>UVODNI DEL – POČUTJE, GIBALNI NAMIG, PREDZNANJE IN NAMEN UČENJA (7–10 min)</w:t>
                  </w:r>
                </w:p>
              </w:tc>
            </w:tr>
          </w:tbl>
          <w:p w14:paraId="28BA2841" w14:textId="77777777" w:rsidR="00623E5F" w:rsidRDefault="00623E5F">
            <w:pPr>
              <w:spacing w:line="20" w:lineRule="exact"/>
            </w:pPr>
          </w:p>
          <w:p w14:paraId="08A71AF6" w14:textId="77777777" w:rsidR="00623E5F" w:rsidRDefault="00000000">
            <w:pPr>
              <w:spacing w:before="40" w:after="60" w:line="245" w:lineRule="auto"/>
            </w:pPr>
            <w:r>
              <w:rPr>
                <w:color w:val="000000"/>
                <w:sz w:val="15"/>
              </w:rPr>
              <w:t>Ob književnem motivu »Zvezdica Zaspanka« – Frane Milčinski – Ježek učenci vstopijo v temo gledališče, praznovanje, odgovornost in prijaznost. Učiteljica pripravi kratek gibalni namig: glasba se nepričakovano ustavlja in spreminja tempo; učenci z držo, ritmom in gibalnim motivom vstopijo v temo »ritmično gibanje«. Tedenski gibalni izziv: gibalno ponazori pot zvezdice in ritem prizora.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66501183" w14:textId="77777777">
              <w:trPr>
                <w:jc w:val="center"/>
              </w:trPr>
              <w:tc>
                <w:tcPr>
                  <w:tcW w:w="7087" w:type="dxa"/>
                  <w:shd w:val="clear" w:color="auto" w:fill="EDC9EA"/>
                  <w:tcMar>
                    <w:top w:w="45" w:type="dxa"/>
                    <w:left w:w="70" w:type="dxa"/>
                    <w:bottom w:w="45" w:type="dxa"/>
                    <w:right w:w="70" w:type="dxa"/>
                  </w:tcMar>
                </w:tcPr>
                <w:p w14:paraId="0DC1FE93" w14:textId="77777777" w:rsidR="00623E5F" w:rsidRDefault="00000000">
                  <w:pPr>
                    <w:keepNext/>
                  </w:pPr>
                  <w:r>
                    <w:rPr>
                      <w:b/>
                      <w:color w:val="000000"/>
                    </w:rPr>
                    <w:t>NAMENI UČENJA</w:t>
                  </w:r>
                </w:p>
              </w:tc>
            </w:tr>
          </w:tbl>
          <w:p w14:paraId="28BCACB4" w14:textId="77777777" w:rsidR="00623E5F" w:rsidRDefault="00623E5F">
            <w:pPr>
              <w:spacing w:line="20" w:lineRule="exact"/>
            </w:pPr>
          </w:p>
          <w:p w14:paraId="693A2E42"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780D9501" w14:textId="77777777" w:rsidR="00623E5F" w:rsidRDefault="00000000">
            <w:pPr>
              <w:pStyle w:val="Oznaenseznam"/>
              <w:spacing w:after="16"/>
            </w:pPr>
            <w:r>
              <w:rPr>
                <w:color w:val="000000"/>
                <w:sz w:val="15"/>
              </w:rPr>
              <w:t>giblje se ob glasbi</w:t>
            </w:r>
          </w:p>
          <w:p w14:paraId="3C1A514F" w14:textId="77777777" w:rsidR="00623E5F" w:rsidRDefault="00000000">
            <w:pPr>
              <w:pStyle w:val="Oznaenseznam"/>
              <w:spacing w:after="16"/>
            </w:pPr>
            <w:r>
              <w:rPr>
                <w:color w:val="000000"/>
                <w:sz w:val="15"/>
              </w:rPr>
              <w:t>ponovi gibalni motiv</w:t>
            </w:r>
          </w:p>
          <w:p w14:paraId="58AE069C" w14:textId="77777777" w:rsidR="00623E5F" w:rsidRDefault="00000000">
            <w:pPr>
              <w:pStyle w:val="Oznaenseznam"/>
              <w:spacing w:after="16"/>
            </w:pPr>
            <w:r>
              <w:rPr>
                <w:color w:val="000000"/>
                <w:sz w:val="15"/>
              </w:rPr>
              <w:t>sodelujem v krogu</w:t>
            </w:r>
          </w:p>
          <w:tbl>
            <w:tblPr>
              <w:tblStyle w:val="Tabelamrea"/>
              <w:tblW w:w="0" w:type="auto"/>
              <w:jc w:val="center"/>
              <w:tblLayout w:type="fixed"/>
              <w:tblLook w:val="04A0" w:firstRow="1" w:lastRow="0" w:firstColumn="1" w:lastColumn="0" w:noHBand="0" w:noVBand="1"/>
            </w:tblPr>
            <w:tblGrid>
              <w:gridCol w:w="7087"/>
            </w:tblGrid>
            <w:tr w:rsidR="00623E5F" w14:paraId="6E240DAE" w14:textId="77777777">
              <w:trPr>
                <w:jc w:val="center"/>
              </w:trPr>
              <w:tc>
                <w:tcPr>
                  <w:tcW w:w="7087" w:type="dxa"/>
                  <w:shd w:val="clear" w:color="auto" w:fill="EDC9EA"/>
                  <w:tcMar>
                    <w:top w:w="45" w:type="dxa"/>
                    <w:left w:w="70" w:type="dxa"/>
                    <w:bottom w:w="45" w:type="dxa"/>
                    <w:right w:w="70" w:type="dxa"/>
                  </w:tcMar>
                </w:tcPr>
                <w:p w14:paraId="27407061" w14:textId="77777777" w:rsidR="00623E5F" w:rsidRDefault="00000000">
                  <w:pPr>
                    <w:keepNext/>
                  </w:pPr>
                  <w:r>
                    <w:rPr>
                      <w:b/>
                      <w:color w:val="000000"/>
                    </w:rPr>
                    <w:t>PREVERJANJE PREDZNANJA</w:t>
                  </w:r>
                </w:p>
              </w:tc>
            </w:tr>
          </w:tbl>
          <w:p w14:paraId="782DC13F" w14:textId="77777777" w:rsidR="00623E5F" w:rsidRDefault="00623E5F">
            <w:pPr>
              <w:spacing w:line="20" w:lineRule="exact"/>
            </w:pPr>
          </w:p>
          <w:p w14:paraId="0E5B839A" w14:textId="77777777" w:rsidR="00623E5F" w:rsidRDefault="00000000">
            <w:pPr>
              <w:pStyle w:val="Oznaenseznam"/>
              <w:spacing w:after="16"/>
            </w:pPr>
            <w:r>
              <w:rPr>
                <w:color w:val="000000"/>
                <w:sz w:val="15"/>
              </w:rPr>
              <w:t>Kaj moje telo in prostor že znata pokazati pri temi »RITMIČNO GIBANJE«?</w:t>
            </w:r>
          </w:p>
          <w:p w14:paraId="67D46C35" w14:textId="77777777" w:rsidR="00623E5F" w:rsidRDefault="00000000">
            <w:pPr>
              <w:pStyle w:val="Oznaenseznam"/>
              <w:spacing w:after="16"/>
            </w:pPr>
            <w:r>
              <w:rPr>
                <w:color w:val="000000"/>
                <w:sz w:val="15"/>
              </w:rPr>
              <w:t>Katero varnostno pravilo, gibalni korak ali strategijo že obvladam in kaj bi najprej preizkusil/-a?</w:t>
            </w:r>
          </w:p>
          <w:p w14:paraId="5B480F1C"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08F51906" w14:textId="77777777">
              <w:trPr>
                <w:jc w:val="center"/>
              </w:trPr>
              <w:tc>
                <w:tcPr>
                  <w:tcW w:w="7087" w:type="dxa"/>
                  <w:shd w:val="clear" w:color="auto" w:fill="EDC9EA"/>
                  <w:tcMar>
                    <w:top w:w="45" w:type="dxa"/>
                    <w:left w:w="70" w:type="dxa"/>
                    <w:bottom w:w="45" w:type="dxa"/>
                    <w:right w:w="70" w:type="dxa"/>
                  </w:tcMar>
                </w:tcPr>
                <w:p w14:paraId="7678878D" w14:textId="77777777" w:rsidR="00623E5F" w:rsidRDefault="00000000">
                  <w:pPr>
                    <w:keepNext/>
                  </w:pPr>
                  <w:r>
                    <w:rPr>
                      <w:b/>
                      <w:color w:val="000000"/>
                    </w:rPr>
                    <w:t>KRITERIJI USPEŠNOSTI</w:t>
                  </w:r>
                </w:p>
              </w:tc>
            </w:tr>
          </w:tbl>
          <w:p w14:paraId="3DCDA4C4" w14:textId="77777777" w:rsidR="00623E5F" w:rsidRDefault="00623E5F"/>
          <w:p w14:paraId="1536C5C7" w14:textId="77777777" w:rsidR="00623E5F" w:rsidRDefault="00000000">
            <w:pPr>
              <w:spacing w:before="20" w:after="20" w:line="245" w:lineRule="auto"/>
            </w:pPr>
            <w:r>
              <w:rPr>
                <w:b/>
                <w:color w:val="000000"/>
                <w:sz w:val="16"/>
              </w:rPr>
              <w:t>Uspešen/-na bom, ko:</w:t>
            </w:r>
          </w:p>
          <w:p w14:paraId="714E1D36" w14:textId="77777777" w:rsidR="00623E5F" w:rsidRDefault="00000000">
            <w:pPr>
              <w:pStyle w:val="Oznaenseznam"/>
              <w:spacing w:after="16"/>
            </w:pPr>
            <w:r>
              <w:rPr>
                <w:color w:val="000000"/>
                <w:sz w:val="15"/>
              </w:rPr>
              <w:t>giblje se ob glasbi</w:t>
            </w:r>
          </w:p>
          <w:p w14:paraId="5CC38A1D" w14:textId="77777777" w:rsidR="00623E5F" w:rsidRDefault="00000000">
            <w:pPr>
              <w:pStyle w:val="Oznaenseznam"/>
              <w:spacing w:after="16"/>
            </w:pPr>
            <w:r>
              <w:rPr>
                <w:color w:val="000000"/>
                <w:sz w:val="15"/>
              </w:rPr>
              <w:t>ponovi gibalni motiv</w:t>
            </w:r>
          </w:p>
          <w:p w14:paraId="54967125" w14:textId="77777777" w:rsidR="00623E5F" w:rsidRDefault="00000000">
            <w:pPr>
              <w:pStyle w:val="Oznaenseznam"/>
              <w:spacing w:after="16"/>
            </w:pPr>
            <w:r>
              <w:rPr>
                <w:color w:val="000000"/>
                <w:sz w:val="15"/>
              </w:rPr>
              <w:t>sodelujem v krogu</w:t>
            </w:r>
          </w:p>
          <w:p w14:paraId="2A7F86E3" w14:textId="77777777" w:rsidR="00623E5F" w:rsidRDefault="00000000">
            <w:pPr>
              <w:pStyle w:val="Oznaenseznam"/>
              <w:spacing w:after="16"/>
            </w:pPr>
            <w:r>
              <w:rPr>
                <w:color w:val="000000"/>
                <w:sz w:val="15"/>
              </w:rPr>
              <w:t>pred začetkom preverim prostor in opremo, ohranjam razdaljo ter se na znak varno ustavim</w:t>
            </w:r>
          </w:p>
          <w:p w14:paraId="79668243"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6CA02F56" w14:textId="77777777" w:rsidR="00623E5F" w:rsidRDefault="00623E5F"/>
          <w:p w14:paraId="5844DEC4"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6522EE07"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081260CE" w14:textId="77777777" w:rsidR="00623E5F" w:rsidRDefault="00000000">
            <w:pPr>
              <w:spacing w:after="100" w:line="245" w:lineRule="auto"/>
            </w:pPr>
            <w:r>
              <w:rPr>
                <w:color w:val="000000"/>
                <w:sz w:val="15"/>
              </w:rPr>
              <w:t>Sodeluje pri razumevanju namena, vidnih meril, varnostnih pravil, prehodov in načina dokazovanja.</w:t>
            </w:r>
          </w:p>
          <w:p w14:paraId="441885A5" w14:textId="77777777" w:rsidR="00623E5F" w:rsidRDefault="00000000">
            <w:pPr>
              <w:spacing w:after="20" w:line="245" w:lineRule="auto"/>
            </w:pPr>
            <w:r>
              <w:rPr>
                <w:b/>
                <w:color w:val="D95BC6"/>
                <w:sz w:val="17"/>
              </w:rPr>
              <w:t>DOKAZ O UČENJU</w:t>
            </w:r>
          </w:p>
          <w:p w14:paraId="7BCBD75D"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0ECECB8E"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0DD2A1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E63BF15"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3A660D2" w14:textId="77777777" w:rsidR="00623E5F" w:rsidRDefault="00000000">
            <w:pPr>
              <w:jc w:val="center"/>
            </w:pPr>
            <w:r>
              <w:rPr>
                <w:b/>
                <w:color w:val="000000"/>
                <w:sz w:val="20"/>
              </w:rPr>
              <w:t>UČNE DEJAVNOSTI, METODE IN FORMATIVNO SPREMLJANJE</w:t>
            </w:r>
          </w:p>
        </w:tc>
      </w:tr>
      <w:tr w:rsidR="00623E5F" w14:paraId="5B7B7E28" w14:textId="77777777">
        <w:trPr>
          <w:tblHeader/>
          <w:jc w:val="center"/>
        </w:trPr>
        <w:tc>
          <w:tcPr>
            <w:tcW w:w="4422" w:type="dxa"/>
            <w:vMerge/>
            <w:tcMar>
              <w:top w:w="70" w:type="dxa"/>
              <w:left w:w="90" w:type="dxa"/>
              <w:bottom w:w="70" w:type="dxa"/>
              <w:right w:w="90" w:type="dxa"/>
            </w:tcMar>
            <w:vAlign w:val="center"/>
          </w:tcPr>
          <w:p w14:paraId="1FA55B80" w14:textId="77777777" w:rsidR="00623E5F" w:rsidRDefault="00623E5F"/>
        </w:tc>
        <w:tc>
          <w:tcPr>
            <w:tcW w:w="7087" w:type="dxa"/>
            <w:shd w:val="clear" w:color="auto" w:fill="FFFFFF"/>
            <w:tcMar>
              <w:top w:w="70" w:type="dxa"/>
              <w:left w:w="90" w:type="dxa"/>
              <w:bottom w:w="70" w:type="dxa"/>
              <w:right w:w="90" w:type="dxa"/>
            </w:tcMar>
            <w:vAlign w:val="center"/>
          </w:tcPr>
          <w:p w14:paraId="25B4037C"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5F6788D" w14:textId="77777777" w:rsidR="00623E5F" w:rsidRDefault="00000000">
            <w:pPr>
              <w:jc w:val="center"/>
            </w:pPr>
            <w:r>
              <w:rPr>
                <w:b/>
                <w:color w:val="000000"/>
              </w:rPr>
              <w:t>UČENEC</w:t>
            </w:r>
          </w:p>
        </w:tc>
      </w:tr>
      <w:tr w:rsidR="00623E5F" w14:paraId="3ED2EE89" w14:textId="77777777">
        <w:trPr>
          <w:jc w:val="center"/>
        </w:trPr>
        <w:tc>
          <w:tcPr>
            <w:tcW w:w="4422" w:type="dxa"/>
            <w:tcMar>
              <w:top w:w="70" w:type="dxa"/>
              <w:left w:w="90" w:type="dxa"/>
              <w:bottom w:w="70" w:type="dxa"/>
              <w:right w:w="90" w:type="dxa"/>
            </w:tcMar>
          </w:tcPr>
          <w:p w14:paraId="2BA3A291" w14:textId="77777777" w:rsidR="00623E5F" w:rsidRDefault="00623E5F"/>
          <w:p w14:paraId="3FA06CF1" w14:textId="77777777" w:rsidR="00623E5F" w:rsidRDefault="00000000">
            <w:pPr>
              <w:spacing w:after="40" w:line="245" w:lineRule="auto"/>
            </w:pPr>
            <w:r>
              <w:rPr>
                <w:b/>
                <w:color w:val="000000"/>
                <w:sz w:val="17"/>
              </w:rPr>
              <w:t>KLJUČNI ŠPORTNI IN GIBALNI POJMI</w:t>
            </w:r>
          </w:p>
          <w:p w14:paraId="08803258"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ritem, tempo, gibalni motiv, zaporedje, držo, krog, par, skupinska izvedba</w:t>
            </w:r>
          </w:p>
          <w:p w14:paraId="391816D0" w14:textId="77777777" w:rsidR="00623E5F" w:rsidRDefault="00000000">
            <w:pPr>
              <w:spacing w:after="20" w:line="245" w:lineRule="auto"/>
            </w:pPr>
            <w:r>
              <w:rPr>
                <w:b/>
                <w:color w:val="000000"/>
                <w:sz w:val="17"/>
              </w:rPr>
              <w:t>DOKAZI O UČENJU</w:t>
            </w:r>
          </w:p>
          <w:p w14:paraId="6C2FEFEB" w14:textId="77777777" w:rsidR="00623E5F" w:rsidRDefault="00000000">
            <w:pPr>
              <w:pStyle w:val="Oznaenseznam"/>
              <w:spacing w:after="7"/>
            </w:pPr>
            <w:r>
              <w:rPr>
                <w:color w:val="000000"/>
                <w:sz w:val="14"/>
              </w:rPr>
              <w:t>varen odziv na znak, začetni poskus prvine in ustno varnostno pravilo.</w:t>
            </w:r>
          </w:p>
          <w:p w14:paraId="0613F9B8" w14:textId="77777777" w:rsidR="00623E5F" w:rsidRDefault="00000000">
            <w:pPr>
              <w:pStyle w:val="Oznaenseznam"/>
              <w:spacing w:after="7"/>
            </w:pPr>
            <w:r>
              <w:rPr>
                <w:color w:val="000000"/>
                <w:sz w:val="14"/>
              </w:rPr>
              <w:t>opazovalna kartica, izvedba na izbrani ravni in učiteljev zapis o napredku.</w:t>
            </w:r>
          </w:p>
          <w:p w14:paraId="475FB852" w14:textId="77777777" w:rsidR="00623E5F" w:rsidRDefault="00000000">
            <w:pPr>
              <w:pStyle w:val="Oznaenseznam"/>
              <w:spacing w:after="7"/>
            </w:pPr>
            <w:r>
              <w:rPr>
                <w:color w:val="000000"/>
                <w:sz w:val="14"/>
              </w:rPr>
              <w:t>uporaba prvine v igri, sodelovanje, upoštevanje pravil in osebno samovrednotenje.</w:t>
            </w:r>
          </w:p>
          <w:p w14:paraId="3E2F0FA2" w14:textId="77777777" w:rsidR="00623E5F" w:rsidRDefault="00000000">
            <w:pPr>
              <w:spacing w:before="40" w:after="20" w:line="245" w:lineRule="auto"/>
            </w:pPr>
            <w:r>
              <w:rPr>
                <w:b/>
                <w:color w:val="000000"/>
                <w:sz w:val="16"/>
              </w:rPr>
              <w:t>GIBALNO DOŽIVETJE IN IZKUŠENJSKI POUK</w:t>
            </w:r>
          </w:p>
          <w:p w14:paraId="2E779EA2"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3E0D6C17" w14:textId="77777777" w:rsidR="00623E5F" w:rsidRDefault="00000000">
            <w:pPr>
              <w:spacing w:after="20" w:line="245" w:lineRule="auto"/>
            </w:pPr>
            <w:r>
              <w:rPr>
                <w:b/>
                <w:color w:val="000000"/>
                <w:sz w:val="16"/>
              </w:rPr>
              <w:t>POUČEVANJE V GIBANJU</w:t>
            </w:r>
          </w:p>
          <w:p w14:paraId="23F893E3"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124E23AA" w14:textId="77777777" w:rsidR="00623E5F" w:rsidRDefault="00000000">
            <w:pPr>
              <w:spacing w:after="20" w:line="245" w:lineRule="auto"/>
            </w:pPr>
            <w:r>
              <w:rPr>
                <w:b/>
                <w:color w:val="000000"/>
                <w:sz w:val="16"/>
              </w:rPr>
              <w:t>DELO PO ŠTIRIH POSTAJAH</w:t>
            </w:r>
          </w:p>
          <w:p w14:paraId="5ABAED13"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5025D435" w14:textId="77777777" w:rsidR="00623E5F" w:rsidRDefault="00000000">
            <w:pPr>
              <w:spacing w:after="7" w:line="245" w:lineRule="auto"/>
            </w:pPr>
            <w:r>
              <w:rPr>
                <w:color w:val="000000"/>
                <w:sz w:val="14"/>
              </w:rPr>
              <w:t>1. Ritmična: s korakom, ploskom in spremembo nivoja vadim cilj »giblje se ob glasbi«.</w:t>
            </w:r>
          </w:p>
          <w:p w14:paraId="564ADB15" w14:textId="77777777" w:rsidR="00623E5F" w:rsidRDefault="00000000">
            <w:pPr>
              <w:spacing w:after="7" w:line="245" w:lineRule="auto"/>
            </w:pPr>
            <w:r>
              <w:rPr>
                <w:color w:val="000000"/>
                <w:sz w:val="14"/>
              </w:rPr>
              <w:t>2. Motivna: ponovim kratek gibalni motiv ter ga povežem z začetkom, sredino in zaključnim položajem.</w:t>
            </w:r>
          </w:p>
          <w:p w14:paraId="10C388B4" w14:textId="77777777" w:rsidR="00623E5F" w:rsidRDefault="00000000">
            <w:pPr>
              <w:spacing w:after="7" w:line="245" w:lineRule="auto"/>
            </w:pPr>
            <w:r>
              <w:rPr>
                <w:color w:val="000000"/>
                <w:sz w:val="14"/>
              </w:rPr>
              <w:t>3. Parna oziroma krožna: ohranim razdaljo, pogled in dogovor ter uresničujem cilj »ponovi gibalni motiv«.</w:t>
            </w:r>
          </w:p>
          <w:p w14:paraId="38600D39" w14:textId="77777777" w:rsidR="00623E5F" w:rsidRDefault="00000000">
            <w:pPr>
              <w:spacing w:after="7" w:line="245" w:lineRule="auto"/>
            </w:pPr>
            <w:r>
              <w:rPr>
                <w:color w:val="000000"/>
                <w:sz w:val="14"/>
              </w:rPr>
              <w:t>4. Ustvarjalno-izvajalska: v skupini sestavim kratek niz, ga predstavim in pokažem, kako »sodelujem v krogu«.</w:t>
            </w:r>
          </w:p>
          <w:p w14:paraId="57E82783" w14:textId="77777777" w:rsidR="00623E5F" w:rsidRDefault="00000000">
            <w:pPr>
              <w:spacing w:after="20" w:line="245" w:lineRule="auto"/>
            </w:pPr>
            <w:r>
              <w:rPr>
                <w:b/>
                <w:color w:val="000000"/>
                <w:sz w:val="16"/>
              </w:rPr>
              <w:t>DIFERENCIACIJA IN VKLJUČEVANJE</w:t>
            </w:r>
          </w:p>
          <w:p w14:paraId="0040A456"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4AED1F41" w14:textId="77777777" w:rsidR="00623E5F" w:rsidRDefault="00000000">
            <w:pPr>
              <w:spacing w:after="20" w:line="245" w:lineRule="auto"/>
            </w:pPr>
            <w:r>
              <w:rPr>
                <w:b/>
                <w:color w:val="000000"/>
                <w:sz w:val="16"/>
              </w:rPr>
              <w:t>SPREMLJANJE</w:t>
            </w:r>
          </w:p>
          <w:p w14:paraId="05D4DA4F"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51C7B475"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69D2EA77" w14:textId="77777777">
              <w:trPr>
                <w:jc w:val="center"/>
              </w:trPr>
              <w:tc>
                <w:tcPr>
                  <w:tcW w:w="7087" w:type="dxa"/>
                  <w:shd w:val="clear" w:color="auto" w:fill="C6E7F3"/>
                  <w:tcMar>
                    <w:top w:w="45" w:type="dxa"/>
                    <w:left w:w="70" w:type="dxa"/>
                    <w:bottom w:w="45" w:type="dxa"/>
                    <w:right w:w="70" w:type="dxa"/>
                  </w:tcMar>
                </w:tcPr>
                <w:p w14:paraId="7562C956" w14:textId="77777777" w:rsidR="00623E5F" w:rsidRDefault="00000000">
                  <w:pPr>
                    <w:keepNext/>
                  </w:pPr>
                  <w:r>
                    <w:rPr>
                      <w:b/>
                      <w:color w:val="000000"/>
                      <w:sz w:val="16"/>
                    </w:rPr>
                    <w:t>GLAVNI DEL – GIBALNI IZZIV, VADBA NA ŠTIRIH POSTAJAH IN IGRA (3 šolske ure)</w:t>
                  </w:r>
                </w:p>
              </w:tc>
            </w:tr>
          </w:tbl>
          <w:p w14:paraId="5B79CBBE" w14:textId="77777777" w:rsidR="00623E5F" w:rsidRDefault="00623E5F">
            <w:pPr>
              <w:spacing w:line="20" w:lineRule="exact"/>
            </w:pPr>
          </w:p>
          <w:p w14:paraId="6A8A232B" w14:textId="77777777" w:rsidR="00623E5F" w:rsidRDefault="00000000">
            <w:pPr>
              <w:keepNext/>
              <w:spacing w:before="16" w:after="6" w:line="245" w:lineRule="auto"/>
            </w:pPr>
            <w:r>
              <w:rPr>
                <w:b/>
                <w:color w:val="000000"/>
                <w:sz w:val="15"/>
              </w:rPr>
              <w:t>1. URA – Ritmično gibanje – Ogrejem se in usvojim gib</w:t>
            </w:r>
          </w:p>
          <w:p w14:paraId="50741F15"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»Zvezdica Zaspanka« – Frane Milčinski – Ježek. Osrednji del 30': 32' – Preveri prostor in opremo, predstavi varnostni znak ter skozi gibalno zgodbo modelira ključno prvino po korakih.</w:t>
            </w:r>
          </w:p>
          <w:p w14:paraId="11D94924"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57D79BC1" w14:textId="77777777" w:rsidR="00623E5F" w:rsidRDefault="00000000">
            <w:pPr>
              <w:spacing w:after="15" w:line="245" w:lineRule="auto"/>
            </w:pPr>
            <w:r>
              <w:rPr>
                <w:i/>
                <w:color w:val="D95BC6"/>
                <w:sz w:val="14"/>
              </w:rPr>
              <w:t>Predvideni dokaz: varen odziv na znak, začetni poskus prvine in ustno varnostno pravilo..</w:t>
            </w:r>
          </w:p>
          <w:p w14:paraId="057F255E" w14:textId="77777777" w:rsidR="00623E5F" w:rsidRDefault="00000000">
            <w:pPr>
              <w:keepNext/>
              <w:spacing w:before="16" w:after="6" w:line="245" w:lineRule="auto"/>
            </w:pPr>
            <w:r>
              <w:rPr>
                <w:b/>
                <w:color w:val="000000"/>
                <w:sz w:val="15"/>
              </w:rPr>
              <w:t>2. URA – Ritmično gibanje – Vadim na postajah</w:t>
            </w:r>
          </w:p>
          <w:p w14:paraId="79C929FD"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»Zvezdica Zaspanka« – Frane Milčinski – Ježek. Osrednji del 30': 32' – Pripravi 4–6 postaj z enosmernimi prehodi, pokaže tri ravni izziva in opazovalcu dodeli en jasen kriterij.</w:t>
            </w:r>
          </w:p>
          <w:p w14:paraId="355CBA82"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416BE0C6" w14:textId="77777777" w:rsidR="00623E5F" w:rsidRDefault="00000000">
            <w:pPr>
              <w:spacing w:after="15" w:line="245" w:lineRule="auto"/>
            </w:pPr>
            <w:r>
              <w:rPr>
                <w:i/>
                <w:color w:val="D95BC6"/>
                <w:sz w:val="14"/>
              </w:rPr>
              <w:t>Predvideni dokaz: opazovalna kartica, izvedba na izbrani ravni in učiteljev zapis o napredku..</w:t>
            </w:r>
          </w:p>
          <w:p w14:paraId="629AD3B6" w14:textId="77777777" w:rsidR="00623E5F" w:rsidRDefault="00000000">
            <w:pPr>
              <w:keepNext/>
              <w:spacing w:before="16" w:after="6" w:line="245" w:lineRule="auto"/>
            </w:pPr>
            <w:r>
              <w:rPr>
                <w:b/>
                <w:color w:val="000000"/>
                <w:sz w:val="15"/>
              </w:rPr>
              <w:t>3. URA – Ritmično gibanje – Uporabim v igri</w:t>
            </w:r>
          </w:p>
          <w:p w14:paraId="68B8C767"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»Zvezdica Zaspanka« – Frane Milčinski – Ježek. Osrednji del 30': 32' – Organizira vključujočo igro ali izziv brez izločanja, spremlja varnost, pošteno igro in uporabo naučene prvine.</w:t>
            </w:r>
          </w:p>
          <w:p w14:paraId="13C6B5E7"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493D1F95"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70205BEE" w14:textId="77777777">
              <w:trPr>
                <w:jc w:val="center"/>
              </w:trPr>
              <w:tc>
                <w:tcPr>
                  <w:tcW w:w="7087" w:type="dxa"/>
                  <w:shd w:val="clear" w:color="auto" w:fill="EDC9EA"/>
                  <w:tcMar>
                    <w:top w:w="45" w:type="dxa"/>
                    <w:left w:w="70" w:type="dxa"/>
                    <w:bottom w:w="45" w:type="dxa"/>
                    <w:right w:w="70" w:type="dxa"/>
                  </w:tcMar>
                </w:tcPr>
                <w:p w14:paraId="48F1679A" w14:textId="77777777" w:rsidR="00623E5F" w:rsidRDefault="00000000">
                  <w:pPr>
                    <w:keepNext/>
                  </w:pPr>
                  <w:r>
                    <w:rPr>
                      <w:b/>
                      <w:color w:val="000000"/>
                      <w:sz w:val="16"/>
                    </w:rPr>
                    <w:t>ORGANIZACIJA POSTAJ, PREHODOV IN AKTIVNEGA ČASA</w:t>
                  </w:r>
                </w:p>
              </w:tc>
            </w:tr>
          </w:tbl>
          <w:p w14:paraId="2473A343" w14:textId="77777777" w:rsidR="00623E5F" w:rsidRDefault="00623E5F"/>
          <w:p w14:paraId="034B071A" w14:textId="77777777" w:rsidR="00623E5F" w:rsidRDefault="00000000">
            <w:pPr>
              <w:spacing w:before="5" w:after="6" w:line="245" w:lineRule="auto"/>
            </w:pPr>
            <w:r>
              <w:rPr>
                <w:color w:val="000000"/>
                <w:sz w:val="14"/>
              </w:rPr>
              <w:t>Postaja 1: Ritmična: s korakom, ploskom in spremembo nivoja vadim cilj »giblje se ob glasbi«.</w:t>
            </w:r>
          </w:p>
          <w:p w14:paraId="705C280A" w14:textId="77777777" w:rsidR="00623E5F" w:rsidRDefault="00000000">
            <w:pPr>
              <w:spacing w:before="5" w:after="6" w:line="245" w:lineRule="auto"/>
            </w:pPr>
            <w:r>
              <w:rPr>
                <w:color w:val="000000"/>
                <w:sz w:val="14"/>
              </w:rPr>
              <w:t>Postaja 2: Motivna: ponovim kratek gibalni motiv ter ga povežem z začetkom, sredino in zaključnim položajem.</w:t>
            </w:r>
          </w:p>
          <w:p w14:paraId="1A78FF4C" w14:textId="77777777" w:rsidR="00623E5F" w:rsidRDefault="00000000">
            <w:pPr>
              <w:spacing w:before="5" w:after="6" w:line="245" w:lineRule="auto"/>
            </w:pPr>
            <w:r>
              <w:rPr>
                <w:color w:val="000000"/>
                <w:sz w:val="14"/>
              </w:rPr>
              <w:t>Postaja 3: Parna oziroma krožna: ohranim razdaljo, pogled in dogovor ter uresničujem cilj »ponovi gibalni motiv«.</w:t>
            </w:r>
          </w:p>
          <w:p w14:paraId="2EE6D429" w14:textId="77777777" w:rsidR="00623E5F" w:rsidRDefault="00000000">
            <w:pPr>
              <w:spacing w:before="5" w:after="6" w:line="245" w:lineRule="auto"/>
            </w:pPr>
            <w:r>
              <w:rPr>
                <w:color w:val="000000"/>
                <w:sz w:val="14"/>
              </w:rPr>
              <w:t>Postaja 4: Ustvarjalno-izvajalska: v skupini sestavim kratek niz, ga predstavim in pokažem, kako »sodelujem v krogu«.</w:t>
            </w:r>
          </w:p>
          <w:p w14:paraId="686602A8"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2C80D819" w14:textId="77777777" w:rsidR="00623E5F" w:rsidRDefault="00623E5F"/>
          <w:p w14:paraId="65EF1497" w14:textId="77777777" w:rsidR="00623E5F" w:rsidRDefault="00000000">
            <w:pPr>
              <w:spacing w:after="5" w:line="245" w:lineRule="auto"/>
            </w:pPr>
            <w:r>
              <w:rPr>
                <w:b/>
                <w:color w:val="000000"/>
                <w:sz w:val="15"/>
              </w:rPr>
              <w:t>1. URA – Ritmično gibanje – Ogrejem se in usvojim gib</w:t>
            </w:r>
          </w:p>
          <w:p w14:paraId="1FF5D912"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359556D0" w14:textId="77777777" w:rsidR="00623E5F" w:rsidRDefault="00000000">
            <w:pPr>
              <w:spacing w:after="14" w:line="245" w:lineRule="auto"/>
            </w:pPr>
            <w:r>
              <w:rPr>
                <w:color w:val="D95BC6"/>
                <w:sz w:val="13"/>
              </w:rPr>
              <w:t>Dokaz: varen odziv na znak, začetni poskus prvine in ustno varnostno pravilo.</w:t>
            </w:r>
          </w:p>
          <w:p w14:paraId="3D304A25" w14:textId="77777777" w:rsidR="00623E5F" w:rsidRDefault="00000000">
            <w:pPr>
              <w:spacing w:after="5" w:line="245" w:lineRule="auto"/>
            </w:pPr>
            <w:r>
              <w:rPr>
                <w:b/>
                <w:color w:val="000000"/>
                <w:sz w:val="15"/>
              </w:rPr>
              <w:t>2. URA – Ritmično gibanje – Vadim na postajah</w:t>
            </w:r>
          </w:p>
          <w:p w14:paraId="00994C74"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1416BDE8" w14:textId="77777777" w:rsidR="00623E5F" w:rsidRDefault="00000000">
            <w:pPr>
              <w:spacing w:after="14" w:line="245" w:lineRule="auto"/>
            </w:pPr>
            <w:r>
              <w:rPr>
                <w:color w:val="D95BC6"/>
                <w:sz w:val="13"/>
              </w:rPr>
              <w:t>Dokaz: opazovalna kartica, izvedba na izbrani ravni in učiteljev zapis o napredku.</w:t>
            </w:r>
          </w:p>
          <w:p w14:paraId="478036DD" w14:textId="77777777" w:rsidR="00623E5F" w:rsidRDefault="00000000">
            <w:pPr>
              <w:spacing w:after="5" w:line="245" w:lineRule="auto"/>
            </w:pPr>
            <w:r>
              <w:rPr>
                <w:b/>
                <w:color w:val="000000"/>
                <w:sz w:val="15"/>
              </w:rPr>
              <w:t>3. URA – Ritmično gibanje – Uporabim v igri</w:t>
            </w:r>
          </w:p>
          <w:p w14:paraId="1CC58980"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138C120" w14:textId="77777777" w:rsidR="00623E5F" w:rsidRDefault="00000000">
            <w:pPr>
              <w:spacing w:after="14" w:line="245" w:lineRule="auto"/>
            </w:pPr>
            <w:r>
              <w:rPr>
                <w:color w:val="D95BC6"/>
                <w:sz w:val="13"/>
              </w:rPr>
              <w:t>Dokaz: uporaba prvine v igri, sodelovanje, upoštevanje pravil in osebno.</w:t>
            </w:r>
          </w:p>
          <w:p w14:paraId="5955C95B" w14:textId="77777777" w:rsidR="00623E5F" w:rsidRDefault="00000000">
            <w:pPr>
              <w:spacing w:before="30" w:after="14" w:line="245" w:lineRule="auto"/>
            </w:pPr>
            <w:r>
              <w:rPr>
                <w:b/>
                <w:color w:val="D95BC6"/>
                <w:sz w:val="16"/>
              </w:rPr>
              <w:t>MOJ KROG POSTAJ</w:t>
            </w:r>
          </w:p>
          <w:p w14:paraId="4B1A9501" w14:textId="77777777" w:rsidR="00623E5F" w:rsidRDefault="00000000">
            <w:pPr>
              <w:spacing w:after="8" w:line="245" w:lineRule="auto"/>
            </w:pPr>
            <w:r>
              <w:rPr>
                <w:color w:val="000000"/>
                <w:sz w:val="13"/>
              </w:rPr>
              <w:t>1. Ritmična: s korakom, ploskom in spremembo nivoja vadim cilj »giblje se ob glasbi«.</w:t>
            </w:r>
          </w:p>
          <w:p w14:paraId="55D3253F" w14:textId="77777777" w:rsidR="00623E5F" w:rsidRDefault="00000000">
            <w:pPr>
              <w:spacing w:after="8" w:line="245" w:lineRule="auto"/>
            </w:pPr>
            <w:r>
              <w:rPr>
                <w:color w:val="000000"/>
                <w:sz w:val="13"/>
              </w:rPr>
              <w:t>2. Motivna: ponovim kratek gibalni motiv ter ga povežem z začetkom.</w:t>
            </w:r>
          </w:p>
          <w:p w14:paraId="2048D295" w14:textId="77777777" w:rsidR="00623E5F" w:rsidRDefault="00000000">
            <w:pPr>
              <w:spacing w:after="8" w:line="245" w:lineRule="auto"/>
            </w:pPr>
            <w:r>
              <w:rPr>
                <w:color w:val="000000"/>
                <w:sz w:val="13"/>
              </w:rPr>
              <w:t>3. Parna oziroma krožna: ohranim razdaljo, pogled in dogovor ter uresničujem cilj.</w:t>
            </w:r>
          </w:p>
          <w:p w14:paraId="24C358CD" w14:textId="77777777" w:rsidR="00623E5F" w:rsidRDefault="00000000">
            <w:pPr>
              <w:spacing w:after="8" w:line="245" w:lineRule="auto"/>
            </w:pPr>
            <w:r>
              <w:rPr>
                <w:color w:val="000000"/>
                <w:sz w:val="13"/>
              </w:rPr>
              <w:t>4. Ustvarjalno-izvajalska: v skupini sestavim kratek niz, ga predstavim in pokažem.</w:t>
            </w:r>
          </w:p>
          <w:p w14:paraId="75326C90"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2A7BC414" w14:textId="77777777" w:rsidR="00623E5F" w:rsidRDefault="00000000">
            <w:pPr>
              <w:spacing w:after="14" w:line="245" w:lineRule="auto"/>
            </w:pPr>
            <w:r>
              <w:rPr>
                <w:b/>
                <w:color w:val="D95BC6"/>
                <w:sz w:val="16"/>
              </w:rPr>
              <w:t>DOKAZ O UČENJU</w:t>
            </w:r>
          </w:p>
          <w:p w14:paraId="691DFF2A"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3D15D669"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8DB4E6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9CF4F6B"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26641B" w14:textId="77777777" w:rsidR="00623E5F" w:rsidRDefault="00000000">
            <w:pPr>
              <w:jc w:val="center"/>
            </w:pPr>
            <w:r>
              <w:rPr>
                <w:b/>
                <w:color w:val="000000"/>
                <w:sz w:val="20"/>
              </w:rPr>
              <w:t>UČNE DEJAVNOSTI, METODE IN FORMATIVNO SPREMLJANJE</w:t>
            </w:r>
          </w:p>
        </w:tc>
      </w:tr>
      <w:tr w:rsidR="00623E5F" w14:paraId="3349326F" w14:textId="77777777">
        <w:trPr>
          <w:tblHeader/>
          <w:jc w:val="center"/>
        </w:trPr>
        <w:tc>
          <w:tcPr>
            <w:tcW w:w="4422" w:type="dxa"/>
            <w:vMerge/>
            <w:tcMar>
              <w:top w:w="70" w:type="dxa"/>
              <w:left w:w="90" w:type="dxa"/>
              <w:bottom w:w="70" w:type="dxa"/>
              <w:right w:w="90" w:type="dxa"/>
            </w:tcMar>
            <w:vAlign w:val="center"/>
          </w:tcPr>
          <w:p w14:paraId="405BA327" w14:textId="77777777" w:rsidR="00623E5F" w:rsidRDefault="00623E5F"/>
        </w:tc>
        <w:tc>
          <w:tcPr>
            <w:tcW w:w="7087" w:type="dxa"/>
            <w:shd w:val="clear" w:color="auto" w:fill="FFFFFF"/>
            <w:tcMar>
              <w:top w:w="70" w:type="dxa"/>
              <w:left w:w="90" w:type="dxa"/>
              <w:bottom w:w="70" w:type="dxa"/>
              <w:right w:w="90" w:type="dxa"/>
            </w:tcMar>
            <w:vAlign w:val="center"/>
          </w:tcPr>
          <w:p w14:paraId="168EF1ED"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4E3D403" w14:textId="77777777" w:rsidR="00623E5F" w:rsidRDefault="00000000">
            <w:pPr>
              <w:jc w:val="center"/>
            </w:pPr>
            <w:r>
              <w:rPr>
                <w:b/>
                <w:color w:val="000000"/>
              </w:rPr>
              <w:t>UČENEC</w:t>
            </w:r>
          </w:p>
        </w:tc>
      </w:tr>
      <w:tr w:rsidR="00623E5F" w14:paraId="21361B14" w14:textId="77777777">
        <w:trPr>
          <w:jc w:val="center"/>
        </w:trPr>
        <w:tc>
          <w:tcPr>
            <w:tcW w:w="4422" w:type="dxa"/>
            <w:tcMar>
              <w:top w:w="70" w:type="dxa"/>
              <w:left w:w="90" w:type="dxa"/>
              <w:bottom w:w="70" w:type="dxa"/>
              <w:right w:w="90" w:type="dxa"/>
            </w:tcMar>
          </w:tcPr>
          <w:p w14:paraId="1A20A0C5" w14:textId="77777777" w:rsidR="00623E5F" w:rsidRDefault="00623E5F"/>
          <w:p w14:paraId="70C4743D" w14:textId="77777777" w:rsidR="00623E5F" w:rsidRDefault="00000000">
            <w:pPr>
              <w:spacing w:after="40" w:line="245" w:lineRule="auto"/>
            </w:pPr>
            <w:r>
              <w:rPr>
                <w:b/>
                <w:color w:val="000000"/>
              </w:rPr>
              <w:t>FORMATIVNO SPREMLJANJE</w:t>
            </w:r>
          </w:p>
          <w:p w14:paraId="3BAC3DB9" w14:textId="77777777" w:rsidR="00623E5F" w:rsidRDefault="00000000">
            <w:pPr>
              <w:pStyle w:val="Oznaenseznam"/>
              <w:spacing w:after="16"/>
            </w:pPr>
            <w:r>
              <w:rPr>
                <w:color w:val="000000"/>
                <w:sz w:val="15"/>
              </w:rPr>
              <w:t>predznanje: gibalni prikaz, odziv na znak, izbira kartice, začetni poskus ali kratka razlaga</w:t>
            </w:r>
          </w:p>
          <w:p w14:paraId="59C8BBE5" w14:textId="77777777" w:rsidR="00623E5F" w:rsidRDefault="00000000">
            <w:pPr>
              <w:pStyle w:val="Oznaenseznam"/>
              <w:spacing w:after="16"/>
            </w:pPr>
            <w:r>
              <w:rPr>
                <w:color w:val="000000"/>
                <w:sz w:val="15"/>
              </w:rPr>
              <w:t>nameni in merila: kratka poved, slikovni znak, model varne izvedbe in en opazljiv tehnični poudarek</w:t>
            </w:r>
          </w:p>
          <w:p w14:paraId="04DD2A4B"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33AC3A84" w14:textId="77777777" w:rsidR="00623E5F" w:rsidRDefault="00000000">
            <w:pPr>
              <w:pStyle w:val="Oznaenseznam"/>
              <w:spacing w:after="16"/>
            </w:pPr>
            <w:r>
              <w:rPr>
                <w:color w:val="000000"/>
                <w:sz w:val="15"/>
              </w:rPr>
              <w:t>povratna informacija: opis opaženega, povezava z enim merilom in takoj izvedljiv ponovni poskus</w:t>
            </w:r>
          </w:p>
          <w:p w14:paraId="714DA76D" w14:textId="77777777" w:rsidR="00623E5F" w:rsidRDefault="00000000">
            <w:pPr>
              <w:pStyle w:val="Oznaenseznam"/>
              <w:spacing w:after="16"/>
            </w:pPr>
            <w:r>
              <w:rPr>
                <w:color w:val="000000"/>
                <w:sz w:val="15"/>
              </w:rPr>
              <w:t>samovrednotenje: semafor napora in varnosti, lestvica samostojnosti, izbran dokaz ter osebni naslednji korak</w:t>
            </w:r>
          </w:p>
          <w:p w14:paraId="4B1CF9C2" w14:textId="77777777" w:rsidR="00623E5F" w:rsidRDefault="00000000">
            <w:pPr>
              <w:spacing w:before="40" w:after="20" w:line="245" w:lineRule="auto"/>
            </w:pPr>
            <w:r>
              <w:rPr>
                <w:b/>
                <w:color w:val="000000"/>
                <w:sz w:val="17"/>
              </w:rPr>
              <w:t>VARNOST, POČUTJE IN HIGIENA</w:t>
            </w:r>
          </w:p>
          <w:p w14:paraId="31A65661"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Gibalni prostor je brez ovir, razdalje so označene, obrati in poskoki pa so prilagojeni ravnotežju učencev.</w:t>
            </w:r>
          </w:p>
          <w:p w14:paraId="554C84FA" w14:textId="77777777" w:rsidR="00623E5F" w:rsidRDefault="00000000">
            <w:pPr>
              <w:spacing w:after="20" w:line="245" w:lineRule="auto"/>
            </w:pPr>
            <w:r>
              <w:rPr>
                <w:b/>
                <w:color w:val="000000"/>
                <w:sz w:val="17"/>
              </w:rPr>
              <w:t>EVIDENCA PO IZVEDBI</w:t>
            </w:r>
          </w:p>
          <w:p w14:paraId="73965E6F"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6AB1AC93" w14:textId="77777777" w:rsidR="00623E5F" w:rsidRDefault="00000000">
            <w:pPr>
              <w:spacing w:before="40" w:after="20" w:line="245" w:lineRule="auto"/>
            </w:pPr>
            <w:r>
              <w:rPr>
                <w:b/>
                <w:color w:val="000000"/>
                <w:sz w:val="17"/>
              </w:rPr>
              <w:t>RAVEN DOSEGANJA</w:t>
            </w:r>
          </w:p>
          <w:p w14:paraId="3D36851B"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6F9D2064"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DC629C3" w14:textId="77777777">
              <w:trPr>
                <w:jc w:val="center"/>
              </w:trPr>
              <w:tc>
                <w:tcPr>
                  <w:tcW w:w="7087" w:type="dxa"/>
                  <w:shd w:val="clear" w:color="auto" w:fill="EDC9EA"/>
                  <w:tcMar>
                    <w:top w:w="45" w:type="dxa"/>
                    <w:left w:w="70" w:type="dxa"/>
                    <w:bottom w:w="45" w:type="dxa"/>
                    <w:right w:w="70" w:type="dxa"/>
                  </w:tcMar>
                </w:tcPr>
                <w:p w14:paraId="79F09662" w14:textId="77777777" w:rsidR="00623E5F" w:rsidRDefault="00000000">
                  <w:pPr>
                    <w:keepNext/>
                  </w:pPr>
                  <w:r>
                    <w:rPr>
                      <w:b/>
                      <w:color w:val="000000"/>
                    </w:rPr>
                    <w:t>VPRAŠANJA V PODPORO GIBALNEMU UČENJU</w:t>
                  </w:r>
                </w:p>
              </w:tc>
            </w:tr>
          </w:tbl>
          <w:p w14:paraId="563CD091" w14:textId="77777777" w:rsidR="00623E5F" w:rsidRDefault="00623E5F">
            <w:pPr>
              <w:spacing w:line="20" w:lineRule="exact"/>
            </w:pPr>
          </w:p>
          <w:p w14:paraId="761A2363" w14:textId="77777777" w:rsidR="00623E5F" w:rsidRDefault="00000000">
            <w:pPr>
              <w:pStyle w:val="Oznaenseznam"/>
              <w:spacing w:after="16"/>
            </w:pPr>
            <w:r>
              <w:rPr>
                <w:color w:val="000000"/>
                <w:sz w:val="15"/>
              </w:rPr>
              <w:t>Kaj si pri prvem poskusu začutil/-a ali opazil/-a v položaju telesa, ravnotežju, smeri, ritmu ali naporu?</w:t>
            </w:r>
          </w:p>
          <w:p w14:paraId="63CC8F90" w14:textId="77777777" w:rsidR="00623E5F" w:rsidRDefault="00000000">
            <w:pPr>
              <w:pStyle w:val="Oznaenseznam"/>
              <w:spacing w:after="16"/>
            </w:pPr>
            <w:r>
              <w:rPr>
                <w:color w:val="000000"/>
                <w:sz w:val="15"/>
              </w:rPr>
              <w:t>Katero varnostno pravilo in kateri gibalni korak sta bila danes najpomembnejša?</w:t>
            </w:r>
          </w:p>
          <w:p w14:paraId="39AC783B" w14:textId="77777777" w:rsidR="00623E5F" w:rsidRDefault="00000000">
            <w:pPr>
              <w:pStyle w:val="Oznaenseznam"/>
              <w:spacing w:after="16"/>
            </w:pPr>
            <w:r>
              <w:rPr>
                <w:color w:val="000000"/>
                <w:sz w:val="15"/>
              </w:rPr>
              <w:t>Katero raven si izbral/-a, zakaj je bila primerna in kaj si pri naslednjem poskusu spremenil/-a?</w:t>
            </w:r>
          </w:p>
          <w:p w14:paraId="288D3F02" w14:textId="77777777" w:rsidR="00623E5F" w:rsidRDefault="00000000">
            <w:pPr>
              <w:pStyle w:val="Oznaenseznam"/>
              <w:spacing w:after="16"/>
            </w:pPr>
            <w:r>
              <w:rPr>
                <w:color w:val="000000"/>
                <w:sz w:val="15"/>
              </w:rPr>
              <w:t>Kateri tvoj gibalni dokaz najjasneje pokaže dogovorjeno merilo?</w:t>
            </w:r>
          </w:p>
          <w:p w14:paraId="4DB705D2"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6B096E30" w14:textId="77777777">
              <w:trPr>
                <w:jc w:val="center"/>
              </w:trPr>
              <w:tc>
                <w:tcPr>
                  <w:tcW w:w="7087" w:type="dxa"/>
                  <w:shd w:val="clear" w:color="auto" w:fill="C6E7F3"/>
                  <w:tcMar>
                    <w:top w:w="45" w:type="dxa"/>
                    <w:left w:w="70" w:type="dxa"/>
                    <w:bottom w:w="45" w:type="dxa"/>
                    <w:right w:w="70" w:type="dxa"/>
                  </w:tcMar>
                </w:tcPr>
                <w:p w14:paraId="016717D1" w14:textId="77777777" w:rsidR="00623E5F" w:rsidRDefault="00000000">
                  <w:pPr>
                    <w:keepNext/>
                  </w:pPr>
                  <w:r>
                    <w:rPr>
                      <w:b/>
                      <w:color w:val="000000"/>
                    </w:rPr>
                    <w:t>ZAKLJUČNI DEL – UMIRJANJE, RAZTEZANJE, DOKAZ IN REFLEKSIJA (8–10 min)</w:t>
                  </w:r>
                </w:p>
              </w:tc>
            </w:tr>
          </w:tbl>
          <w:p w14:paraId="63D5094B" w14:textId="77777777" w:rsidR="00623E5F" w:rsidRDefault="00623E5F">
            <w:pPr>
              <w:spacing w:line="20" w:lineRule="exact"/>
            </w:pPr>
          </w:p>
          <w:p w14:paraId="7ED2702A"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4B1BF2FF" w14:textId="77777777">
              <w:trPr>
                <w:jc w:val="center"/>
              </w:trPr>
              <w:tc>
                <w:tcPr>
                  <w:tcW w:w="7087" w:type="dxa"/>
                  <w:shd w:val="clear" w:color="auto" w:fill="EDC9EA"/>
                  <w:tcMar>
                    <w:top w:w="45" w:type="dxa"/>
                    <w:left w:w="70" w:type="dxa"/>
                    <w:bottom w:w="45" w:type="dxa"/>
                    <w:right w:w="70" w:type="dxa"/>
                  </w:tcMar>
                </w:tcPr>
                <w:p w14:paraId="6A25E701" w14:textId="77777777" w:rsidR="00623E5F" w:rsidRDefault="00000000">
                  <w:pPr>
                    <w:keepNext/>
                  </w:pPr>
                  <w:r>
                    <w:rPr>
                      <w:b/>
                      <w:color w:val="000000"/>
                    </w:rPr>
                    <w:t>SAMOVREDNOTENJE</w:t>
                  </w:r>
                </w:p>
              </w:tc>
            </w:tr>
          </w:tbl>
          <w:p w14:paraId="0A45EE1E" w14:textId="77777777" w:rsidR="00623E5F" w:rsidRDefault="00623E5F">
            <w:pPr>
              <w:spacing w:line="20" w:lineRule="exact"/>
            </w:pPr>
          </w:p>
          <w:p w14:paraId="37CCA155"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3F98BE87" w14:textId="77777777">
              <w:trPr>
                <w:jc w:val="center"/>
              </w:trPr>
              <w:tc>
                <w:tcPr>
                  <w:tcW w:w="7087" w:type="dxa"/>
                  <w:shd w:val="clear" w:color="auto" w:fill="EDC9EA"/>
                  <w:tcMar>
                    <w:top w:w="45" w:type="dxa"/>
                    <w:left w:w="70" w:type="dxa"/>
                    <w:bottom w:w="45" w:type="dxa"/>
                    <w:right w:w="70" w:type="dxa"/>
                  </w:tcMar>
                </w:tcPr>
                <w:p w14:paraId="405608B4" w14:textId="77777777" w:rsidR="00623E5F" w:rsidRDefault="00000000">
                  <w:pPr>
                    <w:keepNext/>
                  </w:pPr>
                  <w:r>
                    <w:rPr>
                      <w:b/>
                      <w:color w:val="000000"/>
                    </w:rPr>
                    <w:t>VRSTNIŠKO OPAZOVANJE IN POVRATNA INFORMACIJA</w:t>
                  </w:r>
                </w:p>
              </w:tc>
            </w:tr>
          </w:tbl>
          <w:p w14:paraId="61D2126A" w14:textId="77777777" w:rsidR="00623E5F" w:rsidRDefault="00623E5F">
            <w:pPr>
              <w:spacing w:line="20" w:lineRule="exact"/>
            </w:pPr>
          </w:p>
          <w:p w14:paraId="53195063"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2FDEEB1A" w14:textId="77777777">
              <w:trPr>
                <w:jc w:val="center"/>
              </w:trPr>
              <w:tc>
                <w:tcPr>
                  <w:tcW w:w="7087" w:type="dxa"/>
                  <w:shd w:val="clear" w:color="auto" w:fill="EDC9EA"/>
                  <w:tcMar>
                    <w:top w:w="45" w:type="dxa"/>
                    <w:left w:w="70" w:type="dxa"/>
                    <w:bottom w:w="45" w:type="dxa"/>
                    <w:right w:w="70" w:type="dxa"/>
                  </w:tcMar>
                </w:tcPr>
                <w:p w14:paraId="0D2DC4AD" w14:textId="77777777" w:rsidR="00623E5F" w:rsidRDefault="00000000">
                  <w:pPr>
                    <w:keepNext/>
                  </w:pPr>
                  <w:r>
                    <w:rPr>
                      <w:b/>
                      <w:color w:val="000000"/>
                    </w:rPr>
                    <w:t>SKUPNI POVZETEK</w:t>
                  </w:r>
                </w:p>
              </w:tc>
            </w:tr>
          </w:tbl>
          <w:p w14:paraId="15EE1E83" w14:textId="77777777" w:rsidR="00623E5F" w:rsidRDefault="00623E5F"/>
          <w:p w14:paraId="6B1547CD" w14:textId="77777777" w:rsidR="00623E5F" w:rsidRDefault="00000000">
            <w:pPr>
              <w:spacing w:before="20" w:after="40" w:line="245" w:lineRule="auto"/>
            </w:pPr>
            <w:r>
              <w:rPr>
                <w:b/>
                <w:color w:val="000000"/>
                <w:sz w:val="16"/>
              </w:rPr>
              <w:t>giblje se ob glasbi; ponovi gibalni motiv; sodelujem v krogu. Izbrani gibalni dokaz pojasnim in določim varen naslednji korak.</w:t>
            </w:r>
          </w:p>
        </w:tc>
        <w:tc>
          <w:tcPr>
            <w:tcW w:w="2551" w:type="dxa"/>
            <w:tcMar>
              <w:top w:w="70" w:type="dxa"/>
              <w:left w:w="90" w:type="dxa"/>
              <w:bottom w:w="70" w:type="dxa"/>
              <w:right w:w="90" w:type="dxa"/>
            </w:tcMar>
          </w:tcPr>
          <w:p w14:paraId="2A7076DD" w14:textId="77777777" w:rsidR="00623E5F" w:rsidRDefault="00623E5F"/>
          <w:p w14:paraId="378CCBA3" w14:textId="77777777" w:rsidR="00623E5F" w:rsidRDefault="00000000">
            <w:pPr>
              <w:spacing w:after="80" w:line="245" w:lineRule="auto"/>
            </w:pPr>
            <w:r>
              <w:rPr>
                <w:color w:val="000000"/>
                <w:sz w:val="15"/>
              </w:rPr>
              <w:t>Odgovarja na podporna vprašanja in se sklicuje na svojo izvedbo, počutje, izbrano raven in varnost.</w:t>
            </w:r>
          </w:p>
          <w:p w14:paraId="2F6CED67" w14:textId="77777777" w:rsidR="00623E5F" w:rsidRDefault="00000000">
            <w:pPr>
              <w:spacing w:after="80" w:line="245" w:lineRule="auto"/>
            </w:pPr>
            <w:r>
              <w:rPr>
                <w:color w:val="000000"/>
                <w:sz w:val="15"/>
              </w:rPr>
              <w:t>Predstavi izbrani gibalni dokaz ter pokaže ali pove, katero merilo z njim dosega.</w:t>
            </w:r>
          </w:p>
          <w:p w14:paraId="00DC634F" w14:textId="77777777" w:rsidR="00623E5F" w:rsidRDefault="00000000">
            <w:pPr>
              <w:spacing w:after="80" w:line="245" w:lineRule="auto"/>
            </w:pPr>
            <w:r>
              <w:rPr>
                <w:color w:val="000000"/>
                <w:sz w:val="15"/>
              </w:rPr>
              <w:t>Opazuje eno dogovorjeno prvino vrstnikove izvedbe in poda kratek, prijazen ter uporaben odziv.</w:t>
            </w:r>
          </w:p>
          <w:p w14:paraId="21DA8DD7"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5880372A" w14:textId="77777777" w:rsidR="00623E5F" w:rsidRDefault="00000000">
            <w:pPr>
              <w:spacing w:after="100" w:line="245" w:lineRule="auto"/>
            </w:pPr>
            <w:r>
              <w:rPr>
                <w:color w:val="000000"/>
                <w:sz w:val="15"/>
              </w:rPr>
              <w:t>Umiri dihanje, oceni napor in počutje, izbere raven samostojnosti ter določi varen naslednji korak.</w:t>
            </w:r>
          </w:p>
          <w:p w14:paraId="49D1253B" w14:textId="77777777" w:rsidR="00623E5F" w:rsidRDefault="00000000">
            <w:pPr>
              <w:spacing w:after="20" w:line="245" w:lineRule="auto"/>
            </w:pPr>
            <w:r>
              <w:rPr>
                <w:b/>
                <w:color w:val="D95BC6"/>
                <w:sz w:val="17"/>
              </w:rPr>
              <w:t>DOKAZ O UČENJU</w:t>
            </w:r>
          </w:p>
          <w:p w14:paraId="778E17DB"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33B9A51C"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3BD9ED72" w14:textId="77777777">
        <w:trPr>
          <w:cantSplit/>
          <w:jc w:val="center"/>
        </w:trPr>
        <w:tc>
          <w:tcPr>
            <w:tcW w:w="14060" w:type="dxa"/>
            <w:gridSpan w:val="6"/>
            <w:tcMar>
              <w:top w:w="70" w:type="dxa"/>
              <w:left w:w="90" w:type="dxa"/>
              <w:bottom w:w="70" w:type="dxa"/>
              <w:right w:w="90" w:type="dxa"/>
            </w:tcMar>
            <w:vAlign w:val="center"/>
          </w:tcPr>
          <w:p w14:paraId="73FFEAA7" w14:textId="77777777" w:rsidR="00623E5F" w:rsidRDefault="00000000">
            <w:pPr>
              <w:jc w:val="center"/>
            </w:pPr>
            <w:r>
              <w:rPr>
                <w:b/>
                <w:color w:val="000000"/>
                <w:sz w:val="24"/>
              </w:rPr>
              <w:lastRenderedPageBreak/>
              <w:t>UČNA PRIPRAVA 16/39</w:t>
            </w:r>
          </w:p>
        </w:tc>
      </w:tr>
      <w:tr w:rsidR="00623E5F" w14:paraId="5CBB3EFF" w14:textId="77777777">
        <w:trPr>
          <w:jc w:val="center"/>
        </w:trPr>
        <w:tc>
          <w:tcPr>
            <w:tcW w:w="2665" w:type="dxa"/>
            <w:tcMar>
              <w:top w:w="70" w:type="dxa"/>
              <w:left w:w="90" w:type="dxa"/>
              <w:bottom w:w="70" w:type="dxa"/>
              <w:right w:w="90" w:type="dxa"/>
            </w:tcMar>
            <w:vAlign w:val="center"/>
          </w:tcPr>
          <w:p w14:paraId="32771418"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D4AA2DB"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53565FA2"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39FACE8" w14:textId="77777777" w:rsidR="00623E5F" w:rsidRDefault="00000000">
            <w:r>
              <w:rPr>
                <w:b/>
                <w:color w:val="000000"/>
                <w:sz w:val="16"/>
              </w:rPr>
              <w:t xml:space="preserve">NAČRTOVANI TERMIN: </w:t>
            </w:r>
            <w:r>
              <w:rPr>
                <w:color w:val="000000"/>
                <w:sz w:val="16"/>
              </w:rPr>
              <w:t>16. teden • 21.–24. 12. 2026</w:t>
            </w:r>
          </w:p>
        </w:tc>
        <w:tc>
          <w:tcPr>
            <w:tcW w:w="2268" w:type="dxa"/>
            <w:tcMar>
              <w:top w:w="70" w:type="dxa"/>
              <w:left w:w="90" w:type="dxa"/>
              <w:bottom w:w="70" w:type="dxa"/>
              <w:right w:w="90" w:type="dxa"/>
            </w:tcMar>
            <w:vAlign w:val="center"/>
          </w:tcPr>
          <w:p w14:paraId="0FB91F12"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BE9A066" w14:textId="77777777" w:rsidR="00623E5F" w:rsidRDefault="00000000">
            <w:r>
              <w:rPr>
                <w:b/>
                <w:color w:val="000000"/>
                <w:sz w:val="16"/>
              </w:rPr>
              <w:t xml:space="preserve">ŠTEVILO UR: </w:t>
            </w:r>
            <w:r>
              <w:rPr>
                <w:color w:val="000000"/>
                <w:sz w:val="16"/>
              </w:rPr>
              <w:t>2</w:t>
            </w:r>
          </w:p>
        </w:tc>
      </w:tr>
      <w:tr w:rsidR="00623E5F" w14:paraId="60CCA15C" w14:textId="77777777">
        <w:trPr>
          <w:jc w:val="center"/>
        </w:trPr>
        <w:tc>
          <w:tcPr>
            <w:tcW w:w="14061" w:type="dxa"/>
            <w:gridSpan w:val="6"/>
            <w:tcMar>
              <w:top w:w="70" w:type="dxa"/>
              <w:left w:w="90" w:type="dxa"/>
              <w:bottom w:w="70" w:type="dxa"/>
              <w:right w:w="90" w:type="dxa"/>
            </w:tcMar>
            <w:vAlign w:val="center"/>
          </w:tcPr>
          <w:p w14:paraId="166CA397"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23B977E0" w14:textId="77777777">
        <w:trPr>
          <w:cantSplit/>
          <w:jc w:val="center"/>
        </w:trPr>
        <w:tc>
          <w:tcPr>
            <w:tcW w:w="14060" w:type="dxa"/>
            <w:gridSpan w:val="6"/>
            <w:tcMar>
              <w:top w:w="70" w:type="dxa"/>
              <w:left w:w="90" w:type="dxa"/>
              <w:bottom w:w="70" w:type="dxa"/>
              <w:right w:w="90" w:type="dxa"/>
            </w:tcMar>
            <w:vAlign w:val="center"/>
          </w:tcPr>
          <w:p w14:paraId="25572788" w14:textId="77777777" w:rsidR="00623E5F" w:rsidRDefault="00623E5F"/>
          <w:p w14:paraId="1B944F78" w14:textId="77777777" w:rsidR="00623E5F" w:rsidRDefault="00000000">
            <w:pPr>
              <w:spacing w:line="245" w:lineRule="auto"/>
            </w:pPr>
            <w:r>
              <w:rPr>
                <w:b/>
                <w:color w:val="000000"/>
                <w:sz w:val="15"/>
              </w:rPr>
              <w:t xml:space="preserve">UČNI SKLOP: </w:t>
            </w:r>
            <w:r>
              <w:rPr>
                <w:color w:val="000000"/>
                <w:sz w:val="15"/>
              </w:rPr>
              <w:t>MOJA DRUŽINA, SKUPNOST IN PRAZNOVANJA</w:t>
            </w:r>
          </w:p>
        </w:tc>
      </w:tr>
      <w:tr w:rsidR="00623E5F" w14:paraId="49FF60F5" w14:textId="77777777">
        <w:trPr>
          <w:cantSplit/>
          <w:jc w:val="center"/>
        </w:trPr>
        <w:tc>
          <w:tcPr>
            <w:tcW w:w="14060" w:type="dxa"/>
            <w:gridSpan w:val="6"/>
            <w:tcMar>
              <w:top w:w="70" w:type="dxa"/>
              <w:left w:w="90" w:type="dxa"/>
              <w:bottom w:w="70" w:type="dxa"/>
              <w:right w:w="90" w:type="dxa"/>
            </w:tcMar>
            <w:vAlign w:val="center"/>
          </w:tcPr>
          <w:p w14:paraId="1D389894" w14:textId="77777777" w:rsidR="00623E5F" w:rsidRDefault="00623E5F"/>
          <w:p w14:paraId="1F423531" w14:textId="77777777" w:rsidR="00623E5F" w:rsidRDefault="00000000">
            <w:pPr>
              <w:spacing w:line="245" w:lineRule="auto"/>
            </w:pPr>
            <w:r>
              <w:rPr>
                <w:b/>
                <w:color w:val="000000"/>
                <w:sz w:val="15"/>
              </w:rPr>
              <w:t xml:space="preserve">UČNA TEMA: </w:t>
            </w:r>
            <w:r>
              <w:rPr>
                <w:color w:val="000000"/>
                <w:sz w:val="15"/>
              </w:rPr>
              <w:t>GIBALNA IGRA</w:t>
            </w:r>
          </w:p>
        </w:tc>
      </w:tr>
      <w:tr w:rsidR="00623E5F" w14:paraId="7C8CA8F2" w14:textId="77777777">
        <w:trPr>
          <w:cantSplit/>
          <w:jc w:val="center"/>
        </w:trPr>
        <w:tc>
          <w:tcPr>
            <w:tcW w:w="14060" w:type="dxa"/>
            <w:gridSpan w:val="6"/>
            <w:tcMar>
              <w:top w:w="70" w:type="dxa"/>
              <w:left w:w="90" w:type="dxa"/>
              <w:bottom w:w="70" w:type="dxa"/>
              <w:right w:w="90" w:type="dxa"/>
            </w:tcMar>
            <w:vAlign w:val="center"/>
          </w:tcPr>
          <w:p w14:paraId="65376DC5" w14:textId="77777777" w:rsidR="00623E5F" w:rsidRDefault="00623E5F"/>
          <w:p w14:paraId="1A7B0572" w14:textId="77777777" w:rsidR="00623E5F" w:rsidRDefault="00000000">
            <w:pPr>
              <w:spacing w:line="245" w:lineRule="auto"/>
            </w:pPr>
            <w:r>
              <w:rPr>
                <w:b/>
                <w:color w:val="000000"/>
                <w:sz w:val="15"/>
              </w:rPr>
              <w:t xml:space="preserve">KNJIŽEVNO / MOTIVNO IZHODIŠČE: </w:t>
            </w:r>
            <w:r>
              <w:rPr>
                <w:color w:val="000000"/>
                <w:sz w:val="15"/>
              </w:rPr>
              <w:t>»Enci benci na kamenci« – slovensko ljudsko izročilo • izštevanke, ritem, skupnost in praznična ustvarjalnost</w:t>
            </w:r>
          </w:p>
        </w:tc>
      </w:tr>
      <w:tr w:rsidR="00623E5F" w14:paraId="3B0035AE" w14:textId="77777777">
        <w:trPr>
          <w:cantSplit/>
          <w:jc w:val="center"/>
        </w:trPr>
        <w:tc>
          <w:tcPr>
            <w:tcW w:w="14060" w:type="dxa"/>
            <w:gridSpan w:val="6"/>
            <w:tcMar>
              <w:top w:w="70" w:type="dxa"/>
              <w:left w:w="90" w:type="dxa"/>
              <w:bottom w:w="70" w:type="dxa"/>
              <w:right w:w="90" w:type="dxa"/>
            </w:tcMar>
            <w:vAlign w:val="center"/>
          </w:tcPr>
          <w:p w14:paraId="3B3A5782" w14:textId="77777777" w:rsidR="00623E5F" w:rsidRDefault="00623E5F"/>
          <w:p w14:paraId="483BD8FD" w14:textId="77777777" w:rsidR="00623E5F" w:rsidRDefault="00000000">
            <w:pPr>
              <w:spacing w:line="245" w:lineRule="auto"/>
            </w:pPr>
            <w:r>
              <w:rPr>
                <w:b/>
                <w:color w:val="000000"/>
                <w:sz w:val="15"/>
              </w:rPr>
              <w:t xml:space="preserve">GIBALNO IZHODIŠČE / MOTIVACIJA: </w:t>
            </w:r>
            <w:r>
              <w:rPr>
                <w:color w:val="000000"/>
                <w:sz w:val="15"/>
              </w:rPr>
              <w:t>lik iz zgodbe potrebuje skupino, ki zna upoštevati znak, pravilo in vlogo; učenci s kratko igro brez izločanja odkrijejo temo »gibalna igra«. Tedenski gibalni izziv: izvede gibalno izštevanko in igro brez izločanja.</w:t>
            </w:r>
          </w:p>
        </w:tc>
      </w:tr>
      <w:tr w:rsidR="00623E5F" w14:paraId="5FF705ED" w14:textId="77777777">
        <w:trPr>
          <w:cantSplit/>
          <w:jc w:val="center"/>
        </w:trPr>
        <w:tc>
          <w:tcPr>
            <w:tcW w:w="14060" w:type="dxa"/>
            <w:gridSpan w:val="6"/>
            <w:tcMar>
              <w:top w:w="70" w:type="dxa"/>
              <w:left w:w="90" w:type="dxa"/>
              <w:bottom w:w="70" w:type="dxa"/>
              <w:right w:w="90" w:type="dxa"/>
            </w:tcMar>
            <w:vAlign w:val="center"/>
          </w:tcPr>
          <w:p w14:paraId="121830E6" w14:textId="77777777" w:rsidR="00623E5F" w:rsidRDefault="00623E5F"/>
          <w:p w14:paraId="4518B57B" w14:textId="77777777" w:rsidR="00623E5F" w:rsidRDefault="00000000">
            <w:pPr>
              <w:spacing w:line="245" w:lineRule="auto"/>
            </w:pPr>
            <w:r>
              <w:rPr>
                <w:b/>
                <w:color w:val="000000"/>
                <w:sz w:val="15"/>
              </w:rPr>
              <w:t xml:space="preserve">UČNE ENOTE: </w:t>
            </w:r>
            <w:r>
              <w:rPr>
                <w:color w:val="000000"/>
                <w:sz w:val="15"/>
              </w:rPr>
              <w:t>1. ura – Gibalna igra – Ogrejem se in usvojim gib • 2. ura – Gibalna igra – Uporabim v igri</w:t>
            </w:r>
          </w:p>
        </w:tc>
      </w:tr>
      <w:tr w:rsidR="00623E5F" w14:paraId="3894117C" w14:textId="77777777">
        <w:trPr>
          <w:cantSplit/>
          <w:jc w:val="center"/>
        </w:trPr>
        <w:tc>
          <w:tcPr>
            <w:tcW w:w="14060" w:type="dxa"/>
            <w:gridSpan w:val="6"/>
            <w:tcMar>
              <w:top w:w="70" w:type="dxa"/>
              <w:left w:w="90" w:type="dxa"/>
              <w:bottom w:w="70" w:type="dxa"/>
              <w:right w:w="90" w:type="dxa"/>
            </w:tcMar>
            <w:vAlign w:val="center"/>
          </w:tcPr>
          <w:p w14:paraId="22AB3190" w14:textId="77777777" w:rsidR="00623E5F" w:rsidRDefault="00623E5F"/>
          <w:p w14:paraId="1C991A56"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6969CEEA" w14:textId="77777777">
        <w:trPr>
          <w:cantSplit/>
          <w:jc w:val="center"/>
        </w:trPr>
        <w:tc>
          <w:tcPr>
            <w:tcW w:w="14060" w:type="dxa"/>
            <w:gridSpan w:val="6"/>
            <w:tcMar>
              <w:top w:w="70" w:type="dxa"/>
              <w:left w:w="90" w:type="dxa"/>
              <w:bottom w:w="70" w:type="dxa"/>
              <w:right w:w="90" w:type="dxa"/>
            </w:tcMar>
            <w:vAlign w:val="center"/>
          </w:tcPr>
          <w:p w14:paraId="236F9D63" w14:textId="77777777" w:rsidR="00623E5F" w:rsidRDefault="00623E5F"/>
          <w:p w14:paraId="0BF5A28E"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61713449" w14:textId="77777777">
        <w:trPr>
          <w:cantSplit/>
          <w:jc w:val="center"/>
        </w:trPr>
        <w:tc>
          <w:tcPr>
            <w:tcW w:w="14060" w:type="dxa"/>
            <w:gridSpan w:val="6"/>
            <w:tcMar>
              <w:top w:w="70" w:type="dxa"/>
              <w:left w:w="90" w:type="dxa"/>
              <w:bottom w:w="70" w:type="dxa"/>
              <w:right w:w="90" w:type="dxa"/>
            </w:tcMar>
            <w:vAlign w:val="center"/>
          </w:tcPr>
          <w:p w14:paraId="1B33E317" w14:textId="77777777" w:rsidR="00623E5F" w:rsidRDefault="00623E5F"/>
          <w:p w14:paraId="309BBB67"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78F04A24" w14:textId="77777777">
        <w:trPr>
          <w:cantSplit/>
          <w:jc w:val="center"/>
        </w:trPr>
        <w:tc>
          <w:tcPr>
            <w:tcW w:w="14060" w:type="dxa"/>
            <w:gridSpan w:val="6"/>
            <w:tcMar>
              <w:top w:w="70" w:type="dxa"/>
              <w:left w:w="90" w:type="dxa"/>
              <w:bottom w:w="70" w:type="dxa"/>
              <w:right w:w="90" w:type="dxa"/>
            </w:tcMar>
            <w:vAlign w:val="center"/>
          </w:tcPr>
          <w:p w14:paraId="4EEFB481" w14:textId="77777777" w:rsidR="00623E5F" w:rsidRDefault="00623E5F"/>
          <w:p w14:paraId="5CEC867D" w14:textId="77777777" w:rsidR="00623E5F" w:rsidRDefault="00000000">
            <w:pPr>
              <w:spacing w:line="245" w:lineRule="auto"/>
            </w:pPr>
            <w:r>
              <w:rPr>
                <w:b/>
                <w:color w:val="000000"/>
                <w:sz w:val="15"/>
              </w:rPr>
              <w:t xml:space="preserve">MEDPREDMETNE POVEZAVE: </w:t>
            </w:r>
            <w:r>
              <w:rPr>
                <w:color w:val="000000"/>
                <w:sz w:val="15"/>
              </w:rPr>
              <w:t>SPO – izštevanke, ritem, skupnost in praznična ustvarjalnost, telo, zdravje, varnost in okolje; SLJ – poslušanje navodila, športno izrazje, kratka razlaga in podporna povratna informacija; MAT – smer, zaporedje, razdalja, merjenje in primerjanje; GUM – ritem, tempo in odziv na zvočni znak.</w:t>
            </w:r>
          </w:p>
        </w:tc>
      </w:tr>
      <w:tr w:rsidR="00623E5F" w14:paraId="049B1E40" w14:textId="77777777">
        <w:trPr>
          <w:cantSplit/>
          <w:jc w:val="center"/>
        </w:trPr>
        <w:tc>
          <w:tcPr>
            <w:tcW w:w="14060" w:type="dxa"/>
            <w:gridSpan w:val="6"/>
            <w:tcMar>
              <w:top w:w="70" w:type="dxa"/>
              <w:left w:w="90" w:type="dxa"/>
              <w:bottom w:w="70" w:type="dxa"/>
              <w:right w:w="90" w:type="dxa"/>
            </w:tcMar>
            <w:vAlign w:val="center"/>
          </w:tcPr>
          <w:p w14:paraId="35593406" w14:textId="77777777" w:rsidR="00623E5F" w:rsidRDefault="00623E5F"/>
          <w:p w14:paraId="3A2DA837" w14:textId="77777777" w:rsidR="00623E5F" w:rsidRDefault="00000000">
            <w:pPr>
              <w:spacing w:line="245" w:lineRule="auto"/>
            </w:pPr>
            <w:r>
              <w:rPr>
                <w:b/>
                <w:color w:val="000000"/>
                <w:sz w:val="15"/>
              </w:rPr>
              <w:t xml:space="preserve">UČNA SREDSTVA IN PRIPOMOČKI: </w:t>
            </w:r>
            <w:r>
              <w:rPr>
                <w:color w:val="000000"/>
                <w:sz w:val="15"/>
              </w:rPr>
              <w:t>stožci, rutice, mehke žoge, obroči, vrvi, označevalni trakovi, kartice pravil in vlog; kartice namena in kriterijev; oznake štirih postaj; opazovalni list; semafor napora in mapa dokazov</w:t>
            </w:r>
          </w:p>
        </w:tc>
      </w:tr>
      <w:tr w:rsidR="00623E5F" w14:paraId="6AE45671" w14:textId="77777777">
        <w:trPr>
          <w:cantSplit/>
          <w:jc w:val="center"/>
        </w:trPr>
        <w:tc>
          <w:tcPr>
            <w:tcW w:w="14060" w:type="dxa"/>
            <w:gridSpan w:val="6"/>
            <w:tcMar>
              <w:top w:w="70" w:type="dxa"/>
              <w:left w:w="90" w:type="dxa"/>
              <w:bottom w:w="70" w:type="dxa"/>
              <w:right w:w="90" w:type="dxa"/>
            </w:tcMar>
            <w:vAlign w:val="center"/>
          </w:tcPr>
          <w:p w14:paraId="4DE42FAD" w14:textId="77777777" w:rsidR="00623E5F" w:rsidRDefault="00623E5F"/>
          <w:p w14:paraId="4605E30D"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703FC040" w14:textId="77777777">
        <w:trPr>
          <w:cantSplit/>
          <w:jc w:val="center"/>
        </w:trPr>
        <w:tc>
          <w:tcPr>
            <w:tcW w:w="14060" w:type="dxa"/>
            <w:gridSpan w:val="6"/>
            <w:tcMar>
              <w:top w:w="70" w:type="dxa"/>
              <w:left w:w="90" w:type="dxa"/>
              <w:bottom w:w="70" w:type="dxa"/>
              <w:right w:w="90" w:type="dxa"/>
            </w:tcMar>
            <w:vAlign w:val="center"/>
          </w:tcPr>
          <w:p w14:paraId="54D51C65" w14:textId="77777777" w:rsidR="00623E5F" w:rsidRDefault="00623E5F"/>
          <w:p w14:paraId="0EAF2589" w14:textId="77777777" w:rsidR="00623E5F" w:rsidRDefault="00000000">
            <w:pPr>
              <w:spacing w:line="245" w:lineRule="auto"/>
            </w:pPr>
            <w:r>
              <w:rPr>
                <w:b/>
                <w:color w:val="000000"/>
                <w:sz w:val="15"/>
              </w:rPr>
              <w:t xml:space="preserve">OCENJEVANJE / DAN DEJAVNOSTI: </w:t>
            </w:r>
            <w:r>
              <w:rPr>
                <w:color w:val="000000"/>
                <w:sz w:val="15"/>
              </w:rPr>
              <w:t>TEHNIŠKI DAN</w:t>
            </w:r>
          </w:p>
        </w:tc>
      </w:tr>
      <w:tr w:rsidR="00623E5F" w14:paraId="228456D8" w14:textId="77777777">
        <w:trPr>
          <w:cantSplit/>
          <w:jc w:val="center"/>
        </w:trPr>
        <w:tc>
          <w:tcPr>
            <w:tcW w:w="14060" w:type="dxa"/>
            <w:gridSpan w:val="6"/>
            <w:tcMar>
              <w:top w:w="70" w:type="dxa"/>
              <w:left w:w="90" w:type="dxa"/>
              <w:bottom w:w="70" w:type="dxa"/>
              <w:right w:w="90" w:type="dxa"/>
            </w:tcMar>
            <w:vAlign w:val="center"/>
          </w:tcPr>
          <w:p w14:paraId="58BF3C07" w14:textId="77777777" w:rsidR="00623E5F" w:rsidRDefault="00623E5F"/>
          <w:p w14:paraId="3B6EBE39"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4A04508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7D905CF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292C78E"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3FE4B01" w14:textId="77777777" w:rsidR="00623E5F" w:rsidRDefault="00000000">
            <w:pPr>
              <w:jc w:val="center"/>
            </w:pPr>
            <w:r>
              <w:rPr>
                <w:b/>
                <w:color w:val="000000"/>
                <w:sz w:val="20"/>
              </w:rPr>
              <w:t>UČNE DEJAVNOSTI, METODE IN FORMATIVNO SPREMLJANJE</w:t>
            </w:r>
          </w:p>
        </w:tc>
      </w:tr>
      <w:tr w:rsidR="00623E5F" w14:paraId="42BA3B88" w14:textId="77777777">
        <w:trPr>
          <w:tblHeader/>
          <w:jc w:val="center"/>
        </w:trPr>
        <w:tc>
          <w:tcPr>
            <w:tcW w:w="4422" w:type="dxa"/>
            <w:vMerge/>
            <w:tcMar>
              <w:top w:w="70" w:type="dxa"/>
              <w:left w:w="90" w:type="dxa"/>
              <w:bottom w:w="70" w:type="dxa"/>
              <w:right w:w="90" w:type="dxa"/>
            </w:tcMar>
            <w:vAlign w:val="center"/>
          </w:tcPr>
          <w:p w14:paraId="264AAC39" w14:textId="77777777" w:rsidR="00623E5F" w:rsidRDefault="00623E5F"/>
        </w:tc>
        <w:tc>
          <w:tcPr>
            <w:tcW w:w="7087" w:type="dxa"/>
            <w:shd w:val="clear" w:color="auto" w:fill="FFFFFF"/>
            <w:tcMar>
              <w:top w:w="70" w:type="dxa"/>
              <w:left w:w="90" w:type="dxa"/>
              <w:bottom w:w="70" w:type="dxa"/>
              <w:right w:w="90" w:type="dxa"/>
            </w:tcMar>
            <w:vAlign w:val="center"/>
          </w:tcPr>
          <w:p w14:paraId="19BDC75F"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09657FD" w14:textId="77777777" w:rsidR="00623E5F" w:rsidRDefault="00000000">
            <w:pPr>
              <w:jc w:val="center"/>
            </w:pPr>
            <w:r>
              <w:rPr>
                <w:b/>
                <w:color w:val="000000"/>
              </w:rPr>
              <w:t>UČENEC</w:t>
            </w:r>
          </w:p>
        </w:tc>
      </w:tr>
      <w:tr w:rsidR="00623E5F" w14:paraId="474271FA" w14:textId="77777777">
        <w:trPr>
          <w:jc w:val="center"/>
        </w:trPr>
        <w:tc>
          <w:tcPr>
            <w:tcW w:w="4422" w:type="dxa"/>
            <w:tcMar>
              <w:top w:w="70" w:type="dxa"/>
              <w:left w:w="90" w:type="dxa"/>
              <w:bottom w:w="70" w:type="dxa"/>
              <w:right w:w="90" w:type="dxa"/>
            </w:tcMar>
          </w:tcPr>
          <w:p w14:paraId="7D8ABA34" w14:textId="77777777" w:rsidR="00623E5F" w:rsidRDefault="00623E5F"/>
          <w:p w14:paraId="4E164903" w14:textId="77777777" w:rsidR="00623E5F" w:rsidRDefault="00000000">
            <w:pPr>
              <w:spacing w:after="60" w:line="245" w:lineRule="auto"/>
            </w:pPr>
            <w:r>
              <w:rPr>
                <w:b/>
                <w:color w:val="000000"/>
              </w:rPr>
              <w:t>UČNI CILJI</w:t>
            </w:r>
          </w:p>
          <w:p w14:paraId="47FBD620" w14:textId="77777777" w:rsidR="00623E5F" w:rsidRDefault="00000000">
            <w:pPr>
              <w:spacing w:after="20" w:line="245" w:lineRule="auto"/>
            </w:pPr>
            <w:r>
              <w:rPr>
                <w:b/>
                <w:color w:val="000000"/>
                <w:sz w:val="17"/>
              </w:rPr>
              <w:t>SPLOŠNI</w:t>
            </w:r>
          </w:p>
          <w:p w14:paraId="235261E5"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2A82409F" w14:textId="77777777" w:rsidR="00623E5F" w:rsidRDefault="00000000">
            <w:pPr>
              <w:pStyle w:val="Oznaenseznam"/>
              <w:spacing w:after="16"/>
            </w:pPr>
            <w:r>
              <w:rPr>
                <w:color w:val="000000"/>
                <w:sz w:val="15"/>
              </w:rPr>
              <w:t>varno hodi, teče, skače, meče, pleza, se plazi, lovi, ravnoteži, pleše in uporablja različne rekvizite</w:t>
            </w:r>
          </w:p>
          <w:p w14:paraId="61F5D09A" w14:textId="77777777" w:rsidR="00623E5F" w:rsidRDefault="00000000">
            <w:pPr>
              <w:pStyle w:val="Oznaenseznam"/>
              <w:spacing w:after="16"/>
            </w:pPr>
            <w:r>
              <w:rPr>
                <w:color w:val="000000"/>
                <w:sz w:val="15"/>
              </w:rPr>
              <w:t>razume pomen rednega gibanja, ogrevanja, higiene, primerne opreme, počitka in varnega ravnanja</w:t>
            </w:r>
          </w:p>
          <w:p w14:paraId="2E5090AB"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63CAB919" w14:textId="77777777" w:rsidR="00623E5F" w:rsidRDefault="00000000">
            <w:pPr>
              <w:spacing w:before="40" w:after="20" w:line="245" w:lineRule="auto"/>
            </w:pPr>
            <w:r>
              <w:rPr>
                <w:b/>
                <w:color w:val="000000"/>
                <w:sz w:val="17"/>
              </w:rPr>
              <w:t>OPERATIVNI</w:t>
            </w:r>
          </w:p>
          <w:p w14:paraId="732BF122" w14:textId="77777777" w:rsidR="00623E5F" w:rsidRDefault="00000000">
            <w:pPr>
              <w:pStyle w:val="Oznaenseznam"/>
              <w:spacing w:after="16"/>
            </w:pPr>
            <w:r>
              <w:rPr>
                <w:color w:val="000000"/>
                <w:sz w:val="15"/>
              </w:rPr>
              <w:t>upošteva pravila</w:t>
            </w:r>
          </w:p>
          <w:p w14:paraId="77CEAB9F" w14:textId="77777777" w:rsidR="00623E5F" w:rsidRDefault="00000000">
            <w:pPr>
              <w:pStyle w:val="Oznaenseznam"/>
              <w:spacing w:after="16"/>
            </w:pPr>
            <w:r>
              <w:rPr>
                <w:color w:val="000000"/>
                <w:sz w:val="15"/>
              </w:rPr>
              <w:t>obvladuje gibanje v skupini</w:t>
            </w:r>
          </w:p>
          <w:p w14:paraId="4E9ADFC8" w14:textId="77777777" w:rsidR="00623E5F" w:rsidRDefault="00000000">
            <w:pPr>
              <w:pStyle w:val="Oznaenseznam"/>
              <w:spacing w:after="16"/>
            </w:pPr>
            <w:r>
              <w:rPr>
                <w:color w:val="000000"/>
                <w:sz w:val="15"/>
              </w:rPr>
              <w:t>spodbuja sošolce</w:t>
            </w:r>
          </w:p>
          <w:p w14:paraId="2687E096" w14:textId="77777777" w:rsidR="00623E5F" w:rsidRDefault="00000000">
            <w:pPr>
              <w:spacing w:before="40" w:after="20" w:line="245" w:lineRule="auto"/>
            </w:pPr>
            <w:r>
              <w:rPr>
                <w:b/>
                <w:color w:val="000000"/>
                <w:sz w:val="17"/>
              </w:rPr>
              <w:t>PRIČAKOVANI DOSEŽKI / MINIMALNI POUDARKI</w:t>
            </w:r>
          </w:p>
          <w:p w14:paraId="45BFA7AB" w14:textId="77777777" w:rsidR="00623E5F" w:rsidRDefault="00000000">
            <w:pPr>
              <w:pStyle w:val="Oznaenseznam"/>
              <w:spacing w:after="16"/>
            </w:pPr>
            <w:r>
              <w:rPr>
                <w:color w:val="000000"/>
                <w:sz w:val="15"/>
              </w:rPr>
              <w:t>učenec samostojno oziroma z dogovorjeno oporo upošteva pravila</w:t>
            </w:r>
          </w:p>
          <w:p w14:paraId="64902868" w14:textId="77777777" w:rsidR="00623E5F" w:rsidRDefault="00000000">
            <w:pPr>
              <w:pStyle w:val="Oznaenseznam"/>
              <w:spacing w:after="16"/>
            </w:pPr>
            <w:r>
              <w:rPr>
                <w:color w:val="000000"/>
                <w:sz w:val="15"/>
              </w:rPr>
              <w:t>učenec samostojno oziroma z dogovorjeno oporo obvladuje gibanje v skupini</w:t>
            </w:r>
          </w:p>
          <w:p w14:paraId="096AFD18" w14:textId="77777777" w:rsidR="00623E5F" w:rsidRDefault="00000000">
            <w:pPr>
              <w:pStyle w:val="Oznaenseznam"/>
              <w:spacing w:after="16"/>
            </w:pPr>
            <w:r>
              <w:rPr>
                <w:color w:val="000000"/>
                <w:sz w:val="15"/>
              </w:rPr>
              <w:t>učenec samostojno oziroma z dogovorjeno oporo spodbuja sošolce</w:t>
            </w:r>
          </w:p>
        </w:tc>
        <w:tc>
          <w:tcPr>
            <w:tcW w:w="7087" w:type="dxa"/>
            <w:tcMar>
              <w:top w:w="70" w:type="dxa"/>
              <w:left w:w="90" w:type="dxa"/>
              <w:bottom w:w="70" w:type="dxa"/>
              <w:right w:w="90" w:type="dxa"/>
            </w:tcMar>
          </w:tcPr>
          <w:p w14:paraId="687C36FE"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3882883" w14:textId="77777777">
              <w:trPr>
                <w:jc w:val="center"/>
              </w:trPr>
              <w:tc>
                <w:tcPr>
                  <w:tcW w:w="7087" w:type="dxa"/>
                  <w:shd w:val="clear" w:color="auto" w:fill="C6E7F3"/>
                  <w:tcMar>
                    <w:top w:w="45" w:type="dxa"/>
                    <w:left w:w="70" w:type="dxa"/>
                    <w:bottom w:w="45" w:type="dxa"/>
                    <w:right w:w="70" w:type="dxa"/>
                  </w:tcMar>
                </w:tcPr>
                <w:p w14:paraId="00568DBC" w14:textId="77777777" w:rsidR="00623E5F" w:rsidRDefault="00000000">
                  <w:pPr>
                    <w:keepNext/>
                  </w:pPr>
                  <w:r>
                    <w:rPr>
                      <w:b/>
                      <w:color w:val="000000"/>
                    </w:rPr>
                    <w:t>UVODNI DEL – POČUTJE, GIBALNI NAMIG, PREDZNANJE IN NAMEN UČENJA (7–10 min)</w:t>
                  </w:r>
                </w:p>
              </w:tc>
            </w:tr>
          </w:tbl>
          <w:p w14:paraId="6986DA71" w14:textId="77777777" w:rsidR="00623E5F" w:rsidRDefault="00623E5F">
            <w:pPr>
              <w:spacing w:line="20" w:lineRule="exact"/>
            </w:pPr>
          </w:p>
          <w:p w14:paraId="757719BD" w14:textId="77777777" w:rsidR="00623E5F" w:rsidRDefault="00000000">
            <w:pPr>
              <w:spacing w:before="40" w:after="60" w:line="245" w:lineRule="auto"/>
            </w:pPr>
            <w:r>
              <w:rPr>
                <w:color w:val="000000"/>
                <w:sz w:val="15"/>
              </w:rPr>
              <w:t>Ob književnem motivu »Enci benci na kamenci« – slovensko ljudsko izročilo učenci vstopijo v temo izštevanke, ritem, skupnost in praznična ustvarjalnost. Učiteljica pripravi kratek gibalni namig: lik iz zgodbe potrebuje skupino, ki zna upoštevati znak, pravilo in vlogo; učenci s kratko igro brez izločanja odkrijejo temo »gibalna igra«. Tedenski gibalni izziv: izvede gibalno izštevanko in igro brez izločanja.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69576669" w14:textId="77777777">
              <w:trPr>
                <w:jc w:val="center"/>
              </w:trPr>
              <w:tc>
                <w:tcPr>
                  <w:tcW w:w="7087" w:type="dxa"/>
                  <w:shd w:val="clear" w:color="auto" w:fill="EDC9EA"/>
                  <w:tcMar>
                    <w:top w:w="45" w:type="dxa"/>
                    <w:left w:w="70" w:type="dxa"/>
                    <w:bottom w:w="45" w:type="dxa"/>
                    <w:right w:w="70" w:type="dxa"/>
                  </w:tcMar>
                </w:tcPr>
                <w:p w14:paraId="75236144" w14:textId="77777777" w:rsidR="00623E5F" w:rsidRDefault="00000000">
                  <w:pPr>
                    <w:keepNext/>
                  </w:pPr>
                  <w:r>
                    <w:rPr>
                      <w:b/>
                      <w:color w:val="000000"/>
                    </w:rPr>
                    <w:t>NAMENI UČENJA</w:t>
                  </w:r>
                </w:p>
              </w:tc>
            </w:tr>
          </w:tbl>
          <w:p w14:paraId="5900BBF6" w14:textId="77777777" w:rsidR="00623E5F" w:rsidRDefault="00623E5F">
            <w:pPr>
              <w:spacing w:line="20" w:lineRule="exact"/>
            </w:pPr>
          </w:p>
          <w:p w14:paraId="0C37A2D7"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4D6EB6BF" w14:textId="77777777" w:rsidR="00623E5F" w:rsidRDefault="00000000">
            <w:pPr>
              <w:pStyle w:val="Oznaenseznam"/>
              <w:spacing w:after="16"/>
            </w:pPr>
            <w:r>
              <w:rPr>
                <w:color w:val="000000"/>
                <w:sz w:val="15"/>
              </w:rPr>
              <w:t>upoštevam pravila</w:t>
            </w:r>
          </w:p>
          <w:p w14:paraId="2B659069" w14:textId="77777777" w:rsidR="00623E5F" w:rsidRDefault="00000000">
            <w:pPr>
              <w:pStyle w:val="Oznaenseznam"/>
              <w:spacing w:after="16"/>
            </w:pPr>
            <w:r>
              <w:rPr>
                <w:color w:val="000000"/>
                <w:sz w:val="15"/>
              </w:rPr>
              <w:t>obvladujem gibanje v skupini</w:t>
            </w:r>
          </w:p>
          <w:p w14:paraId="7261C982" w14:textId="77777777" w:rsidR="00623E5F" w:rsidRDefault="00000000">
            <w:pPr>
              <w:pStyle w:val="Oznaenseznam"/>
              <w:spacing w:after="16"/>
            </w:pPr>
            <w:r>
              <w:rPr>
                <w:color w:val="000000"/>
                <w:sz w:val="15"/>
              </w:rPr>
              <w:t>spodbujam sošolce</w:t>
            </w:r>
          </w:p>
          <w:tbl>
            <w:tblPr>
              <w:tblStyle w:val="Tabelamrea"/>
              <w:tblW w:w="0" w:type="auto"/>
              <w:jc w:val="center"/>
              <w:tblLayout w:type="fixed"/>
              <w:tblLook w:val="04A0" w:firstRow="1" w:lastRow="0" w:firstColumn="1" w:lastColumn="0" w:noHBand="0" w:noVBand="1"/>
            </w:tblPr>
            <w:tblGrid>
              <w:gridCol w:w="7087"/>
            </w:tblGrid>
            <w:tr w:rsidR="00623E5F" w14:paraId="3DFBFD6E" w14:textId="77777777">
              <w:trPr>
                <w:jc w:val="center"/>
              </w:trPr>
              <w:tc>
                <w:tcPr>
                  <w:tcW w:w="7087" w:type="dxa"/>
                  <w:shd w:val="clear" w:color="auto" w:fill="EDC9EA"/>
                  <w:tcMar>
                    <w:top w:w="45" w:type="dxa"/>
                    <w:left w:w="70" w:type="dxa"/>
                    <w:bottom w:w="45" w:type="dxa"/>
                    <w:right w:w="70" w:type="dxa"/>
                  </w:tcMar>
                </w:tcPr>
                <w:p w14:paraId="2C7C775D" w14:textId="77777777" w:rsidR="00623E5F" w:rsidRDefault="00000000">
                  <w:pPr>
                    <w:keepNext/>
                  </w:pPr>
                  <w:r>
                    <w:rPr>
                      <w:b/>
                      <w:color w:val="000000"/>
                    </w:rPr>
                    <w:t>PREVERJANJE PREDZNANJA</w:t>
                  </w:r>
                </w:p>
              </w:tc>
            </w:tr>
          </w:tbl>
          <w:p w14:paraId="07364C37" w14:textId="77777777" w:rsidR="00623E5F" w:rsidRDefault="00623E5F">
            <w:pPr>
              <w:spacing w:line="20" w:lineRule="exact"/>
            </w:pPr>
          </w:p>
          <w:p w14:paraId="491698FF" w14:textId="77777777" w:rsidR="00623E5F" w:rsidRDefault="00000000">
            <w:pPr>
              <w:pStyle w:val="Oznaenseznam"/>
              <w:spacing w:after="16"/>
            </w:pPr>
            <w:r>
              <w:rPr>
                <w:color w:val="000000"/>
                <w:sz w:val="15"/>
              </w:rPr>
              <w:t>Kaj moje telo in prostor že znata pokazati pri temi »GIBALNA IGRA«?</w:t>
            </w:r>
          </w:p>
          <w:p w14:paraId="02F83F43" w14:textId="77777777" w:rsidR="00623E5F" w:rsidRDefault="00000000">
            <w:pPr>
              <w:pStyle w:val="Oznaenseznam"/>
              <w:spacing w:after="16"/>
            </w:pPr>
            <w:r>
              <w:rPr>
                <w:color w:val="000000"/>
                <w:sz w:val="15"/>
              </w:rPr>
              <w:t>Katero varnostno pravilo, gibalni korak ali strategijo že obvladam in kaj bi najprej preizkusil/-a?</w:t>
            </w:r>
          </w:p>
          <w:p w14:paraId="089FB1E7"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3C898409" w14:textId="77777777">
              <w:trPr>
                <w:jc w:val="center"/>
              </w:trPr>
              <w:tc>
                <w:tcPr>
                  <w:tcW w:w="7087" w:type="dxa"/>
                  <w:shd w:val="clear" w:color="auto" w:fill="EDC9EA"/>
                  <w:tcMar>
                    <w:top w:w="45" w:type="dxa"/>
                    <w:left w:w="70" w:type="dxa"/>
                    <w:bottom w:w="45" w:type="dxa"/>
                    <w:right w:w="70" w:type="dxa"/>
                  </w:tcMar>
                </w:tcPr>
                <w:p w14:paraId="7178A61C" w14:textId="77777777" w:rsidR="00623E5F" w:rsidRDefault="00000000">
                  <w:pPr>
                    <w:keepNext/>
                  </w:pPr>
                  <w:r>
                    <w:rPr>
                      <w:b/>
                      <w:color w:val="000000"/>
                    </w:rPr>
                    <w:t>KRITERIJI USPEŠNOSTI</w:t>
                  </w:r>
                </w:p>
              </w:tc>
            </w:tr>
          </w:tbl>
          <w:p w14:paraId="029B325A" w14:textId="77777777" w:rsidR="00623E5F" w:rsidRDefault="00623E5F"/>
          <w:p w14:paraId="16E75B73" w14:textId="77777777" w:rsidR="00623E5F" w:rsidRDefault="00000000">
            <w:pPr>
              <w:spacing w:before="20" w:after="20" w:line="245" w:lineRule="auto"/>
            </w:pPr>
            <w:r>
              <w:rPr>
                <w:b/>
                <w:color w:val="000000"/>
                <w:sz w:val="16"/>
              </w:rPr>
              <w:t>Uspešen/-na bom, ko:</w:t>
            </w:r>
          </w:p>
          <w:p w14:paraId="44ABF976" w14:textId="77777777" w:rsidR="00623E5F" w:rsidRDefault="00000000">
            <w:pPr>
              <w:pStyle w:val="Oznaenseznam"/>
              <w:spacing w:after="16"/>
            </w:pPr>
            <w:r>
              <w:rPr>
                <w:color w:val="000000"/>
                <w:sz w:val="15"/>
              </w:rPr>
              <w:t>upoštevam pravila</w:t>
            </w:r>
          </w:p>
          <w:p w14:paraId="148DF491" w14:textId="77777777" w:rsidR="00623E5F" w:rsidRDefault="00000000">
            <w:pPr>
              <w:pStyle w:val="Oznaenseznam"/>
              <w:spacing w:after="16"/>
            </w:pPr>
            <w:r>
              <w:rPr>
                <w:color w:val="000000"/>
                <w:sz w:val="15"/>
              </w:rPr>
              <w:t>obvladujem gibanje v skupini</w:t>
            </w:r>
          </w:p>
          <w:p w14:paraId="24EC2A35" w14:textId="77777777" w:rsidR="00623E5F" w:rsidRDefault="00000000">
            <w:pPr>
              <w:pStyle w:val="Oznaenseznam"/>
              <w:spacing w:after="16"/>
            </w:pPr>
            <w:r>
              <w:rPr>
                <w:color w:val="000000"/>
                <w:sz w:val="15"/>
              </w:rPr>
              <w:t>spodbujam sošolce</w:t>
            </w:r>
          </w:p>
          <w:p w14:paraId="131BEA54" w14:textId="77777777" w:rsidR="00623E5F" w:rsidRDefault="00000000">
            <w:pPr>
              <w:pStyle w:val="Oznaenseznam"/>
              <w:spacing w:after="16"/>
            </w:pPr>
            <w:r>
              <w:rPr>
                <w:color w:val="000000"/>
                <w:sz w:val="15"/>
              </w:rPr>
              <w:t>pred začetkom preverim prostor in opremo, ohranjam razdaljo ter se na znak varno ustavim</w:t>
            </w:r>
          </w:p>
          <w:p w14:paraId="30F95F66"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69CD9F73" w14:textId="77777777" w:rsidR="00623E5F" w:rsidRDefault="00623E5F"/>
          <w:p w14:paraId="106ADEFD"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6EF94C13"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6CE86FA2" w14:textId="77777777" w:rsidR="00623E5F" w:rsidRDefault="00000000">
            <w:pPr>
              <w:spacing w:after="100" w:line="245" w:lineRule="auto"/>
            </w:pPr>
            <w:r>
              <w:rPr>
                <w:color w:val="000000"/>
                <w:sz w:val="15"/>
              </w:rPr>
              <w:t>Sodeluje pri razumevanju namena, vidnih meril, varnostnih pravil, prehodov in načina dokazovanja.</w:t>
            </w:r>
          </w:p>
          <w:p w14:paraId="2C0F8813" w14:textId="77777777" w:rsidR="00623E5F" w:rsidRDefault="00000000">
            <w:pPr>
              <w:spacing w:after="20" w:line="245" w:lineRule="auto"/>
            </w:pPr>
            <w:r>
              <w:rPr>
                <w:b/>
                <w:color w:val="D95BC6"/>
                <w:sz w:val="17"/>
              </w:rPr>
              <w:t>DOKAZ O UČENJU</w:t>
            </w:r>
          </w:p>
          <w:p w14:paraId="6AE3FBDE"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5B1B6740"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35531D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554DD83"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3C2CD91" w14:textId="77777777" w:rsidR="00623E5F" w:rsidRDefault="00000000">
            <w:pPr>
              <w:jc w:val="center"/>
            </w:pPr>
            <w:r>
              <w:rPr>
                <w:b/>
                <w:color w:val="000000"/>
                <w:sz w:val="20"/>
              </w:rPr>
              <w:t>UČNE DEJAVNOSTI, METODE IN FORMATIVNO SPREMLJANJE</w:t>
            </w:r>
          </w:p>
        </w:tc>
      </w:tr>
      <w:tr w:rsidR="00623E5F" w14:paraId="326C796D" w14:textId="77777777">
        <w:trPr>
          <w:tblHeader/>
          <w:jc w:val="center"/>
        </w:trPr>
        <w:tc>
          <w:tcPr>
            <w:tcW w:w="4422" w:type="dxa"/>
            <w:vMerge/>
            <w:tcMar>
              <w:top w:w="70" w:type="dxa"/>
              <w:left w:w="90" w:type="dxa"/>
              <w:bottom w:w="70" w:type="dxa"/>
              <w:right w:w="90" w:type="dxa"/>
            </w:tcMar>
            <w:vAlign w:val="center"/>
          </w:tcPr>
          <w:p w14:paraId="366673E7" w14:textId="77777777" w:rsidR="00623E5F" w:rsidRDefault="00623E5F"/>
        </w:tc>
        <w:tc>
          <w:tcPr>
            <w:tcW w:w="7087" w:type="dxa"/>
            <w:shd w:val="clear" w:color="auto" w:fill="FFFFFF"/>
            <w:tcMar>
              <w:top w:w="70" w:type="dxa"/>
              <w:left w:w="90" w:type="dxa"/>
              <w:bottom w:w="70" w:type="dxa"/>
              <w:right w:w="90" w:type="dxa"/>
            </w:tcMar>
            <w:vAlign w:val="center"/>
          </w:tcPr>
          <w:p w14:paraId="13793A7D"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CC59185" w14:textId="77777777" w:rsidR="00623E5F" w:rsidRDefault="00000000">
            <w:pPr>
              <w:jc w:val="center"/>
            </w:pPr>
            <w:r>
              <w:rPr>
                <w:b/>
                <w:color w:val="000000"/>
              </w:rPr>
              <w:t>UČENEC</w:t>
            </w:r>
          </w:p>
        </w:tc>
      </w:tr>
      <w:tr w:rsidR="00623E5F" w14:paraId="64EB5C75" w14:textId="77777777">
        <w:trPr>
          <w:jc w:val="center"/>
        </w:trPr>
        <w:tc>
          <w:tcPr>
            <w:tcW w:w="4422" w:type="dxa"/>
            <w:tcMar>
              <w:top w:w="70" w:type="dxa"/>
              <w:left w:w="90" w:type="dxa"/>
              <w:bottom w:w="70" w:type="dxa"/>
              <w:right w:w="90" w:type="dxa"/>
            </w:tcMar>
          </w:tcPr>
          <w:p w14:paraId="067B29D6" w14:textId="77777777" w:rsidR="00623E5F" w:rsidRDefault="00623E5F"/>
          <w:p w14:paraId="3E00A50C" w14:textId="77777777" w:rsidR="00623E5F" w:rsidRDefault="00000000">
            <w:pPr>
              <w:spacing w:after="40" w:line="245" w:lineRule="auto"/>
            </w:pPr>
            <w:r>
              <w:rPr>
                <w:b/>
                <w:color w:val="000000"/>
                <w:sz w:val="17"/>
              </w:rPr>
              <w:t>KLJUČNI ŠPORTNI IN GIBALNI POJMI</w:t>
            </w:r>
          </w:p>
          <w:p w14:paraId="39C8A0F1"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znak, vloga, lovljenje, umik, prostor, dogovor, igra brez izločanja</w:t>
            </w:r>
          </w:p>
          <w:p w14:paraId="60D30063" w14:textId="77777777" w:rsidR="00623E5F" w:rsidRDefault="00000000">
            <w:pPr>
              <w:spacing w:after="20" w:line="245" w:lineRule="auto"/>
            </w:pPr>
            <w:r>
              <w:rPr>
                <w:b/>
                <w:color w:val="000000"/>
                <w:sz w:val="17"/>
              </w:rPr>
              <w:t>DOKAZI O UČENJU</w:t>
            </w:r>
          </w:p>
          <w:p w14:paraId="19C2B0B5" w14:textId="77777777" w:rsidR="00623E5F" w:rsidRDefault="00000000">
            <w:pPr>
              <w:pStyle w:val="Oznaenseznam"/>
              <w:spacing w:after="7"/>
            </w:pPr>
            <w:r>
              <w:rPr>
                <w:color w:val="000000"/>
                <w:sz w:val="14"/>
              </w:rPr>
              <w:t>varen odziv na znak, začetni poskus prvine in ustno varnostno pravilo.</w:t>
            </w:r>
          </w:p>
          <w:p w14:paraId="5D01C1F4" w14:textId="77777777" w:rsidR="00623E5F" w:rsidRDefault="00000000">
            <w:pPr>
              <w:pStyle w:val="Oznaenseznam"/>
              <w:spacing w:after="7"/>
            </w:pPr>
            <w:r>
              <w:rPr>
                <w:color w:val="000000"/>
                <w:sz w:val="14"/>
              </w:rPr>
              <w:t>uporaba prvine v igri, sodelovanje, upoštevanje pravil in osebno samovrednotenje.</w:t>
            </w:r>
          </w:p>
          <w:p w14:paraId="277AA24E" w14:textId="77777777" w:rsidR="00623E5F" w:rsidRDefault="00000000">
            <w:pPr>
              <w:spacing w:before="40" w:after="20" w:line="245" w:lineRule="auto"/>
            </w:pPr>
            <w:r>
              <w:rPr>
                <w:b/>
                <w:color w:val="000000"/>
                <w:sz w:val="16"/>
              </w:rPr>
              <w:t>GIBALNO DOŽIVETJE IN IZKUŠENJSKI POUK</w:t>
            </w:r>
          </w:p>
          <w:p w14:paraId="26B15D0F"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7D4BD04D" w14:textId="77777777" w:rsidR="00623E5F" w:rsidRDefault="00000000">
            <w:pPr>
              <w:spacing w:after="20" w:line="245" w:lineRule="auto"/>
            </w:pPr>
            <w:r>
              <w:rPr>
                <w:b/>
                <w:color w:val="000000"/>
                <w:sz w:val="16"/>
              </w:rPr>
              <w:t>POUČEVANJE V GIBANJU</w:t>
            </w:r>
          </w:p>
          <w:p w14:paraId="60832197"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21AC955E" w14:textId="77777777" w:rsidR="00623E5F" w:rsidRDefault="00000000">
            <w:pPr>
              <w:spacing w:after="20" w:line="245" w:lineRule="auto"/>
            </w:pPr>
            <w:r>
              <w:rPr>
                <w:b/>
                <w:color w:val="000000"/>
                <w:sz w:val="16"/>
              </w:rPr>
              <w:t>DELO PO ŠTIRIH POSTAJAH</w:t>
            </w:r>
          </w:p>
          <w:p w14:paraId="74EB061F"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7756BE55" w14:textId="77777777" w:rsidR="00623E5F" w:rsidRDefault="00000000">
            <w:pPr>
              <w:spacing w:after="7" w:line="245" w:lineRule="auto"/>
            </w:pPr>
            <w:r>
              <w:rPr>
                <w:color w:val="000000"/>
                <w:sz w:val="14"/>
              </w:rPr>
              <w:t>1. Odzivna: na dogovorjen vidni ali zvočni znak spremenim smer, hitrost, vlogo ali način gibanja.</w:t>
            </w:r>
          </w:p>
          <w:p w14:paraId="55D0B272" w14:textId="77777777" w:rsidR="00623E5F" w:rsidRDefault="00000000">
            <w:pPr>
              <w:spacing w:after="7" w:line="245" w:lineRule="auto"/>
            </w:pPr>
            <w:r>
              <w:rPr>
                <w:color w:val="000000"/>
                <w:sz w:val="14"/>
              </w:rPr>
              <w:t>2. Sodelovalna: v paru ali trojici rešim nalogo, pri kateri »upoštevam pravila« in ohranim osebni prostor.</w:t>
            </w:r>
          </w:p>
          <w:p w14:paraId="425AAB16" w14:textId="77777777" w:rsidR="00623E5F" w:rsidRDefault="00000000">
            <w:pPr>
              <w:spacing w:after="7" w:line="245" w:lineRule="auto"/>
            </w:pPr>
            <w:r>
              <w:rPr>
                <w:color w:val="000000"/>
                <w:sz w:val="14"/>
              </w:rPr>
              <w:t>3. Pravilna: s slikovnimi karticami sestavim pravilo, ga pokažem v kratki igri in po potrebi izboljšam.</w:t>
            </w:r>
          </w:p>
          <w:p w14:paraId="2B624582" w14:textId="77777777" w:rsidR="00623E5F" w:rsidRDefault="00000000">
            <w:pPr>
              <w:spacing w:after="7" w:line="245" w:lineRule="auto"/>
            </w:pPr>
            <w:r>
              <w:rPr>
                <w:color w:val="000000"/>
                <w:sz w:val="14"/>
              </w:rPr>
              <w:t>4. Igra brez izločanja: vsi ostajamo dejavni, menjamo vloge in preverimo, kako »spodbujam sošolce«.</w:t>
            </w:r>
          </w:p>
          <w:p w14:paraId="74114FE2" w14:textId="77777777" w:rsidR="00623E5F" w:rsidRDefault="00000000">
            <w:pPr>
              <w:spacing w:after="20" w:line="245" w:lineRule="auto"/>
            </w:pPr>
            <w:r>
              <w:rPr>
                <w:b/>
                <w:color w:val="000000"/>
                <w:sz w:val="16"/>
              </w:rPr>
              <w:t>DIFERENCIACIJA IN VKLJUČEVANJE</w:t>
            </w:r>
          </w:p>
          <w:p w14:paraId="57329221"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4A1CCDBC" w14:textId="77777777" w:rsidR="00623E5F" w:rsidRDefault="00000000">
            <w:pPr>
              <w:spacing w:after="20" w:line="245" w:lineRule="auto"/>
            </w:pPr>
            <w:r>
              <w:rPr>
                <w:b/>
                <w:color w:val="000000"/>
                <w:sz w:val="16"/>
              </w:rPr>
              <w:t>SPREMLJANJE</w:t>
            </w:r>
          </w:p>
          <w:p w14:paraId="4E0D85A7"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77CD4822"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48C50EC" w14:textId="77777777">
              <w:trPr>
                <w:jc w:val="center"/>
              </w:trPr>
              <w:tc>
                <w:tcPr>
                  <w:tcW w:w="7087" w:type="dxa"/>
                  <w:shd w:val="clear" w:color="auto" w:fill="C6E7F3"/>
                  <w:tcMar>
                    <w:top w:w="45" w:type="dxa"/>
                    <w:left w:w="70" w:type="dxa"/>
                    <w:bottom w:w="45" w:type="dxa"/>
                    <w:right w:w="70" w:type="dxa"/>
                  </w:tcMar>
                </w:tcPr>
                <w:p w14:paraId="195532D8" w14:textId="77777777" w:rsidR="00623E5F" w:rsidRDefault="00000000">
                  <w:pPr>
                    <w:keepNext/>
                  </w:pPr>
                  <w:r>
                    <w:rPr>
                      <w:b/>
                      <w:color w:val="000000"/>
                      <w:sz w:val="16"/>
                    </w:rPr>
                    <w:t>GLAVNI DEL – GIBALNI IZZIV, VADBA NA ŠTIRIH POSTAJAH IN IGRA (2 šolski uri)</w:t>
                  </w:r>
                </w:p>
              </w:tc>
            </w:tr>
          </w:tbl>
          <w:p w14:paraId="46096060" w14:textId="77777777" w:rsidR="00623E5F" w:rsidRDefault="00623E5F">
            <w:pPr>
              <w:spacing w:line="20" w:lineRule="exact"/>
            </w:pPr>
          </w:p>
          <w:p w14:paraId="70C3196A" w14:textId="77777777" w:rsidR="00623E5F" w:rsidRDefault="00000000">
            <w:pPr>
              <w:keepNext/>
              <w:spacing w:before="16" w:after="6" w:line="245" w:lineRule="auto"/>
            </w:pPr>
            <w:r>
              <w:rPr>
                <w:b/>
                <w:color w:val="000000"/>
                <w:sz w:val="15"/>
              </w:rPr>
              <w:t>1. URA – Gibalna igra – Ogrejem se in usvojim gib</w:t>
            </w:r>
          </w:p>
          <w:p w14:paraId="07B2EFD9"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»Enci benci na kamenci« – slovensko ljudsko izročilo. Osrednji del 30': 32' – Preveri prostor in opremo, predstavi varnostni znak ter skozi gibalno zgodbo modelira ključno prvino po korakih.</w:t>
            </w:r>
          </w:p>
          <w:p w14:paraId="76A80084"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2628B9FF" w14:textId="77777777" w:rsidR="00623E5F" w:rsidRDefault="00000000">
            <w:pPr>
              <w:spacing w:after="15" w:line="245" w:lineRule="auto"/>
            </w:pPr>
            <w:r>
              <w:rPr>
                <w:i/>
                <w:color w:val="D95BC6"/>
                <w:sz w:val="14"/>
              </w:rPr>
              <w:t>Predvideni dokaz: varen odziv na znak, začetni poskus prvine in ustno varnostno pravilo..</w:t>
            </w:r>
          </w:p>
          <w:p w14:paraId="037430CD" w14:textId="77777777" w:rsidR="00623E5F" w:rsidRDefault="00000000">
            <w:pPr>
              <w:keepNext/>
              <w:spacing w:before="16" w:after="6" w:line="245" w:lineRule="auto"/>
            </w:pPr>
            <w:r>
              <w:rPr>
                <w:b/>
                <w:color w:val="000000"/>
                <w:sz w:val="15"/>
              </w:rPr>
              <w:t>2. URA – Gibalna igra – Uporabim v igri</w:t>
            </w:r>
          </w:p>
          <w:p w14:paraId="1B80CEB0"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»Enci benci na kamenci« – slovensko ljudsko izročilo. Osrednji del 30': 32' – Organizira vključujočo igro ali izziv brez izločanja, spremlja varnost, pošteno igro in uporabo naučene prvine.</w:t>
            </w:r>
          </w:p>
          <w:p w14:paraId="378601D7"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2B016F05"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17B1BCC6" w14:textId="77777777">
              <w:trPr>
                <w:jc w:val="center"/>
              </w:trPr>
              <w:tc>
                <w:tcPr>
                  <w:tcW w:w="7087" w:type="dxa"/>
                  <w:shd w:val="clear" w:color="auto" w:fill="EDC9EA"/>
                  <w:tcMar>
                    <w:top w:w="45" w:type="dxa"/>
                    <w:left w:w="70" w:type="dxa"/>
                    <w:bottom w:w="45" w:type="dxa"/>
                    <w:right w:w="70" w:type="dxa"/>
                  </w:tcMar>
                </w:tcPr>
                <w:p w14:paraId="710CEB74" w14:textId="77777777" w:rsidR="00623E5F" w:rsidRDefault="00000000">
                  <w:pPr>
                    <w:keepNext/>
                  </w:pPr>
                  <w:r>
                    <w:rPr>
                      <w:b/>
                      <w:color w:val="000000"/>
                      <w:sz w:val="16"/>
                    </w:rPr>
                    <w:t>ORGANIZACIJA POSTAJ, PREHODOV IN AKTIVNEGA ČASA</w:t>
                  </w:r>
                </w:p>
              </w:tc>
            </w:tr>
          </w:tbl>
          <w:p w14:paraId="18A3C6AF" w14:textId="77777777" w:rsidR="00623E5F" w:rsidRDefault="00623E5F"/>
          <w:p w14:paraId="5E09D761" w14:textId="77777777" w:rsidR="00623E5F" w:rsidRDefault="00000000">
            <w:pPr>
              <w:spacing w:before="5" w:after="6" w:line="245" w:lineRule="auto"/>
            </w:pPr>
            <w:r>
              <w:rPr>
                <w:color w:val="000000"/>
                <w:sz w:val="14"/>
              </w:rPr>
              <w:t>Postaja 1: Odzivna: na dogovorjen vidni ali zvočni znak spremenim smer, hitrost, vlogo ali način gibanja.</w:t>
            </w:r>
          </w:p>
          <w:p w14:paraId="3A9879BB" w14:textId="77777777" w:rsidR="00623E5F" w:rsidRDefault="00000000">
            <w:pPr>
              <w:spacing w:before="5" w:after="6" w:line="245" w:lineRule="auto"/>
            </w:pPr>
            <w:r>
              <w:rPr>
                <w:color w:val="000000"/>
                <w:sz w:val="14"/>
              </w:rPr>
              <w:t>Postaja 2: Sodelovalna: v paru ali trojici rešim nalogo, pri kateri »upoštevam pravila« in ohranim osebni prostor.</w:t>
            </w:r>
          </w:p>
          <w:p w14:paraId="0682DE71" w14:textId="77777777" w:rsidR="00623E5F" w:rsidRDefault="00000000">
            <w:pPr>
              <w:spacing w:before="5" w:after="6" w:line="245" w:lineRule="auto"/>
            </w:pPr>
            <w:r>
              <w:rPr>
                <w:color w:val="000000"/>
                <w:sz w:val="14"/>
              </w:rPr>
              <w:t>Postaja 3: Pravilna: s slikovnimi karticami sestavim pravilo, ga pokažem v kratki igri in po potrebi izboljšam.</w:t>
            </w:r>
          </w:p>
          <w:p w14:paraId="659C50EB" w14:textId="77777777" w:rsidR="00623E5F" w:rsidRDefault="00000000">
            <w:pPr>
              <w:spacing w:before="5" w:after="6" w:line="245" w:lineRule="auto"/>
            </w:pPr>
            <w:r>
              <w:rPr>
                <w:color w:val="000000"/>
                <w:sz w:val="14"/>
              </w:rPr>
              <w:t>Postaja 4: Igra brez izločanja: vsi ostajamo dejavni, menjamo vloge in preverimo, kako »spodbujam sošolce«.</w:t>
            </w:r>
          </w:p>
          <w:p w14:paraId="38D9263B"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7D9C7D9F" w14:textId="77777777" w:rsidR="00623E5F" w:rsidRDefault="00623E5F"/>
          <w:p w14:paraId="778C34F2" w14:textId="77777777" w:rsidR="00623E5F" w:rsidRDefault="00000000">
            <w:pPr>
              <w:spacing w:after="5" w:line="245" w:lineRule="auto"/>
            </w:pPr>
            <w:r>
              <w:rPr>
                <w:b/>
                <w:color w:val="000000"/>
                <w:sz w:val="15"/>
              </w:rPr>
              <w:t>1. URA – Gibalna igra – Ogrejem se in usvojim gib</w:t>
            </w:r>
          </w:p>
          <w:p w14:paraId="58D80F3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3CD8394" w14:textId="77777777" w:rsidR="00623E5F" w:rsidRDefault="00000000">
            <w:pPr>
              <w:spacing w:after="14" w:line="245" w:lineRule="auto"/>
            </w:pPr>
            <w:r>
              <w:rPr>
                <w:color w:val="D95BC6"/>
                <w:sz w:val="13"/>
              </w:rPr>
              <w:t>Dokaz: varen odziv na znak, začetni poskus prvine in ustno varnostno pravilo.</w:t>
            </w:r>
          </w:p>
          <w:p w14:paraId="2E3DBE9A" w14:textId="77777777" w:rsidR="00623E5F" w:rsidRDefault="00000000">
            <w:pPr>
              <w:spacing w:after="5" w:line="245" w:lineRule="auto"/>
            </w:pPr>
            <w:r>
              <w:rPr>
                <w:b/>
                <w:color w:val="000000"/>
                <w:sz w:val="15"/>
              </w:rPr>
              <w:t>2. URA – Gibalna igra – Uporabim v igri</w:t>
            </w:r>
          </w:p>
          <w:p w14:paraId="11C5DAE9"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E6BE2A0" w14:textId="77777777" w:rsidR="00623E5F" w:rsidRDefault="00000000">
            <w:pPr>
              <w:spacing w:after="14" w:line="245" w:lineRule="auto"/>
            </w:pPr>
            <w:r>
              <w:rPr>
                <w:color w:val="D95BC6"/>
                <w:sz w:val="13"/>
              </w:rPr>
              <w:t>Dokaz: uporaba prvine v igri, sodelovanje, upoštevanje pravil in osebno.</w:t>
            </w:r>
          </w:p>
          <w:p w14:paraId="3BE206FE" w14:textId="77777777" w:rsidR="00623E5F" w:rsidRDefault="00000000">
            <w:pPr>
              <w:spacing w:before="30" w:after="14" w:line="245" w:lineRule="auto"/>
            </w:pPr>
            <w:r>
              <w:rPr>
                <w:b/>
                <w:color w:val="D95BC6"/>
                <w:sz w:val="16"/>
              </w:rPr>
              <w:t>MOJ KROG POSTAJ</w:t>
            </w:r>
          </w:p>
          <w:p w14:paraId="69330348" w14:textId="77777777" w:rsidR="00623E5F" w:rsidRDefault="00000000">
            <w:pPr>
              <w:spacing w:after="8" w:line="245" w:lineRule="auto"/>
            </w:pPr>
            <w:r>
              <w:rPr>
                <w:color w:val="000000"/>
                <w:sz w:val="13"/>
              </w:rPr>
              <w:t>1. Odzivna: na dogovorjen vidni ali zvočni znak spremenim smer, hitrost.</w:t>
            </w:r>
          </w:p>
          <w:p w14:paraId="6511C628" w14:textId="77777777" w:rsidR="00623E5F" w:rsidRDefault="00000000">
            <w:pPr>
              <w:spacing w:after="8" w:line="245" w:lineRule="auto"/>
            </w:pPr>
            <w:r>
              <w:rPr>
                <w:color w:val="000000"/>
                <w:sz w:val="13"/>
              </w:rPr>
              <w:t>2. Sodelovalna: v paru ali trojici rešim nalogo, pri kateri »upoštevam pravila« in.</w:t>
            </w:r>
          </w:p>
          <w:p w14:paraId="75EBE709" w14:textId="77777777" w:rsidR="00623E5F" w:rsidRDefault="00000000">
            <w:pPr>
              <w:spacing w:after="8" w:line="245" w:lineRule="auto"/>
            </w:pPr>
            <w:r>
              <w:rPr>
                <w:color w:val="000000"/>
                <w:sz w:val="13"/>
              </w:rPr>
              <w:t>3. Pravilna: s slikovnimi karticami sestavim pravilo.</w:t>
            </w:r>
          </w:p>
          <w:p w14:paraId="760B43CB" w14:textId="77777777" w:rsidR="00623E5F" w:rsidRDefault="00000000">
            <w:pPr>
              <w:spacing w:after="8" w:line="245" w:lineRule="auto"/>
            </w:pPr>
            <w:r>
              <w:rPr>
                <w:color w:val="000000"/>
                <w:sz w:val="13"/>
              </w:rPr>
              <w:t>4. Igra brez izločanja: vsi ostajamo dejavni, menjamo vloge in preverimo.</w:t>
            </w:r>
          </w:p>
          <w:p w14:paraId="2934C8F2"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690DABAD" w14:textId="77777777" w:rsidR="00623E5F" w:rsidRDefault="00000000">
            <w:pPr>
              <w:spacing w:after="14" w:line="245" w:lineRule="auto"/>
            </w:pPr>
            <w:r>
              <w:rPr>
                <w:b/>
                <w:color w:val="D95BC6"/>
                <w:sz w:val="16"/>
              </w:rPr>
              <w:t>DOKAZ O UČENJU</w:t>
            </w:r>
          </w:p>
          <w:p w14:paraId="4C7FFBCA"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3446D9C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57E7F25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D1EA3DB"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B80D13D" w14:textId="77777777" w:rsidR="00623E5F" w:rsidRDefault="00000000">
            <w:pPr>
              <w:jc w:val="center"/>
            </w:pPr>
            <w:r>
              <w:rPr>
                <w:b/>
                <w:color w:val="000000"/>
                <w:sz w:val="20"/>
              </w:rPr>
              <w:t>UČNE DEJAVNOSTI, METODE IN FORMATIVNO SPREMLJANJE</w:t>
            </w:r>
          </w:p>
        </w:tc>
      </w:tr>
      <w:tr w:rsidR="00623E5F" w14:paraId="1DCD7BBC" w14:textId="77777777">
        <w:trPr>
          <w:tblHeader/>
          <w:jc w:val="center"/>
        </w:trPr>
        <w:tc>
          <w:tcPr>
            <w:tcW w:w="4422" w:type="dxa"/>
            <w:vMerge/>
            <w:tcMar>
              <w:top w:w="70" w:type="dxa"/>
              <w:left w:w="90" w:type="dxa"/>
              <w:bottom w:w="70" w:type="dxa"/>
              <w:right w:w="90" w:type="dxa"/>
            </w:tcMar>
            <w:vAlign w:val="center"/>
          </w:tcPr>
          <w:p w14:paraId="7848E3FF" w14:textId="77777777" w:rsidR="00623E5F" w:rsidRDefault="00623E5F"/>
        </w:tc>
        <w:tc>
          <w:tcPr>
            <w:tcW w:w="7087" w:type="dxa"/>
            <w:shd w:val="clear" w:color="auto" w:fill="FFFFFF"/>
            <w:tcMar>
              <w:top w:w="70" w:type="dxa"/>
              <w:left w:w="90" w:type="dxa"/>
              <w:bottom w:w="70" w:type="dxa"/>
              <w:right w:w="90" w:type="dxa"/>
            </w:tcMar>
            <w:vAlign w:val="center"/>
          </w:tcPr>
          <w:p w14:paraId="1F5F9929"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183868C" w14:textId="77777777" w:rsidR="00623E5F" w:rsidRDefault="00000000">
            <w:pPr>
              <w:jc w:val="center"/>
            </w:pPr>
            <w:r>
              <w:rPr>
                <w:b/>
                <w:color w:val="000000"/>
              </w:rPr>
              <w:t>UČENEC</w:t>
            </w:r>
          </w:p>
        </w:tc>
      </w:tr>
      <w:tr w:rsidR="00623E5F" w14:paraId="4313D562" w14:textId="77777777">
        <w:trPr>
          <w:jc w:val="center"/>
        </w:trPr>
        <w:tc>
          <w:tcPr>
            <w:tcW w:w="4422" w:type="dxa"/>
            <w:tcMar>
              <w:top w:w="70" w:type="dxa"/>
              <w:left w:w="90" w:type="dxa"/>
              <w:bottom w:w="70" w:type="dxa"/>
              <w:right w:w="90" w:type="dxa"/>
            </w:tcMar>
          </w:tcPr>
          <w:p w14:paraId="6F108AB9" w14:textId="77777777" w:rsidR="00623E5F" w:rsidRDefault="00623E5F"/>
          <w:p w14:paraId="68A6DA95" w14:textId="77777777" w:rsidR="00623E5F" w:rsidRDefault="00000000">
            <w:pPr>
              <w:spacing w:after="40" w:line="245" w:lineRule="auto"/>
            </w:pPr>
            <w:r>
              <w:rPr>
                <w:b/>
                <w:color w:val="000000"/>
              </w:rPr>
              <w:t>FORMATIVNO SPREMLJANJE</w:t>
            </w:r>
          </w:p>
          <w:p w14:paraId="641C7E3D" w14:textId="77777777" w:rsidR="00623E5F" w:rsidRDefault="00000000">
            <w:pPr>
              <w:pStyle w:val="Oznaenseznam"/>
              <w:spacing w:after="16"/>
            </w:pPr>
            <w:r>
              <w:rPr>
                <w:color w:val="000000"/>
                <w:sz w:val="15"/>
              </w:rPr>
              <w:t>predznanje: gibalni prikaz, odziv na znak, izbira kartice, začetni poskus ali kratka razlaga</w:t>
            </w:r>
          </w:p>
          <w:p w14:paraId="3423CA85" w14:textId="77777777" w:rsidR="00623E5F" w:rsidRDefault="00000000">
            <w:pPr>
              <w:pStyle w:val="Oznaenseznam"/>
              <w:spacing w:after="16"/>
            </w:pPr>
            <w:r>
              <w:rPr>
                <w:color w:val="000000"/>
                <w:sz w:val="15"/>
              </w:rPr>
              <w:t>nameni in merila: kratka poved, slikovni znak, model varne izvedbe in en opazljiv tehnični poudarek</w:t>
            </w:r>
          </w:p>
          <w:p w14:paraId="5C1D1A6B"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638B6D5C" w14:textId="77777777" w:rsidR="00623E5F" w:rsidRDefault="00000000">
            <w:pPr>
              <w:pStyle w:val="Oznaenseznam"/>
              <w:spacing w:after="16"/>
            </w:pPr>
            <w:r>
              <w:rPr>
                <w:color w:val="000000"/>
                <w:sz w:val="15"/>
              </w:rPr>
              <w:t>povratna informacija: opis opaženega, povezava z enim merilom in takoj izvedljiv ponovni poskus</w:t>
            </w:r>
          </w:p>
          <w:p w14:paraId="76EF513D" w14:textId="77777777" w:rsidR="00623E5F" w:rsidRDefault="00000000">
            <w:pPr>
              <w:pStyle w:val="Oznaenseznam"/>
              <w:spacing w:after="16"/>
            </w:pPr>
            <w:r>
              <w:rPr>
                <w:color w:val="000000"/>
                <w:sz w:val="15"/>
              </w:rPr>
              <w:t>samovrednotenje: semafor napora in varnosti, lestvica samostojnosti, izbran dokaz ter osebni naslednji korak</w:t>
            </w:r>
          </w:p>
          <w:p w14:paraId="560C83CD" w14:textId="77777777" w:rsidR="00623E5F" w:rsidRDefault="00000000">
            <w:pPr>
              <w:spacing w:before="40" w:after="20" w:line="245" w:lineRule="auto"/>
            </w:pPr>
            <w:r>
              <w:rPr>
                <w:b/>
                <w:color w:val="000000"/>
                <w:sz w:val="17"/>
              </w:rPr>
              <w:t>VARNOST, POČUTJE IN HIGIENA</w:t>
            </w:r>
          </w:p>
          <w:p w14:paraId="39292604"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Igre so brez izločanja; kontakt, lovljenje za oblačila in prehitevanje v ozkih prehodih niso dovoljeni.</w:t>
            </w:r>
          </w:p>
          <w:p w14:paraId="7AA4396C" w14:textId="77777777" w:rsidR="00623E5F" w:rsidRDefault="00000000">
            <w:pPr>
              <w:spacing w:after="20" w:line="245" w:lineRule="auto"/>
            </w:pPr>
            <w:r>
              <w:rPr>
                <w:b/>
                <w:color w:val="000000"/>
                <w:sz w:val="17"/>
              </w:rPr>
              <w:t>EVIDENCA PO IZVEDBI</w:t>
            </w:r>
          </w:p>
          <w:p w14:paraId="093BD980"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5813C151" w14:textId="77777777" w:rsidR="00623E5F" w:rsidRDefault="00000000">
            <w:pPr>
              <w:spacing w:before="40" w:after="20" w:line="245" w:lineRule="auto"/>
            </w:pPr>
            <w:r>
              <w:rPr>
                <w:b/>
                <w:color w:val="000000"/>
                <w:sz w:val="17"/>
              </w:rPr>
              <w:t>RAVEN DOSEGANJA</w:t>
            </w:r>
          </w:p>
          <w:p w14:paraId="08EC14A6"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63E0DE13"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5FF5FB8" w14:textId="77777777">
              <w:trPr>
                <w:jc w:val="center"/>
              </w:trPr>
              <w:tc>
                <w:tcPr>
                  <w:tcW w:w="7087" w:type="dxa"/>
                  <w:shd w:val="clear" w:color="auto" w:fill="EDC9EA"/>
                  <w:tcMar>
                    <w:top w:w="45" w:type="dxa"/>
                    <w:left w:w="70" w:type="dxa"/>
                    <w:bottom w:w="45" w:type="dxa"/>
                    <w:right w:w="70" w:type="dxa"/>
                  </w:tcMar>
                </w:tcPr>
                <w:p w14:paraId="44B45A77" w14:textId="77777777" w:rsidR="00623E5F" w:rsidRDefault="00000000">
                  <w:pPr>
                    <w:keepNext/>
                  </w:pPr>
                  <w:r>
                    <w:rPr>
                      <w:b/>
                      <w:color w:val="000000"/>
                    </w:rPr>
                    <w:t>VPRAŠANJA V PODPORO GIBALNEMU UČENJU</w:t>
                  </w:r>
                </w:p>
              </w:tc>
            </w:tr>
          </w:tbl>
          <w:p w14:paraId="4108038A" w14:textId="77777777" w:rsidR="00623E5F" w:rsidRDefault="00623E5F">
            <w:pPr>
              <w:spacing w:line="20" w:lineRule="exact"/>
            </w:pPr>
          </w:p>
          <w:p w14:paraId="6B7C9BF9" w14:textId="77777777" w:rsidR="00623E5F" w:rsidRDefault="00000000">
            <w:pPr>
              <w:pStyle w:val="Oznaenseznam"/>
              <w:spacing w:after="16"/>
            </w:pPr>
            <w:r>
              <w:rPr>
                <w:color w:val="000000"/>
                <w:sz w:val="15"/>
              </w:rPr>
              <w:t>Kaj si pri prvem poskusu začutil/-a ali opazil/-a v položaju telesa, ravnotežju, smeri, ritmu ali naporu?</w:t>
            </w:r>
          </w:p>
          <w:p w14:paraId="26788D4E" w14:textId="77777777" w:rsidR="00623E5F" w:rsidRDefault="00000000">
            <w:pPr>
              <w:pStyle w:val="Oznaenseznam"/>
              <w:spacing w:after="16"/>
            </w:pPr>
            <w:r>
              <w:rPr>
                <w:color w:val="000000"/>
                <w:sz w:val="15"/>
              </w:rPr>
              <w:t>Katero varnostno pravilo in kateri gibalni korak sta bila danes najpomembnejša?</w:t>
            </w:r>
          </w:p>
          <w:p w14:paraId="79D1A7E6" w14:textId="77777777" w:rsidR="00623E5F" w:rsidRDefault="00000000">
            <w:pPr>
              <w:pStyle w:val="Oznaenseznam"/>
              <w:spacing w:after="16"/>
            </w:pPr>
            <w:r>
              <w:rPr>
                <w:color w:val="000000"/>
                <w:sz w:val="15"/>
              </w:rPr>
              <w:t>Katero raven si izbral/-a, zakaj je bila primerna in kaj si pri naslednjem poskusu spremenil/-a?</w:t>
            </w:r>
          </w:p>
          <w:p w14:paraId="7B231617" w14:textId="77777777" w:rsidR="00623E5F" w:rsidRDefault="00000000">
            <w:pPr>
              <w:pStyle w:val="Oznaenseznam"/>
              <w:spacing w:after="16"/>
            </w:pPr>
            <w:r>
              <w:rPr>
                <w:color w:val="000000"/>
                <w:sz w:val="15"/>
              </w:rPr>
              <w:t>Kateri tvoj gibalni dokaz najjasneje pokaže dogovorjeno merilo?</w:t>
            </w:r>
          </w:p>
          <w:p w14:paraId="0C137428"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1E193AC7" w14:textId="77777777">
              <w:trPr>
                <w:jc w:val="center"/>
              </w:trPr>
              <w:tc>
                <w:tcPr>
                  <w:tcW w:w="7087" w:type="dxa"/>
                  <w:shd w:val="clear" w:color="auto" w:fill="C6E7F3"/>
                  <w:tcMar>
                    <w:top w:w="45" w:type="dxa"/>
                    <w:left w:w="70" w:type="dxa"/>
                    <w:bottom w:w="45" w:type="dxa"/>
                    <w:right w:w="70" w:type="dxa"/>
                  </w:tcMar>
                </w:tcPr>
                <w:p w14:paraId="615BE97D" w14:textId="77777777" w:rsidR="00623E5F" w:rsidRDefault="00000000">
                  <w:pPr>
                    <w:keepNext/>
                  </w:pPr>
                  <w:r>
                    <w:rPr>
                      <w:b/>
                      <w:color w:val="000000"/>
                    </w:rPr>
                    <w:t>ZAKLJUČNI DEL – UMIRJANJE, RAZTEZANJE, DOKAZ IN REFLEKSIJA (8–10 min)</w:t>
                  </w:r>
                </w:p>
              </w:tc>
            </w:tr>
          </w:tbl>
          <w:p w14:paraId="48F09A04" w14:textId="77777777" w:rsidR="00623E5F" w:rsidRDefault="00623E5F">
            <w:pPr>
              <w:spacing w:line="20" w:lineRule="exact"/>
            </w:pPr>
          </w:p>
          <w:p w14:paraId="51516E5C"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6FC28087" w14:textId="77777777">
              <w:trPr>
                <w:jc w:val="center"/>
              </w:trPr>
              <w:tc>
                <w:tcPr>
                  <w:tcW w:w="7087" w:type="dxa"/>
                  <w:shd w:val="clear" w:color="auto" w:fill="EDC9EA"/>
                  <w:tcMar>
                    <w:top w:w="45" w:type="dxa"/>
                    <w:left w:w="70" w:type="dxa"/>
                    <w:bottom w:w="45" w:type="dxa"/>
                    <w:right w:w="70" w:type="dxa"/>
                  </w:tcMar>
                </w:tcPr>
                <w:p w14:paraId="3C039045" w14:textId="77777777" w:rsidR="00623E5F" w:rsidRDefault="00000000">
                  <w:pPr>
                    <w:keepNext/>
                  </w:pPr>
                  <w:r>
                    <w:rPr>
                      <w:b/>
                      <w:color w:val="000000"/>
                    </w:rPr>
                    <w:t>SAMOVREDNOTENJE</w:t>
                  </w:r>
                </w:p>
              </w:tc>
            </w:tr>
          </w:tbl>
          <w:p w14:paraId="13C9B69A" w14:textId="77777777" w:rsidR="00623E5F" w:rsidRDefault="00623E5F">
            <w:pPr>
              <w:spacing w:line="20" w:lineRule="exact"/>
            </w:pPr>
          </w:p>
          <w:p w14:paraId="3C6EF9A7"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3E1F1926" w14:textId="77777777">
              <w:trPr>
                <w:jc w:val="center"/>
              </w:trPr>
              <w:tc>
                <w:tcPr>
                  <w:tcW w:w="7087" w:type="dxa"/>
                  <w:shd w:val="clear" w:color="auto" w:fill="EDC9EA"/>
                  <w:tcMar>
                    <w:top w:w="45" w:type="dxa"/>
                    <w:left w:w="70" w:type="dxa"/>
                    <w:bottom w:w="45" w:type="dxa"/>
                    <w:right w:w="70" w:type="dxa"/>
                  </w:tcMar>
                </w:tcPr>
                <w:p w14:paraId="086C4EFE" w14:textId="77777777" w:rsidR="00623E5F" w:rsidRDefault="00000000">
                  <w:pPr>
                    <w:keepNext/>
                  </w:pPr>
                  <w:r>
                    <w:rPr>
                      <w:b/>
                      <w:color w:val="000000"/>
                    </w:rPr>
                    <w:t>VRSTNIŠKO OPAZOVANJE IN POVRATNA INFORMACIJA</w:t>
                  </w:r>
                </w:p>
              </w:tc>
            </w:tr>
          </w:tbl>
          <w:p w14:paraId="4A14AD75" w14:textId="77777777" w:rsidR="00623E5F" w:rsidRDefault="00623E5F">
            <w:pPr>
              <w:spacing w:line="20" w:lineRule="exact"/>
            </w:pPr>
          </w:p>
          <w:p w14:paraId="164F3580"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3E0DD97F" w14:textId="77777777">
              <w:trPr>
                <w:jc w:val="center"/>
              </w:trPr>
              <w:tc>
                <w:tcPr>
                  <w:tcW w:w="7087" w:type="dxa"/>
                  <w:shd w:val="clear" w:color="auto" w:fill="EDC9EA"/>
                  <w:tcMar>
                    <w:top w:w="45" w:type="dxa"/>
                    <w:left w:w="70" w:type="dxa"/>
                    <w:bottom w:w="45" w:type="dxa"/>
                    <w:right w:w="70" w:type="dxa"/>
                  </w:tcMar>
                </w:tcPr>
                <w:p w14:paraId="77C43ABA" w14:textId="77777777" w:rsidR="00623E5F" w:rsidRDefault="00000000">
                  <w:pPr>
                    <w:keepNext/>
                  </w:pPr>
                  <w:r>
                    <w:rPr>
                      <w:b/>
                      <w:color w:val="000000"/>
                    </w:rPr>
                    <w:t>SKUPNI POVZETEK</w:t>
                  </w:r>
                </w:p>
              </w:tc>
            </w:tr>
          </w:tbl>
          <w:p w14:paraId="345DB494" w14:textId="77777777" w:rsidR="00623E5F" w:rsidRDefault="00623E5F"/>
          <w:p w14:paraId="09E56AA2" w14:textId="77777777" w:rsidR="00623E5F" w:rsidRDefault="00000000">
            <w:pPr>
              <w:spacing w:before="20" w:after="40" w:line="245" w:lineRule="auto"/>
            </w:pPr>
            <w:r>
              <w:rPr>
                <w:b/>
                <w:color w:val="000000"/>
                <w:sz w:val="16"/>
              </w:rPr>
              <w:t>upoštevam pravila; obvladujem gibanje v skupini; spodbujam sošolce. Izbrani gibalni dokaz pojasnim in določim varen naslednji korak.</w:t>
            </w:r>
          </w:p>
        </w:tc>
        <w:tc>
          <w:tcPr>
            <w:tcW w:w="2551" w:type="dxa"/>
            <w:tcMar>
              <w:top w:w="70" w:type="dxa"/>
              <w:left w:w="90" w:type="dxa"/>
              <w:bottom w:w="70" w:type="dxa"/>
              <w:right w:w="90" w:type="dxa"/>
            </w:tcMar>
          </w:tcPr>
          <w:p w14:paraId="41388CA9" w14:textId="77777777" w:rsidR="00623E5F" w:rsidRDefault="00623E5F"/>
          <w:p w14:paraId="317917FF" w14:textId="77777777" w:rsidR="00623E5F" w:rsidRDefault="00000000">
            <w:pPr>
              <w:spacing w:after="80" w:line="245" w:lineRule="auto"/>
            </w:pPr>
            <w:r>
              <w:rPr>
                <w:color w:val="000000"/>
                <w:sz w:val="15"/>
              </w:rPr>
              <w:t>Odgovarja na podporna vprašanja in se sklicuje na svojo izvedbo, počutje, izbrano raven in varnost.</w:t>
            </w:r>
          </w:p>
          <w:p w14:paraId="0D9A5AFF" w14:textId="77777777" w:rsidR="00623E5F" w:rsidRDefault="00000000">
            <w:pPr>
              <w:spacing w:after="80" w:line="245" w:lineRule="auto"/>
            </w:pPr>
            <w:r>
              <w:rPr>
                <w:color w:val="000000"/>
                <w:sz w:val="15"/>
              </w:rPr>
              <w:t>Predstavi izbrani gibalni dokaz ter pokaže ali pove, katero merilo z njim dosega.</w:t>
            </w:r>
          </w:p>
          <w:p w14:paraId="75A19571" w14:textId="77777777" w:rsidR="00623E5F" w:rsidRDefault="00000000">
            <w:pPr>
              <w:spacing w:after="80" w:line="245" w:lineRule="auto"/>
            </w:pPr>
            <w:r>
              <w:rPr>
                <w:color w:val="000000"/>
                <w:sz w:val="15"/>
              </w:rPr>
              <w:t>Opazuje eno dogovorjeno prvino vrstnikove izvedbe in poda kratek, prijazen ter uporaben odziv.</w:t>
            </w:r>
          </w:p>
          <w:p w14:paraId="52EF01B7"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3621B873" w14:textId="77777777" w:rsidR="00623E5F" w:rsidRDefault="00000000">
            <w:pPr>
              <w:spacing w:after="100" w:line="245" w:lineRule="auto"/>
            </w:pPr>
            <w:r>
              <w:rPr>
                <w:color w:val="000000"/>
                <w:sz w:val="15"/>
              </w:rPr>
              <w:t>Umiri dihanje, oceni napor in počutje, izbere raven samostojnosti ter določi varen naslednji korak.</w:t>
            </w:r>
          </w:p>
          <w:p w14:paraId="46ADEDFE" w14:textId="77777777" w:rsidR="00623E5F" w:rsidRDefault="00000000">
            <w:pPr>
              <w:spacing w:after="20" w:line="245" w:lineRule="auto"/>
            </w:pPr>
            <w:r>
              <w:rPr>
                <w:b/>
                <w:color w:val="D95BC6"/>
                <w:sz w:val="17"/>
              </w:rPr>
              <w:t>DOKAZ O UČENJU</w:t>
            </w:r>
          </w:p>
          <w:p w14:paraId="198FF76D"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6AEDE0B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104446D0" w14:textId="77777777">
        <w:trPr>
          <w:cantSplit/>
          <w:jc w:val="center"/>
        </w:trPr>
        <w:tc>
          <w:tcPr>
            <w:tcW w:w="14060" w:type="dxa"/>
            <w:gridSpan w:val="6"/>
            <w:tcMar>
              <w:top w:w="70" w:type="dxa"/>
              <w:left w:w="90" w:type="dxa"/>
              <w:bottom w:w="70" w:type="dxa"/>
              <w:right w:w="90" w:type="dxa"/>
            </w:tcMar>
            <w:vAlign w:val="center"/>
          </w:tcPr>
          <w:p w14:paraId="42D21389" w14:textId="77777777" w:rsidR="00623E5F" w:rsidRDefault="00000000">
            <w:pPr>
              <w:jc w:val="center"/>
            </w:pPr>
            <w:r>
              <w:rPr>
                <w:b/>
                <w:color w:val="000000"/>
                <w:sz w:val="24"/>
              </w:rPr>
              <w:lastRenderedPageBreak/>
              <w:t>UČNA PRIPRAVA 17/39</w:t>
            </w:r>
          </w:p>
        </w:tc>
      </w:tr>
      <w:tr w:rsidR="00623E5F" w14:paraId="027A100D" w14:textId="77777777">
        <w:trPr>
          <w:jc w:val="center"/>
        </w:trPr>
        <w:tc>
          <w:tcPr>
            <w:tcW w:w="2665" w:type="dxa"/>
            <w:tcMar>
              <w:top w:w="70" w:type="dxa"/>
              <w:left w:w="90" w:type="dxa"/>
              <w:bottom w:w="70" w:type="dxa"/>
              <w:right w:w="90" w:type="dxa"/>
            </w:tcMar>
            <w:vAlign w:val="center"/>
          </w:tcPr>
          <w:p w14:paraId="265D5D73"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6D6CDFB"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59A901C8"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3B62934" w14:textId="77777777" w:rsidR="00623E5F" w:rsidRDefault="00000000">
            <w:r>
              <w:rPr>
                <w:b/>
                <w:color w:val="000000"/>
                <w:sz w:val="16"/>
              </w:rPr>
              <w:t xml:space="preserve">NAČRTOVANI TERMIN: </w:t>
            </w:r>
            <w:r>
              <w:rPr>
                <w:color w:val="000000"/>
                <w:sz w:val="16"/>
              </w:rPr>
              <w:t>17. teden • 4.–8. 1. 2027</w:t>
            </w:r>
          </w:p>
        </w:tc>
        <w:tc>
          <w:tcPr>
            <w:tcW w:w="2268" w:type="dxa"/>
            <w:tcMar>
              <w:top w:w="70" w:type="dxa"/>
              <w:left w:w="90" w:type="dxa"/>
              <w:bottom w:w="70" w:type="dxa"/>
              <w:right w:w="90" w:type="dxa"/>
            </w:tcMar>
            <w:vAlign w:val="center"/>
          </w:tcPr>
          <w:p w14:paraId="3E5777AC"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C96DBC6" w14:textId="77777777" w:rsidR="00623E5F" w:rsidRDefault="00000000">
            <w:r>
              <w:rPr>
                <w:b/>
                <w:color w:val="000000"/>
                <w:sz w:val="16"/>
              </w:rPr>
              <w:t xml:space="preserve">ŠTEVILO UR: </w:t>
            </w:r>
            <w:r>
              <w:rPr>
                <w:color w:val="000000"/>
                <w:sz w:val="16"/>
              </w:rPr>
              <w:t>3</w:t>
            </w:r>
          </w:p>
        </w:tc>
      </w:tr>
      <w:tr w:rsidR="00623E5F" w14:paraId="1DAB3D71" w14:textId="77777777">
        <w:trPr>
          <w:jc w:val="center"/>
        </w:trPr>
        <w:tc>
          <w:tcPr>
            <w:tcW w:w="14061" w:type="dxa"/>
            <w:gridSpan w:val="6"/>
            <w:tcMar>
              <w:top w:w="70" w:type="dxa"/>
              <w:left w:w="90" w:type="dxa"/>
              <w:bottom w:w="70" w:type="dxa"/>
              <w:right w:w="90" w:type="dxa"/>
            </w:tcMar>
            <w:vAlign w:val="center"/>
          </w:tcPr>
          <w:p w14:paraId="1FC68363"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5FCE60B6" w14:textId="77777777">
        <w:trPr>
          <w:cantSplit/>
          <w:jc w:val="center"/>
        </w:trPr>
        <w:tc>
          <w:tcPr>
            <w:tcW w:w="14060" w:type="dxa"/>
            <w:gridSpan w:val="6"/>
            <w:tcMar>
              <w:top w:w="70" w:type="dxa"/>
              <w:left w:w="90" w:type="dxa"/>
              <w:bottom w:w="70" w:type="dxa"/>
              <w:right w:w="90" w:type="dxa"/>
            </w:tcMar>
            <w:vAlign w:val="center"/>
          </w:tcPr>
          <w:p w14:paraId="4D60E5AD" w14:textId="77777777" w:rsidR="00623E5F" w:rsidRDefault="00623E5F"/>
          <w:p w14:paraId="1957FE95" w14:textId="77777777" w:rsidR="00623E5F" w:rsidRDefault="00000000">
            <w:pPr>
              <w:spacing w:line="245" w:lineRule="auto"/>
            </w:pPr>
            <w:r>
              <w:rPr>
                <w:b/>
                <w:color w:val="000000"/>
                <w:sz w:val="15"/>
              </w:rPr>
              <w:t xml:space="preserve">UČNI SKLOP: </w:t>
            </w:r>
            <w:r>
              <w:rPr>
                <w:color w:val="000000"/>
                <w:sz w:val="15"/>
              </w:rPr>
              <w:t>ZIMA, SNOVI IN POJAVI</w:t>
            </w:r>
          </w:p>
        </w:tc>
      </w:tr>
      <w:tr w:rsidR="00623E5F" w14:paraId="659ABB55" w14:textId="77777777">
        <w:trPr>
          <w:cantSplit/>
          <w:jc w:val="center"/>
        </w:trPr>
        <w:tc>
          <w:tcPr>
            <w:tcW w:w="14060" w:type="dxa"/>
            <w:gridSpan w:val="6"/>
            <w:tcMar>
              <w:top w:w="70" w:type="dxa"/>
              <w:left w:w="90" w:type="dxa"/>
              <w:bottom w:w="70" w:type="dxa"/>
              <w:right w:w="90" w:type="dxa"/>
            </w:tcMar>
            <w:vAlign w:val="center"/>
          </w:tcPr>
          <w:p w14:paraId="0B610402" w14:textId="77777777" w:rsidR="00623E5F" w:rsidRDefault="00623E5F"/>
          <w:p w14:paraId="23E364B2" w14:textId="77777777" w:rsidR="00623E5F" w:rsidRDefault="00000000">
            <w:pPr>
              <w:spacing w:line="245" w:lineRule="auto"/>
            </w:pPr>
            <w:r>
              <w:rPr>
                <w:b/>
                <w:color w:val="000000"/>
                <w:sz w:val="15"/>
              </w:rPr>
              <w:t xml:space="preserve">UČNA TEMA: </w:t>
            </w:r>
            <w:r>
              <w:rPr>
                <w:color w:val="000000"/>
                <w:sz w:val="15"/>
              </w:rPr>
              <w:t>GIMNASTIČNA ABECEDA</w:t>
            </w:r>
          </w:p>
        </w:tc>
      </w:tr>
      <w:tr w:rsidR="00623E5F" w14:paraId="1538F3D9" w14:textId="77777777">
        <w:trPr>
          <w:cantSplit/>
          <w:jc w:val="center"/>
        </w:trPr>
        <w:tc>
          <w:tcPr>
            <w:tcW w:w="14060" w:type="dxa"/>
            <w:gridSpan w:val="6"/>
            <w:tcMar>
              <w:top w:w="70" w:type="dxa"/>
              <w:left w:w="90" w:type="dxa"/>
              <w:bottom w:w="70" w:type="dxa"/>
              <w:right w:w="90" w:type="dxa"/>
            </w:tcMar>
            <w:vAlign w:val="center"/>
          </w:tcPr>
          <w:p w14:paraId="7C118E55" w14:textId="77777777" w:rsidR="00623E5F" w:rsidRDefault="00623E5F"/>
          <w:p w14:paraId="488E46A5" w14:textId="77777777" w:rsidR="00623E5F" w:rsidRDefault="00000000">
            <w:pPr>
              <w:spacing w:line="245" w:lineRule="auto"/>
            </w:pPr>
            <w:r>
              <w:rPr>
                <w:b/>
                <w:color w:val="000000"/>
                <w:sz w:val="15"/>
              </w:rPr>
              <w:t xml:space="preserve">KNJIŽEVNO / MOTIVNO IZHODIŠČE: </w:t>
            </w:r>
            <w:r>
              <w:rPr>
                <w:color w:val="000000"/>
                <w:sz w:val="15"/>
              </w:rPr>
              <w:t>»Janko in Metka« – brata Grimm • zima, gozd, varnost in pravljični prostor</w:t>
            </w:r>
          </w:p>
        </w:tc>
      </w:tr>
      <w:tr w:rsidR="00623E5F" w14:paraId="3C143ECB" w14:textId="77777777">
        <w:trPr>
          <w:cantSplit/>
          <w:jc w:val="center"/>
        </w:trPr>
        <w:tc>
          <w:tcPr>
            <w:tcW w:w="14060" w:type="dxa"/>
            <w:gridSpan w:val="6"/>
            <w:tcMar>
              <w:top w:w="70" w:type="dxa"/>
              <w:left w:w="90" w:type="dxa"/>
              <w:bottom w:w="70" w:type="dxa"/>
              <w:right w:w="90" w:type="dxa"/>
            </w:tcMar>
            <w:vAlign w:val="center"/>
          </w:tcPr>
          <w:p w14:paraId="44EF7F62" w14:textId="77777777" w:rsidR="00623E5F" w:rsidRDefault="00623E5F"/>
          <w:p w14:paraId="32F6AB3E" w14:textId="77777777" w:rsidR="00623E5F" w:rsidRDefault="00000000">
            <w:pPr>
              <w:spacing w:line="245" w:lineRule="auto"/>
            </w:pPr>
            <w:r>
              <w:rPr>
                <w:b/>
                <w:color w:val="000000"/>
                <w:sz w:val="15"/>
              </w:rPr>
              <w:t xml:space="preserve">GIBALNO IZHODIŠČE / MOTIVACIJA: </w:t>
            </w:r>
            <w:r>
              <w:rPr>
                <w:color w:val="000000"/>
                <w:sz w:val="15"/>
              </w:rPr>
              <w:t>na tleh se pojavi pot stopinj, puščic in varnih ovir; učenci z gibalno napovedjo iščejo različne rešitve za temo »gimnastična abeceda«. Tedenski gibalni izziv: premaga zimski gozdni poligon v paru.</w:t>
            </w:r>
          </w:p>
        </w:tc>
      </w:tr>
      <w:tr w:rsidR="00623E5F" w14:paraId="6FAB180C" w14:textId="77777777">
        <w:trPr>
          <w:cantSplit/>
          <w:jc w:val="center"/>
        </w:trPr>
        <w:tc>
          <w:tcPr>
            <w:tcW w:w="14060" w:type="dxa"/>
            <w:gridSpan w:val="6"/>
            <w:tcMar>
              <w:top w:w="70" w:type="dxa"/>
              <w:left w:w="90" w:type="dxa"/>
              <w:bottom w:w="70" w:type="dxa"/>
              <w:right w:w="90" w:type="dxa"/>
            </w:tcMar>
            <w:vAlign w:val="center"/>
          </w:tcPr>
          <w:p w14:paraId="6FB9C058" w14:textId="77777777" w:rsidR="00623E5F" w:rsidRDefault="00623E5F"/>
          <w:p w14:paraId="4414DE90" w14:textId="77777777" w:rsidR="00623E5F" w:rsidRDefault="00000000">
            <w:pPr>
              <w:spacing w:line="245" w:lineRule="auto"/>
            </w:pPr>
            <w:r>
              <w:rPr>
                <w:b/>
                <w:color w:val="000000"/>
                <w:sz w:val="15"/>
              </w:rPr>
              <w:t xml:space="preserve">UČNE ENOTE: </w:t>
            </w:r>
            <w:r>
              <w:rPr>
                <w:color w:val="000000"/>
                <w:sz w:val="15"/>
              </w:rPr>
              <w:t>1. ura – Gimnastična abeceda – Ogrejem se in usvojim gib • 2. ura – Gimnastična abeceda – Vadim na postajah • 3. ura – Gimnastična abeceda – Uporabim v igri</w:t>
            </w:r>
          </w:p>
        </w:tc>
      </w:tr>
      <w:tr w:rsidR="00623E5F" w14:paraId="47EE22A6" w14:textId="77777777">
        <w:trPr>
          <w:cantSplit/>
          <w:jc w:val="center"/>
        </w:trPr>
        <w:tc>
          <w:tcPr>
            <w:tcW w:w="14060" w:type="dxa"/>
            <w:gridSpan w:val="6"/>
            <w:tcMar>
              <w:top w:w="70" w:type="dxa"/>
              <w:left w:w="90" w:type="dxa"/>
              <w:bottom w:w="70" w:type="dxa"/>
              <w:right w:w="90" w:type="dxa"/>
            </w:tcMar>
            <w:vAlign w:val="center"/>
          </w:tcPr>
          <w:p w14:paraId="11C6671E" w14:textId="77777777" w:rsidR="00623E5F" w:rsidRDefault="00623E5F"/>
          <w:p w14:paraId="036EACF7"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2DA366D3" w14:textId="77777777">
        <w:trPr>
          <w:cantSplit/>
          <w:jc w:val="center"/>
        </w:trPr>
        <w:tc>
          <w:tcPr>
            <w:tcW w:w="14060" w:type="dxa"/>
            <w:gridSpan w:val="6"/>
            <w:tcMar>
              <w:top w:w="70" w:type="dxa"/>
              <w:left w:w="90" w:type="dxa"/>
              <w:bottom w:w="70" w:type="dxa"/>
              <w:right w:w="90" w:type="dxa"/>
            </w:tcMar>
            <w:vAlign w:val="center"/>
          </w:tcPr>
          <w:p w14:paraId="15B40682" w14:textId="77777777" w:rsidR="00623E5F" w:rsidRDefault="00623E5F"/>
          <w:p w14:paraId="366A78A7"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5150365C" w14:textId="77777777">
        <w:trPr>
          <w:cantSplit/>
          <w:jc w:val="center"/>
        </w:trPr>
        <w:tc>
          <w:tcPr>
            <w:tcW w:w="14060" w:type="dxa"/>
            <w:gridSpan w:val="6"/>
            <w:tcMar>
              <w:top w:w="70" w:type="dxa"/>
              <w:left w:w="90" w:type="dxa"/>
              <w:bottom w:w="70" w:type="dxa"/>
              <w:right w:w="90" w:type="dxa"/>
            </w:tcMar>
            <w:vAlign w:val="center"/>
          </w:tcPr>
          <w:p w14:paraId="70AC836B" w14:textId="77777777" w:rsidR="00623E5F" w:rsidRDefault="00623E5F"/>
          <w:p w14:paraId="253A86C0"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326898B1" w14:textId="77777777">
        <w:trPr>
          <w:cantSplit/>
          <w:jc w:val="center"/>
        </w:trPr>
        <w:tc>
          <w:tcPr>
            <w:tcW w:w="14060" w:type="dxa"/>
            <w:gridSpan w:val="6"/>
            <w:tcMar>
              <w:top w:w="70" w:type="dxa"/>
              <w:left w:w="90" w:type="dxa"/>
              <w:bottom w:w="70" w:type="dxa"/>
              <w:right w:w="90" w:type="dxa"/>
            </w:tcMar>
            <w:vAlign w:val="center"/>
          </w:tcPr>
          <w:p w14:paraId="0D42539F" w14:textId="77777777" w:rsidR="00623E5F" w:rsidRDefault="00623E5F"/>
          <w:p w14:paraId="448EB954" w14:textId="77777777" w:rsidR="00623E5F" w:rsidRDefault="00000000">
            <w:pPr>
              <w:spacing w:line="245" w:lineRule="auto"/>
            </w:pPr>
            <w:r>
              <w:rPr>
                <w:b/>
                <w:color w:val="000000"/>
                <w:sz w:val="15"/>
              </w:rPr>
              <w:t xml:space="preserve">MEDPREDMETNE POVEZAVE: </w:t>
            </w:r>
            <w:r>
              <w:rPr>
                <w:color w:val="000000"/>
                <w:sz w:val="15"/>
              </w:rPr>
              <w:t>SPO – zima, gozd, varnost in pravljični prostor,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74079C1B" w14:textId="77777777">
        <w:trPr>
          <w:cantSplit/>
          <w:jc w:val="center"/>
        </w:trPr>
        <w:tc>
          <w:tcPr>
            <w:tcW w:w="14060" w:type="dxa"/>
            <w:gridSpan w:val="6"/>
            <w:tcMar>
              <w:top w:w="70" w:type="dxa"/>
              <w:left w:w="90" w:type="dxa"/>
              <w:bottom w:w="70" w:type="dxa"/>
              <w:right w:w="90" w:type="dxa"/>
            </w:tcMar>
            <w:vAlign w:val="center"/>
          </w:tcPr>
          <w:p w14:paraId="71B69B95" w14:textId="77777777" w:rsidR="00623E5F" w:rsidRDefault="00623E5F"/>
          <w:p w14:paraId="057BA8CE" w14:textId="77777777" w:rsidR="00623E5F" w:rsidRDefault="00000000">
            <w:pPr>
              <w:spacing w:line="245" w:lineRule="auto"/>
            </w:pPr>
            <w:r>
              <w:rPr>
                <w:b/>
                <w:color w:val="000000"/>
                <w:sz w:val="15"/>
              </w:rPr>
              <w:t xml:space="preserve">UČNA SREDSTVA IN PRIPOMOČKI: </w:t>
            </w:r>
            <w:r>
              <w:rPr>
                <w:color w:val="000000"/>
                <w:sz w:val="15"/>
              </w:rPr>
              <w:t>stožci, talne oznake, obroči, vrvi, klopi, letveniki ali nizka plezala, blazine in mehke ovire; kartice namena in kriterijev; oznake štirih postaj; opazovalni list; semafor napora in mapa dokazov</w:t>
            </w:r>
          </w:p>
        </w:tc>
      </w:tr>
      <w:tr w:rsidR="00623E5F" w14:paraId="49FF03C5" w14:textId="77777777">
        <w:trPr>
          <w:cantSplit/>
          <w:jc w:val="center"/>
        </w:trPr>
        <w:tc>
          <w:tcPr>
            <w:tcW w:w="14060" w:type="dxa"/>
            <w:gridSpan w:val="6"/>
            <w:tcMar>
              <w:top w:w="70" w:type="dxa"/>
              <w:left w:w="90" w:type="dxa"/>
              <w:bottom w:w="70" w:type="dxa"/>
              <w:right w:w="90" w:type="dxa"/>
            </w:tcMar>
            <w:vAlign w:val="center"/>
          </w:tcPr>
          <w:p w14:paraId="62FCBDA1" w14:textId="77777777" w:rsidR="00623E5F" w:rsidRDefault="00623E5F"/>
          <w:p w14:paraId="1503B337"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30B5CC81" w14:textId="77777777">
        <w:trPr>
          <w:cantSplit/>
          <w:jc w:val="center"/>
        </w:trPr>
        <w:tc>
          <w:tcPr>
            <w:tcW w:w="14060" w:type="dxa"/>
            <w:gridSpan w:val="6"/>
            <w:tcMar>
              <w:top w:w="70" w:type="dxa"/>
              <w:left w:w="90" w:type="dxa"/>
              <w:bottom w:w="70" w:type="dxa"/>
              <w:right w:w="90" w:type="dxa"/>
            </w:tcMar>
            <w:vAlign w:val="center"/>
          </w:tcPr>
          <w:p w14:paraId="57407EA5" w14:textId="77777777" w:rsidR="00623E5F" w:rsidRDefault="00623E5F"/>
          <w:p w14:paraId="6047773A"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799EB2FE" w14:textId="77777777">
        <w:trPr>
          <w:cantSplit/>
          <w:jc w:val="center"/>
        </w:trPr>
        <w:tc>
          <w:tcPr>
            <w:tcW w:w="14060" w:type="dxa"/>
            <w:gridSpan w:val="6"/>
            <w:tcMar>
              <w:top w:w="70" w:type="dxa"/>
              <w:left w:w="90" w:type="dxa"/>
              <w:bottom w:w="70" w:type="dxa"/>
              <w:right w:w="90" w:type="dxa"/>
            </w:tcMar>
            <w:vAlign w:val="center"/>
          </w:tcPr>
          <w:p w14:paraId="497341EF" w14:textId="77777777" w:rsidR="00623E5F" w:rsidRDefault="00623E5F"/>
          <w:p w14:paraId="65B55C31"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5845A96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72162BA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380498F"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B929976" w14:textId="77777777" w:rsidR="00623E5F" w:rsidRDefault="00000000">
            <w:pPr>
              <w:jc w:val="center"/>
            </w:pPr>
            <w:r>
              <w:rPr>
                <w:b/>
                <w:color w:val="000000"/>
                <w:sz w:val="20"/>
              </w:rPr>
              <w:t>UČNE DEJAVNOSTI, METODE IN FORMATIVNO SPREMLJANJE</w:t>
            </w:r>
          </w:p>
        </w:tc>
      </w:tr>
      <w:tr w:rsidR="00623E5F" w14:paraId="75E59731" w14:textId="77777777">
        <w:trPr>
          <w:tblHeader/>
          <w:jc w:val="center"/>
        </w:trPr>
        <w:tc>
          <w:tcPr>
            <w:tcW w:w="4422" w:type="dxa"/>
            <w:vMerge/>
            <w:tcMar>
              <w:top w:w="70" w:type="dxa"/>
              <w:left w:w="90" w:type="dxa"/>
              <w:bottom w:w="70" w:type="dxa"/>
              <w:right w:w="90" w:type="dxa"/>
            </w:tcMar>
            <w:vAlign w:val="center"/>
          </w:tcPr>
          <w:p w14:paraId="57952272" w14:textId="77777777" w:rsidR="00623E5F" w:rsidRDefault="00623E5F"/>
        </w:tc>
        <w:tc>
          <w:tcPr>
            <w:tcW w:w="7087" w:type="dxa"/>
            <w:shd w:val="clear" w:color="auto" w:fill="FFFFFF"/>
            <w:tcMar>
              <w:top w:w="70" w:type="dxa"/>
              <w:left w:w="90" w:type="dxa"/>
              <w:bottom w:w="70" w:type="dxa"/>
              <w:right w:w="90" w:type="dxa"/>
            </w:tcMar>
            <w:vAlign w:val="center"/>
          </w:tcPr>
          <w:p w14:paraId="0F575099"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3BBC79D" w14:textId="77777777" w:rsidR="00623E5F" w:rsidRDefault="00000000">
            <w:pPr>
              <w:jc w:val="center"/>
            </w:pPr>
            <w:r>
              <w:rPr>
                <w:b/>
                <w:color w:val="000000"/>
              </w:rPr>
              <w:t>UČENEC</w:t>
            </w:r>
          </w:p>
        </w:tc>
      </w:tr>
      <w:tr w:rsidR="00623E5F" w14:paraId="397E98BD" w14:textId="77777777">
        <w:trPr>
          <w:jc w:val="center"/>
        </w:trPr>
        <w:tc>
          <w:tcPr>
            <w:tcW w:w="4422" w:type="dxa"/>
            <w:tcMar>
              <w:top w:w="70" w:type="dxa"/>
              <w:left w:w="90" w:type="dxa"/>
              <w:bottom w:w="70" w:type="dxa"/>
              <w:right w:w="90" w:type="dxa"/>
            </w:tcMar>
          </w:tcPr>
          <w:p w14:paraId="03E625BF" w14:textId="77777777" w:rsidR="00623E5F" w:rsidRDefault="00623E5F"/>
          <w:p w14:paraId="2F42B614" w14:textId="77777777" w:rsidR="00623E5F" w:rsidRDefault="00000000">
            <w:pPr>
              <w:spacing w:after="60" w:line="245" w:lineRule="auto"/>
            </w:pPr>
            <w:r>
              <w:rPr>
                <w:b/>
                <w:color w:val="000000"/>
              </w:rPr>
              <w:t>UČNI CILJI</w:t>
            </w:r>
          </w:p>
          <w:p w14:paraId="2D4FDEC1" w14:textId="77777777" w:rsidR="00623E5F" w:rsidRDefault="00000000">
            <w:pPr>
              <w:spacing w:after="20" w:line="245" w:lineRule="auto"/>
            </w:pPr>
            <w:r>
              <w:rPr>
                <w:b/>
                <w:color w:val="000000"/>
                <w:sz w:val="17"/>
              </w:rPr>
              <w:t>SPLOŠNI</w:t>
            </w:r>
          </w:p>
          <w:p w14:paraId="6C216282"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57CD119B" w14:textId="77777777" w:rsidR="00623E5F" w:rsidRDefault="00000000">
            <w:pPr>
              <w:pStyle w:val="Oznaenseznam"/>
              <w:spacing w:after="16"/>
            </w:pPr>
            <w:r>
              <w:rPr>
                <w:color w:val="000000"/>
                <w:sz w:val="15"/>
              </w:rPr>
              <w:t>varno hodi, teče, skače, meče, pleza, se plazi, lovi, ravnoteži, pleše in uporablja različne rekvizite</w:t>
            </w:r>
          </w:p>
          <w:p w14:paraId="7129553A" w14:textId="77777777" w:rsidR="00623E5F" w:rsidRDefault="00000000">
            <w:pPr>
              <w:pStyle w:val="Oznaenseznam"/>
              <w:spacing w:after="16"/>
            </w:pPr>
            <w:r>
              <w:rPr>
                <w:color w:val="000000"/>
                <w:sz w:val="15"/>
              </w:rPr>
              <w:t>razume pomen rednega gibanja, ogrevanja, higiene, primerne opreme, počitka in varnega ravnanja</w:t>
            </w:r>
          </w:p>
          <w:p w14:paraId="59B77DD1"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6F629C8E" w14:textId="77777777" w:rsidR="00623E5F" w:rsidRDefault="00000000">
            <w:pPr>
              <w:spacing w:before="40" w:after="20" w:line="245" w:lineRule="auto"/>
            </w:pPr>
            <w:r>
              <w:rPr>
                <w:b/>
                <w:color w:val="000000"/>
                <w:sz w:val="17"/>
              </w:rPr>
              <w:t>OPERATIVNI</w:t>
            </w:r>
          </w:p>
          <w:p w14:paraId="351CE76D" w14:textId="77777777" w:rsidR="00623E5F" w:rsidRDefault="00000000">
            <w:pPr>
              <w:pStyle w:val="Oznaenseznam"/>
              <w:spacing w:after="16"/>
            </w:pPr>
            <w:r>
              <w:rPr>
                <w:color w:val="000000"/>
                <w:sz w:val="15"/>
              </w:rPr>
              <w:t>izvede prevalne predvaje</w:t>
            </w:r>
          </w:p>
          <w:p w14:paraId="30E7138B" w14:textId="77777777" w:rsidR="00623E5F" w:rsidRDefault="00000000">
            <w:pPr>
              <w:pStyle w:val="Oznaenseznam"/>
              <w:spacing w:after="16"/>
            </w:pPr>
            <w:r>
              <w:rPr>
                <w:color w:val="000000"/>
                <w:sz w:val="15"/>
              </w:rPr>
              <w:t>skače čez nizko oviro</w:t>
            </w:r>
          </w:p>
          <w:p w14:paraId="2BE59842" w14:textId="77777777" w:rsidR="00623E5F" w:rsidRDefault="00000000">
            <w:pPr>
              <w:pStyle w:val="Oznaenseznam"/>
              <w:spacing w:after="16"/>
            </w:pPr>
            <w:r>
              <w:rPr>
                <w:color w:val="000000"/>
                <w:sz w:val="15"/>
              </w:rPr>
              <w:t>varno uporablja klop</w:t>
            </w:r>
          </w:p>
          <w:p w14:paraId="220EF0DF" w14:textId="77777777" w:rsidR="00623E5F" w:rsidRDefault="00000000">
            <w:pPr>
              <w:spacing w:before="40" w:after="20" w:line="245" w:lineRule="auto"/>
            </w:pPr>
            <w:r>
              <w:rPr>
                <w:b/>
                <w:color w:val="000000"/>
                <w:sz w:val="17"/>
              </w:rPr>
              <w:t>PRIČAKOVANI DOSEŽKI / MINIMALNI POUDARKI</w:t>
            </w:r>
          </w:p>
          <w:p w14:paraId="323B6D22" w14:textId="77777777" w:rsidR="00623E5F" w:rsidRDefault="00000000">
            <w:pPr>
              <w:pStyle w:val="Oznaenseznam"/>
              <w:spacing w:after="16"/>
            </w:pPr>
            <w:r>
              <w:rPr>
                <w:color w:val="000000"/>
                <w:sz w:val="15"/>
              </w:rPr>
              <w:t>učenec samostojno oziroma z dogovorjeno oporo izvede prevalne predvaje</w:t>
            </w:r>
          </w:p>
          <w:p w14:paraId="2CD68E30" w14:textId="77777777" w:rsidR="00623E5F" w:rsidRDefault="00000000">
            <w:pPr>
              <w:pStyle w:val="Oznaenseznam"/>
              <w:spacing w:after="16"/>
            </w:pPr>
            <w:r>
              <w:rPr>
                <w:color w:val="000000"/>
                <w:sz w:val="15"/>
              </w:rPr>
              <w:t>učenec samostojno oziroma z dogovorjeno oporo skače čez nizko oviro</w:t>
            </w:r>
          </w:p>
          <w:p w14:paraId="3E19A34D" w14:textId="77777777" w:rsidR="00623E5F" w:rsidRDefault="00000000">
            <w:pPr>
              <w:pStyle w:val="Oznaenseznam"/>
              <w:spacing w:after="16"/>
            </w:pPr>
            <w:r>
              <w:rPr>
                <w:color w:val="000000"/>
                <w:sz w:val="15"/>
              </w:rPr>
              <w:t>učenec samostojno oziroma z dogovorjeno oporo varno uporablja klop</w:t>
            </w:r>
          </w:p>
        </w:tc>
        <w:tc>
          <w:tcPr>
            <w:tcW w:w="7087" w:type="dxa"/>
            <w:tcMar>
              <w:top w:w="70" w:type="dxa"/>
              <w:left w:w="90" w:type="dxa"/>
              <w:bottom w:w="70" w:type="dxa"/>
              <w:right w:w="90" w:type="dxa"/>
            </w:tcMar>
          </w:tcPr>
          <w:p w14:paraId="789A8EF8"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D3E4F77" w14:textId="77777777">
              <w:trPr>
                <w:jc w:val="center"/>
              </w:trPr>
              <w:tc>
                <w:tcPr>
                  <w:tcW w:w="7087" w:type="dxa"/>
                  <w:shd w:val="clear" w:color="auto" w:fill="C6E7F3"/>
                  <w:tcMar>
                    <w:top w:w="45" w:type="dxa"/>
                    <w:left w:w="70" w:type="dxa"/>
                    <w:bottom w:w="45" w:type="dxa"/>
                    <w:right w:w="70" w:type="dxa"/>
                  </w:tcMar>
                </w:tcPr>
                <w:p w14:paraId="5C6BC3AB" w14:textId="77777777" w:rsidR="00623E5F" w:rsidRDefault="00000000">
                  <w:pPr>
                    <w:keepNext/>
                  </w:pPr>
                  <w:r>
                    <w:rPr>
                      <w:b/>
                      <w:color w:val="000000"/>
                    </w:rPr>
                    <w:t>UVODNI DEL – POČUTJE, GIBALNI NAMIG, PREDZNANJE IN NAMEN UČENJA (7–10 min)</w:t>
                  </w:r>
                </w:p>
              </w:tc>
            </w:tr>
          </w:tbl>
          <w:p w14:paraId="4A7B41A0" w14:textId="77777777" w:rsidR="00623E5F" w:rsidRDefault="00623E5F">
            <w:pPr>
              <w:spacing w:line="20" w:lineRule="exact"/>
            </w:pPr>
          </w:p>
          <w:p w14:paraId="75917635" w14:textId="77777777" w:rsidR="00623E5F" w:rsidRDefault="00000000">
            <w:pPr>
              <w:spacing w:before="40" w:after="60" w:line="245" w:lineRule="auto"/>
            </w:pPr>
            <w:r>
              <w:rPr>
                <w:color w:val="000000"/>
                <w:sz w:val="15"/>
              </w:rPr>
              <w:t>Ob književnem motivu »Janko in Metka« – brata Grimm učenci vstopijo v temo zima, gozd, varnost in pravljični prostor. Učiteljica pripravi kratek gibalni namig: na tleh se pojavi pot stopinj, puščic in varnih ovir; učenci z gibalno napovedjo iščejo različne rešitve za temo »gimnastična abeceda«. Tedenski gibalni izziv: premaga zimski gozdni poligon v paru.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47F68E27" w14:textId="77777777">
              <w:trPr>
                <w:jc w:val="center"/>
              </w:trPr>
              <w:tc>
                <w:tcPr>
                  <w:tcW w:w="7087" w:type="dxa"/>
                  <w:shd w:val="clear" w:color="auto" w:fill="EDC9EA"/>
                  <w:tcMar>
                    <w:top w:w="45" w:type="dxa"/>
                    <w:left w:w="70" w:type="dxa"/>
                    <w:bottom w:w="45" w:type="dxa"/>
                    <w:right w:w="70" w:type="dxa"/>
                  </w:tcMar>
                </w:tcPr>
                <w:p w14:paraId="6870BC59" w14:textId="77777777" w:rsidR="00623E5F" w:rsidRDefault="00000000">
                  <w:pPr>
                    <w:keepNext/>
                  </w:pPr>
                  <w:r>
                    <w:rPr>
                      <w:b/>
                      <w:color w:val="000000"/>
                    </w:rPr>
                    <w:t>NAMENI UČENJA</w:t>
                  </w:r>
                </w:p>
              </w:tc>
            </w:tr>
          </w:tbl>
          <w:p w14:paraId="58B8569E" w14:textId="77777777" w:rsidR="00623E5F" w:rsidRDefault="00623E5F">
            <w:pPr>
              <w:spacing w:line="20" w:lineRule="exact"/>
            </w:pPr>
          </w:p>
          <w:p w14:paraId="32DFCD2E"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4ECF391F" w14:textId="77777777" w:rsidR="00623E5F" w:rsidRDefault="00000000">
            <w:pPr>
              <w:pStyle w:val="Oznaenseznam"/>
              <w:spacing w:after="16"/>
            </w:pPr>
            <w:r>
              <w:rPr>
                <w:color w:val="000000"/>
                <w:sz w:val="15"/>
              </w:rPr>
              <w:t>izvedem prevalne predvaje</w:t>
            </w:r>
          </w:p>
          <w:p w14:paraId="7ECF4B2D" w14:textId="77777777" w:rsidR="00623E5F" w:rsidRDefault="00000000">
            <w:pPr>
              <w:pStyle w:val="Oznaenseznam"/>
              <w:spacing w:after="16"/>
            </w:pPr>
            <w:r>
              <w:rPr>
                <w:color w:val="000000"/>
                <w:sz w:val="15"/>
              </w:rPr>
              <w:t>skačem čez nizko oviro</w:t>
            </w:r>
          </w:p>
          <w:p w14:paraId="7183F348" w14:textId="77777777" w:rsidR="00623E5F" w:rsidRDefault="00000000">
            <w:pPr>
              <w:pStyle w:val="Oznaenseznam"/>
              <w:spacing w:after="16"/>
            </w:pPr>
            <w:r>
              <w:rPr>
                <w:color w:val="000000"/>
                <w:sz w:val="15"/>
              </w:rPr>
              <w:t>varno uporabljam klop</w:t>
            </w:r>
          </w:p>
          <w:tbl>
            <w:tblPr>
              <w:tblStyle w:val="Tabelamrea"/>
              <w:tblW w:w="0" w:type="auto"/>
              <w:jc w:val="center"/>
              <w:tblLayout w:type="fixed"/>
              <w:tblLook w:val="04A0" w:firstRow="1" w:lastRow="0" w:firstColumn="1" w:lastColumn="0" w:noHBand="0" w:noVBand="1"/>
            </w:tblPr>
            <w:tblGrid>
              <w:gridCol w:w="7087"/>
            </w:tblGrid>
            <w:tr w:rsidR="00623E5F" w14:paraId="5231CE60" w14:textId="77777777">
              <w:trPr>
                <w:jc w:val="center"/>
              </w:trPr>
              <w:tc>
                <w:tcPr>
                  <w:tcW w:w="7087" w:type="dxa"/>
                  <w:shd w:val="clear" w:color="auto" w:fill="EDC9EA"/>
                  <w:tcMar>
                    <w:top w:w="45" w:type="dxa"/>
                    <w:left w:w="70" w:type="dxa"/>
                    <w:bottom w:w="45" w:type="dxa"/>
                    <w:right w:w="70" w:type="dxa"/>
                  </w:tcMar>
                </w:tcPr>
                <w:p w14:paraId="6E190DC2" w14:textId="77777777" w:rsidR="00623E5F" w:rsidRDefault="00000000">
                  <w:pPr>
                    <w:keepNext/>
                  </w:pPr>
                  <w:r>
                    <w:rPr>
                      <w:b/>
                      <w:color w:val="000000"/>
                    </w:rPr>
                    <w:t>PREVERJANJE PREDZNANJA</w:t>
                  </w:r>
                </w:p>
              </w:tc>
            </w:tr>
          </w:tbl>
          <w:p w14:paraId="5BC71F4D" w14:textId="77777777" w:rsidR="00623E5F" w:rsidRDefault="00623E5F">
            <w:pPr>
              <w:spacing w:line="20" w:lineRule="exact"/>
            </w:pPr>
          </w:p>
          <w:p w14:paraId="0108B26E" w14:textId="77777777" w:rsidR="00623E5F" w:rsidRDefault="00000000">
            <w:pPr>
              <w:pStyle w:val="Oznaenseznam"/>
              <w:spacing w:after="16"/>
            </w:pPr>
            <w:r>
              <w:rPr>
                <w:color w:val="000000"/>
                <w:sz w:val="15"/>
              </w:rPr>
              <w:t>Kaj moje telo in prostor že znata pokazati pri temi »GIMNASTIČNA ABECEDA«?</w:t>
            </w:r>
          </w:p>
          <w:p w14:paraId="45B1D730" w14:textId="77777777" w:rsidR="00623E5F" w:rsidRDefault="00000000">
            <w:pPr>
              <w:pStyle w:val="Oznaenseznam"/>
              <w:spacing w:after="16"/>
            </w:pPr>
            <w:r>
              <w:rPr>
                <w:color w:val="000000"/>
                <w:sz w:val="15"/>
              </w:rPr>
              <w:t>Katero varnostno pravilo, gibalni korak ali strategijo že obvladam in kaj bi najprej preizkusil/-a?</w:t>
            </w:r>
          </w:p>
          <w:p w14:paraId="5299333D"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3A9C60EB" w14:textId="77777777">
              <w:trPr>
                <w:jc w:val="center"/>
              </w:trPr>
              <w:tc>
                <w:tcPr>
                  <w:tcW w:w="7087" w:type="dxa"/>
                  <w:shd w:val="clear" w:color="auto" w:fill="EDC9EA"/>
                  <w:tcMar>
                    <w:top w:w="45" w:type="dxa"/>
                    <w:left w:w="70" w:type="dxa"/>
                    <w:bottom w:w="45" w:type="dxa"/>
                    <w:right w:w="70" w:type="dxa"/>
                  </w:tcMar>
                </w:tcPr>
                <w:p w14:paraId="5A4F988E" w14:textId="77777777" w:rsidR="00623E5F" w:rsidRDefault="00000000">
                  <w:pPr>
                    <w:keepNext/>
                  </w:pPr>
                  <w:r>
                    <w:rPr>
                      <w:b/>
                      <w:color w:val="000000"/>
                    </w:rPr>
                    <w:t>KRITERIJI USPEŠNOSTI</w:t>
                  </w:r>
                </w:p>
              </w:tc>
            </w:tr>
          </w:tbl>
          <w:p w14:paraId="1C3EEF57" w14:textId="77777777" w:rsidR="00623E5F" w:rsidRDefault="00623E5F"/>
          <w:p w14:paraId="35709986" w14:textId="77777777" w:rsidR="00623E5F" w:rsidRDefault="00000000">
            <w:pPr>
              <w:spacing w:before="20" w:after="20" w:line="245" w:lineRule="auto"/>
            </w:pPr>
            <w:r>
              <w:rPr>
                <w:b/>
                <w:color w:val="000000"/>
                <w:sz w:val="16"/>
              </w:rPr>
              <w:t>Uspešen/-na bom, ko:</w:t>
            </w:r>
          </w:p>
          <w:p w14:paraId="3BBE7702" w14:textId="77777777" w:rsidR="00623E5F" w:rsidRDefault="00000000">
            <w:pPr>
              <w:pStyle w:val="Oznaenseznam"/>
              <w:spacing w:after="16"/>
            </w:pPr>
            <w:r>
              <w:rPr>
                <w:color w:val="000000"/>
                <w:sz w:val="15"/>
              </w:rPr>
              <w:t>izvedem prevalne predvaje</w:t>
            </w:r>
          </w:p>
          <w:p w14:paraId="14E84C97" w14:textId="77777777" w:rsidR="00623E5F" w:rsidRDefault="00000000">
            <w:pPr>
              <w:pStyle w:val="Oznaenseznam"/>
              <w:spacing w:after="16"/>
            </w:pPr>
            <w:r>
              <w:rPr>
                <w:color w:val="000000"/>
                <w:sz w:val="15"/>
              </w:rPr>
              <w:t>skačem čez nizko oviro</w:t>
            </w:r>
          </w:p>
          <w:p w14:paraId="2ECEED8F" w14:textId="77777777" w:rsidR="00623E5F" w:rsidRDefault="00000000">
            <w:pPr>
              <w:pStyle w:val="Oznaenseznam"/>
              <w:spacing w:after="16"/>
            </w:pPr>
            <w:r>
              <w:rPr>
                <w:color w:val="000000"/>
                <w:sz w:val="15"/>
              </w:rPr>
              <w:t>varno uporabljam klop</w:t>
            </w:r>
          </w:p>
          <w:p w14:paraId="537C6356" w14:textId="77777777" w:rsidR="00623E5F" w:rsidRDefault="00000000">
            <w:pPr>
              <w:pStyle w:val="Oznaenseznam"/>
              <w:spacing w:after="16"/>
            </w:pPr>
            <w:r>
              <w:rPr>
                <w:color w:val="000000"/>
                <w:sz w:val="15"/>
              </w:rPr>
              <w:t>pred začetkom preverim prostor in opremo, ohranjam razdaljo ter se na znak varno ustavim</w:t>
            </w:r>
          </w:p>
          <w:p w14:paraId="65FBB2A8"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0401BDC3" w14:textId="77777777" w:rsidR="00623E5F" w:rsidRDefault="00623E5F"/>
          <w:p w14:paraId="51D99670"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236D3429"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2F76CAD5" w14:textId="77777777" w:rsidR="00623E5F" w:rsidRDefault="00000000">
            <w:pPr>
              <w:spacing w:after="100" w:line="245" w:lineRule="auto"/>
            </w:pPr>
            <w:r>
              <w:rPr>
                <w:color w:val="000000"/>
                <w:sz w:val="15"/>
              </w:rPr>
              <w:t>Sodeluje pri razumevanju namena, vidnih meril, varnostnih pravil, prehodov in načina dokazovanja.</w:t>
            </w:r>
          </w:p>
          <w:p w14:paraId="7B502138" w14:textId="77777777" w:rsidR="00623E5F" w:rsidRDefault="00000000">
            <w:pPr>
              <w:spacing w:after="20" w:line="245" w:lineRule="auto"/>
            </w:pPr>
            <w:r>
              <w:rPr>
                <w:b/>
                <w:color w:val="D95BC6"/>
                <w:sz w:val="17"/>
              </w:rPr>
              <w:t>DOKAZ O UČENJU</w:t>
            </w:r>
          </w:p>
          <w:p w14:paraId="4C176B5C"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48B66F37"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D61FF1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9D561AE"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111BBE" w14:textId="77777777" w:rsidR="00623E5F" w:rsidRDefault="00000000">
            <w:pPr>
              <w:jc w:val="center"/>
            </w:pPr>
            <w:r>
              <w:rPr>
                <w:b/>
                <w:color w:val="000000"/>
                <w:sz w:val="20"/>
              </w:rPr>
              <w:t>UČNE DEJAVNOSTI, METODE IN FORMATIVNO SPREMLJANJE</w:t>
            </w:r>
          </w:p>
        </w:tc>
      </w:tr>
      <w:tr w:rsidR="00623E5F" w14:paraId="243857B1" w14:textId="77777777">
        <w:trPr>
          <w:tblHeader/>
          <w:jc w:val="center"/>
        </w:trPr>
        <w:tc>
          <w:tcPr>
            <w:tcW w:w="4422" w:type="dxa"/>
            <w:vMerge/>
            <w:tcMar>
              <w:top w:w="70" w:type="dxa"/>
              <w:left w:w="90" w:type="dxa"/>
              <w:bottom w:w="70" w:type="dxa"/>
              <w:right w:w="90" w:type="dxa"/>
            </w:tcMar>
            <w:vAlign w:val="center"/>
          </w:tcPr>
          <w:p w14:paraId="638428F6" w14:textId="77777777" w:rsidR="00623E5F" w:rsidRDefault="00623E5F"/>
        </w:tc>
        <w:tc>
          <w:tcPr>
            <w:tcW w:w="7087" w:type="dxa"/>
            <w:shd w:val="clear" w:color="auto" w:fill="FFFFFF"/>
            <w:tcMar>
              <w:top w:w="70" w:type="dxa"/>
              <w:left w:w="90" w:type="dxa"/>
              <w:bottom w:w="70" w:type="dxa"/>
              <w:right w:w="90" w:type="dxa"/>
            </w:tcMar>
            <w:vAlign w:val="center"/>
          </w:tcPr>
          <w:p w14:paraId="60245F46"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E67EE92" w14:textId="77777777" w:rsidR="00623E5F" w:rsidRDefault="00000000">
            <w:pPr>
              <w:jc w:val="center"/>
            </w:pPr>
            <w:r>
              <w:rPr>
                <w:b/>
                <w:color w:val="000000"/>
              </w:rPr>
              <w:t>UČENEC</w:t>
            </w:r>
          </w:p>
        </w:tc>
      </w:tr>
      <w:tr w:rsidR="00623E5F" w14:paraId="738919E3" w14:textId="77777777">
        <w:trPr>
          <w:jc w:val="center"/>
        </w:trPr>
        <w:tc>
          <w:tcPr>
            <w:tcW w:w="4422" w:type="dxa"/>
            <w:tcMar>
              <w:top w:w="70" w:type="dxa"/>
              <w:left w:w="90" w:type="dxa"/>
              <w:bottom w:w="70" w:type="dxa"/>
              <w:right w:w="90" w:type="dxa"/>
            </w:tcMar>
          </w:tcPr>
          <w:p w14:paraId="2088F67F" w14:textId="77777777" w:rsidR="00623E5F" w:rsidRDefault="00623E5F"/>
          <w:p w14:paraId="41652DC5" w14:textId="77777777" w:rsidR="00623E5F" w:rsidRDefault="00000000">
            <w:pPr>
              <w:spacing w:after="40" w:line="245" w:lineRule="auto"/>
            </w:pPr>
            <w:r>
              <w:rPr>
                <w:b/>
                <w:color w:val="000000"/>
                <w:sz w:val="17"/>
              </w:rPr>
              <w:t>KLJUČNI ŠPORTNI IN GIBALNI POJMI</w:t>
            </w:r>
          </w:p>
          <w:p w14:paraId="6199AAEB"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hoja, tek, lazenje, plazenje, valjanje, opora, ovira, poligon, doskok</w:t>
            </w:r>
          </w:p>
          <w:p w14:paraId="5F3ED6BB" w14:textId="77777777" w:rsidR="00623E5F" w:rsidRDefault="00000000">
            <w:pPr>
              <w:spacing w:after="20" w:line="245" w:lineRule="auto"/>
            </w:pPr>
            <w:r>
              <w:rPr>
                <w:b/>
                <w:color w:val="000000"/>
                <w:sz w:val="17"/>
              </w:rPr>
              <w:t>DOKAZI O UČENJU</w:t>
            </w:r>
          </w:p>
          <w:p w14:paraId="08C0AA37" w14:textId="77777777" w:rsidR="00623E5F" w:rsidRDefault="00000000">
            <w:pPr>
              <w:pStyle w:val="Oznaenseznam"/>
              <w:spacing w:after="7"/>
            </w:pPr>
            <w:r>
              <w:rPr>
                <w:color w:val="000000"/>
                <w:sz w:val="14"/>
              </w:rPr>
              <w:t>varen odziv na znak, začetni poskus prvine in ustno varnostno pravilo.</w:t>
            </w:r>
          </w:p>
          <w:p w14:paraId="624EB122" w14:textId="77777777" w:rsidR="00623E5F" w:rsidRDefault="00000000">
            <w:pPr>
              <w:pStyle w:val="Oznaenseznam"/>
              <w:spacing w:after="7"/>
            </w:pPr>
            <w:r>
              <w:rPr>
                <w:color w:val="000000"/>
                <w:sz w:val="14"/>
              </w:rPr>
              <w:t>opazovalna kartica, izvedba na izbrani ravni in učiteljev zapis o napredku.</w:t>
            </w:r>
          </w:p>
          <w:p w14:paraId="7FEE452E" w14:textId="77777777" w:rsidR="00623E5F" w:rsidRDefault="00000000">
            <w:pPr>
              <w:pStyle w:val="Oznaenseznam"/>
              <w:spacing w:after="7"/>
            </w:pPr>
            <w:r>
              <w:rPr>
                <w:color w:val="000000"/>
                <w:sz w:val="14"/>
              </w:rPr>
              <w:t>uporaba prvine v igri, sodelovanje, upoštevanje pravil in osebno samovrednotenje.</w:t>
            </w:r>
          </w:p>
          <w:p w14:paraId="72E10220" w14:textId="77777777" w:rsidR="00623E5F" w:rsidRDefault="00000000">
            <w:pPr>
              <w:spacing w:before="40" w:after="20" w:line="245" w:lineRule="auto"/>
            </w:pPr>
            <w:r>
              <w:rPr>
                <w:b/>
                <w:color w:val="000000"/>
                <w:sz w:val="16"/>
              </w:rPr>
              <w:t>GIBALNO DOŽIVETJE IN IZKUŠENJSKI POUK</w:t>
            </w:r>
          </w:p>
          <w:p w14:paraId="3D1B6EC0"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60748F98" w14:textId="77777777" w:rsidR="00623E5F" w:rsidRDefault="00000000">
            <w:pPr>
              <w:spacing w:after="20" w:line="245" w:lineRule="auto"/>
            </w:pPr>
            <w:r>
              <w:rPr>
                <w:b/>
                <w:color w:val="000000"/>
                <w:sz w:val="16"/>
              </w:rPr>
              <w:t>POUČEVANJE V GIBANJU</w:t>
            </w:r>
          </w:p>
          <w:p w14:paraId="72B59DDF"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3C76642E" w14:textId="77777777" w:rsidR="00623E5F" w:rsidRDefault="00000000">
            <w:pPr>
              <w:spacing w:after="20" w:line="245" w:lineRule="auto"/>
            </w:pPr>
            <w:r>
              <w:rPr>
                <w:b/>
                <w:color w:val="000000"/>
                <w:sz w:val="16"/>
              </w:rPr>
              <w:t>DELO PO ŠTIRIH POSTAJAH</w:t>
            </w:r>
          </w:p>
          <w:p w14:paraId="24EE0F68"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5BD1C253" w14:textId="77777777" w:rsidR="00623E5F" w:rsidRDefault="00000000">
            <w:pPr>
              <w:spacing w:after="7" w:line="245" w:lineRule="auto"/>
            </w:pPr>
            <w:r>
              <w:rPr>
                <w:color w:val="000000"/>
                <w:sz w:val="14"/>
              </w:rPr>
              <w:t>1. Tehnična: po talnih oznakah in modelu večkrat vadim cilj »izvedem prevalne predvaje« na izbrani ravni.</w:t>
            </w:r>
          </w:p>
          <w:p w14:paraId="1918D72D" w14:textId="77777777" w:rsidR="00623E5F" w:rsidRDefault="00000000">
            <w:pPr>
              <w:spacing w:after="7" w:line="245" w:lineRule="auto"/>
            </w:pPr>
            <w:r>
              <w:rPr>
                <w:color w:val="000000"/>
                <w:sz w:val="14"/>
              </w:rPr>
              <w:t>2. Ravnotežno-koordinacijska: z linijo, obroči, nizko oviro ali blazino uresničujem cilj »skačem čez nizko oviro«.</w:t>
            </w:r>
          </w:p>
          <w:p w14:paraId="690397D6" w14:textId="77777777" w:rsidR="00623E5F" w:rsidRDefault="00000000">
            <w:pPr>
              <w:spacing w:after="7" w:line="245" w:lineRule="auto"/>
            </w:pPr>
            <w:r>
              <w:rPr>
                <w:color w:val="000000"/>
                <w:sz w:val="14"/>
              </w:rPr>
              <w:t>3. Povezovalni poligon: v varen niz povežem tri osnovne oblike gibanja, smer, spremembo nivoja in ustavitev.</w:t>
            </w:r>
          </w:p>
          <w:p w14:paraId="49E4D950" w14:textId="77777777" w:rsidR="00623E5F" w:rsidRDefault="00000000">
            <w:pPr>
              <w:spacing w:after="7" w:line="245" w:lineRule="auto"/>
            </w:pPr>
            <w:r>
              <w:rPr>
                <w:color w:val="000000"/>
                <w:sz w:val="14"/>
              </w:rPr>
              <w:t>4. Igralno-refleksivna: spretnost uporabim v igri brez izločanja ter s semaforjem pokažem, kako »varno uporabljam klop«.</w:t>
            </w:r>
          </w:p>
          <w:p w14:paraId="6B71B378" w14:textId="77777777" w:rsidR="00623E5F" w:rsidRDefault="00000000">
            <w:pPr>
              <w:spacing w:after="20" w:line="245" w:lineRule="auto"/>
            </w:pPr>
            <w:r>
              <w:rPr>
                <w:b/>
                <w:color w:val="000000"/>
                <w:sz w:val="16"/>
              </w:rPr>
              <w:t>DIFERENCIACIJA IN VKLJUČEVANJE</w:t>
            </w:r>
          </w:p>
          <w:p w14:paraId="03FEE188"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641ED746" w14:textId="77777777" w:rsidR="00623E5F" w:rsidRDefault="00000000">
            <w:pPr>
              <w:spacing w:after="20" w:line="245" w:lineRule="auto"/>
            </w:pPr>
            <w:r>
              <w:rPr>
                <w:b/>
                <w:color w:val="000000"/>
                <w:sz w:val="16"/>
              </w:rPr>
              <w:t>SPREMLJANJE</w:t>
            </w:r>
          </w:p>
          <w:p w14:paraId="0E359377"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3866F973"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E6C28C5" w14:textId="77777777">
              <w:trPr>
                <w:jc w:val="center"/>
              </w:trPr>
              <w:tc>
                <w:tcPr>
                  <w:tcW w:w="7087" w:type="dxa"/>
                  <w:shd w:val="clear" w:color="auto" w:fill="C6E7F3"/>
                  <w:tcMar>
                    <w:top w:w="45" w:type="dxa"/>
                    <w:left w:w="70" w:type="dxa"/>
                    <w:bottom w:w="45" w:type="dxa"/>
                    <w:right w:w="70" w:type="dxa"/>
                  </w:tcMar>
                </w:tcPr>
                <w:p w14:paraId="617C739D" w14:textId="77777777" w:rsidR="00623E5F" w:rsidRDefault="00000000">
                  <w:pPr>
                    <w:keepNext/>
                  </w:pPr>
                  <w:r>
                    <w:rPr>
                      <w:b/>
                      <w:color w:val="000000"/>
                      <w:sz w:val="16"/>
                    </w:rPr>
                    <w:t>GLAVNI DEL – GIBALNI IZZIV, VADBA NA ŠTIRIH POSTAJAH IN IGRA (3 šolske ure)</w:t>
                  </w:r>
                </w:p>
              </w:tc>
            </w:tr>
          </w:tbl>
          <w:p w14:paraId="16650C7F" w14:textId="77777777" w:rsidR="00623E5F" w:rsidRDefault="00623E5F">
            <w:pPr>
              <w:spacing w:line="20" w:lineRule="exact"/>
            </w:pPr>
          </w:p>
          <w:p w14:paraId="3D9D3296" w14:textId="77777777" w:rsidR="00623E5F" w:rsidRDefault="00000000">
            <w:pPr>
              <w:keepNext/>
              <w:spacing w:before="16" w:after="6" w:line="245" w:lineRule="auto"/>
            </w:pPr>
            <w:r>
              <w:rPr>
                <w:b/>
                <w:color w:val="000000"/>
                <w:sz w:val="15"/>
              </w:rPr>
              <w:t>1. URA – Gimnastična abeceda – Ogrejem se in usvojim gib</w:t>
            </w:r>
          </w:p>
          <w:p w14:paraId="52AA8526"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»Janko in Metka« – brata Grimm. Osrednji del 30': 32' – Preveri prostor in opremo, predstavi varnostni znak ter skozi gibalno zgodbo modelira ključno prvino po korakih.</w:t>
            </w:r>
          </w:p>
          <w:p w14:paraId="72C2E8C8"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3A6922AA" w14:textId="77777777" w:rsidR="00623E5F" w:rsidRDefault="00000000">
            <w:pPr>
              <w:spacing w:after="15" w:line="245" w:lineRule="auto"/>
            </w:pPr>
            <w:r>
              <w:rPr>
                <w:i/>
                <w:color w:val="D95BC6"/>
                <w:sz w:val="14"/>
              </w:rPr>
              <w:t>Predvideni dokaz: varen odziv na znak, začetni poskus prvine in ustno varnostno pravilo..</w:t>
            </w:r>
          </w:p>
          <w:p w14:paraId="6E639DB6" w14:textId="77777777" w:rsidR="00623E5F" w:rsidRDefault="00000000">
            <w:pPr>
              <w:keepNext/>
              <w:spacing w:before="16" w:after="6" w:line="245" w:lineRule="auto"/>
            </w:pPr>
            <w:r>
              <w:rPr>
                <w:b/>
                <w:color w:val="000000"/>
                <w:sz w:val="15"/>
              </w:rPr>
              <w:t>2. URA – Gimnastična abeceda – Vadim na postajah</w:t>
            </w:r>
          </w:p>
          <w:p w14:paraId="7EA633AB"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»Janko in Metka« – brata Grimm. Osrednji del 30': 32' – Pripravi 4–6 postaj z enosmernimi prehodi, pokaže tri ravni izziva in opazovalcu dodeli en jasen kriterij.</w:t>
            </w:r>
          </w:p>
          <w:p w14:paraId="49191E55"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63AD7C6B" w14:textId="77777777" w:rsidR="00623E5F" w:rsidRDefault="00000000">
            <w:pPr>
              <w:spacing w:after="15" w:line="245" w:lineRule="auto"/>
            </w:pPr>
            <w:r>
              <w:rPr>
                <w:i/>
                <w:color w:val="D95BC6"/>
                <w:sz w:val="14"/>
              </w:rPr>
              <w:t>Predvideni dokaz: opazovalna kartica, izvedba na izbrani ravni in učiteljev zapis o napredku..</w:t>
            </w:r>
          </w:p>
          <w:p w14:paraId="118AF109" w14:textId="77777777" w:rsidR="00623E5F" w:rsidRDefault="00000000">
            <w:pPr>
              <w:keepNext/>
              <w:spacing w:before="16" w:after="6" w:line="245" w:lineRule="auto"/>
            </w:pPr>
            <w:r>
              <w:rPr>
                <w:b/>
                <w:color w:val="000000"/>
                <w:sz w:val="15"/>
              </w:rPr>
              <w:t>3. URA – Gimnastična abeceda – Uporabim v igri</w:t>
            </w:r>
          </w:p>
          <w:p w14:paraId="1A4DA9C8"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»Janko in Metka« – brata Grimm. Osrednji del 30': 32' – Organizira vključujočo igro ali izziv brez izločanja, spremlja varnost, pošteno igro in uporabo naučene prvine.</w:t>
            </w:r>
          </w:p>
          <w:p w14:paraId="30772A62"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66A1CB70"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5C5EB598" w14:textId="77777777">
              <w:trPr>
                <w:jc w:val="center"/>
              </w:trPr>
              <w:tc>
                <w:tcPr>
                  <w:tcW w:w="7087" w:type="dxa"/>
                  <w:shd w:val="clear" w:color="auto" w:fill="EDC9EA"/>
                  <w:tcMar>
                    <w:top w:w="45" w:type="dxa"/>
                    <w:left w:w="70" w:type="dxa"/>
                    <w:bottom w:w="45" w:type="dxa"/>
                    <w:right w:w="70" w:type="dxa"/>
                  </w:tcMar>
                </w:tcPr>
                <w:p w14:paraId="68067FB8" w14:textId="77777777" w:rsidR="00623E5F" w:rsidRDefault="00000000">
                  <w:pPr>
                    <w:keepNext/>
                  </w:pPr>
                  <w:r>
                    <w:rPr>
                      <w:b/>
                      <w:color w:val="000000"/>
                      <w:sz w:val="16"/>
                    </w:rPr>
                    <w:t>ORGANIZACIJA POSTAJ, PREHODOV IN AKTIVNEGA ČASA</w:t>
                  </w:r>
                </w:p>
              </w:tc>
            </w:tr>
          </w:tbl>
          <w:p w14:paraId="38697CCF" w14:textId="77777777" w:rsidR="00623E5F" w:rsidRDefault="00623E5F"/>
          <w:p w14:paraId="41E5DCF4" w14:textId="77777777" w:rsidR="00623E5F" w:rsidRDefault="00000000">
            <w:pPr>
              <w:spacing w:before="5" w:after="6" w:line="245" w:lineRule="auto"/>
            </w:pPr>
            <w:r>
              <w:rPr>
                <w:color w:val="000000"/>
                <w:sz w:val="14"/>
              </w:rPr>
              <w:t>Postaja 1: Tehnična: po talnih oznakah in modelu večkrat vadim cilj »izvedem prevalne predvaje« na izbrani ravni.</w:t>
            </w:r>
          </w:p>
          <w:p w14:paraId="2A5A489F" w14:textId="77777777" w:rsidR="00623E5F" w:rsidRDefault="00000000">
            <w:pPr>
              <w:spacing w:before="5" w:after="6" w:line="245" w:lineRule="auto"/>
            </w:pPr>
            <w:r>
              <w:rPr>
                <w:color w:val="000000"/>
                <w:sz w:val="14"/>
              </w:rPr>
              <w:t>Postaja 2: Ravnotežno-koordinacijska: z linijo, obroči, nizko oviro ali blazino uresničujem cilj »skačem čez nizko oviro«.</w:t>
            </w:r>
          </w:p>
          <w:p w14:paraId="64A0B647" w14:textId="77777777" w:rsidR="00623E5F" w:rsidRDefault="00000000">
            <w:pPr>
              <w:spacing w:before="5" w:after="6" w:line="245" w:lineRule="auto"/>
            </w:pPr>
            <w:r>
              <w:rPr>
                <w:color w:val="000000"/>
                <w:sz w:val="14"/>
              </w:rPr>
              <w:t>Postaja 3: Povezovalni poligon: v varen niz povežem tri osnovne oblike gibanja, smer, spremembo nivoja in ustavitev.</w:t>
            </w:r>
          </w:p>
          <w:p w14:paraId="047DBCAE" w14:textId="77777777" w:rsidR="00623E5F" w:rsidRDefault="00000000">
            <w:pPr>
              <w:spacing w:before="5" w:after="6" w:line="245" w:lineRule="auto"/>
            </w:pPr>
            <w:r>
              <w:rPr>
                <w:color w:val="000000"/>
                <w:sz w:val="14"/>
              </w:rPr>
              <w:t>Postaja 4: Igralno-refleksivna: spretnost uporabim v igri brez izločanja ter s semaforjem pokažem, kako »varno uporabljam klop«.</w:t>
            </w:r>
          </w:p>
          <w:p w14:paraId="66BC0E7D"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5784C2DA" w14:textId="77777777" w:rsidR="00623E5F" w:rsidRDefault="00623E5F"/>
          <w:p w14:paraId="1B33FF30" w14:textId="77777777" w:rsidR="00623E5F" w:rsidRDefault="00000000">
            <w:pPr>
              <w:spacing w:after="5" w:line="245" w:lineRule="auto"/>
            </w:pPr>
            <w:r>
              <w:rPr>
                <w:b/>
                <w:color w:val="000000"/>
                <w:sz w:val="15"/>
              </w:rPr>
              <w:t>1. URA – Gimnastična abeceda – Ogrejem se in usvojim gib</w:t>
            </w:r>
          </w:p>
          <w:p w14:paraId="34D18DAF"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63543B8" w14:textId="77777777" w:rsidR="00623E5F" w:rsidRDefault="00000000">
            <w:pPr>
              <w:spacing w:after="14" w:line="245" w:lineRule="auto"/>
            </w:pPr>
            <w:r>
              <w:rPr>
                <w:color w:val="D95BC6"/>
                <w:sz w:val="13"/>
              </w:rPr>
              <w:t>Dokaz: varen odziv na znak, začetni poskus prvine in ustno varnostno pravilo.</w:t>
            </w:r>
          </w:p>
          <w:p w14:paraId="2473DF2F" w14:textId="77777777" w:rsidR="00623E5F" w:rsidRDefault="00000000">
            <w:pPr>
              <w:spacing w:after="5" w:line="245" w:lineRule="auto"/>
            </w:pPr>
            <w:r>
              <w:rPr>
                <w:b/>
                <w:color w:val="000000"/>
                <w:sz w:val="15"/>
              </w:rPr>
              <w:t>2. URA – Gimnastična abeceda – Vadim na postajah</w:t>
            </w:r>
          </w:p>
          <w:p w14:paraId="0C45D2C9"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DB43226" w14:textId="77777777" w:rsidR="00623E5F" w:rsidRDefault="00000000">
            <w:pPr>
              <w:spacing w:after="14" w:line="245" w:lineRule="auto"/>
            </w:pPr>
            <w:r>
              <w:rPr>
                <w:color w:val="D95BC6"/>
                <w:sz w:val="13"/>
              </w:rPr>
              <w:t>Dokaz: opazovalna kartica, izvedba na izbrani ravni in učiteljev zapis o napredku.</w:t>
            </w:r>
          </w:p>
          <w:p w14:paraId="34F4C06F" w14:textId="77777777" w:rsidR="00623E5F" w:rsidRDefault="00000000">
            <w:pPr>
              <w:spacing w:after="5" w:line="245" w:lineRule="auto"/>
            </w:pPr>
            <w:r>
              <w:rPr>
                <w:b/>
                <w:color w:val="000000"/>
                <w:sz w:val="15"/>
              </w:rPr>
              <w:t>3. URA – Gimnastična abeceda – Uporabim v igri</w:t>
            </w:r>
          </w:p>
          <w:p w14:paraId="2C873A11"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5ACB6C8D" w14:textId="77777777" w:rsidR="00623E5F" w:rsidRDefault="00000000">
            <w:pPr>
              <w:spacing w:after="14" w:line="245" w:lineRule="auto"/>
            </w:pPr>
            <w:r>
              <w:rPr>
                <w:color w:val="D95BC6"/>
                <w:sz w:val="13"/>
              </w:rPr>
              <w:t>Dokaz: uporaba prvine v igri, sodelovanje, upoštevanje pravil in osebno.</w:t>
            </w:r>
          </w:p>
          <w:p w14:paraId="491036E9" w14:textId="77777777" w:rsidR="00623E5F" w:rsidRDefault="00000000">
            <w:pPr>
              <w:spacing w:before="30" w:after="14" w:line="245" w:lineRule="auto"/>
            </w:pPr>
            <w:r>
              <w:rPr>
                <w:b/>
                <w:color w:val="D95BC6"/>
                <w:sz w:val="16"/>
              </w:rPr>
              <w:t>MOJ KROG POSTAJ</w:t>
            </w:r>
          </w:p>
          <w:p w14:paraId="0E1772BF" w14:textId="77777777" w:rsidR="00623E5F" w:rsidRDefault="00000000">
            <w:pPr>
              <w:spacing w:after="8" w:line="245" w:lineRule="auto"/>
            </w:pPr>
            <w:r>
              <w:rPr>
                <w:color w:val="000000"/>
                <w:sz w:val="13"/>
              </w:rPr>
              <w:t>1. Tehnična: po talnih oznakah in modelu večkrat vadim cilj »izvedem prevalne.</w:t>
            </w:r>
          </w:p>
          <w:p w14:paraId="3499C4A8" w14:textId="77777777" w:rsidR="00623E5F" w:rsidRDefault="00000000">
            <w:pPr>
              <w:spacing w:after="8" w:line="245" w:lineRule="auto"/>
            </w:pPr>
            <w:r>
              <w:rPr>
                <w:color w:val="000000"/>
                <w:sz w:val="13"/>
              </w:rPr>
              <w:t>2. Ravnotežno-koordinacijska: z linijo, obroči, nizko oviro ali blazino uresničujem.</w:t>
            </w:r>
          </w:p>
          <w:p w14:paraId="0A1A2E83" w14:textId="77777777" w:rsidR="00623E5F" w:rsidRDefault="00000000">
            <w:pPr>
              <w:spacing w:after="8" w:line="245" w:lineRule="auto"/>
            </w:pPr>
            <w:r>
              <w:rPr>
                <w:color w:val="000000"/>
                <w:sz w:val="13"/>
              </w:rPr>
              <w:t>3. Povezovalni poligon: v varen niz povežem tri osnovne oblike gibanja, smer.</w:t>
            </w:r>
          </w:p>
          <w:p w14:paraId="29770406" w14:textId="77777777" w:rsidR="00623E5F" w:rsidRDefault="00000000">
            <w:pPr>
              <w:spacing w:after="8" w:line="245" w:lineRule="auto"/>
            </w:pPr>
            <w:r>
              <w:rPr>
                <w:color w:val="000000"/>
                <w:sz w:val="13"/>
              </w:rPr>
              <w:t>4. Igralno-refleksivna: spretnost uporabim v igri brez izločanja ter s semaforjem.</w:t>
            </w:r>
          </w:p>
          <w:p w14:paraId="55E22901"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604BE87F" w14:textId="77777777" w:rsidR="00623E5F" w:rsidRDefault="00000000">
            <w:pPr>
              <w:spacing w:after="14" w:line="245" w:lineRule="auto"/>
            </w:pPr>
            <w:r>
              <w:rPr>
                <w:b/>
                <w:color w:val="D95BC6"/>
                <w:sz w:val="16"/>
              </w:rPr>
              <w:t>DOKAZ O UČENJU</w:t>
            </w:r>
          </w:p>
          <w:p w14:paraId="5B2347DF"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6DB31E89"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90E90F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A75E64"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EDCD61B" w14:textId="77777777" w:rsidR="00623E5F" w:rsidRDefault="00000000">
            <w:pPr>
              <w:jc w:val="center"/>
            </w:pPr>
            <w:r>
              <w:rPr>
                <w:b/>
                <w:color w:val="000000"/>
                <w:sz w:val="20"/>
              </w:rPr>
              <w:t>UČNE DEJAVNOSTI, METODE IN FORMATIVNO SPREMLJANJE</w:t>
            </w:r>
          </w:p>
        </w:tc>
      </w:tr>
      <w:tr w:rsidR="00623E5F" w14:paraId="2E6E3858" w14:textId="77777777">
        <w:trPr>
          <w:tblHeader/>
          <w:jc w:val="center"/>
        </w:trPr>
        <w:tc>
          <w:tcPr>
            <w:tcW w:w="4422" w:type="dxa"/>
            <w:vMerge/>
            <w:tcMar>
              <w:top w:w="70" w:type="dxa"/>
              <w:left w:w="90" w:type="dxa"/>
              <w:bottom w:w="70" w:type="dxa"/>
              <w:right w:w="90" w:type="dxa"/>
            </w:tcMar>
            <w:vAlign w:val="center"/>
          </w:tcPr>
          <w:p w14:paraId="6EDD292D" w14:textId="77777777" w:rsidR="00623E5F" w:rsidRDefault="00623E5F"/>
        </w:tc>
        <w:tc>
          <w:tcPr>
            <w:tcW w:w="7087" w:type="dxa"/>
            <w:shd w:val="clear" w:color="auto" w:fill="FFFFFF"/>
            <w:tcMar>
              <w:top w:w="70" w:type="dxa"/>
              <w:left w:w="90" w:type="dxa"/>
              <w:bottom w:w="70" w:type="dxa"/>
              <w:right w:w="90" w:type="dxa"/>
            </w:tcMar>
            <w:vAlign w:val="center"/>
          </w:tcPr>
          <w:p w14:paraId="35819970"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7E81B5A" w14:textId="77777777" w:rsidR="00623E5F" w:rsidRDefault="00000000">
            <w:pPr>
              <w:jc w:val="center"/>
            </w:pPr>
            <w:r>
              <w:rPr>
                <w:b/>
                <w:color w:val="000000"/>
              </w:rPr>
              <w:t>UČENEC</w:t>
            </w:r>
          </w:p>
        </w:tc>
      </w:tr>
      <w:tr w:rsidR="00623E5F" w14:paraId="366341CE" w14:textId="77777777">
        <w:trPr>
          <w:jc w:val="center"/>
        </w:trPr>
        <w:tc>
          <w:tcPr>
            <w:tcW w:w="4422" w:type="dxa"/>
            <w:tcMar>
              <w:top w:w="70" w:type="dxa"/>
              <w:left w:w="90" w:type="dxa"/>
              <w:bottom w:w="70" w:type="dxa"/>
              <w:right w:w="90" w:type="dxa"/>
            </w:tcMar>
          </w:tcPr>
          <w:p w14:paraId="557449FB" w14:textId="77777777" w:rsidR="00623E5F" w:rsidRDefault="00623E5F"/>
          <w:p w14:paraId="6946FCFF" w14:textId="77777777" w:rsidR="00623E5F" w:rsidRDefault="00000000">
            <w:pPr>
              <w:spacing w:after="40" w:line="245" w:lineRule="auto"/>
            </w:pPr>
            <w:r>
              <w:rPr>
                <w:b/>
                <w:color w:val="000000"/>
              </w:rPr>
              <w:t>FORMATIVNO SPREMLJANJE</w:t>
            </w:r>
          </w:p>
          <w:p w14:paraId="6364A22B" w14:textId="77777777" w:rsidR="00623E5F" w:rsidRDefault="00000000">
            <w:pPr>
              <w:pStyle w:val="Oznaenseznam"/>
              <w:spacing w:after="16"/>
            </w:pPr>
            <w:r>
              <w:rPr>
                <w:color w:val="000000"/>
                <w:sz w:val="15"/>
              </w:rPr>
              <w:t>predznanje: gibalni prikaz, odziv na znak, izbira kartice, začetni poskus ali kratka razlaga</w:t>
            </w:r>
          </w:p>
          <w:p w14:paraId="26AE3C2A" w14:textId="77777777" w:rsidR="00623E5F" w:rsidRDefault="00000000">
            <w:pPr>
              <w:pStyle w:val="Oznaenseznam"/>
              <w:spacing w:after="16"/>
            </w:pPr>
            <w:r>
              <w:rPr>
                <w:color w:val="000000"/>
                <w:sz w:val="15"/>
              </w:rPr>
              <w:t>nameni in merila: kratka poved, slikovni znak, model varne izvedbe in en opazljiv tehnični poudarek</w:t>
            </w:r>
          </w:p>
          <w:p w14:paraId="0546EA5B"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0C996966" w14:textId="77777777" w:rsidR="00623E5F" w:rsidRDefault="00000000">
            <w:pPr>
              <w:pStyle w:val="Oznaenseznam"/>
              <w:spacing w:after="16"/>
            </w:pPr>
            <w:r>
              <w:rPr>
                <w:color w:val="000000"/>
                <w:sz w:val="15"/>
              </w:rPr>
              <w:t>povratna informacija: opis opaženega, povezava z enim merilom in takoj izvedljiv ponovni poskus</w:t>
            </w:r>
          </w:p>
          <w:p w14:paraId="746D1457" w14:textId="77777777" w:rsidR="00623E5F" w:rsidRDefault="00000000">
            <w:pPr>
              <w:pStyle w:val="Oznaenseznam"/>
              <w:spacing w:after="16"/>
            </w:pPr>
            <w:r>
              <w:rPr>
                <w:color w:val="000000"/>
                <w:sz w:val="15"/>
              </w:rPr>
              <w:t>samovrednotenje: semafor napora in varnosti, lestvica samostojnosti, izbran dokaz ter osebni naslednji korak</w:t>
            </w:r>
          </w:p>
          <w:p w14:paraId="17B246D8" w14:textId="77777777" w:rsidR="00623E5F" w:rsidRDefault="00000000">
            <w:pPr>
              <w:spacing w:before="40" w:after="20" w:line="245" w:lineRule="auto"/>
            </w:pPr>
            <w:r>
              <w:rPr>
                <w:b/>
                <w:color w:val="000000"/>
                <w:sz w:val="17"/>
              </w:rPr>
              <w:t>VARNOST, POČUTJE IN HIGIENA</w:t>
            </w:r>
          </w:p>
          <w:p w14:paraId="2D547C0D"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Pri plezanju, ravnotežju, kotaljenju in prevalnih predvajah je območje oblazinjeno, naloga pa poteka posamično in ob jasnem varovanju.</w:t>
            </w:r>
          </w:p>
          <w:p w14:paraId="1D27BF50" w14:textId="77777777" w:rsidR="00623E5F" w:rsidRDefault="00000000">
            <w:pPr>
              <w:spacing w:after="20" w:line="245" w:lineRule="auto"/>
            </w:pPr>
            <w:r>
              <w:rPr>
                <w:b/>
                <w:color w:val="000000"/>
                <w:sz w:val="17"/>
              </w:rPr>
              <w:t>EVIDENCA PO IZVEDBI</w:t>
            </w:r>
          </w:p>
          <w:p w14:paraId="18E32992"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5DBE80C8" w14:textId="77777777" w:rsidR="00623E5F" w:rsidRDefault="00000000">
            <w:pPr>
              <w:spacing w:before="40" w:after="20" w:line="245" w:lineRule="auto"/>
            </w:pPr>
            <w:r>
              <w:rPr>
                <w:b/>
                <w:color w:val="000000"/>
                <w:sz w:val="17"/>
              </w:rPr>
              <w:t>RAVEN DOSEGANJA</w:t>
            </w:r>
          </w:p>
          <w:p w14:paraId="705F6214"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164288E9"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130FA00" w14:textId="77777777">
              <w:trPr>
                <w:jc w:val="center"/>
              </w:trPr>
              <w:tc>
                <w:tcPr>
                  <w:tcW w:w="7087" w:type="dxa"/>
                  <w:shd w:val="clear" w:color="auto" w:fill="EDC9EA"/>
                  <w:tcMar>
                    <w:top w:w="45" w:type="dxa"/>
                    <w:left w:w="70" w:type="dxa"/>
                    <w:bottom w:w="45" w:type="dxa"/>
                    <w:right w:w="70" w:type="dxa"/>
                  </w:tcMar>
                </w:tcPr>
                <w:p w14:paraId="118B1F00" w14:textId="77777777" w:rsidR="00623E5F" w:rsidRDefault="00000000">
                  <w:pPr>
                    <w:keepNext/>
                  </w:pPr>
                  <w:r>
                    <w:rPr>
                      <w:b/>
                      <w:color w:val="000000"/>
                    </w:rPr>
                    <w:t>VPRAŠANJA V PODPORO GIBALNEMU UČENJU</w:t>
                  </w:r>
                </w:p>
              </w:tc>
            </w:tr>
          </w:tbl>
          <w:p w14:paraId="6EF391E9" w14:textId="77777777" w:rsidR="00623E5F" w:rsidRDefault="00623E5F">
            <w:pPr>
              <w:spacing w:line="20" w:lineRule="exact"/>
            </w:pPr>
          </w:p>
          <w:p w14:paraId="11319587" w14:textId="77777777" w:rsidR="00623E5F" w:rsidRDefault="00000000">
            <w:pPr>
              <w:pStyle w:val="Oznaenseznam"/>
              <w:spacing w:after="16"/>
            </w:pPr>
            <w:r>
              <w:rPr>
                <w:color w:val="000000"/>
                <w:sz w:val="15"/>
              </w:rPr>
              <w:t>Kaj si pri prvem poskusu začutil/-a ali opazil/-a v položaju telesa, ravnotežju, smeri, ritmu ali naporu?</w:t>
            </w:r>
          </w:p>
          <w:p w14:paraId="36421584" w14:textId="77777777" w:rsidR="00623E5F" w:rsidRDefault="00000000">
            <w:pPr>
              <w:pStyle w:val="Oznaenseznam"/>
              <w:spacing w:after="16"/>
            </w:pPr>
            <w:r>
              <w:rPr>
                <w:color w:val="000000"/>
                <w:sz w:val="15"/>
              </w:rPr>
              <w:t>Katero varnostno pravilo in kateri gibalni korak sta bila danes najpomembnejša?</w:t>
            </w:r>
          </w:p>
          <w:p w14:paraId="204028A5" w14:textId="77777777" w:rsidR="00623E5F" w:rsidRDefault="00000000">
            <w:pPr>
              <w:pStyle w:val="Oznaenseznam"/>
              <w:spacing w:after="16"/>
            </w:pPr>
            <w:r>
              <w:rPr>
                <w:color w:val="000000"/>
                <w:sz w:val="15"/>
              </w:rPr>
              <w:t>Katero raven si izbral/-a, zakaj je bila primerna in kaj si pri naslednjem poskusu spremenil/-a?</w:t>
            </w:r>
          </w:p>
          <w:p w14:paraId="5864048D" w14:textId="77777777" w:rsidR="00623E5F" w:rsidRDefault="00000000">
            <w:pPr>
              <w:pStyle w:val="Oznaenseznam"/>
              <w:spacing w:after="16"/>
            </w:pPr>
            <w:r>
              <w:rPr>
                <w:color w:val="000000"/>
                <w:sz w:val="15"/>
              </w:rPr>
              <w:t>Kateri tvoj gibalni dokaz najjasneje pokaže dogovorjeno merilo?</w:t>
            </w:r>
          </w:p>
          <w:p w14:paraId="100F816C"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0D44E7A7" w14:textId="77777777">
              <w:trPr>
                <w:jc w:val="center"/>
              </w:trPr>
              <w:tc>
                <w:tcPr>
                  <w:tcW w:w="7087" w:type="dxa"/>
                  <w:shd w:val="clear" w:color="auto" w:fill="C6E7F3"/>
                  <w:tcMar>
                    <w:top w:w="45" w:type="dxa"/>
                    <w:left w:w="70" w:type="dxa"/>
                    <w:bottom w:w="45" w:type="dxa"/>
                    <w:right w:w="70" w:type="dxa"/>
                  </w:tcMar>
                </w:tcPr>
                <w:p w14:paraId="3DE4CACD" w14:textId="77777777" w:rsidR="00623E5F" w:rsidRDefault="00000000">
                  <w:pPr>
                    <w:keepNext/>
                  </w:pPr>
                  <w:r>
                    <w:rPr>
                      <w:b/>
                      <w:color w:val="000000"/>
                    </w:rPr>
                    <w:t>ZAKLJUČNI DEL – UMIRJANJE, RAZTEZANJE, DOKAZ IN REFLEKSIJA (8–10 min)</w:t>
                  </w:r>
                </w:p>
              </w:tc>
            </w:tr>
          </w:tbl>
          <w:p w14:paraId="2777A898" w14:textId="77777777" w:rsidR="00623E5F" w:rsidRDefault="00623E5F">
            <w:pPr>
              <w:spacing w:line="20" w:lineRule="exact"/>
            </w:pPr>
          </w:p>
          <w:p w14:paraId="348B882A"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05BDC6A7" w14:textId="77777777">
              <w:trPr>
                <w:jc w:val="center"/>
              </w:trPr>
              <w:tc>
                <w:tcPr>
                  <w:tcW w:w="7087" w:type="dxa"/>
                  <w:shd w:val="clear" w:color="auto" w:fill="EDC9EA"/>
                  <w:tcMar>
                    <w:top w:w="45" w:type="dxa"/>
                    <w:left w:w="70" w:type="dxa"/>
                    <w:bottom w:w="45" w:type="dxa"/>
                    <w:right w:w="70" w:type="dxa"/>
                  </w:tcMar>
                </w:tcPr>
                <w:p w14:paraId="67F38EE5" w14:textId="77777777" w:rsidR="00623E5F" w:rsidRDefault="00000000">
                  <w:pPr>
                    <w:keepNext/>
                  </w:pPr>
                  <w:r>
                    <w:rPr>
                      <w:b/>
                      <w:color w:val="000000"/>
                    </w:rPr>
                    <w:t>SAMOVREDNOTENJE</w:t>
                  </w:r>
                </w:p>
              </w:tc>
            </w:tr>
          </w:tbl>
          <w:p w14:paraId="5C7AB7E1" w14:textId="77777777" w:rsidR="00623E5F" w:rsidRDefault="00623E5F">
            <w:pPr>
              <w:spacing w:line="20" w:lineRule="exact"/>
            </w:pPr>
          </w:p>
          <w:p w14:paraId="6AED09F4"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7F0836FA" w14:textId="77777777">
              <w:trPr>
                <w:jc w:val="center"/>
              </w:trPr>
              <w:tc>
                <w:tcPr>
                  <w:tcW w:w="7087" w:type="dxa"/>
                  <w:shd w:val="clear" w:color="auto" w:fill="EDC9EA"/>
                  <w:tcMar>
                    <w:top w:w="45" w:type="dxa"/>
                    <w:left w:w="70" w:type="dxa"/>
                    <w:bottom w:w="45" w:type="dxa"/>
                    <w:right w:w="70" w:type="dxa"/>
                  </w:tcMar>
                </w:tcPr>
                <w:p w14:paraId="22A3BFF7" w14:textId="77777777" w:rsidR="00623E5F" w:rsidRDefault="00000000">
                  <w:pPr>
                    <w:keepNext/>
                  </w:pPr>
                  <w:r>
                    <w:rPr>
                      <w:b/>
                      <w:color w:val="000000"/>
                    </w:rPr>
                    <w:t>VRSTNIŠKO OPAZOVANJE IN POVRATNA INFORMACIJA</w:t>
                  </w:r>
                </w:p>
              </w:tc>
            </w:tr>
          </w:tbl>
          <w:p w14:paraId="79320343" w14:textId="77777777" w:rsidR="00623E5F" w:rsidRDefault="00623E5F">
            <w:pPr>
              <w:spacing w:line="20" w:lineRule="exact"/>
            </w:pPr>
          </w:p>
          <w:p w14:paraId="0EB417A8"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3F6FC850" w14:textId="77777777">
              <w:trPr>
                <w:jc w:val="center"/>
              </w:trPr>
              <w:tc>
                <w:tcPr>
                  <w:tcW w:w="7087" w:type="dxa"/>
                  <w:shd w:val="clear" w:color="auto" w:fill="EDC9EA"/>
                  <w:tcMar>
                    <w:top w:w="45" w:type="dxa"/>
                    <w:left w:w="70" w:type="dxa"/>
                    <w:bottom w:w="45" w:type="dxa"/>
                    <w:right w:w="70" w:type="dxa"/>
                  </w:tcMar>
                </w:tcPr>
                <w:p w14:paraId="2DFC3451" w14:textId="77777777" w:rsidR="00623E5F" w:rsidRDefault="00000000">
                  <w:pPr>
                    <w:keepNext/>
                  </w:pPr>
                  <w:r>
                    <w:rPr>
                      <w:b/>
                      <w:color w:val="000000"/>
                    </w:rPr>
                    <w:t>SKUPNI POVZETEK</w:t>
                  </w:r>
                </w:p>
              </w:tc>
            </w:tr>
          </w:tbl>
          <w:p w14:paraId="3E648A71" w14:textId="77777777" w:rsidR="00623E5F" w:rsidRDefault="00623E5F"/>
          <w:p w14:paraId="321FE1AD" w14:textId="77777777" w:rsidR="00623E5F" w:rsidRDefault="00000000">
            <w:pPr>
              <w:spacing w:before="20" w:after="40" w:line="245" w:lineRule="auto"/>
            </w:pPr>
            <w:r>
              <w:rPr>
                <w:b/>
                <w:color w:val="000000"/>
                <w:sz w:val="16"/>
              </w:rPr>
              <w:t>izvedem prevalne predvaje; skačem čez nizko oviro; varno uporabljam klop. Izbrani gibalni dokaz pojasnim in določim varen naslednji korak.</w:t>
            </w:r>
          </w:p>
        </w:tc>
        <w:tc>
          <w:tcPr>
            <w:tcW w:w="2551" w:type="dxa"/>
            <w:tcMar>
              <w:top w:w="70" w:type="dxa"/>
              <w:left w:w="90" w:type="dxa"/>
              <w:bottom w:w="70" w:type="dxa"/>
              <w:right w:w="90" w:type="dxa"/>
            </w:tcMar>
          </w:tcPr>
          <w:p w14:paraId="0C216E69" w14:textId="77777777" w:rsidR="00623E5F" w:rsidRDefault="00623E5F"/>
          <w:p w14:paraId="79956D56" w14:textId="77777777" w:rsidR="00623E5F" w:rsidRDefault="00000000">
            <w:pPr>
              <w:spacing w:after="80" w:line="245" w:lineRule="auto"/>
            </w:pPr>
            <w:r>
              <w:rPr>
                <w:color w:val="000000"/>
                <w:sz w:val="15"/>
              </w:rPr>
              <w:t>Odgovarja na podporna vprašanja in se sklicuje na svojo izvedbo, počutje, izbrano raven in varnost.</w:t>
            </w:r>
          </w:p>
          <w:p w14:paraId="7490691C" w14:textId="77777777" w:rsidR="00623E5F" w:rsidRDefault="00000000">
            <w:pPr>
              <w:spacing w:after="80" w:line="245" w:lineRule="auto"/>
            </w:pPr>
            <w:r>
              <w:rPr>
                <w:color w:val="000000"/>
                <w:sz w:val="15"/>
              </w:rPr>
              <w:t>Predstavi izbrani gibalni dokaz ter pokaže ali pove, katero merilo z njim dosega.</w:t>
            </w:r>
          </w:p>
          <w:p w14:paraId="631D5486" w14:textId="77777777" w:rsidR="00623E5F" w:rsidRDefault="00000000">
            <w:pPr>
              <w:spacing w:after="80" w:line="245" w:lineRule="auto"/>
            </w:pPr>
            <w:r>
              <w:rPr>
                <w:color w:val="000000"/>
                <w:sz w:val="15"/>
              </w:rPr>
              <w:t>Opazuje eno dogovorjeno prvino vrstnikove izvedbe in poda kratek, prijazen ter uporaben odziv.</w:t>
            </w:r>
          </w:p>
          <w:p w14:paraId="77409488"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038F2F47" w14:textId="77777777" w:rsidR="00623E5F" w:rsidRDefault="00000000">
            <w:pPr>
              <w:spacing w:after="100" w:line="245" w:lineRule="auto"/>
            </w:pPr>
            <w:r>
              <w:rPr>
                <w:color w:val="000000"/>
                <w:sz w:val="15"/>
              </w:rPr>
              <w:t>Umiri dihanje, oceni napor in počutje, izbere raven samostojnosti ter določi varen naslednji korak.</w:t>
            </w:r>
          </w:p>
          <w:p w14:paraId="271572AA" w14:textId="77777777" w:rsidR="00623E5F" w:rsidRDefault="00000000">
            <w:pPr>
              <w:spacing w:after="20" w:line="245" w:lineRule="auto"/>
            </w:pPr>
            <w:r>
              <w:rPr>
                <w:b/>
                <w:color w:val="D95BC6"/>
                <w:sz w:val="17"/>
              </w:rPr>
              <w:t>DOKAZ O UČENJU</w:t>
            </w:r>
          </w:p>
          <w:p w14:paraId="7CDC9C40"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18E04DBC"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2123B24C" w14:textId="77777777">
        <w:trPr>
          <w:cantSplit/>
          <w:jc w:val="center"/>
        </w:trPr>
        <w:tc>
          <w:tcPr>
            <w:tcW w:w="14060" w:type="dxa"/>
            <w:gridSpan w:val="6"/>
            <w:tcMar>
              <w:top w:w="70" w:type="dxa"/>
              <w:left w:w="90" w:type="dxa"/>
              <w:bottom w:w="70" w:type="dxa"/>
              <w:right w:w="90" w:type="dxa"/>
            </w:tcMar>
            <w:vAlign w:val="center"/>
          </w:tcPr>
          <w:p w14:paraId="7012ED3A" w14:textId="77777777" w:rsidR="00623E5F" w:rsidRDefault="00000000">
            <w:pPr>
              <w:jc w:val="center"/>
            </w:pPr>
            <w:r>
              <w:rPr>
                <w:b/>
                <w:color w:val="000000"/>
                <w:sz w:val="24"/>
              </w:rPr>
              <w:lastRenderedPageBreak/>
              <w:t>UČNA PRIPRAVA 18/39</w:t>
            </w:r>
          </w:p>
        </w:tc>
      </w:tr>
      <w:tr w:rsidR="00623E5F" w14:paraId="2B09A6A6" w14:textId="77777777">
        <w:trPr>
          <w:jc w:val="center"/>
        </w:trPr>
        <w:tc>
          <w:tcPr>
            <w:tcW w:w="2665" w:type="dxa"/>
            <w:tcMar>
              <w:top w:w="70" w:type="dxa"/>
              <w:left w:w="90" w:type="dxa"/>
              <w:bottom w:w="70" w:type="dxa"/>
              <w:right w:w="90" w:type="dxa"/>
            </w:tcMar>
            <w:vAlign w:val="center"/>
          </w:tcPr>
          <w:p w14:paraId="717BDA8F"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77C8EB2"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407B081F"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AF375B6" w14:textId="77777777" w:rsidR="00623E5F" w:rsidRDefault="00000000">
            <w:r>
              <w:rPr>
                <w:b/>
                <w:color w:val="000000"/>
                <w:sz w:val="16"/>
              </w:rPr>
              <w:t xml:space="preserve">NAČRTOVANI TERMIN: </w:t>
            </w:r>
            <w:r>
              <w:rPr>
                <w:color w:val="000000"/>
                <w:sz w:val="16"/>
              </w:rPr>
              <w:t>18. teden • 11.–15. 1. 2027</w:t>
            </w:r>
          </w:p>
        </w:tc>
        <w:tc>
          <w:tcPr>
            <w:tcW w:w="2268" w:type="dxa"/>
            <w:tcMar>
              <w:top w:w="70" w:type="dxa"/>
              <w:left w:w="90" w:type="dxa"/>
              <w:bottom w:w="70" w:type="dxa"/>
              <w:right w:w="90" w:type="dxa"/>
            </w:tcMar>
            <w:vAlign w:val="center"/>
          </w:tcPr>
          <w:p w14:paraId="78F7A8E5"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0175AF7" w14:textId="77777777" w:rsidR="00623E5F" w:rsidRDefault="00000000">
            <w:r>
              <w:rPr>
                <w:b/>
                <w:color w:val="000000"/>
                <w:sz w:val="16"/>
              </w:rPr>
              <w:t xml:space="preserve">ŠTEVILO UR: </w:t>
            </w:r>
            <w:r>
              <w:rPr>
                <w:color w:val="000000"/>
                <w:sz w:val="16"/>
              </w:rPr>
              <w:t>3</w:t>
            </w:r>
          </w:p>
        </w:tc>
      </w:tr>
      <w:tr w:rsidR="00623E5F" w14:paraId="53FA76D4" w14:textId="77777777">
        <w:trPr>
          <w:jc w:val="center"/>
        </w:trPr>
        <w:tc>
          <w:tcPr>
            <w:tcW w:w="14061" w:type="dxa"/>
            <w:gridSpan w:val="6"/>
            <w:tcMar>
              <w:top w:w="70" w:type="dxa"/>
              <w:left w:w="90" w:type="dxa"/>
              <w:bottom w:w="70" w:type="dxa"/>
              <w:right w:w="90" w:type="dxa"/>
            </w:tcMar>
            <w:vAlign w:val="center"/>
          </w:tcPr>
          <w:p w14:paraId="2C4AFDE1" w14:textId="77777777" w:rsidR="00623E5F" w:rsidRDefault="00000000">
            <w:r>
              <w:rPr>
                <w:b/>
                <w:color w:val="000000"/>
                <w:sz w:val="17"/>
              </w:rPr>
              <w:t xml:space="preserve">TIP UČNE URE: </w:t>
            </w:r>
            <w:r>
              <w:rPr>
                <w:color w:val="000000"/>
                <w:sz w:val="17"/>
              </w:rPr>
              <w:t>priprava, individualno praktično opisno ocenjevanje, analiza izvedbe in ponovno učenje</w:t>
            </w:r>
          </w:p>
        </w:tc>
      </w:tr>
      <w:tr w:rsidR="00623E5F" w14:paraId="7CE99659" w14:textId="77777777">
        <w:trPr>
          <w:cantSplit/>
          <w:jc w:val="center"/>
        </w:trPr>
        <w:tc>
          <w:tcPr>
            <w:tcW w:w="14060" w:type="dxa"/>
            <w:gridSpan w:val="6"/>
            <w:tcMar>
              <w:top w:w="70" w:type="dxa"/>
              <w:left w:w="90" w:type="dxa"/>
              <w:bottom w:w="70" w:type="dxa"/>
              <w:right w:w="90" w:type="dxa"/>
            </w:tcMar>
            <w:vAlign w:val="center"/>
          </w:tcPr>
          <w:p w14:paraId="4AAD97E7" w14:textId="77777777" w:rsidR="00623E5F" w:rsidRDefault="00623E5F"/>
          <w:p w14:paraId="00A9608C" w14:textId="77777777" w:rsidR="00623E5F" w:rsidRDefault="00000000">
            <w:pPr>
              <w:spacing w:line="245" w:lineRule="auto"/>
            </w:pPr>
            <w:r>
              <w:rPr>
                <w:b/>
                <w:color w:val="000000"/>
                <w:sz w:val="15"/>
              </w:rPr>
              <w:t xml:space="preserve">UČNI SKLOP: </w:t>
            </w:r>
            <w:r>
              <w:rPr>
                <w:color w:val="000000"/>
                <w:sz w:val="15"/>
              </w:rPr>
              <w:t>ZIMA, SNOVI IN POJAVI</w:t>
            </w:r>
          </w:p>
        </w:tc>
      </w:tr>
      <w:tr w:rsidR="00623E5F" w14:paraId="797544ED" w14:textId="77777777">
        <w:trPr>
          <w:cantSplit/>
          <w:jc w:val="center"/>
        </w:trPr>
        <w:tc>
          <w:tcPr>
            <w:tcW w:w="14060" w:type="dxa"/>
            <w:gridSpan w:val="6"/>
            <w:tcMar>
              <w:top w:w="70" w:type="dxa"/>
              <w:left w:w="90" w:type="dxa"/>
              <w:bottom w:w="70" w:type="dxa"/>
              <w:right w:w="90" w:type="dxa"/>
            </w:tcMar>
            <w:vAlign w:val="center"/>
          </w:tcPr>
          <w:p w14:paraId="2839DD14" w14:textId="77777777" w:rsidR="00623E5F" w:rsidRDefault="00623E5F"/>
          <w:p w14:paraId="4EE31A50" w14:textId="77777777" w:rsidR="00623E5F" w:rsidRDefault="00000000">
            <w:pPr>
              <w:spacing w:line="245" w:lineRule="auto"/>
            </w:pPr>
            <w:r>
              <w:rPr>
                <w:b/>
                <w:color w:val="000000"/>
                <w:sz w:val="15"/>
              </w:rPr>
              <w:t xml:space="preserve">UČNA TEMA: </w:t>
            </w:r>
            <w:r>
              <w:rPr>
                <w:color w:val="000000"/>
                <w:sz w:val="15"/>
              </w:rPr>
              <w:t>ZIMSKE IGRE</w:t>
            </w:r>
          </w:p>
        </w:tc>
      </w:tr>
      <w:tr w:rsidR="00623E5F" w14:paraId="1207653D" w14:textId="77777777">
        <w:trPr>
          <w:cantSplit/>
          <w:jc w:val="center"/>
        </w:trPr>
        <w:tc>
          <w:tcPr>
            <w:tcW w:w="14060" w:type="dxa"/>
            <w:gridSpan w:val="6"/>
            <w:tcMar>
              <w:top w:w="70" w:type="dxa"/>
              <w:left w:w="90" w:type="dxa"/>
              <w:bottom w:w="70" w:type="dxa"/>
              <w:right w:w="90" w:type="dxa"/>
            </w:tcMar>
            <w:vAlign w:val="center"/>
          </w:tcPr>
          <w:p w14:paraId="22E23E72" w14:textId="77777777" w:rsidR="00623E5F" w:rsidRDefault="00623E5F"/>
          <w:p w14:paraId="5C82691D" w14:textId="77777777" w:rsidR="00623E5F" w:rsidRDefault="00000000">
            <w:pPr>
              <w:spacing w:line="245" w:lineRule="auto"/>
            </w:pPr>
            <w:r>
              <w:rPr>
                <w:b/>
                <w:color w:val="000000"/>
                <w:sz w:val="15"/>
              </w:rPr>
              <w:t xml:space="preserve">KNJIŽEVNO / MOTIVNO IZHODIŠČE: </w:t>
            </w:r>
            <w:r>
              <w:rPr>
                <w:color w:val="000000"/>
                <w:sz w:val="15"/>
              </w:rPr>
              <w:t>»Mehurčki« – Oton Župančič • voda, igra besed, zvočnost in spreminjanje snovi</w:t>
            </w:r>
          </w:p>
        </w:tc>
      </w:tr>
      <w:tr w:rsidR="00623E5F" w14:paraId="52DAE5FC" w14:textId="77777777">
        <w:trPr>
          <w:cantSplit/>
          <w:jc w:val="center"/>
        </w:trPr>
        <w:tc>
          <w:tcPr>
            <w:tcW w:w="14060" w:type="dxa"/>
            <w:gridSpan w:val="6"/>
            <w:tcMar>
              <w:top w:w="70" w:type="dxa"/>
              <w:left w:w="90" w:type="dxa"/>
              <w:bottom w:w="70" w:type="dxa"/>
              <w:right w:w="90" w:type="dxa"/>
            </w:tcMar>
            <w:vAlign w:val="center"/>
          </w:tcPr>
          <w:p w14:paraId="40C3979F" w14:textId="77777777" w:rsidR="00623E5F" w:rsidRDefault="00623E5F"/>
          <w:p w14:paraId="2A9C8D06" w14:textId="77777777" w:rsidR="00623E5F" w:rsidRDefault="00000000">
            <w:pPr>
              <w:spacing w:line="245" w:lineRule="auto"/>
            </w:pPr>
            <w:r>
              <w:rPr>
                <w:b/>
                <w:color w:val="000000"/>
                <w:sz w:val="15"/>
              </w:rPr>
              <w:t xml:space="preserve">GIBALNO IZHODIŠČE / MOTIVACIJA: </w:t>
            </w:r>
            <w:r>
              <w:rPr>
                <w:color w:val="000000"/>
                <w:sz w:val="15"/>
              </w:rPr>
              <w:t>lik iz zgodbe potrebuje skupino, ki zna upoštevati znak, pravilo in vlogo; učenci s kratko igro brez izločanja odkrijejo temo »zimske igre«. Tedenski gibalni izziv: izvede gibalno igro »Kapljice in led«.</w:t>
            </w:r>
          </w:p>
        </w:tc>
      </w:tr>
      <w:tr w:rsidR="00623E5F" w14:paraId="3C676D32" w14:textId="77777777">
        <w:trPr>
          <w:cantSplit/>
          <w:jc w:val="center"/>
        </w:trPr>
        <w:tc>
          <w:tcPr>
            <w:tcW w:w="14060" w:type="dxa"/>
            <w:gridSpan w:val="6"/>
            <w:tcMar>
              <w:top w:w="70" w:type="dxa"/>
              <w:left w:w="90" w:type="dxa"/>
              <w:bottom w:w="70" w:type="dxa"/>
              <w:right w:w="90" w:type="dxa"/>
            </w:tcMar>
            <w:vAlign w:val="center"/>
          </w:tcPr>
          <w:p w14:paraId="32B5E757" w14:textId="77777777" w:rsidR="00623E5F" w:rsidRDefault="00623E5F"/>
          <w:p w14:paraId="0778B293" w14:textId="77777777" w:rsidR="00623E5F" w:rsidRDefault="00000000">
            <w:pPr>
              <w:spacing w:line="245" w:lineRule="auto"/>
            </w:pPr>
            <w:r>
              <w:rPr>
                <w:b/>
                <w:color w:val="000000"/>
                <w:sz w:val="15"/>
              </w:rPr>
              <w:t xml:space="preserve">UČNE ENOTE: </w:t>
            </w:r>
            <w:r>
              <w:rPr>
                <w:color w:val="000000"/>
                <w:sz w:val="15"/>
              </w:rPr>
              <w:t>1. ura – Zimske igre – Ogrejem se in usvojim gib • 2. ura – Zimske igre – Vadim na postajah • 3. ura – Gimnastične in koordinacijske postaje – Individualni praktični dokaz</w:t>
            </w:r>
          </w:p>
        </w:tc>
      </w:tr>
      <w:tr w:rsidR="00623E5F" w14:paraId="6A8BC280" w14:textId="77777777">
        <w:trPr>
          <w:cantSplit/>
          <w:jc w:val="center"/>
        </w:trPr>
        <w:tc>
          <w:tcPr>
            <w:tcW w:w="14060" w:type="dxa"/>
            <w:gridSpan w:val="6"/>
            <w:tcMar>
              <w:top w:w="70" w:type="dxa"/>
              <w:left w:w="90" w:type="dxa"/>
              <w:bottom w:w="70" w:type="dxa"/>
              <w:right w:w="90" w:type="dxa"/>
            </w:tcMar>
            <w:vAlign w:val="center"/>
          </w:tcPr>
          <w:p w14:paraId="66D4EF0E" w14:textId="77777777" w:rsidR="00623E5F" w:rsidRDefault="00623E5F"/>
          <w:p w14:paraId="11E3C867"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26C7035D" w14:textId="77777777">
        <w:trPr>
          <w:cantSplit/>
          <w:jc w:val="center"/>
        </w:trPr>
        <w:tc>
          <w:tcPr>
            <w:tcW w:w="14060" w:type="dxa"/>
            <w:gridSpan w:val="6"/>
            <w:tcMar>
              <w:top w:w="70" w:type="dxa"/>
              <w:left w:w="90" w:type="dxa"/>
              <w:bottom w:w="70" w:type="dxa"/>
              <w:right w:w="90" w:type="dxa"/>
            </w:tcMar>
            <w:vAlign w:val="center"/>
          </w:tcPr>
          <w:p w14:paraId="0EB1935A" w14:textId="77777777" w:rsidR="00623E5F" w:rsidRDefault="00623E5F"/>
          <w:p w14:paraId="4D6E97EB"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3438D750" w14:textId="77777777">
        <w:trPr>
          <w:cantSplit/>
          <w:jc w:val="center"/>
        </w:trPr>
        <w:tc>
          <w:tcPr>
            <w:tcW w:w="14060" w:type="dxa"/>
            <w:gridSpan w:val="6"/>
            <w:tcMar>
              <w:top w:w="70" w:type="dxa"/>
              <w:left w:w="90" w:type="dxa"/>
              <w:bottom w:w="70" w:type="dxa"/>
              <w:right w:w="90" w:type="dxa"/>
            </w:tcMar>
            <w:vAlign w:val="center"/>
          </w:tcPr>
          <w:p w14:paraId="3BD8DD54" w14:textId="77777777" w:rsidR="00623E5F" w:rsidRDefault="00623E5F"/>
          <w:p w14:paraId="09AFB17E"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6545E93F" w14:textId="77777777">
        <w:trPr>
          <w:cantSplit/>
          <w:jc w:val="center"/>
        </w:trPr>
        <w:tc>
          <w:tcPr>
            <w:tcW w:w="14060" w:type="dxa"/>
            <w:gridSpan w:val="6"/>
            <w:tcMar>
              <w:top w:w="70" w:type="dxa"/>
              <w:left w:w="90" w:type="dxa"/>
              <w:bottom w:w="70" w:type="dxa"/>
              <w:right w:w="90" w:type="dxa"/>
            </w:tcMar>
            <w:vAlign w:val="center"/>
          </w:tcPr>
          <w:p w14:paraId="03A8D5CF" w14:textId="77777777" w:rsidR="00623E5F" w:rsidRDefault="00623E5F"/>
          <w:p w14:paraId="7F1F0D15" w14:textId="77777777" w:rsidR="00623E5F" w:rsidRDefault="00000000">
            <w:pPr>
              <w:spacing w:line="245" w:lineRule="auto"/>
            </w:pPr>
            <w:r>
              <w:rPr>
                <w:b/>
                <w:color w:val="000000"/>
                <w:sz w:val="15"/>
              </w:rPr>
              <w:t xml:space="preserve">MEDPREDMETNE POVEZAVE: </w:t>
            </w:r>
            <w:r>
              <w:rPr>
                <w:color w:val="000000"/>
                <w:sz w:val="15"/>
              </w:rPr>
              <w:t>SPO – voda, igra besed, zvočnost in spreminjanje snovi,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332C5DBA" w14:textId="77777777">
        <w:trPr>
          <w:cantSplit/>
          <w:jc w:val="center"/>
        </w:trPr>
        <w:tc>
          <w:tcPr>
            <w:tcW w:w="14060" w:type="dxa"/>
            <w:gridSpan w:val="6"/>
            <w:tcMar>
              <w:top w:w="70" w:type="dxa"/>
              <w:left w:w="90" w:type="dxa"/>
              <w:bottom w:w="70" w:type="dxa"/>
              <w:right w:w="90" w:type="dxa"/>
            </w:tcMar>
            <w:vAlign w:val="center"/>
          </w:tcPr>
          <w:p w14:paraId="4611F139" w14:textId="77777777" w:rsidR="00623E5F" w:rsidRDefault="00623E5F"/>
          <w:p w14:paraId="396001A8" w14:textId="77777777" w:rsidR="00623E5F" w:rsidRDefault="00000000">
            <w:pPr>
              <w:spacing w:line="245" w:lineRule="auto"/>
            </w:pPr>
            <w:r>
              <w:rPr>
                <w:b/>
                <w:color w:val="000000"/>
                <w:sz w:val="15"/>
              </w:rPr>
              <w:t xml:space="preserve">UČNA SREDSTVA IN PRIPOMOČKI: </w:t>
            </w:r>
            <w:r>
              <w:rPr>
                <w:color w:val="000000"/>
                <w:sz w:val="15"/>
              </w:rPr>
              <w:t>stožci, rutice, mehke žoge, obroči, vrvi, označevalni trakovi, kartice pravil in vlog; kartice namena in kriterijev; oznake štirih postaj; opazovalni list; semafor napora in mapa dokazov</w:t>
            </w:r>
          </w:p>
        </w:tc>
      </w:tr>
      <w:tr w:rsidR="00623E5F" w14:paraId="3A6CB654" w14:textId="77777777">
        <w:trPr>
          <w:cantSplit/>
          <w:jc w:val="center"/>
        </w:trPr>
        <w:tc>
          <w:tcPr>
            <w:tcW w:w="14060" w:type="dxa"/>
            <w:gridSpan w:val="6"/>
            <w:tcMar>
              <w:top w:w="70" w:type="dxa"/>
              <w:left w:w="90" w:type="dxa"/>
              <w:bottom w:w="70" w:type="dxa"/>
              <w:right w:w="90" w:type="dxa"/>
            </w:tcMar>
            <w:vAlign w:val="center"/>
          </w:tcPr>
          <w:p w14:paraId="48147E4A" w14:textId="77777777" w:rsidR="00623E5F" w:rsidRDefault="00623E5F"/>
          <w:p w14:paraId="553DAEEE"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66836C5B" w14:textId="77777777">
        <w:trPr>
          <w:cantSplit/>
          <w:jc w:val="center"/>
        </w:trPr>
        <w:tc>
          <w:tcPr>
            <w:tcW w:w="14060" w:type="dxa"/>
            <w:gridSpan w:val="6"/>
            <w:tcMar>
              <w:top w:w="70" w:type="dxa"/>
              <w:left w:w="90" w:type="dxa"/>
              <w:bottom w:w="70" w:type="dxa"/>
              <w:right w:w="90" w:type="dxa"/>
            </w:tcMar>
            <w:vAlign w:val="center"/>
          </w:tcPr>
          <w:p w14:paraId="779B947F" w14:textId="77777777" w:rsidR="00623E5F" w:rsidRDefault="00623E5F"/>
          <w:p w14:paraId="269CC021" w14:textId="77777777" w:rsidR="00623E5F" w:rsidRDefault="00000000">
            <w:pPr>
              <w:spacing w:line="245" w:lineRule="auto"/>
            </w:pPr>
            <w:r>
              <w:rPr>
                <w:b/>
                <w:color w:val="000000"/>
                <w:sz w:val="15"/>
              </w:rPr>
              <w:t xml:space="preserve">OCENJEVANJE / DAN DEJAVNOSTI: </w:t>
            </w:r>
            <w:r>
              <w:rPr>
                <w:color w:val="000000"/>
                <w:sz w:val="15"/>
              </w:rPr>
              <w:t>OCENJEVANJE 2 - DRUGI NAČINI: praktična izvedba gimnastičnih in koordinacijskih nalog na postajah ter samovrednotenje</w:t>
            </w:r>
          </w:p>
        </w:tc>
      </w:tr>
      <w:tr w:rsidR="00623E5F" w14:paraId="62850194" w14:textId="77777777">
        <w:trPr>
          <w:cantSplit/>
          <w:jc w:val="center"/>
        </w:trPr>
        <w:tc>
          <w:tcPr>
            <w:tcW w:w="14060" w:type="dxa"/>
            <w:gridSpan w:val="6"/>
            <w:tcMar>
              <w:top w:w="70" w:type="dxa"/>
              <w:left w:w="90" w:type="dxa"/>
              <w:bottom w:w="70" w:type="dxa"/>
              <w:right w:w="90" w:type="dxa"/>
            </w:tcMar>
            <w:vAlign w:val="center"/>
          </w:tcPr>
          <w:p w14:paraId="5AE0CC01" w14:textId="77777777" w:rsidR="00623E5F" w:rsidRDefault="00623E5F"/>
          <w:p w14:paraId="7CFF203F"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239A6BCD"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3295E2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6265390"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760AF14" w14:textId="77777777" w:rsidR="00623E5F" w:rsidRDefault="00000000">
            <w:pPr>
              <w:jc w:val="center"/>
            </w:pPr>
            <w:r>
              <w:rPr>
                <w:b/>
                <w:color w:val="000000"/>
                <w:sz w:val="20"/>
              </w:rPr>
              <w:t>UČNE DEJAVNOSTI, METODE IN FORMATIVNO SPREMLJANJE</w:t>
            </w:r>
          </w:p>
        </w:tc>
      </w:tr>
      <w:tr w:rsidR="00623E5F" w14:paraId="37A7F31C" w14:textId="77777777">
        <w:trPr>
          <w:tblHeader/>
          <w:jc w:val="center"/>
        </w:trPr>
        <w:tc>
          <w:tcPr>
            <w:tcW w:w="4422" w:type="dxa"/>
            <w:vMerge/>
            <w:tcMar>
              <w:top w:w="70" w:type="dxa"/>
              <w:left w:w="90" w:type="dxa"/>
              <w:bottom w:w="70" w:type="dxa"/>
              <w:right w:w="90" w:type="dxa"/>
            </w:tcMar>
            <w:vAlign w:val="center"/>
          </w:tcPr>
          <w:p w14:paraId="350E7189" w14:textId="77777777" w:rsidR="00623E5F" w:rsidRDefault="00623E5F"/>
        </w:tc>
        <w:tc>
          <w:tcPr>
            <w:tcW w:w="7087" w:type="dxa"/>
            <w:shd w:val="clear" w:color="auto" w:fill="FFFFFF"/>
            <w:tcMar>
              <w:top w:w="70" w:type="dxa"/>
              <w:left w:w="90" w:type="dxa"/>
              <w:bottom w:w="70" w:type="dxa"/>
              <w:right w:w="90" w:type="dxa"/>
            </w:tcMar>
            <w:vAlign w:val="center"/>
          </w:tcPr>
          <w:p w14:paraId="06266D6A"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B402A6B" w14:textId="77777777" w:rsidR="00623E5F" w:rsidRDefault="00000000">
            <w:pPr>
              <w:jc w:val="center"/>
            </w:pPr>
            <w:r>
              <w:rPr>
                <w:b/>
                <w:color w:val="000000"/>
              </w:rPr>
              <w:t>UČENEC</w:t>
            </w:r>
          </w:p>
        </w:tc>
      </w:tr>
      <w:tr w:rsidR="00623E5F" w14:paraId="56DC61C5" w14:textId="77777777">
        <w:trPr>
          <w:jc w:val="center"/>
        </w:trPr>
        <w:tc>
          <w:tcPr>
            <w:tcW w:w="4422" w:type="dxa"/>
            <w:tcMar>
              <w:top w:w="70" w:type="dxa"/>
              <w:left w:w="90" w:type="dxa"/>
              <w:bottom w:w="70" w:type="dxa"/>
              <w:right w:w="90" w:type="dxa"/>
            </w:tcMar>
          </w:tcPr>
          <w:p w14:paraId="41264167" w14:textId="77777777" w:rsidR="00623E5F" w:rsidRDefault="00623E5F"/>
          <w:p w14:paraId="73A7EA27" w14:textId="77777777" w:rsidR="00623E5F" w:rsidRDefault="00000000">
            <w:pPr>
              <w:spacing w:after="60" w:line="245" w:lineRule="auto"/>
            </w:pPr>
            <w:r>
              <w:rPr>
                <w:b/>
                <w:color w:val="000000"/>
              </w:rPr>
              <w:t>UČNI CILJI</w:t>
            </w:r>
          </w:p>
          <w:p w14:paraId="0BCEBCED" w14:textId="77777777" w:rsidR="00623E5F" w:rsidRDefault="00000000">
            <w:pPr>
              <w:spacing w:after="20" w:line="245" w:lineRule="auto"/>
            </w:pPr>
            <w:r>
              <w:rPr>
                <w:b/>
                <w:color w:val="000000"/>
                <w:sz w:val="17"/>
              </w:rPr>
              <w:t>SPLOŠNI</w:t>
            </w:r>
          </w:p>
          <w:p w14:paraId="15329329"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5044552C" w14:textId="77777777" w:rsidR="00623E5F" w:rsidRDefault="00000000">
            <w:pPr>
              <w:pStyle w:val="Oznaenseznam"/>
              <w:spacing w:after="16"/>
            </w:pPr>
            <w:r>
              <w:rPr>
                <w:color w:val="000000"/>
                <w:sz w:val="15"/>
              </w:rPr>
              <w:t>varno hodi, teče, skače, meče, pleza, se plazi, lovi, ravnoteži, pleše in uporablja različne rekvizite</w:t>
            </w:r>
          </w:p>
          <w:p w14:paraId="68846B8C" w14:textId="77777777" w:rsidR="00623E5F" w:rsidRDefault="00000000">
            <w:pPr>
              <w:pStyle w:val="Oznaenseznam"/>
              <w:spacing w:after="16"/>
            </w:pPr>
            <w:r>
              <w:rPr>
                <w:color w:val="000000"/>
                <w:sz w:val="15"/>
              </w:rPr>
              <w:t>razume pomen rednega gibanja, ogrevanja, higiene, primerne opreme, počitka in varnega ravnanja</w:t>
            </w:r>
          </w:p>
          <w:p w14:paraId="3B1ECFA6"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2810DB76" w14:textId="77777777" w:rsidR="00623E5F" w:rsidRDefault="00000000">
            <w:pPr>
              <w:spacing w:before="40" w:after="20" w:line="245" w:lineRule="auto"/>
            </w:pPr>
            <w:r>
              <w:rPr>
                <w:b/>
                <w:color w:val="000000"/>
                <w:sz w:val="17"/>
              </w:rPr>
              <w:t>OPERATIVNI</w:t>
            </w:r>
          </w:p>
          <w:p w14:paraId="29C014A3" w14:textId="77777777" w:rsidR="00623E5F" w:rsidRDefault="00000000">
            <w:pPr>
              <w:pStyle w:val="Oznaenseznam"/>
              <w:spacing w:after="16"/>
            </w:pPr>
            <w:r>
              <w:rPr>
                <w:color w:val="000000"/>
                <w:sz w:val="15"/>
              </w:rPr>
              <w:t>razvija ravnotežje</w:t>
            </w:r>
          </w:p>
          <w:p w14:paraId="48E471BA" w14:textId="77777777" w:rsidR="00623E5F" w:rsidRDefault="00000000">
            <w:pPr>
              <w:pStyle w:val="Oznaenseznam"/>
              <w:spacing w:after="16"/>
            </w:pPr>
            <w:r>
              <w:rPr>
                <w:color w:val="000000"/>
                <w:sz w:val="15"/>
              </w:rPr>
              <w:t>meče in lovi lažji predmet</w:t>
            </w:r>
          </w:p>
          <w:p w14:paraId="7EEBD577" w14:textId="77777777" w:rsidR="00623E5F" w:rsidRDefault="00000000">
            <w:pPr>
              <w:pStyle w:val="Oznaenseznam"/>
              <w:spacing w:after="16"/>
            </w:pPr>
            <w:r>
              <w:rPr>
                <w:color w:val="000000"/>
                <w:sz w:val="15"/>
              </w:rPr>
              <w:t>se primerno ogreje</w:t>
            </w:r>
          </w:p>
          <w:p w14:paraId="386941D3" w14:textId="77777777" w:rsidR="00623E5F" w:rsidRDefault="00000000">
            <w:pPr>
              <w:spacing w:before="40" w:after="20" w:line="245" w:lineRule="auto"/>
            </w:pPr>
            <w:r>
              <w:rPr>
                <w:b/>
                <w:color w:val="000000"/>
                <w:sz w:val="17"/>
              </w:rPr>
              <w:t>PRIČAKOVANI DOSEŽKI / MINIMALNI POUDARKI</w:t>
            </w:r>
          </w:p>
          <w:p w14:paraId="390EFE6A" w14:textId="77777777" w:rsidR="00623E5F" w:rsidRDefault="00000000">
            <w:pPr>
              <w:pStyle w:val="Oznaenseznam"/>
              <w:spacing w:after="16"/>
            </w:pPr>
            <w:r>
              <w:rPr>
                <w:color w:val="000000"/>
                <w:sz w:val="15"/>
              </w:rPr>
              <w:t>učenec samostojno oziroma z dogovorjeno oporo razvija ravnotežje</w:t>
            </w:r>
          </w:p>
          <w:p w14:paraId="0F42FC48" w14:textId="77777777" w:rsidR="00623E5F" w:rsidRDefault="00000000">
            <w:pPr>
              <w:pStyle w:val="Oznaenseznam"/>
              <w:spacing w:after="16"/>
            </w:pPr>
            <w:r>
              <w:rPr>
                <w:color w:val="000000"/>
                <w:sz w:val="15"/>
              </w:rPr>
              <w:t>učenec samostojno oziroma z dogovorjeno oporo meče in lovi lažji predmet</w:t>
            </w:r>
          </w:p>
          <w:p w14:paraId="17D50C7B" w14:textId="77777777" w:rsidR="00623E5F" w:rsidRDefault="00000000">
            <w:pPr>
              <w:pStyle w:val="Oznaenseznam"/>
              <w:spacing w:after="16"/>
            </w:pPr>
            <w:r>
              <w:rPr>
                <w:color w:val="000000"/>
                <w:sz w:val="15"/>
              </w:rPr>
              <w:t>učenec samostojno oziroma z dogovorjeno oporo se primerno ogreje</w:t>
            </w:r>
          </w:p>
        </w:tc>
        <w:tc>
          <w:tcPr>
            <w:tcW w:w="7087" w:type="dxa"/>
            <w:tcMar>
              <w:top w:w="70" w:type="dxa"/>
              <w:left w:w="90" w:type="dxa"/>
              <w:bottom w:w="70" w:type="dxa"/>
              <w:right w:w="90" w:type="dxa"/>
            </w:tcMar>
          </w:tcPr>
          <w:p w14:paraId="634C989B"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42B6E378" w14:textId="77777777">
              <w:trPr>
                <w:jc w:val="center"/>
              </w:trPr>
              <w:tc>
                <w:tcPr>
                  <w:tcW w:w="7087" w:type="dxa"/>
                  <w:shd w:val="clear" w:color="auto" w:fill="C6E7F3"/>
                  <w:tcMar>
                    <w:top w:w="45" w:type="dxa"/>
                    <w:left w:w="70" w:type="dxa"/>
                    <w:bottom w:w="45" w:type="dxa"/>
                    <w:right w:w="70" w:type="dxa"/>
                  </w:tcMar>
                </w:tcPr>
                <w:p w14:paraId="0C876EEB" w14:textId="77777777" w:rsidR="00623E5F" w:rsidRDefault="00000000">
                  <w:pPr>
                    <w:keepNext/>
                  </w:pPr>
                  <w:r>
                    <w:rPr>
                      <w:b/>
                      <w:color w:val="000000"/>
                    </w:rPr>
                    <w:t>UVODNI DEL – POČUTJE, GIBALNI NAMIG, PREDZNANJE IN NAMEN UČENJA (7–10 min)</w:t>
                  </w:r>
                </w:p>
              </w:tc>
            </w:tr>
          </w:tbl>
          <w:p w14:paraId="7D4151F9" w14:textId="77777777" w:rsidR="00623E5F" w:rsidRDefault="00623E5F">
            <w:pPr>
              <w:spacing w:line="20" w:lineRule="exact"/>
            </w:pPr>
          </w:p>
          <w:p w14:paraId="4DF2C66D" w14:textId="77777777" w:rsidR="00623E5F" w:rsidRDefault="00000000">
            <w:pPr>
              <w:spacing w:before="40" w:after="60" w:line="245" w:lineRule="auto"/>
            </w:pPr>
            <w:r>
              <w:rPr>
                <w:color w:val="000000"/>
                <w:sz w:val="15"/>
              </w:rPr>
              <w:t>Ob književnem motivu »Mehurčki« – Oton Župančič učenci vstopijo v temo voda, igra besed, zvočnost in spreminjanje snovi. Učiteljica pripravi kratek gibalni namig: lik iz zgodbe potrebuje skupino, ki zna upoštevati znak, pravilo in vlogo; učenci s kratko igro brez izločanja odkrijejo temo »zimske igre«. Tedenski gibalni izziv: izvede gibalno igro »Kapljice in led«. Učenci najprej preverijo počutje in prostor, nato predznanje pokažejo z držo, gibalno izbiro, odzivom na znak, postavitvijo rekvizita ali kratko razlago. Pred individualnim praktičnim dokazom obnovijo javna merila, varnost in dovoljene opore; po izvedbi določijo naslednji korak.</w:t>
            </w:r>
          </w:p>
          <w:tbl>
            <w:tblPr>
              <w:tblStyle w:val="Tabelamrea"/>
              <w:tblW w:w="0" w:type="auto"/>
              <w:jc w:val="center"/>
              <w:tblLayout w:type="fixed"/>
              <w:tblLook w:val="04A0" w:firstRow="1" w:lastRow="0" w:firstColumn="1" w:lastColumn="0" w:noHBand="0" w:noVBand="1"/>
            </w:tblPr>
            <w:tblGrid>
              <w:gridCol w:w="7087"/>
            </w:tblGrid>
            <w:tr w:rsidR="00623E5F" w14:paraId="73B6A0C5" w14:textId="77777777">
              <w:trPr>
                <w:jc w:val="center"/>
              </w:trPr>
              <w:tc>
                <w:tcPr>
                  <w:tcW w:w="7087" w:type="dxa"/>
                  <w:shd w:val="clear" w:color="auto" w:fill="EDC9EA"/>
                  <w:tcMar>
                    <w:top w:w="45" w:type="dxa"/>
                    <w:left w:w="70" w:type="dxa"/>
                    <w:bottom w:w="45" w:type="dxa"/>
                    <w:right w:w="70" w:type="dxa"/>
                  </w:tcMar>
                </w:tcPr>
                <w:p w14:paraId="75B31EEF" w14:textId="77777777" w:rsidR="00623E5F" w:rsidRDefault="00000000">
                  <w:pPr>
                    <w:keepNext/>
                  </w:pPr>
                  <w:r>
                    <w:rPr>
                      <w:b/>
                      <w:color w:val="000000"/>
                    </w:rPr>
                    <w:t>NAMENI UČENJA</w:t>
                  </w:r>
                </w:p>
              </w:tc>
            </w:tr>
          </w:tbl>
          <w:p w14:paraId="40429FC6" w14:textId="77777777" w:rsidR="00623E5F" w:rsidRDefault="00623E5F">
            <w:pPr>
              <w:spacing w:line="20" w:lineRule="exact"/>
            </w:pPr>
          </w:p>
          <w:p w14:paraId="56F852A8"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0F87EE2C" w14:textId="77777777" w:rsidR="00623E5F" w:rsidRDefault="00000000">
            <w:pPr>
              <w:pStyle w:val="Oznaenseznam"/>
              <w:spacing w:after="16"/>
            </w:pPr>
            <w:r>
              <w:rPr>
                <w:color w:val="000000"/>
                <w:sz w:val="15"/>
              </w:rPr>
              <w:t>razvijam ravnotežje</w:t>
            </w:r>
          </w:p>
          <w:p w14:paraId="6CC8BA1D" w14:textId="77777777" w:rsidR="00623E5F" w:rsidRDefault="00000000">
            <w:pPr>
              <w:pStyle w:val="Oznaenseznam"/>
              <w:spacing w:after="16"/>
            </w:pPr>
            <w:r>
              <w:rPr>
                <w:color w:val="000000"/>
                <w:sz w:val="15"/>
              </w:rPr>
              <w:t>mečem in lovim lažji predmet</w:t>
            </w:r>
          </w:p>
          <w:p w14:paraId="6B98EA36" w14:textId="77777777" w:rsidR="00623E5F" w:rsidRDefault="00000000">
            <w:pPr>
              <w:pStyle w:val="Oznaenseznam"/>
              <w:spacing w:after="16"/>
            </w:pPr>
            <w:r>
              <w:rPr>
                <w:color w:val="000000"/>
                <w:sz w:val="15"/>
              </w:rPr>
              <w:t>se primerno ogreje</w:t>
            </w:r>
          </w:p>
          <w:tbl>
            <w:tblPr>
              <w:tblStyle w:val="Tabelamrea"/>
              <w:tblW w:w="0" w:type="auto"/>
              <w:jc w:val="center"/>
              <w:tblLayout w:type="fixed"/>
              <w:tblLook w:val="04A0" w:firstRow="1" w:lastRow="0" w:firstColumn="1" w:lastColumn="0" w:noHBand="0" w:noVBand="1"/>
            </w:tblPr>
            <w:tblGrid>
              <w:gridCol w:w="7087"/>
            </w:tblGrid>
            <w:tr w:rsidR="00623E5F" w14:paraId="06487F1D" w14:textId="77777777">
              <w:trPr>
                <w:jc w:val="center"/>
              </w:trPr>
              <w:tc>
                <w:tcPr>
                  <w:tcW w:w="7087" w:type="dxa"/>
                  <w:shd w:val="clear" w:color="auto" w:fill="EDC9EA"/>
                  <w:tcMar>
                    <w:top w:w="45" w:type="dxa"/>
                    <w:left w:w="70" w:type="dxa"/>
                    <w:bottom w:w="45" w:type="dxa"/>
                    <w:right w:w="70" w:type="dxa"/>
                  </w:tcMar>
                </w:tcPr>
                <w:p w14:paraId="645E073C" w14:textId="77777777" w:rsidR="00623E5F" w:rsidRDefault="00000000">
                  <w:pPr>
                    <w:keepNext/>
                  </w:pPr>
                  <w:r>
                    <w:rPr>
                      <w:b/>
                      <w:color w:val="000000"/>
                    </w:rPr>
                    <w:t>PREVERJANJE PREDZNANJA</w:t>
                  </w:r>
                </w:p>
              </w:tc>
            </w:tr>
          </w:tbl>
          <w:p w14:paraId="264127BF" w14:textId="77777777" w:rsidR="00623E5F" w:rsidRDefault="00623E5F">
            <w:pPr>
              <w:spacing w:line="20" w:lineRule="exact"/>
            </w:pPr>
          </w:p>
          <w:p w14:paraId="2C9E844F" w14:textId="77777777" w:rsidR="00623E5F" w:rsidRDefault="00000000">
            <w:pPr>
              <w:pStyle w:val="Oznaenseznam"/>
              <w:spacing w:after="16"/>
            </w:pPr>
            <w:r>
              <w:rPr>
                <w:color w:val="000000"/>
                <w:sz w:val="15"/>
              </w:rPr>
              <w:t>Kaj moje telo in prostor že znata pokazati pri temi »ZIMSKE IGRE«?</w:t>
            </w:r>
          </w:p>
          <w:p w14:paraId="58468DD5" w14:textId="77777777" w:rsidR="00623E5F" w:rsidRDefault="00000000">
            <w:pPr>
              <w:pStyle w:val="Oznaenseznam"/>
              <w:spacing w:after="16"/>
            </w:pPr>
            <w:r>
              <w:rPr>
                <w:color w:val="000000"/>
                <w:sz w:val="15"/>
              </w:rPr>
              <w:t>Katero varnostno pravilo, gibalni korak ali strategijo že obvladam in kaj bi najprej preizkusil/-a?</w:t>
            </w:r>
          </w:p>
          <w:p w14:paraId="25BC1AFE"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6E8554DB" w14:textId="77777777">
              <w:trPr>
                <w:jc w:val="center"/>
              </w:trPr>
              <w:tc>
                <w:tcPr>
                  <w:tcW w:w="7087" w:type="dxa"/>
                  <w:shd w:val="clear" w:color="auto" w:fill="EDC9EA"/>
                  <w:tcMar>
                    <w:top w:w="45" w:type="dxa"/>
                    <w:left w:w="70" w:type="dxa"/>
                    <w:bottom w:w="45" w:type="dxa"/>
                    <w:right w:w="70" w:type="dxa"/>
                  </w:tcMar>
                </w:tcPr>
                <w:p w14:paraId="3C644A5B" w14:textId="77777777" w:rsidR="00623E5F" w:rsidRDefault="00000000">
                  <w:pPr>
                    <w:keepNext/>
                  </w:pPr>
                  <w:r>
                    <w:rPr>
                      <w:b/>
                      <w:color w:val="000000"/>
                    </w:rPr>
                    <w:t>KRITERIJI USPEŠNOSTI</w:t>
                  </w:r>
                </w:p>
              </w:tc>
            </w:tr>
          </w:tbl>
          <w:p w14:paraId="0C15408F" w14:textId="77777777" w:rsidR="00623E5F" w:rsidRDefault="00623E5F"/>
          <w:p w14:paraId="265A701D" w14:textId="77777777" w:rsidR="00623E5F" w:rsidRDefault="00000000">
            <w:pPr>
              <w:spacing w:before="20" w:after="20" w:line="245" w:lineRule="auto"/>
            </w:pPr>
            <w:r>
              <w:rPr>
                <w:b/>
                <w:color w:val="000000"/>
                <w:sz w:val="16"/>
              </w:rPr>
              <w:t>Uspešen/-na bom, ko:</w:t>
            </w:r>
          </w:p>
          <w:p w14:paraId="768BCAEB" w14:textId="77777777" w:rsidR="00623E5F" w:rsidRDefault="00000000">
            <w:pPr>
              <w:pStyle w:val="Oznaenseznam"/>
              <w:spacing w:after="16"/>
            </w:pPr>
            <w:r>
              <w:rPr>
                <w:color w:val="000000"/>
                <w:sz w:val="15"/>
              </w:rPr>
              <w:t>razvijam ravnotežje</w:t>
            </w:r>
          </w:p>
          <w:p w14:paraId="6BF49706" w14:textId="77777777" w:rsidR="00623E5F" w:rsidRDefault="00000000">
            <w:pPr>
              <w:pStyle w:val="Oznaenseznam"/>
              <w:spacing w:after="16"/>
            </w:pPr>
            <w:r>
              <w:rPr>
                <w:color w:val="000000"/>
                <w:sz w:val="15"/>
              </w:rPr>
              <w:t>mečem in lovim lažji predmet</w:t>
            </w:r>
          </w:p>
          <w:p w14:paraId="2152B28C" w14:textId="77777777" w:rsidR="00623E5F" w:rsidRDefault="00000000">
            <w:pPr>
              <w:pStyle w:val="Oznaenseznam"/>
              <w:spacing w:after="16"/>
            </w:pPr>
            <w:r>
              <w:rPr>
                <w:color w:val="000000"/>
                <w:sz w:val="15"/>
              </w:rPr>
              <w:t>se primerno ogreje</w:t>
            </w:r>
          </w:p>
          <w:p w14:paraId="7C9877F4" w14:textId="77777777" w:rsidR="00623E5F" w:rsidRDefault="00000000">
            <w:pPr>
              <w:pStyle w:val="Oznaenseznam"/>
              <w:spacing w:after="16"/>
            </w:pPr>
            <w:r>
              <w:rPr>
                <w:color w:val="000000"/>
                <w:sz w:val="15"/>
              </w:rPr>
              <w:t>pred začetkom preverim prostor in opremo, ohranjam razdaljo ter se na znak varno ustavim</w:t>
            </w:r>
          </w:p>
          <w:p w14:paraId="003EB658"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00E5F443" w14:textId="77777777" w:rsidR="00623E5F" w:rsidRDefault="00623E5F"/>
          <w:p w14:paraId="10D85ADA"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57221AFF"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527297D4" w14:textId="77777777" w:rsidR="00623E5F" w:rsidRDefault="00000000">
            <w:pPr>
              <w:spacing w:after="100" w:line="245" w:lineRule="auto"/>
            </w:pPr>
            <w:r>
              <w:rPr>
                <w:color w:val="000000"/>
                <w:sz w:val="15"/>
              </w:rPr>
              <w:t>Sodeluje pri razumevanju namena, vidnih meril, varnostnih pravil, prehodov in načina dokazovanja.</w:t>
            </w:r>
          </w:p>
          <w:p w14:paraId="11378F23" w14:textId="77777777" w:rsidR="00623E5F" w:rsidRDefault="00000000">
            <w:pPr>
              <w:spacing w:after="20" w:line="245" w:lineRule="auto"/>
            </w:pPr>
            <w:r>
              <w:rPr>
                <w:b/>
                <w:color w:val="D95BC6"/>
                <w:sz w:val="17"/>
              </w:rPr>
              <w:t>DOKAZ O UČENJU</w:t>
            </w:r>
          </w:p>
          <w:p w14:paraId="1B7AF381"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5F9FAE76"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B0C0A7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F4D44A"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A80D22E" w14:textId="77777777" w:rsidR="00623E5F" w:rsidRDefault="00000000">
            <w:pPr>
              <w:jc w:val="center"/>
            </w:pPr>
            <w:r>
              <w:rPr>
                <w:b/>
                <w:color w:val="000000"/>
                <w:sz w:val="20"/>
              </w:rPr>
              <w:t>UČNE DEJAVNOSTI, METODE IN FORMATIVNO SPREMLJANJE</w:t>
            </w:r>
          </w:p>
        </w:tc>
      </w:tr>
      <w:tr w:rsidR="00623E5F" w14:paraId="790DE48D" w14:textId="77777777">
        <w:trPr>
          <w:tblHeader/>
          <w:jc w:val="center"/>
        </w:trPr>
        <w:tc>
          <w:tcPr>
            <w:tcW w:w="4422" w:type="dxa"/>
            <w:vMerge/>
            <w:tcMar>
              <w:top w:w="70" w:type="dxa"/>
              <w:left w:w="90" w:type="dxa"/>
              <w:bottom w:w="70" w:type="dxa"/>
              <w:right w:w="90" w:type="dxa"/>
            </w:tcMar>
            <w:vAlign w:val="center"/>
          </w:tcPr>
          <w:p w14:paraId="27FB9789" w14:textId="77777777" w:rsidR="00623E5F" w:rsidRDefault="00623E5F"/>
        </w:tc>
        <w:tc>
          <w:tcPr>
            <w:tcW w:w="7087" w:type="dxa"/>
            <w:shd w:val="clear" w:color="auto" w:fill="FFFFFF"/>
            <w:tcMar>
              <w:top w:w="70" w:type="dxa"/>
              <w:left w:w="90" w:type="dxa"/>
              <w:bottom w:w="70" w:type="dxa"/>
              <w:right w:w="90" w:type="dxa"/>
            </w:tcMar>
            <w:vAlign w:val="center"/>
          </w:tcPr>
          <w:p w14:paraId="79F11DBC"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20EB3A1" w14:textId="77777777" w:rsidR="00623E5F" w:rsidRDefault="00000000">
            <w:pPr>
              <w:jc w:val="center"/>
            </w:pPr>
            <w:r>
              <w:rPr>
                <w:b/>
                <w:color w:val="000000"/>
              </w:rPr>
              <w:t>UČENEC</w:t>
            </w:r>
          </w:p>
        </w:tc>
      </w:tr>
      <w:tr w:rsidR="00623E5F" w14:paraId="0FE13754" w14:textId="77777777">
        <w:trPr>
          <w:jc w:val="center"/>
        </w:trPr>
        <w:tc>
          <w:tcPr>
            <w:tcW w:w="4422" w:type="dxa"/>
            <w:tcMar>
              <w:top w:w="70" w:type="dxa"/>
              <w:left w:w="90" w:type="dxa"/>
              <w:bottom w:w="70" w:type="dxa"/>
              <w:right w:w="90" w:type="dxa"/>
            </w:tcMar>
          </w:tcPr>
          <w:p w14:paraId="2505F6DA" w14:textId="77777777" w:rsidR="00623E5F" w:rsidRDefault="00623E5F"/>
          <w:p w14:paraId="70DBC5F6" w14:textId="77777777" w:rsidR="00623E5F" w:rsidRDefault="00000000">
            <w:pPr>
              <w:spacing w:after="40" w:line="245" w:lineRule="auto"/>
            </w:pPr>
            <w:r>
              <w:rPr>
                <w:b/>
                <w:color w:val="000000"/>
                <w:sz w:val="17"/>
              </w:rPr>
              <w:t>KLJUČNI ŠPORTNI IN GIBALNI POJMI</w:t>
            </w:r>
          </w:p>
          <w:p w14:paraId="3A46541F"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znak, vloga, lovljenje, umik, prostor, dogovor, igra brez izločanja</w:t>
            </w:r>
          </w:p>
          <w:p w14:paraId="3715F683" w14:textId="77777777" w:rsidR="00623E5F" w:rsidRDefault="00000000">
            <w:pPr>
              <w:spacing w:after="20" w:line="245" w:lineRule="auto"/>
            </w:pPr>
            <w:r>
              <w:rPr>
                <w:b/>
                <w:color w:val="000000"/>
                <w:sz w:val="17"/>
              </w:rPr>
              <w:t>DOKAZI O UČENJU</w:t>
            </w:r>
          </w:p>
          <w:p w14:paraId="609EE3D8" w14:textId="77777777" w:rsidR="00623E5F" w:rsidRDefault="00000000">
            <w:pPr>
              <w:pStyle w:val="Oznaenseznam"/>
              <w:spacing w:after="7"/>
            </w:pPr>
            <w:r>
              <w:rPr>
                <w:color w:val="000000"/>
                <w:sz w:val="14"/>
              </w:rPr>
              <w:t>varen odziv na znak, začetni poskus prvine in ustno varnostno pravilo.</w:t>
            </w:r>
          </w:p>
          <w:p w14:paraId="4A97B0A8" w14:textId="77777777" w:rsidR="00623E5F" w:rsidRDefault="00000000">
            <w:pPr>
              <w:pStyle w:val="Oznaenseznam"/>
              <w:spacing w:after="7"/>
            </w:pPr>
            <w:r>
              <w:rPr>
                <w:color w:val="000000"/>
                <w:sz w:val="14"/>
              </w:rPr>
              <w:t>opazovalna kartica, izvedba na izbrani ravni in učiteljev zapis o napredku.</w:t>
            </w:r>
          </w:p>
          <w:p w14:paraId="3860F90B" w14:textId="77777777" w:rsidR="00623E5F" w:rsidRDefault="00000000">
            <w:pPr>
              <w:pStyle w:val="Oznaenseznam"/>
              <w:spacing w:after="7"/>
            </w:pPr>
            <w:r>
              <w:rPr>
                <w:color w:val="000000"/>
                <w:sz w:val="14"/>
              </w:rPr>
              <w:t>individualna praktična izvedba gimnastičnih in koordinacijskih nalog, varna uporaba pripomočkov in samovrednotenje</w:t>
            </w:r>
          </w:p>
          <w:p w14:paraId="7B3EF6EE" w14:textId="77777777" w:rsidR="00623E5F" w:rsidRDefault="00000000">
            <w:pPr>
              <w:spacing w:before="40" w:after="20" w:line="245" w:lineRule="auto"/>
            </w:pPr>
            <w:r>
              <w:rPr>
                <w:b/>
                <w:color w:val="000000"/>
                <w:sz w:val="16"/>
              </w:rPr>
              <w:t>GIBALNO DOŽIVETJE IN IZKUŠENJSKI POUK</w:t>
            </w:r>
          </w:p>
          <w:p w14:paraId="399403CB"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7E625BFB" w14:textId="77777777" w:rsidR="00623E5F" w:rsidRDefault="00000000">
            <w:pPr>
              <w:spacing w:after="20" w:line="245" w:lineRule="auto"/>
            </w:pPr>
            <w:r>
              <w:rPr>
                <w:b/>
                <w:color w:val="000000"/>
                <w:sz w:val="16"/>
              </w:rPr>
              <w:t>POUČEVANJE V GIBANJU</w:t>
            </w:r>
          </w:p>
          <w:p w14:paraId="1E6FB933"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3F20ADAC" w14:textId="77777777" w:rsidR="00623E5F" w:rsidRDefault="00000000">
            <w:pPr>
              <w:spacing w:after="20" w:line="245" w:lineRule="auto"/>
            </w:pPr>
            <w:r>
              <w:rPr>
                <w:b/>
                <w:color w:val="000000"/>
                <w:sz w:val="16"/>
              </w:rPr>
              <w:t>DELO PO ŠTIRIH POSTAJAH</w:t>
            </w:r>
          </w:p>
          <w:p w14:paraId="63B378A6"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772857FC" w14:textId="77777777" w:rsidR="00623E5F" w:rsidRDefault="00000000">
            <w:pPr>
              <w:spacing w:after="7" w:line="245" w:lineRule="auto"/>
            </w:pPr>
            <w:r>
              <w:rPr>
                <w:color w:val="000000"/>
                <w:sz w:val="14"/>
              </w:rPr>
              <w:t>1. Praktično-ocenjevalna: individualno izvedem znane ravnotežne, koordinacijske in gimnastične naloge ter varno preidem med njimi.</w:t>
            </w:r>
          </w:p>
          <w:p w14:paraId="61C45D06" w14:textId="77777777" w:rsidR="00623E5F" w:rsidRDefault="00000000">
            <w:pPr>
              <w:spacing w:after="7" w:line="245" w:lineRule="auto"/>
            </w:pPr>
            <w:r>
              <w:rPr>
                <w:color w:val="000000"/>
                <w:sz w:val="14"/>
              </w:rPr>
              <w:t>2. Ogrevalna: po slikovnih karticah sestavim kratek ogrevalni niz in pojasnim, zakaj se ogrevamo.</w:t>
            </w:r>
          </w:p>
          <w:p w14:paraId="4531A065" w14:textId="77777777" w:rsidR="00623E5F" w:rsidRDefault="00000000">
            <w:pPr>
              <w:spacing w:after="7" w:line="245" w:lineRule="auto"/>
            </w:pPr>
            <w:r>
              <w:rPr>
                <w:color w:val="000000"/>
                <w:sz w:val="14"/>
              </w:rPr>
              <w:t>3. Koordinacijska: povežem ritmične korake, preskoke, podajo ali lovljenje lažjega predmeta na označeni poti.</w:t>
            </w:r>
          </w:p>
          <w:p w14:paraId="1BE32E24" w14:textId="77777777" w:rsidR="00623E5F" w:rsidRDefault="00000000">
            <w:pPr>
              <w:spacing w:after="7" w:line="245" w:lineRule="auto"/>
            </w:pPr>
            <w:r>
              <w:rPr>
                <w:color w:val="000000"/>
                <w:sz w:val="14"/>
              </w:rPr>
              <w:t>4. Samovrednotenje: s semaforjem napora in kratko razlago izberem dokaz truda, varnosti in naslednjega koraka.</w:t>
            </w:r>
          </w:p>
          <w:p w14:paraId="756DE0AF" w14:textId="77777777" w:rsidR="00623E5F" w:rsidRDefault="00000000">
            <w:pPr>
              <w:spacing w:after="20" w:line="245" w:lineRule="auto"/>
            </w:pPr>
            <w:r>
              <w:rPr>
                <w:b/>
                <w:color w:val="000000"/>
                <w:sz w:val="16"/>
              </w:rPr>
              <w:t>DIFERENCIACIJA IN VKLJUČEVANJE</w:t>
            </w:r>
          </w:p>
          <w:p w14:paraId="13518FF7"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3B0CA9E8" w14:textId="77777777" w:rsidR="00623E5F" w:rsidRDefault="00000000">
            <w:pPr>
              <w:spacing w:after="20" w:line="245" w:lineRule="auto"/>
            </w:pPr>
            <w:r>
              <w:rPr>
                <w:b/>
                <w:color w:val="000000"/>
                <w:sz w:val="16"/>
              </w:rPr>
              <w:t>SPREMLJANJE</w:t>
            </w:r>
          </w:p>
          <w:p w14:paraId="6FDF0571"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59E0A9EC"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CC6195D" w14:textId="77777777">
              <w:trPr>
                <w:jc w:val="center"/>
              </w:trPr>
              <w:tc>
                <w:tcPr>
                  <w:tcW w:w="7087" w:type="dxa"/>
                  <w:shd w:val="clear" w:color="auto" w:fill="C6E7F3"/>
                  <w:tcMar>
                    <w:top w:w="45" w:type="dxa"/>
                    <w:left w:w="70" w:type="dxa"/>
                    <w:bottom w:w="45" w:type="dxa"/>
                    <w:right w:w="70" w:type="dxa"/>
                  </w:tcMar>
                </w:tcPr>
                <w:p w14:paraId="1AE3B5E7" w14:textId="77777777" w:rsidR="00623E5F" w:rsidRDefault="00000000">
                  <w:pPr>
                    <w:keepNext/>
                  </w:pPr>
                  <w:r>
                    <w:rPr>
                      <w:b/>
                      <w:color w:val="000000"/>
                      <w:sz w:val="16"/>
                    </w:rPr>
                    <w:t>GLAVNI DEL – GIBALNI IZZIV, VADBA NA ŠTIRIH POSTAJAH IN IGRA (3 šolske ure)</w:t>
                  </w:r>
                </w:p>
              </w:tc>
            </w:tr>
          </w:tbl>
          <w:p w14:paraId="46C7D256" w14:textId="77777777" w:rsidR="00623E5F" w:rsidRDefault="00623E5F">
            <w:pPr>
              <w:spacing w:line="20" w:lineRule="exact"/>
            </w:pPr>
          </w:p>
          <w:p w14:paraId="7ADD0701" w14:textId="77777777" w:rsidR="00623E5F" w:rsidRDefault="00000000">
            <w:pPr>
              <w:keepNext/>
              <w:spacing w:before="16" w:after="6" w:line="245" w:lineRule="auto"/>
            </w:pPr>
            <w:r>
              <w:rPr>
                <w:b/>
                <w:color w:val="000000"/>
                <w:sz w:val="15"/>
              </w:rPr>
              <w:t>1. URA – Zimske igre – Ogrejem se in usvojim gib</w:t>
            </w:r>
          </w:p>
          <w:p w14:paraId="0C62A26F"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»Mehurčki« – Oton Župančič. Osrednji del 30': 32' – Preveri prostor in opremo, predstavi varnostni znak ter skozi gibalno zgodbo modelira ključno prvino po korakih.</w:t>
            </w:r>
          </w:p>
          <w:p w14:paraId="3EFE338C"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390C56AE" w14:textId="77777777" w:rsidR="00623E5F" w:rsidRDefault="00000000">
            <w:pPr>
              <w:spacing w:after="15" w:line="245" w:lineRule="auto"/>
            </w:pPr>
            <w:r>
              <w:rPr>
                <w:i/>
                <w:color w:val="D95BC6"/>
                <w:sz w:val="14"/>
              </w:rPr>
              <w:t>Predvideni dokaz: varen odziv na znak, začetni poskus prvine in ustno varnostno pravilo..</w:t>
            </w:r>
          </w:p>
          <w:p w14:paraId="29661C5E" w14:textId="77777777" w:rsidR="00623E5F" w:rsidRDefault="00000000">
            <w:pPr>
              <w:keepNext/>
              <w:spacing w:before="16" w:after="6" w:line="245" w:lineRule="auto"/>
            </w:pPr>
            <w:r>
              <w:rPr>
                <w:b/>
                <w:color w:val="000000"/>
                <w:sz w:val="15"/>
              </w:rPr>
              <w:t>2. URA – Zimske igre – Vadim na postajah</w:t>
            </w:r>
          </w:p>
          <w:p w14:paraId="4D5AFCBE"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»Mehurčki« – Oton Župančič. Osrednji del 30': 32' – Pripravi 4–6 postaj z enosmernimi prehodi, pokaže tri ravni izziva in opazovalcu dodeli en jasen kriterij.</w:t>
            </w:r>
          </w:p>
          <w:p w14:paraId="369EE083"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0817D31E" w14:textId="77777777" w:rsidR="00623E5F" w:rsidRDefault="00000000">
            <w:pPr>
              <w:spacing w:after="15" w:line="245" w:lineRule="auto"/>
            </w:pPr>
            <w:r>
              <w:rPr>
                <w:i/>
                <w:color w:val="D95BC6"/>
                <w:sz w:val="14"/>
              </w:rPr>
              <w:t>Predvideni dokaz: opazovalna kartica, izvedba na izbrani ravni in učiteljev zapis o napredku..</w:t>
            </w:r>
          </w:p>
          <w:p w14:paraId="150ACAFE" w14:textId="77777777" w:rsidR="00623E5F" w:rsidRDefault="00000000">
            <w:pPr>
              <w:keepNext/>
              <w:spacing w:before="16" w:after="6" w:line="245" w:lineRule="auto"/>
            </w:pPr>
            <w:r>
              <w:rPr>
                <w:b/>
                <w:color w:val="000000"/>
                <w:sz w:val="15"/>
              </w:rPr>
              <w:t>3. URA – Gimnastične in koordinacijske postaje – Individualni praktični dokaz</w:t>
            </w:r>
          </w:p>
          <w:p w14:paraId="5A1A2260" w14:textId="77777777" w:rsidR="00623E5F" w:rsidRDefault="00000000">
            <w:pPr>
              <w:spacing w:after="7" w:line="245" w:lineRule="auto"/>
            </w:pPr>
            <w:r>
              <w:rPr>
                <w:b/>
                <w:color w:val="000000"/>
                <w:sz w:val="14"/>
              </w:rPr>
              <w:t xml:space="preserve">Dejavnost učiteljice: </w:t>
            </w:r>
            <w:r>
              <w:rPr>
                <w:color w:val="000000"/>
                <w:sz w:val="14"/>
              </w:rPr>
              <w:t>Na ocenjevalni postaji posameznemu učencu omogoči znano ogrevanje ter izvedbo izbranih ravnotežnih, koordinacijskih in gimnastičnih nalog. Spremlja varno uporabo pripomočkov, zaporedje, nadzor gibanja in samovrednotenje; dovoljeno oporo in opažen dokaz zabeleži.</w:t>
            </w:r>
          </w:p>
          <w:p w14:paraId="37A5AE3E" w14:textId="77777777" w:rsidR="00623E5F" w:rsidRDefault="00000000">
            <w:pPr>
              <w:spacing w:after="7" w:line="245" w:lineRule="auto"/>
            </w:pPr>
            <w:r>
              <w:rPr>
                <w:b/>
                <w:color w:val="000000"/>
                <w:sz w:val="14"/>
              </w:rPr>
              <w:t xml:space="preserve">Dejavnost učencev: </w:t>
            </w:r>
            <w:r>
              <w:rPr>
                <w:color w:val="000000"/>
                <w:sz w:val="14"/>
              </w:rPr>
              <w:t>Primerno se ogreje, izvede dogovorjene ravnotežne, koordinacijske in gimnastične naloge, varno uporablja pripomočke ter s semaforjem in kratko povedjo oceni svoj trud oziroma naslednji korak.</w:t>
            </w:r>
          </w:p>
          <w:p w14:paraId="6A1A538B" w14:textId="77777777" w:rsidR="00623E5F" w:rsidRDefault="00000000">
            <w:pPr>
              <w:spacing w:after="15" w:line="245" w:lineRule="auto"/>
            </w:pPr>
            <w:r>
              <w:rPr>
                <w:i/>
                <w:color w:val="D95BC6"/>
                <w:sz w:val="14"/>
              </w:rPr>
              <w:t>Predvideni dokaz: individualna praktična izvedba gimnastičnih in koordinacijskih nalog, varna uporaba pripomočkov in samovrednotenje.</w:t>
            </w:r>
          </w:p>
          <w:tbl>
            <w:tblPr>
              <w:tblStyle w:val="Tabelamrea"/>
              <w:tblW w:w="0" w:type="auto"/>
              <w:jc w:val="center"/>
              <w:tblLayout w:type="fixed"/>
              <w:tblLook w:val="04A0" w:firstRow="1" w:lastRow="0" w:firstColumn="1" w:lastColumn="0" w:noHBand="0" w:noVBand="1"/>
            </w:tblPr>
            <w:tblGrid>
              <w:gridCol w:w="7087"/>
            </w:tblGrid>
            <w:tr w:rsidR="00623E5F" w14:paraId="229784D8" w14:textId="77777777">
              <w:trPr>
                <w:jc w:val="center"/>
              </w:trPr>
              <w:tc>
                <w:tcPr>
                  <w:tcW w:w="7087" w:type="dxa"/>
                  <w:shd w:val="clear" w:color="auto" w:fill="EDC9EA"/>
                  <w:tcMar>
                    <w:top w:w="45" w:type="dxa"/>
                    <w:left w:w="70" w:type="dxa"/>
                    <w:bottom w:w="45" w:type="dxa"/>
                    <w:right w:w="70" w:type="dxa"/>
                  </w:tcMar>
                </w:tcPr>
                <w:p w14:paraId="0F03DF3B" w14:textId="77777777" w:rsidR="00623E5F" w:rsidRDefault="00000000">
                  <w:pPr>
                    <w:keepNext/>
                  </w:pPr>
                  <w:r>
                    <w:rPr>
                      <w:b/>
                      <w:color w:val="000000"/>
                      <w:sz w:val="16"/>
                    </w:rPr>
                    <w:t>ORGANIZACIJA POSTAJ, PREHODOV IN AKTIVNEGA ČASA</w:t>
                  </w:r>
                </w:p>
              </w:tc>
            </w:tr>
          </w:tbl>
          <w:p w14:paraId="29D024F7" w14:textId="77777777" w:rsidR="00623E5F" w:rsidRDefault="00623E5F"/>
          <w:p w14:paraId="3126F10C" w14:textId="77777777" w:rsidR="00623E5F" w:rsidRDefault="00000000">
            <w:pPr>
              <w:spacing w:before="5" w:after="6" w:line="245" w:lineRule="auto"/>
            </w:pPr>
            <w:r>
              <w:rPr>
                <w:color w:val="000000"/>
                <w:sz w:val="14"/>
              </w:rPr>
              <w:t>Postaja 1: Praktično-ocenjevalna: individualno izvedem znane ravnotežne, koordinacijske in gimnastične naloge ter varno preidem med njimi.</w:t>
            </w:r>
          </w:p>
          <w:p w14:paraId="3DFA209E" w14:textId="77777777" w:rsidR="00623E5F" w:rsidRDefault="00000000">
            <w:pPr>
              <w:spacing w:before="5" w:after="6" w:line="245" w:lineRule="auto"/>
            </w:pPr>
            <w:r>
              <w:rPr>
                <w:color w:val="000000"/>
                <w:sz w:val="14"/>
              </w:rPr>
              <w:t>Postaja 2: Ogrevalna: po slikovnih karticah sestavim kratek ogrevalni niz in pojasnim, zakaj se ogrevamo.</w:t>
            </w:r>
          </w:p>
          <w:p w14:paraId="3FC21D46" w14:textId="77777777" w:rsidR="00623E5F" w:rsidRDefault="00000000">
            <w:pPr>
              <w:spacing w:before="5" w:after="6" w:line="245" w:lineRule="auto"/>
            </w:pPr>
            <w:r>
              <w:rPr>
                <w:color w:val="000000"/>
                <w:sz w:val="14"/>
              </w:rPr>
              <w:t>Postaja 3: Koordinacijska: povežem ritmične korake, preskoke, podajo ali lovljenje lažjega predmeta na označeni poti.</w:t>
            </w:r>
          </w:p>
          <w:p w14:paraId="14E9D209" w14:textId="77777777" w:rsidR="00623E5F" w:rsidRDefault="00000000">
            <w:pPr>
              <w:spacing w:before="5" w:after="6" w:line="245" w:lineRule="auto"/>
            </w:pPr>
            <w:r>
              <w:rPr>
                <w:color w:val="000000"/>
                <w:sz w:val="14"/>
              </w:rPr>
              <w:t>Postaja 4: Samovrednotenje: s semaforjem napora in kratko razlago izberem dokaz truda, varnosti in naslednjega koraka.</w:t>
            </w:r>
          </w:p>
          <w:p w14:paraId="692B614F"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4040FCD3" w14:textId="77777777" w:rsidR="00623E5F" w:rsidRDefault="00623E5F"/>
          <w:p w14:paraId="182FFE6D" w14:textId="77777777" w:rsidR="00623E5F" w:rsidRDefault="00000000">
            <w:pPr>
              <w:spacing w:after="5" w:line="245" w:lineRule="auto"/>
            </w:pPr>
            <w:r>
              <w:rPr>
                <w:b/>
                <w:color w:val="000000"/>
                <w:sz w:val="15"/>
              </w:rPr>
              <w:t>1. URA – Zimske igre – Ogrejem se in usvojim gib</w:t>
            </w:r>
          </w:p>
          <w:p w14:paraId="044051E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329398A9" w14:textId="77777777" w:rsidR="00623E5F" w:rsidRDefault="00000000">
            <w:pPr>
              <w:spacing w:after="14" w:line="245" w:lineRule="auto"/>
            </w:pPr>
            <w:r>
              <w:rPr>
                <w:color w:val="D95BC6"/>
                <w:sz w:val="13"/>
              </w:rPr>
              <w:t>Dokaz: varen odziv na znak, začetni poskus prvine in ustno varnostno pravilo.</w:t>
            </w:r>
          </w:p>
          <w:p w14:paraId="635461A3" w14:textId="77777777" w:rsidR="00623E5F" w:rsidRDefault="00000000">
            <w:pPr>
              <w:spacing w:after="5" w:line="245" w:lineRule="auto"/>
            </w:pPr>
            <w:r>
              <w:rPr>
                <w:b/>
                <w:color w:val="000000"/>
                <w:sz w:val="15"/>
              </w:rPr>
              <w:t>2. URA – Zimske igre – Vadim na postajah</w:t>
            </w:r>
          </w:p>
          <w:p w14:paraId="373286A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28657A3C" w14:textId="77777777" w:rsidR="00623E5F" w:rsidRDefault="00000000">
            <w:pPr>
              <w:spacing w:after="14" w:line="245" w:lineRule="auto"/>
            </w:pPr>
            <w:r>
              <w:rPr>
                <w:color w:val="D95BC6"/>
                <w:sz w:val="13"/>
              </w:rPr>
              <w:t>Dokaz: opazovalna kartica, izvedba na izbrani ravni in učiteljev zapis o napredku.</w:t>
            </w:r>
          </w:p>
          <w:p w14:paraId="580F0C0A" w14:textId="77777777" w:rsidR="00623E5F" w:rsidRDefault="00000000">
            <w:pPr>
              <w:spacing w:after="5" w:line="245" w:lineRule="auto"/>
            </w:pPr>
            <w:r>
              <w:rPr>
                <w:b/>
                <w:color w:val="000000"/>
                <w:sz w:val="15"/>
              </w:rPr>
              <w:t>3. URA – Gimnastične in koordinacijske postaje – Individualni.</w:t>
            </w:r>
          </w:p>
          <w:p w14:paraId="544DB6F8" w14:textId="77777777" w:rsidR="00623E5F" w:rsidRDefault="00000000">
            <w:pPr>
              <w:spacing w:after="7" w:line="245" w:lineRule="auto"/>
            </w:pPr>
            <w:r>
              <w:rPr>
                <w:color w:val="000000"/>
                <w:sz w:val="13"/>
              </w:rPr>
              <w:t>Primerno se ogreje, izvede dogovorjene ravnotežne, koordinacijske in gimnastične naloge.</w:t>
            </w:r>
          </w:p>
          <w:p w14:paraId="4471320B" w14:textId="77777777" w:rsidR="00623E5F" w:rsidRDefault="00000000">
            <w:pPr>
              <w:spacing w:after="14" w:line="245" w:lineRule="auto"/>
            </w:pPr>
            <w:r>
              <w:rPr>
                <w:color w:val="D95BC6"/>
                <w:sz w:val="13"/>
              </w:rPr>
              <w:t>Dokaz: individualna praktična izvedba gimnastičnih in koordinacijskih nalog.</w:t>
            </w:r>
          </w:p>
          <w:p w14:paraId="4599A3B1" w14:textId="77777777" w:rsidR="00623E5F" w:rsidRDefault="00000000">
            <w:pPr>
              <w:spacing w:before="30" w:after="14" w:line="245" w:lineRule="auto"/>
            </w:pPr>
            <w:r>
              <w:rPr>
                <w:b/>
                <w:color w:val="D95BC6"/>
                <w:sz w:val="16"/>
              </w:rPr>
              <w:t>MOJ KROG POSTAJ</w:t>
            </w:r>
          </w:p>
          <w:p w14:paraId="32299305" w14:textId="77777777" w:rsidR="00623E5F" w:rsidRDefault="00000000">
            <w:pPr>
              <w:spacing w:after="8" w:line="245" w:lineRule="auto"/>
            </w:pPr>
            <w:r>
              <w:rPr>
                <w:color w:val="000000"/>
                <w:sz w:val="13"/>
              </w:rPr>
              <w:t>1. Praktično-ocenjevalna: individualno izvedem znane ravnotežne.</w:t>
            </w:r>
          </w:p>
          <w:p w14:paraId="7FF9F8DC" w14:textId="77777777" w:rsidR="00623E5F" w:rsidRDefault="00000000">
            <w:pPr>
              <w:spacing w:after="8" w:line="245" w:lineRule="auto"/>
            </w:pPr>
            <w:r>
              <w:rPr>
                <w:color w:val="000000"/>
                <w:sz w:val="13"/>
              </w:rPr>
              <w:t>2. Ogrevalna: po slikovnih karticah sestavim kratek ogrevalni niz in pojasnim.</w:t>
            </w:r>
          </w:p>
          <w:p w14:paraId="33CD0C27" w14:textId="77777777" w:rsidR="00623E5F" w:rsidRDefault="00000000">
            <w:pPr>
              <w:spacing w:after="8" w:line="245" w:lineRule="auto"/>
            </w:pPr>
            <w:r>
              <w:rPr>
                <w:color w:val="000000"/>
                <w:sz w:val="13"/>
              </w:rPr>
              <w:t>3. Koordinacijska: povežem ritmične korake, preskoke.</w:t>
            </w:r>
          </w:p>
          <w:p w14:paraId="5C58144D" w14:textId="77777777" w:rsidR="00623E5F" w:rsidRDefault="00000000">
            <w:pPr>
              <w:spacing w:after="8" w:line="245" w:lineRule="auto"/>
            </w:pPr>
            <w:r>
              <w:rPr>
                <w:color w:val="000000"/>
                <w:sz w:val="13"/>
              </w:rPr>
              <w:t>4. Samovrednotenje: s semaforjem napora in kratko razlago izberem dokaz truda.</w:t>
            </w:r>
          </w:p>
          <w:p w14:paraId="3A0FA989"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05E7C544" w14:textId="77777777" w:rsidR="00623E5F" w:rsidRDefault="00000000">
            <w:pPr>
              <w:spacing w:after="14" w:line="245" w:lineRule="auto"/>
            </w:pPr>
            <w:r>
              <w:rPr>
                <w:b/>
                <w:color w:val="D95BC6"/>
                <w:sz w:val="16"/>
              </w:rPr>
              <w:t>DOKAZ O UČENJU</w:t>
            </w:r>
          </w:p>
          <w:p w14:paraId="278762AC"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4E1458F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86AAAB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DA71369"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DA0AF1D" w14:textId="77777777" w:rsidR="00623E5F" w:rsidRDefault="00000000">
            <w:pPr>
              <w:jc w:val="center"/>
            </w:pPr>
            <w:r>
              <w:rPr>
                <w:b/>
                <w:color w:val="000000"/>
                <w:sz w:val="20"/>
              </w:rPr>
              <w:t>UČNE DEJAVNOSTI, METODE IN FORMATIVNO SPREMLJANJE</w:t>
            </w:r>
          </w:p>
        </w:tc>
      </w:tr>
      <w:tr w:rsidR="00623E5F" w14:paraId="793D92B5" w14:textId="77777777">
        <w:trPr>
          <w:tblHeader/>
          <w:jc w:val="center"/>
        </w:trPr>
        <w:tc>
          <w:tcPr>
            <w:tcW w:w="4422" w:type="dxa"/>
            <w:vMerge/>
            <w:tcMar>
              <w:top w:w="70" w:type="dxa"/>
              <w:left w:w="90" w:type="dxa"/>
              <w:bottom w:w="70" w:type="dxa"/>
              <w:right w:w="90" w:type="dxa"/>
            </w:tcMar>
            <w:vAlign w:val="center"/>
          </w:tcPr>
          <w:p w14:paraId="5F237396" w14:textId="77777777" w:rsidR="00623E5F" w:rsidRDefault="00623E5F"/>
        </w:tc>
        <w:tc>
          <w:tcPr>
            <w:tcW w:w="7087" w:type="dxa"/>
            <w:shd w:val="clear" w:color="auto" w:fill="FFFFFF"/>
            <w:tcMar>
              <w:top w:w="70" w:type="dxa"/>
              <w:left w:w="90" w:type="dxa"/>
              <w:bottom w:w="70" w:type="dxa"/>
              <w:right w:w="90" w:type="dxa"/>
            </w:tcMar>
            <w:vAlign w:val="center"/>
          </w:tcPr>
          <w:p w14:paraId="6E16242C"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2768E4A" w14:textId="77777777" w:rsidR="00623E5F" w:rsidRDefault="00000000">
            <w:pPr>
              <w:jc w:val="center"/>
            </w:pPr>
            <w:r>
              <w:rPr>
                <w:b/>
                <w:color w:val="000000"/>
              </w:rPr>
              <w:t>UČENEC</w:t>
            </w:r>
          </w:p>
        </w:tc>
      </w:tr>
      <w:tr w:rsidR="00623E5F" w14:paraId="2A3043FC" w14:textId="77777777">
        <w:trPr>
          <w:jc w:val="center"/>
        </w:trPr>
        <w:tc>
          <w:tcPr>
            <w:tcW w:w="4422" w:type="dxa"/>
            <w:tcMar>
              <w:top w:w="70" w:type="dxa"/>
              <w:left w:w="90" w:type="dxa"/>
              <w:bottom w:w="70" w:type="dxa"/>
              <w:right w:w="90" w:type="dxa"/>
            </w:tcMar>
          </w:tcPr>
          <w:p w14:paraId="4A322430" w14:textId="77777777" w:rsidR="00623E5F" w:rsidRDefault="00623E5F"/>
          <w:p w14:paraId="00A317CA" w14:textId="77777777" w:rsidR="00623E5F" w:rsidRDefault="00000000">
            <w:pPr>
              <w:spacing w:after="40" w:line="245" w:lineRule="auto"/>
            </w:pPr>
            <w:r>
              <w:rPr>
                <w:b/>
                <w:color w:val="000000"/>
              </w:rPr>
              <w:t>FORMATIVNO SPREMLJANJE</w:t>
            </w:r>
          </w:p>
          <w:p w14:paraId="0BD44567" w14:textId="77777777" w:rsidR="00623E5F" w:rsidRDefault="00000000">
            <w:pPr>
              <w:pStyle w:val="Oznaenseznam"/>
              <w:spacing w:after="16"/>
            </w:pPr>
            <w:r>
              <w:rPr>
                <w:color w:val="000000"/>
                <w:sz w:val="15"/>
              </w:rPr>
              <w:t>predznanje: gibalni prikaz, odziv na znak, izbira kartice, začetni poskus ali kratka razlaga</w:t>
            </w:r>
          </w:p>
          <w:p w14:paraId="6977298D" w14:textId="77777777" w:rsidR="00623E5F" w:rsidRDefault="00000000">
            <w:pPr>
              <w:pStyle w:val="Oznaenseznam"/>
              <w:spacing w:after="16"/>
            </w:pPr>
            <w:r>
              <w:rPr>
                <w:color w:val="000000"/>
                <w:sz w:val="15"/>
              </w:rPr>
              <w:t>nameni in merila: kratka poved, slikovni znak, model varne izvedbe in en opazljiv tehnični poudarek</w:t>
            </w:r>
          </w:p>
          <w:p w14:paraId="1B820737"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665B83DF" w14:textId="77777777" w:rsidR="00623E5F" w:rsidRDefault="00000000">
            <w:pPr>
              <w:pStyle w:val="Oznaenseznam"/>
              <w:spacing w:after="16"/>
            </w:pPr>
            <w:r>
              <w:rPr>
                <w:color w:val="000000"/>
                <w:sz w:val="15"/>
              </w:rPr>
              <w:t>povratna informacija: opis opaženega, povezava z enim merilom in takoj izvedljiv ponovni poskus</w:t>
            </w:r>
          </w:p>
          <w:p w14:paraId="5FDEF95F" w14:textId="77777777" w:rsidR="00623E5F" w:rsidRDefault="00000000">
            <w:pPr>
              <w:pStyle w:val="Oznaenseznam"/>
              <w:spacing w:after="16"/>
            </w:pPr>
            <w:r>
              <w:rPr>
                <w:color w:val="000000"/>
                <w:sz w:val="15"/>
              </w:rPr>
              <w:t>samovrednotenje: semafor napora in varnosti, lestvica samostojnosti, izbran dokaz ter osebni naslednji korak</w:t>
            </w:r>
          </w:p>
          <w:p w14:paraId="081198EB" w14:textId="77777777" w:rsidR="00623E5F" w:rsidRDefault="00000000">
            <w:pPr>
              <w:spacing w:before="40" w:after="20" w:line="245" w:lineRule="auto"/>
            </w:pPr>
            <w:r>
              <w:rPr>
                <w:b/>
                <w:color w:val="000000"/>
                <w:sz w:val="17"/>
              </w:rPr>
              <w:t>VARNOST, POČUTJE IN HIGIENA</w:t>
            </w:r>
          </w:p>
          <w:p w14:paraId="262415F6"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Igre so brez izločanja; kontakt, lovljenje za oblačila in prehitevanje v ozkih prehodih niso dovoljeni.</w:t>
            </w:r>
          </w:p>
          <w:p w14:paraId="516B46BF" w14:textId="77777777" w:rsidR="00623E5F" w:rsidRDefault="00000000">
            <w:pPr>
              <w:spacing w:after="20" w:line="245" w:lineRule="auto"/>
            </w:pPr>
            <w:r>
              <w:rPr>
                <w:b/>
                <w:color w:val="000000"/>
                <w:sz w:val="17"/>
              </w:rPr>
              <w:t>EVIDENCA PO IZVEDBI</w:t>
            </w:r>
          </w:p>
          <w:p w14:paraId="1B85F910"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7DB08EF6" w14:textId="77777777" w:rsidR="00623E5F" w:rsidRDefault="00000000">
            <w:pPr>
              <w:spacing w:before="40" w:after="20" w:line="245" w:lineRule="auto"/>
            </w:pPr>
            <w:r>
              <w:rPr>
                <w:b/>
                <w:color w:val="000000"/>
                <w:sz w:val="17"/>
              </w:rPr>
              <w:t>RAVEN DOSEGANJA</w:t>
            </w:r>
          </w:p>
          <w:p w14:paraId="79695D63"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5A30A011"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4EE91B32" w14:textId="77777777">
              <w:trPr>
                <w:jc w:val="center"/>
              </w:trPr>
              <w:tc>
                <w:tcPr>
                  <w:tcW w:w="7087" w:type="dxa"/>
                  <w:shd w:val="clear" w:color="auto" w:fill="EDC9EA"/>
                  <w:tcMar>
                    <w:top w:w="45" w:type="dxa"/>
                    <w:left w:w="70" w:type="dxa"/>
                    <w:bottom w:w="45" w:type="dxa"/>
                    <w:right w:w="70" w:type="dxa"/>
                  </w:tcMar>
                </w:tcPr>
                <w:p w14:paraId="167984D2" w14:textId="77777777" w:rsidR="00623E5F" w:rsidRDefault="00000000">
                  <w:pPr>
                    <w:keepNext/>
                  </w:pPr>
                  <w:r>
                    <w:rPr>
                      <w:b/>
                      <w:color w:val="000000"/>
                    </w:rPr>
                    <w:t>VPRAŠANJA V PODPORO GIBALNEMU UČENJU</w:t>
                  </w:r>
                </w:p>
              </w:tc>
            </w:tr>
          </w:tbl>
          <w:p w14:paraId="5FC51BC3" w14:textId="77777777" w:rsidR="00623E5F" w:rsidRDefault="00623E5F">
            <w:pPr>
              <w:spacing w:line="20" w:lineRule="exact"/>
            </w:pPr>
          </w:p>
          <w:p w14:paraId="27C6F670" w14:textId="77777777" w:rsidR="00623E5F" w:rsidRDefault="00000000">
            <w:pPr>
              <w:pStyle w:val="Oznaenseznam"/>
              <w:spacing w:after="16"/>
            </w:pPr>
            <w:r>
              <w:rPr>
                <w:color w:val="000000"/>
                <w:sz w:val="15"/>
              </w:rPr>
              <w:t>Kaj si pri prvem poskusu začutil/-a ali opazil/-a v položaju telesa, ravnotežju, smeri, ritmu ali naporu?</w:t>
            </w:r>
          </w:p>
          <w:p w14:paraId="16E8DE10" w14:textId="77777777" w:rsidR="00623E5F" w:rsidRDefault="00000000">
            <w:pPr>
              <w:pStyle w:val="Oznaenseznam"/>
              <w:spacing w:after="16"/>
            </w:pPr>
            <w:r>
              <w:rPr>
                <w:color w:val="000000"/>
                <w:sz w:val="15"/>
              </w:rPr>
              <w:t>Katero varnostno pravilo in kateri gibalni korak sta bila danes najpomembnejša?</w:t>
            </w:r>
          </w:p>
          <w:p w14:paraId="7E9BC834" w14:textId="77777777" w:rsidR="00623E5F" w:rsidRDefault="00000000">
            <w:pPr>
              <w:pStyle w:val="Oznaenseznam"/>
              <w:spacing w:after="16"/>
            </w:pPr>
            <w:r>
              <w:rPr>
                <w:color w:val="000000"/>
                <w:sz w:val="15"/>
              </w:rPr>
              <w:t>Katero raven si izbral/-a, zakaj je bila primerna in kaj si pri naslednjem poskusu spremenil/-a?</w:t>
            </w:r>
          </w:p>
          <w:p w14:paraId="395C5C2A" w14:textId="77777777" w:rsidR="00623E5F" w:rsidRDefault="00000000">
            <w:pPr>
              <w:pStyle w:val="Oznaenseznam"/>
              <w:spacing w:after="16"/>
            </w:pPr>
            <w:r>
              <w:rPr>
                <w:color w:val="000000"/>
                <w:sz w:val="15"/>
              </w:rPr>
              <w:t>Kateri tvoj gibalni dokaz najjasneje pokaže dogovorjeno merilo?</w:t>
            </w:r>
          </w:p>
          <w:p w14:paraId="2748990B"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28BCC6EA" w14:textId="77777777">
              <w:trPr>
                <w:jc w:val="center"/>
              </w:trPr>
              <w:tc>
                <w:tcPr>
                  <w:tcW w:w="7087" w:type="dxa"/>
                  <w:shd w:val="clear" w:color="auto" w:fill="C6E7F3"/>
                  <w:tcMar>
                    <w:top w:w="45" w:type="dxa"/>
                    <w:left w:w="70" w:type="dxa"/>
                    <w:bottom w:w="45" w:type="dxa"/>
                    <w:right w:w="70" w:type="dxa"/>
                  </w:tcMar>
                </w:tcPr>
                <w:p w14:paraId="2723F00C" w14:textId="77777777" w:rsidR="00623E5F" w:rsidRDefault="00000000">
                  <w:pPr>
                    <w:keepNext/>
                  </w:pPr>
                  <w:r>
                    <w:rPr>
                      <w:b/>
                      <w:color w:val="000000"/>
                    </w:rPr>
                    <w:t>ZAKLJUČNI DEL – UMIRJANJE, RAZTEZANJE, DOKAZ IN REFLEKSIJA (8–10 min)</w:t>
                  </w:r>
                </w:p>
              </w:tc>
            </w:tr>
          </w:tbl>
          <w:p w14:paraId="6D27CE94" w14:textId="77777777" w:rsidR="00623E5F" w:rsidRDefault="00623E5F">
            <w:pPr>
              <w:spacing w:line="20" w:lineRule="exact"/>
            </w:pPr>
          </w:p>
          <w:p w14:paraId="2B2D0039"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3C64F3EE" w14:textId="77777777">
              <w:trPr>
                <w:jc w:val="center"/>
              </w:trPr>
              <w:tc>
                <w:tcPr>
                  <w:tcW w:w="7087" w:type="dxa"/>
                  <w:shd w:val="clear" w:color="auto" w:fill="EDC9EA"/>
                  <w:tcMar>
                    <w:top w:w="45" w:type="dxa"/>
                    <w:left w:w="70" w:type="dxa"/>
                    <w:bottom w:w="45" w:type="dxa"/>
                    <w:right w:w="70" w:type="dxa"/>
                  </w:tcMar>
                </w:tcPr>
                <w:p w14:paraId="786E594E" w14:textId="77777777" w:rsidR="00623E5F" w:rsidRDefault="00000000">
                  <w:pPr>
                    <w:keepNext/>
                  </w:pPr>
                  <w:r>
                    <w:rPr>
                      <w:b/>
                      <w:color w:val="000000"/>
                    </w:rPr>
                    <w:t>SAMOVREDNOTENJE</w:t>
                  </w:r>
                </w:p>
              </w:tc>
            </w:tr>
          </w:tbl>
          <w:p w14:paraId="07EECF33" w14:textId="77777777" w:rsidR="00623E5F" w:rsidRDefault="00623E5F">
            <w:pPr>
              <w:spacing w:line="20" w:lineRule="exact"/>
            </w:pPr>
          </w:p>
          <w:p w14:paraId="6F8F93EB"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64A2A6B9" w14:textId="77777777">
              <w:trPr>
                <w:jc w:val="center"/>
              </w:trPr>
              <w:tc>
                <w:tcPr>
                  <w:tcW w:w="7087" w:type="dxa"/>
                  <w:shd w:val="clear" w:color="auto" w:fill="EDC9EA"/>
                  <w:tcMar>
                    <w:top w:w="45" w:type="dxa"/>
                    <w:left w:w="70" w:type="dxa"/>
                    <w:bottom w:w="45" w:type="dxa"/>
                    <w:right w:w="70" w:type="dxa"/>
                  </w:tcMar>
                </w:tcPr>
                <w:p w14:paraId="722A87A5" w14:textId="77777777" w:rsidR="00623E5F" w:rsidRDefault="00000000">
                  <w:pPr>
                    <w:keepNext/>
                  </w:pPr>
                  <w:r>
                    <w:rPr>
                      <w:b/>
                      <w:color w:val="000000"/>
                    </w:rPr>
                    <w:t>VRSTNIŠKO OPAZOVANJE IN POVRATNA INFORMACIJA</w:t>
                  </w:r>
                </w:p>
              </w:tc>
            </w:tr>
          </w:tbl>
          <w:p w14:paraId="4EE2E2B2" w14:textId="77777777" w:rsidR="00623E5F" w:rsidRDefault="00623E5F">
            <w:pPr>
              <w:spacing w:line="20" w:lineRule="exact"/>
            </w:pPr>
          </w:p>
          <w:p w14:paraId="711F982F"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75DFE55E" w14:textId="77777777">
              <w:trPr>
                <w:jc w:val="center"/>
              </w:trPr>
              <w:tc>
                <w:tcPr>
                  <w:tcW w:w="7087" w:type="dxa"/>
                  <w:shd w:val="clear" w:color="auto" w:fill="EDC9EA"/>
                  <w:tcMar>
                    <w:top w:w="45" w:type="dxa"/>
                    <w:left w:w="70" w:type="dxa"/>
                    <w:bottom w:w="45" w:type="dxa"/>
                    <w:right w:w="70" w:type="dxa"/>
                  </w:tcMar>
                </w:tcPr>
                <w:p w14:paraId="641E34E3" w14:textId="77777777" w:rsidR="00623E5F" w:rsidRDefault="00000000">
                  <w:pPr>
                    <w:keepNext/>
                  </w:pPr>
                  <w:r>
                    <w:rPr>
                      <w:b/>
                      <w:color w:val="000000"/>
                    </w:rPr>
                    <w:t>SKUPNI POVZETEK</w:t>
                  </w:r>
                </w:p>
              </w:tc>
            </w:tr>
          </w:tbl>
          <w:p w14:paraId="296F3F7C" w14:textId="77777777" w:rsidR="00623E5F" w:rsidRDefault="00623E5F">
            <w:pPr>
              <w:spacing w:line="20" w:lineRule="exact"/>
            </w:pPr>
          </w:p>
          <w:p w14:paraId="2BE34719" w14:textId="77777777" w:rsidR="00623E5F" w:rsidRDefault="00000000">
            <w:pPr>
              <w:spacing w:before="20" w:after="40" w:line="245" w:lineRule="auto"/>
            </w:pPr>
            <w:r>
              <w:rPr>
                <w:b/>
                <w:color w:val="000000"/>
                <w:sz w:val="16"/>
              </w:rPr>
              <w:t>razvijam ravnotežje; mečem in lovim lažji predmet; se primerno ogreje. Izbrani gibalni dokaz pojasnim in določim varen naslednji korak.</w:t>
            </w:r>
          </w:p>
          <w:tbl>
            <w:tblPr>
              <w:tblStyle w:val="Tabelamrea"/>
              <w:tblW w:w="0" w:type="auto"/>
              <w:jc w:val="center"/>
              <w:tblLayout w:type="fixed"/>
              <w:tblLook w:val="04A0" w:firstRow="1" w:lastRow="0" w:firstColumn="1" w:lastColumn="0" w:noHBand="0" w:noVBand="1"/>
            </w:tblPr>
            <w:tblGrid>
              <w:gridCol w:w="7087"/>
            </w:tblGrid>
            <w:tr w:rsidR="00623E5F" w14:paraId="1E85DEDA" w14:textId="77777777">
              <w:trPr>
                <w:jc w:val="center"/>
              </w:trPr>
              <w:tc>
                <w:tcPr>
                  <w:tcW w:w="7087" w:type="dxa"/>
                  <w:shd w:val="clear" w:color="auto" w:fill="EDC9EA"/>
                  <w:tcMar>
                    <w:top w:w="45" w:type="dxa"/>
                    <w:left w:w="70" w:type="dxa"/>
                    <w:bottom w:w="45" w:type="dxa"/>
                    <w:right w:w="70" w:type="dxa"/>
                  </w:tcMar>
                </w:tcPr>
                <w:p w14:paraId="492B55C2" w14:textId="77777777" w:rsidR="00623E5F" w:rsidRDefault="00000000">
                  <w:pPr>
                    <w:keepNext/>
                  </w:pPr>
                  <w:r>
                    <w:rPr>
                      <w:b/>
                      <w:color w:val="000000"/>
                    </w:rPr>
                    <w:t>OPISNO OCENJEVANJE</w:t>
                  </w:r>
                </w:p>
              </w:tc>
            </w:tr>
          </w:tbl>
          <w:p w14:paraId="10C30FD7" w14:textId="77777777" w:rsidR="00623E5F" w:rsidRDefault="00623E5F"/>
          <w:p w14:paraId="264358E3" w14:textId="77777777" w:rsidR="00623E5F" w:rsidRDefault="00000000">
            <w:pPr>
              <w:spacing w:before="20" w:after="30" w:line="245" w:lineRule="auto"/>
            </w:pPr>
            <w:r>
              <w:rPr>
                <w:color w:val="000000"/>
                <w:sz w:val="15"/>
              </w:rPr>
              <w:t>OCENJEVANJE 2 - DRUGI NAČINI: praktična izvedba gimnastičnih in koordinacijskih nalog na postajah ter samovrednotenje. Dokaz se zbere individualno, uporabljena opora se zabeleži, opis doseganja pa vsebuje opaženo gibalno zmožnost, konkreten praktični dokaz, varnost oziroma sodelovanje in naslednji korak. Rezultat se ne izraža s številčno oceno.</w:t>
            </w:r>
          </w:p>
        </w:tc>
        <w:tc>
          <w:tcPr>
            <w:tcW w:w="2551" w:type="dxa"/>
            <w:tcMar>
              <w:top w:w="70" w:type="dxa"/>
              <w:left w:w="90" w:type="dxa"/>
              <w:bottom w:w="70" w:type="dxa"/>
              <w:right w:w="90" w:type="dxa"/>
            </w:tcMar>
          </w:tcPr>
          <w:p w14:paraId="00B5D5A2" w14:textId="77777777" w:rsidR="00623E5F" w:rsidRDefault="00623E5F"/>
          <w:p w14:paraId="5AD1612C" w14:textId="77777777" w:rsidR="00623E5F" w:rsidRDefault="00000000">
            <w:pPr>
              <w:spacing w:after="80" w:line="245" w:lineRule="auto"/>
            </w:pPr>
            <w:r>
              <w:rPr>
                <w:color w:val="000000"/>
                <w:sz w:val="15"/>
              </w:rPr>
              <w:t>Odgovarja na podporna vprašanja in se sklicuje na svojo izvedbo, počutje, izbrano raven in varnost.</w:t>
            </w:r>
          </w:p>
          <w:p w14:paraId="2D89AD1A" w14:textId="77777777" w:rsidR="00623E5F" w:rsidRDefault="00000000">
            <w:pPr>
              <w:spacing w:after="80" w:line="245" w:lineRule="auto"/>
            </w:pPr>
            <w:r>
              <w:rPr>
                <w:color w:val="000000"/>
                <w:sz w:val="15"/>
              </w:rPr>
              <w:t>Predstavi izbrani gibalni dokaz ter pokaže ali pove, katero merilo z njim dosega.</w:t>
            </w:r>
          </w:p>
          <w:p w14:paraId="15C294C4" w14:textId="77777777" w:rsidR="00623E5F" w:rsidRDefault="00000000">
            <w:pPr>
              <w:spacing w:after="80" w:line="245" w:lineRule="auto"/>
            </w:pPr>
            <w:r>
              <w:rPr>
                <w:color w:val="000000"/>
                <w:sz w:val="15"/>
              </w:rPr>
              <w:t>Opazuje eno dogovorjeno prvino vrstnikove izvedbe in poda kratek, prijazen ter uporaben odziv.</w:t>
            </w:r>
          </w:p>
          <w:p w14:paraId="64D1E045"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62959254" w14:textId="77777777" w:rsidR="00623E5F" w:rsidRDefault="00000000">
            <w:pPr>
              <w:spacing w:after="100" w:line="245" w:lineRule="auto"/>
            </w:pPr>
            <w:r>
              <w:rPr>
                <w:color w:val="000000"/>
                <w:sz w:val="15"/>
              </w:rPr>
              <w:t>Umiri dihanje, oceni napor in počutje, izbere raven samostojnosti ter določi varen naslednji korak.</w:t>
            </w:r>
          </w:p>
          <w:p w14:paraId="1F1B8380" w14:textId="77777777" w:rsidR="00623E5F" w:rsidRDefault="00000000">
            <w:pPr>
              <w:spacing w:after="20" w:line="245" w:lineRule="auto"/>
            </w:pPr>
            <w:r>
              <w:rPr>
                <w:b/>
                <w:color w:val="D95BC6"/>
                <w:sz w:val="17"/>
              </w:rPr>
              <w:t>DOKAZ O UČENJU</w:t>
            </w:r>
          </w:p>
          <w:p w14:paraId="7D9076F3"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18ACF031"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0B835BBB" w14:textId="77777777">
        <w:trPr>
          <w:cantSplit/>
          <w:jc w:val="center"/>
        </w:trPr>
        <w:tc>
          <w:tcPr>
            <w:tcW w:w="14060" w:type="dxa"/>
            <w:gridSpan w:val="6"/>
            <w:tcMar>
              <w:top w:w="70" w:type="dxa"/>
              <w:left w:w="90" w:type="dxa"/>
              <w:bottom w:w="70" w:type="dxa"/>
              <w:right w:w="90" w:type="dxa"/>
            </w:tcMar>
            <w:vAlign w:val="center"/>
          </w:tcPr>
          <w:p w14:paraId="3D8752E1" w14:textId="77777777" w:rsidR="00623E5F" w:rsidRDefault="00000000">
            <w:pPr>
              <w:jc w:val="center"/>
            </w:pPr>
            <w:r>
              <w:rPr>
                <w:b/>
                <w:color w:val="000000"/>
                <w:sz w:val="24"/>
              </w:rPr>
              <w:lastRenderedPageBreak/>
              <w:t>UČNA PRIPRAVA 19/39</w:t>
            </w:r>
          </w:p>
        </w:tc>
      </w:tr>
      <w:tr w:rsidR="00623E5F" w14:paraId="6FB156CC" w14:textId="77777777">
        <w:trPr>
          <w:jc w:val="center"/>
        </w:trPr>
        <w:tc>
          <w:tcPr>
            <w:tcW w:w="2665" w:type="dxa"/>
            <w:tcMar>
              <w:top w:w="70" w:type="dxa"/>
              <w:left w:w="90" w:type="dxa"/>
              <w:bottom w:w="70" w:type="dxa"/>
              <w:right w:w="90" w:type="dxa"/>
            </w:tcMar>
            <w:vAlign w:val="center"/>
          </w:tcPr>
          <w:p w14:paraId="4962CE2E"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E8C8BDB"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20DE45E6"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A2C4D6B" w14:textId="77777777" w:rsidR="00623E5F" w:rsidRDefault="00000000">
            <w:r>
              <w:rPr>
                <w:b/>
                <w:color w:val="000000"/>
                <w:sz w:val="16"/>
              </w:rPr>
              <w:t xml:space="preserve">NAČRTOVANI TERMIN: </w:t>
            </w:r>
            <w:r>
              <w:rPr>
                <w:color w:val="000000"/>
                <w:sz w:val="16"/>
              </w:rPr>
              <w:t>19. teden • 18.–22. 1. 2027</w:t>
            </w:r>
          </w:p>
        </w:tc>
        <w:tc>
          <w:tcPr>
            <w:tcW w:w="2268" w:type="dxa"/>
            <w:tcMar>
              <w:top w:w="70" w:type="dxa"/>
              <w:left w:w="90" w:type="dxa"/>
              <w:bottom w:w="70" w:type="dxa"/>
              <w:right w:w="90" w:type="dxa"/>
            </w:tcMar>
            <w:vAlign w:val="center"/>
          </w:tcPr>
          <w:p w14:paraId="60A2B293"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CA98DCA" w14:textId="77777777" w:rsidR="00623E5F" w:rsidRDefault="00000000">
            <w:r>
              <w:rPr>
                <w:b/>
                <w:color w:val="000000"/>
                <w:sz w:val="16"/>
              </w:rPr>
              <w:t xml:space="preserve">ŠTEVILO UR: </w:t>
            </w:r>
            <w:r>
              <w:rPr>
                <w:color w:val="000000"/>
                <w:sz w:val="16"/>
              </w:rPr>
              <w:t>3</w:t>
            </w:r>
          </w:p>
        </w:tc>
      </w:tr>
      <w:tr w:rsidR="00623E5F" w14:paraId="36820AC8" w14:textId="77777777">
        <w:trPr>
          <w:jc w:val="center"/>
        </w:trPr>
        <w:tc>
          <w:tcPr>
            <w:tcW w:w="14061" w:type="dxa"/>
            <w:gridSpan w:val="6"/>
            <w:tcMar>
              <w:top w:w="70" w:type="dxa"/>
              <w:left w:w="90" w:type="dxa"/>
              <w:bottom w:w="70" w:type="dxa"/>
              <w:right w:w="90" w:type="dxa"/>
            </w:tcMar>
            <w:vAlign w:val="center"/>
          </w:tcPr>
          <w:p w14:paraId="015BB6D7"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167FA2F8" w14:textId="77777777">
        <w:trPr>
          <w:cantSplit/>
          <w:jc w:val="center"/>
        </w:trPr>
        <w:tc>
          <w:tcPr>
            <w:tcW w:w="14060" w:type="dxa"/>
            <w:gridSpan w:val="6"/>
            <w:tcMar>
              <w:top w:w="70" w:type="dxa"/>
              <w:left w:w="90" w:type="dxa"/>
              <w:bottom w:w="70" w:type="dxa"/>
              <w:right w:w="90" w:type="dxa"/>
            </w:tcMar>
            <w:vAlign w:val="center"/>
          </w:tcPr>
          <w:p w14:paraId="35E468BC" w14:textId="77777777" w:rsidR="00623E5F" w:rsidRDefault="00623E5F"/>
          <w:p w14:paraId="1692BD94" w14:textId="77777777" w:rsidR="00623E5F" w:rsidRDefault="00000000">
            <w:pPr>
              <w:spacing w:line="245" w:lineRule="auto"/>
            </w:pPr>
            <w:r>
              <w:rPr>
                <w:b/>
                <w:color w:val="000000"/>
                <w:sz w:val="15"/>
              </w:rPr>
              <w:t xml:space="preserve">UČNI SKLOP: </w:t>
            </w:r>
            <w:r>
              <w:rPr>
                <w:color w:val="000000"/>
                <w:sz w:val="15"/>
              </w:rPr>
              <w:t>ZIMA, SNOVI IN POJAVI</w:t>
            </w:r>
          </w:p>
        </w:tc>
      </w:tr>
      <w:tr w:rsidR="00623E5F" w14:paraId="0424C1BA" w14:textId="77777777">
        <w:trPr>
          <w:cantSplit/>
          <w:jc w:val="center"/>
        </w:trPr>
        <w:tc>
          <w:tcPr>
            <w:tcW w:w="14060" w:type="dxa"/>
            <w:gridSpan w:val="6"/>
            <w:tcMar>
              <w:top w:w="70" w:type="dxa"/>
              <w:left w:w="90" w:type="dxa"/>
              <w:bottom w:w="70" w:type="dxa"/>
              <w:right w:w="90" w:type="dxa"/>
            </w:tcMar>
            <w:vAlign w:val="center"/>
          </w:tcPr>
          <w:p w14:paraId="399BD385" w14:textId="77777777" w:rsidR="00623E5F" w:rsidRDefault="00623E5F"/>
          <w:p w14:paraId="2A0E5D79" w14:textId="77777777" w:rsidR="00623E5F" w:rsidRDefault="00000000">
            <w:pPr>
              <w:spacing w:line="245" w:lineRule="auto"/>
            </w:pPr>
            <w:r>
              <w:rPr>
                <w:b/>
                <w:color w:val="000000"/>
                <w:sz w:val="15"/>
              </w:rPr>
              <w:t xml:space="preserve">UČNA TEMA: </w:t>
            </w:r>
            <w:r>
              <w:rPr>
                <w:color w:val="000000"/>
                <w:sz w:val="15"/>
              </w:rPr>
              <w:t>IGRE Z REKVIZITI</w:t>
            </w:r>
          </w:p>
        </w:tc>
      </w:tr>
      <w:tr w:rsidR="00623E5F" w14:paraId="618F9B45" w14:textId="77777777">
        <w:trPr>
          <w:cantSplit/>
          <w:jc w:val="center"/>
        </w:trPr>
        <w:tc>
          <w:tcPr>
            <w:tcW w:w="14060" w:type="dxa"/>
            <w:gridSpan w:val="6"/>
            <w:tcMar>
              <w:top w:w="70" w:type="dxa"/>
              <w:left w:w="90" w:type="dxa"/>
              <w:bottom w:w="70" w:type="dxa"/>
              <w:right w:w="90" w:type="dxa"/>
            </w:tcMar>
            <w:vAlign w:val="center"/>
          </w:tcPr>
          <w:p w14:paraId="1128BD16" w14:textId="77777777" w:rsidR="00623E5F" w:rsidRDefault="00623E5F"/>
          <w:p w14:paraId="62EAB787" w14:textId="77777777" w:rsidR="00623E5F" w:rsidRDefault="00000000">
            <w:pPr>
              <w:spacing w:line="245" w:lineRule="auto"/>
            </w:pPr>
            <w:r>
              <w:rPr>
                <w:b/>
                <w:color w:val="000000"/>
                <w:sz w:val="15"/>
              </w:rPr>
              <w:t xml:space="preserve">KNJIŽEVNO / MOTIVNO IZHODIŠČE: </w:t>
            </w:r>
            <w:r>
              <w:rPr>
                <w:color w:val="000000"/>
                <w:sz w:val="15"/>
              </w:rPr>
              <w:t>»Zlata ptica« – slovenska ljudska pravljica • svetloba, zvok, barva in pravljično iskanje</w:t>
            </w:r>
          </w:p>
        </w:tc>
      </w:tr>
      <w:tr w:rsidR="00623E5F" w14:paraId="0AF939D7" w14:textId="77777777">
        <w:trPr>
          <w:cantSplit/>
          <w:jc w:val="center"/>
        </w:trPr>
        <w:tc>
          <w:tcPr>
            <w:tcW w:w="14060" w:type="dxa"/>
            <w:gridSpan w:val="6"/>
            <w:tcMar>
              <w:top w:w="70" w:type="dxa"/>
              <w:left w:w="90" w:type="dxa"/>
              <w:bottom w:w="70" w:type="dxa"/>
              <w:right w:w="90" w:type="dxa"/>
            </w:tcMar>
            <w:vAlign w:val="center"/>
          </w:tcPr>
          <w:p w14:paraId="5D448F1D" w14:textId="77777777" w:rsidR="00623E5F" w:rsidRDefault="00623E5F"/>
          <w:p w14:paraId="2A333EB4" w14:textId="77777777" w:rsidR="00623E5F" w:rsidRDefault="00000000">
            <w:pPr>
              <w:spacing w:line="245" w:lineRule="auto"/>
            </w:pPr>
            <w:r>
              <w:rPr>
                <w:b/>
                <w:color w:val="000000"/>
                <w:sz w:val="15"/>
              </w:rPr>
              <w:t xml:space="preserve">GIBALNO IZHODIŠČE / MOTIVACIJA: </w:t>
            </w:r>
            <w:r>
              <w:rPr>
                <w:color w:val="000000"/>
                <w:sz w:val="15"/>
              </w:rPr>
              <w:t>iz športne vreče se pokaže rekvizit in varnostna kartica; učenci najprej napovejo varen prijem, razdaljo in uporabo pri temi »igre z rekviziti«. Tedenski gibalni izziv: izvede iskalno igro z varnim gibanjem med ovirami.</w:t>
            </w:r>
          </w:p>
        </w:tc>
      </w:tr>
      <w:tr w:rsidR="00623E5F" w14:paraId="447BCCCB" w14:textId="77777777">
        <w:trPr>
          <w:cantSplit/>
          <w:jc w:val="center"/>
        </w:trPr>
        <w:tc>
          <w:tcPr>
            <w:tcW w:w="14060" w:type="dxa"/>
            <w:gridSpan w:val="6"/>
            <w:tcMar>
              <w:top w:w="70" w:type="dxa"/>
              <w:left w:w="90" w:type="dxa"/>
              <w:bottom w:w="70" w:type="dxa"/>
              <w:right w:w="90" w:type="dxa"/>
            </w:tcMar>
            <w:vAlign w:val="center"/>
          </w:tcPr>
          <w:p w14:paraId="162C944C" w14:textId="77777777" w:rsidR="00623E5F" w:rsidRDefault="00623E5F"/>
          <w:p w14:paraId="4741DB03" w14:textId="77777777" w:rsidR="00623E5F" w:rsidRDefault="00000000">
            <w:pPr>
              <w:spacing w:line="245" w:lineRule="auto"/>
            </w:pPr>
            <w:r>
              <w:rPr>
                <w:b/>
                <w:color w:val="000000"/>
                <w:sz w:val="15"/>
              </w:rPr>
              <w:t xml:space="preserve">UČNE ENOTE: </w:t>
            </w:r>
            <w:r>
              <w:rPr>
                <w:color w:val="000000"/>
                <w:sz w:val="15"/>
              </w:rPr>
              <w:t>1. ura – Igre z rekviziti – Ogrejem se in usvojim gib • 2. ura – Igre z rekviziti – Vadim na postajah • 3. ura – Igre z rekviziti – Uporabim v igri</w:t>
            </w:r>
          </w:p>
        </w:tc>
      </w:tr>
      <w:tr w:rsidR="00623E5F" w14:paraId="435D2E4A" w14:textId="77777777">
        <w:trPr>
          <w:cantSplit/>
          <w:jc w:val="center"/>
        </w:trPr>
        <w:tc>
          <w:tcPr>
            <w:tcW w:w="14060" w:type="dxa"/>
            <w:gridSpan w:val="6"/>
            <w:tcMar>
              <w:top w:w="70" w:type="dxa"/>
              <w:left w:w="90" w:type="dxa"/>
              <w:bottom w:w="70" w:type="dxa"/>
              <w:right w:w="90" w:type="dxa"/>
            </w:tcMar>
            <w:vAlign w:val="center"/>
          </w:tcPr>
          <w:p w14:paraId="5C6C6541" w14:textId="77777777" w:rsidR="00623E5F" w:rsidRDefault="00623E5F"/>
          <w:p w14:paraId="457562D4"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4AE34349" w14:textId="77777777">
        <w:trPr>
          <w:cantSplit/>
          <w:jc w:val="center"/>
        </w:trPr>
        <w:tc>
          <w:tcPr>
            <w:tcW w:w="14060" w:type="dxa"/>
            <w:gridSpan w:val="6"/>
            <w:tcMar>
              <w:top w:w="70" w:type="dxa"/>
              <w:left w:w="90" w:type="dxa"/>
              <w:bottom w:w="70" w:type="dxa"/>
              <w:right w:w="90" w:type="dxa"/>
            </w:tcMar>
            <w:vAlign w:val="center"/>
          </w:tcPr>
          <w:p w14:paraId="68C5AD77" w14:textId="77777777" w:rsidR="00623E5F" w:rsidRDefault="00623E5F"/>
          <w:p w14:paraId="029C8D3E"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44EB2827" w14:textId="77777777">
        <w:trPr>
          <w:cantSplit/>
          <w:jc w:val="center"/>
        </w:trPr>
        <w:tc>
          <w:tcPr>
            <w:tcW w:w="14060" w:type="dxa"/>
            <w:gridSpan w:val="6"/>
            <w:tcMar>
              <w:top w:w="70" w:type="dxa"/>
              <w:left w:w="90" w:type="dxa"/>
              <w:bottom w:w="70" w:type="dxa"/>
              <w:right w:w="90" w:type="dxa"/>
            </w:tcMar>
            <w:vAlign w:val="center"/>
          </w:tcPr>
          <w:p w14:paraId="0B993778" w14:textId="77777777" w:rsidR="00623E5F" w:rsidRDefault="00623E5F"/>
          <w:p w14:paraId="0FF1A8F3"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77E0C6DB" w14:textId="77777777">
        <w:trPr>
          <w:cantSplit/>
          <w:jc w:val="center"/>
        </w:trPr>
        <w:tc>
          <w:tcPr>
            <w:tcW w:w="14060" w:type="dxa"/>
            <w:gridSpan w:val="6"/>
            <w:tcMar>
              <w:top w:w="70" w:type="dxa"/>
              <w:left w:w="90" w:type="dxa"/>
              <w:bottom w:w="70" w:type="dxa"/>
              <w:right w:w="90" w:type="dxa"/>
            </w:tcMar>
            <w:vAlign w:val="center"/>
          </w:tcPr>
          <w:p w14:paraId="0C702AA6" w14:textId="77777777" w:rsidR="00623E5F" w:rsidRDefault="00623E5F"/>
          <w:p w14:paraId="4620EAE9" w14:textId="77777777" w:rsidR="00623E5F" w:rsidRDefault="00000000">
            <w:pPr>
              <w:spacing w:line="245" w:lineRule="auto"/>
            </w:pPr>
            <w:r>
              <w:rPr>
                <w:b/>
                <w:color w:val="000000"/>
                <w:sz w:val="15"/>
              </w:rPr>
              <w:t xml:space="preserve">MEDPREDMETNE POVEZAVE: </w:t>
            </w:r>
            <w:r>
              <w:rPr>
                <w:color w:val="000000"/>
                <w:sz w:val="15"/>
              </w:rPr>
              <w:t>SPO – svetloba, zvok, barva in pravljično iskanje,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41566CE8" w14:textId="77777777">
        <w:trPr>
          <w:cantSplit/>
          <w:jc w:val="center"/>
        </w:trPr>
        <w:tc>
          <w:tcPr>
            <w:tcW w:w="14060" w:type="dxa"/>
            <w:gridSpan w:val="6"/>
            <w:tcMar>
              <w:top w:w="70" w:type="dxa"/>
              <w:left w:w="90" w:type="dxa"/>
              <w:bottom w:w="70" w:type="dxa"/>
              <w:right w:w="90" w:type="dxa"/>
            </w:tcMar>
            <w:vAlign w:val="center"/>
          </w:tcPr>
          <w:p w14:paraId="0539B413" w14:textId="77777777" w:rsidR="00623E5F" w:rsidRDefault="00623E5F"/>
          <w:p w14:paraId="11BE01C4" w14:textId="77777777" w:rsidR="00623E5F" w:rsidRDefault="00000000">
            <w:pPr>
              <w:spacing w:line="245" w:lineRule="auto"/>
            </w:pPr>
            <w:r>
              <w:rPr>
                <w:b/>
                <w:color w:val="000000"/>
                <w:sz w:val="15"/>
              </w:rPr>
              <w:t xml:space="preserve">UČNA SREDSTVA IN PRIPOMOČKI: </w:t>
            </w:r>
            <w:r>
              <w:rPr>
                <w:color w:val="000000"/>
                <w:sz w:val="15"/>
              </w:rPr>
              <w:t>obroči, kolebnice, mehke žoge, stožci, ravnotežne blazine, skiro ali kolo brez pedal glede na pogoje, čelada in kartice varnosti; kartice namena in kriterijev; oznake štirih postaj; opazovalni list; semafor napora in mapa dokazov</w:t>
            </w:r>
          </w:p>
        </w:tc>
      </w:tr>
      <w:tr w:rsidR="00623E5F" w14:paraId="5E7FC27F" w14:textId="77777777">
        <w:trPr>
          <w:cantSplit/>
          <w:jc w:val="center"/>
        </w:trPr>
        <w:tc>
          <w:tcPr>
            <w:tcW w:w="14060" w:type="dxa"/>
            <w:gridSpan w:val="6"/>
            <w:tcMar>
              <w:top w:w="70" w:type="dxa"/>
              <w:left w:w="90" w:type="dxa"/>
              <w:bottom w:w="70" w:type="dxa"/>
              <w:right w:w="90" w:type="dxa"/>
            </w:tcMar>
            <w:vAlign w:val="center"/>
          </w:tcPr>
          <w:p w14:paraId="2B9CDCAB" w14:textId="77777777" w:rsidR="00623E5F" w:rsidRDefault="00623E5F"/>
          <w:p w14:paraId="3BCA6489"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2B678A86" w14:textId="77777777">
        <w:trPr>
          <w:cantSplit/>
          <w:jc w:val="center"/>
        </w:trPr>
        <w:tc>
          <w:tcPr>
            <w:tcW w:w="14060" w:type="dxa"/>
            <w:gridSpan w:val="6"/>
            <w:tcMar>
              <w:top w:w="70" w:type="dxa"/>
              <w:left w:w="90" w:type="dxa"/>
              <w:bottom w:w="70" w:type="dxa"/>
              <w:right w:w="90" w:type="dxa"/>
            </w:tcMar>
            <w:vAlign w:val="center"/>
          </w:tcPr>
          <w:p w14:paraId="66555D19" w14:textId="77777777" w:rsidR="00623E5F" w:rsidRDefault="00623E5F"/>
          <w:p w14:paraId="73E1758D"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05D79F0D" w14:textId="77777777">
        <w:trPr>
          <w:cantSplit/>
          <w:jc w:val="center"/>
        </w:trPr>
        <w:tc>
          <w:tcPr>
            <w:tcW w:w="14060" w:type="dxa"/>
            <w:gridSpan w:val="6"/>
            <w:tcMar>
              <w:top w:w="70" w:type="dxa"/>
              <w:left w:w="90" w:type="dxa"/>
              <w:bottom w:w="70" w:type="dxa"/>
              <w:right w:w="90" w:type="dxa"/>
            </w:tcMar>
            <w:vAlign w:val="center"/>
          </w:tcPr>
          <w:p w14:paraId="3E3A0A86" w14:textId="77777777" w:rsidR="00623E5F" w:rsidRDefault="00623E5F"/>
          <w:p w14:paraId="53B29A55"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3BFD65FA"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787A8E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33E00C4"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CB0039D" w14:textId="77777777" w:rsidR="00623E5F" w:rsidRDefault="00000000">
            <w:pPr>
              <w:jc w:val="center"/>
            </w:pPr>
            <w:r>
              <w:rPr>
                <w:b/>
                <w:color w:val="000000"/>
                <w:sz w:val="20"/>
              </w:rPr>
              <w:t>UČNE DEJAVNOSTI, METODE IN FORMATIVNO SPREMLJANJE</w:t>
            </w:r>
          </w:p>
        </w:tc>
      </w:tr>
      <w:tr w:rsidR="00623E5F" w14:paraId="16986DE4" w14:textId="77777777">
        <w:trPr>
          <w:tblHeader/>
          <w:jc w:val="center"/>
        </w:trPr>
        <w:tc>
          <w:tcPr>
            <w:tcW w:w="4422" w:type="dxa"/>
            <w:vMerge/>
            <w:tcMar>
              <w:top w:w="70" w:type="dxa"/>
              <w:left w:w="90" w:type="dxa"/>
              <w:bottom w:w="70" w:type="dxa"/>
              <w:right w:w="90" w:type="dxa"/>
            </w:tcMar>
            <w:vAlign w:val="center"/>
          </w:tcPr>
          <w:p w14:paraId="7A66A078" w14:textId="77777777" w:rsidR="00623E5F" w:rsidRDefault="00623E5F"/>
        </w:tc>
        <w:tc>
          <w:tcPr>
            <w:tcW w:w="7087" w:type="dxa"/>
            <w:shd w:val="clear" w:color="auto" w:fill="FFFFFF"/>
            <w:tcMar>
              <w:top w:w="70" w:type="dxa"/>
              <w:left w:w="90" w:type="dxa"/>
              <w:bottom w:w="70" w:type="dxa"/>
              <w:right w:w="90" w:type="dxa"/>
            </w:tcMar>
            <w:vAlign w:val="center"/>
          </w:tcPr>
          <w:p w14:paraId="4E27088A"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A7F742B" w14:textId="77777777" w:rsidR="00623E5F" w:rsidRDefault="00000000">
            <w:pPr>
              <w:jc w:val="center"/>
            </w:pPr>
            <w:r>
              <w:rPr>
                <w:b/>
                <w:color w:val="000000"/>
              </w:rPr>
              <w:t>UČENEC</w:t>
            </w:r>
          </w:p>
        </w:tc>
      </w:tr>
      <w:tr w:rsidR="00623E5F" w14:paraId="57DFBB42" w14:textId="77777777">
        <w:trPr>
          <w:jc w:val="center"/>
        </w:trPr>
        <w:tc>
          <w:tcPr>
            <w:tcW w:w="4422" w:type="dxa"/>
            <w:tcMar>
              <w:top w:w="70" w:type="dxa"/>
              <w:left w:w="90" w:type="dxa"/>
              <w:bottom w:w="70" w:type="dxa"/>
              <w:right w:w="90" w:type="dxa"/>
            </w:tcMar>
          </w:tcPr>
          <w:p w14:paraId="70BC7641" w14:textId="77777777" w:rsidR="00623E5F" w:rsidRDefault="00623E5F"/>
          <w:p w14:paraId="09117ED2" w14:textId="77777777" w:rsidR="00623E5F" w:rsidRDefault="00000000">
            <w:pPr>
              <w:spacing w:after="60" w:line="245" w:lineRule="auto"/>
            </w:pPr>
            <w:r>
              <w:rPr>
                <w:b/>
                <w:color w:val="000000"/>
              </w:rPr>
              <w:t>UČNI CILJI</w:t>
            </w:r>
          </w:p>
          <w:p w14:paraId="7F3B04A5" w14:textId="77777777" w:rsidR="00623E5F" w:rsidRDefault="00000000">
            <w:pPr>
              <w:spacing w:after="20" w:line="245" w:lineRule="auto"/>
            </w:pPr>
            <w:r>
              <w:rPr>
                <w:b/>
                <w:color w:val="000000"/>
                <w:sz w:val="17"/>
              </w:rPr>
              <w:t>SPLOŠNI</w:t>
            </w:r>
          </w:p>
          <w:p w14:paraId="162E1D4A"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0226505E" w14:textId="77777777" w:rsidR="00623E5F" w:rsidRDefault="00000000">
            <w:pPr>
              <w:pStyle w:val="Oznaenseznam"/>
              <w:spacing w:after="16"/>
            </w:pPr>
            <w:r>
              <w:rPr>
                <w:color w:val="000000"/>
                <w:sz w:val="15"/>
              </w:rPr>
              <w:t>varno hodi, teče, skače, meče, pleza, se plazi, lovi, ravnoteži, pleše in uporablja različne rekvizite</w:t>
            </w:r>
          </w:p>
          <w:p w14:paraId="12E5C745" w14:textId="77777777" w:rsidR="00623E5F" w:rsidRDefault="00000000">
            <w:pPr>
              <w:pStyle w:val="Oznaenseznam"/>
              <w:spacing w:after="16"/>
            </w:pPr>
            <w:r>
              <w:rPr>
                <w:color w:val="000000"/>
                <w:sz w:val="15"/>
              </w:rPr>
              <w:t>razume pomen rednega gibanja, ogrevanja, higiene, primerne opreme, počitka in varnega ravnanja</w:t>
            </w:r>
          </w:p>
          <w:p w14:paraId="141A607D"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52F44B4A" w14:textId="77777777" w:rsidR="00623E5F" w:rsidRDefault="00000000">
            <w:pPr>
              <w:spacing w:before="40" w:after="20" w:line="245" w:lineRule="auto"/>
            </w:pPr>
            <w:r>
              <w:rPr>
                <w:b/>
                <w:color w:val="000000"/>
                <w:sz w:val="17"/>
              </w:rPr>
              <w:t>OPERATIVNI</w:t>
            </w:r>
          </w:p>
          <w:p w14:paraId="00F93259" w14:textId="77777777" w:rsidR="00623E5F" w:rsidRDefault="00000000">
            <w:pPr>
              <w:pStyle w:val="Oznaenseznam"/>
              <w:spacing w:after="16"/>
            </w:pPr>
            <w:r>
              <w:rPr>
                <w:color w:val="000000"/>
                <w:sz w:val="15"/>
              </w:rPr>
              <w:t>vrti obroč ali kolebnico</w:t>
            </w:r>
          </w:p>
          <w:p w14:paraId="730D395A" w14:textId="77777777" w:rsidR="00623E5F" w:rsidRDefault="00000000">
            <w:pPr>
              <w:pStyle w:val="Oznaenseznam"/>
              <w:spacing w:after="16"/>
            </w:pPr>
            <w:r>
              <w:rPr>
                <w:color w:val="000000"/>
                <w:sz w:val="15"/>
              </w:rPr>
              <w:t>povezuje gibe</w:t>
            </w:r>
          </w:p>
          <w:p w14:paraId="5D5E144D" w14:textId="77777777" w:rsidR="00623E5F" w:rsidRDefault="00000000">
            <w:pPr>
              <w:pStyle w:val="Oznaenseznam"/>
              <w:spacing w:after="16"/>
            </w:pPr>
            <w:r>
              <w:rPr>
                <w:color w:val="000000"/>
                <w:sz w:val="15"/>
              </w:rPr>
              <w:t>vztraja in varno sodeluje</w:t>
            </w:r>
          </w:p>
          <w:p w14:paraId="7D3DB4D9" w14:textId="77777777" w:rsidR="00623E5F" w:rsidRDefault="00000000">
            <w:pPr>
              <w:spacing w:before="40" w:after="20" w:line="245" w:lineRule="auto"/>
            </w:pPr>
            <w:r>
              <w:rPr>
                <w:b/>
                <w:color w:val="000000"/>
                <w:sz w:val="17"/>
              </w:rPr>
              <w:t>PRIČAKOVANI DOSEŽKI / MINIMALNI POUDARKI</w:t>
            </w:r>
          </w:p>
          <w:p w14:paraId="434FD1BB" w14:textId="77777777" w:rsidR="00623E5F" w:rsidRDefault="00000000">
            <w:pPr>
              <w:pStyle w:val="Oznaenseznam"/>
              <w:spacing w:after="16"/>
            </w:pPr>
            <w:r>
              <w:rPr>
                <w:color w:val="000000"/>
                <w:sz w:val="15"/>
              </w:rPr>
              <w:t>učenec samostojno oziroma z dogovorjeno oporo vrti obroč ali kolebnico</w:t>
            </w:r>
          </w:p>
          <w:p w14:paraId="682DD829" w14:textId="77777777" w:rsidR="00623E5F" w:rsidRDefault="00000000">
            <w:pPr>
              <w:pStyle w:val="Oznaenseznam"/>
              <w:spacing w:after="16"/>
            </w:pPr>
            <w:r>
              <w:rPr>
                <w:color w:val="000000"/>
                <w:sz w:val="15"/>
              </w:rPr>
              <w:t>učenec samostojno oziroma z dogovorjeno oporo povezuje gibe</w:t>
            </w:r>
          </w:p>
          <w:p w14:paraId="41CA85F2" w14:textId="77777777" w:rsidR="00623E5F" w:rsidRDefault="00000000">
            <w:pPr>
              <w:pStyle w:val="Oznaenseznam"/>
              <w:spacing w:after="16"/>
            </w:pPr>
            <w:r>
              <w:rPr>
                <w:color w:val="000000"/>
                <w:sz w:val="15"/>
              </w:rPr>
              <w:t>učenec samostojno oziroma z dogovorjeno oporo vztraja in varno sodeluje</w:t>
            </w:r>
          </w:p>
        </w:tc>
        <w:tc>
          <w:tcPr>
            <w:tcW w:w="7087" w:type="dxa"/>
            <w:tcMar>
              <w:top w:w="70" w:type="dxa"/>
              <w:left w:w="90" w:type="dxa"/>
              <w:bottom w:w="70" w:type="dxa"/>
              <w:right w:w="90" w:type="dxa"/>
            </w:tcMar>
          </w:tcPr>
          <w:p w14:paraId="118161B8"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65C0670" w14:textId="77777777">
              <w:trPr>
                <w:jc w:val="center"/>
              </w:trPr>
              <w:tc>
                <w:tcPr>
                  <w:tcW w:w="7087" w:type="dxa"/>
                  <w:shd w:val="clear" w:color="auto" w:fill="C6E7F3"/>
                  <w:tcMar>
                    <w:top w:w="45" w:type="dxa"/>
                    <w:left w:w="70" w:type="dxa"/>
                    <w:bottom w:w="45" w:type="dxa"/>
                    <w:right w:w="70" w:type="dxa"/>
                  </w:tcMar>
                </w:tcPr>
                <w:p w14:paraId="2B8E8A4A" w14:textId="77777777" w:rsidR="00623E5F" w:rsidRDefault="00000000">
                  <w:pPr>
                    <w:keepNext/>
                  </w:pPr>
                  <w:r>
                    <w:rPr>
                      <w:b/>
                      <w:color w:val="000000"/>
                    </w:rPr>
                    <w:t>UVODNI DEL – POČUTJE, GIBALNI NAMIG, PREDZNANJE IN NAMEN UČENJA (7–10 min)</w:t>
                  </w:r>
                </w:p>
              </w:tc>
            </w:tr>
          </w:tbl>
          <w:p w14:paraId="636FAA16" w14:textId="77777777" w:rsidR="00623E5F" w:rsidRDefault="00623E5F">
            <w:pPr>
              <w:spacing w:line="20" w:lineRule="exact"/>
            </w:pPr>
          </w:p>
          <w:p w14:paraId="4DDCFF0F" w14:textId="77777777" w:rsidR="00623E5F" w:rsidRDefault="00000000">
            <w:pPr>
              <w:spacing w:before="40" w:after="60" w:line="245" w:lineRule="auto"/>
            </w:pPr>
            <w:r>
              <w:rPr>
                <w:color w:val="000000"/>
                <w:sz w:val="15"/>
              </w:rPr>
              <w:t>Ob književnem motivu »Zlata ptica« – slovenska ljudska pravljica učenci vstopijo v temo svetloba, zvok, barva in pravljično iskanje. Učiteljica pripravi kratek gibalni namig: iz športne vreče se pokaže rekvizit in varnostna kartica; učenci najprej napovejo varen prijem, razdaljo in uporabo pri temi »igre z rekviziti«. Tedenski gibalni izziv: izvede iskalno igro z varnim gibanjem med ovirami.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399E0E38" w14:textId="77777777">
              <w:trPr>
                <w:jc w:val="center"/>
              </w:trPr>
              <w:tc>
                <w:tcPr>
                  <w:tcW w:w="7087" w:type="dxa"/>
                  <w:shd w:val="clear" w:color="auto" w:fill="EDC9EA"/>
                  <w:tcMar>
                    <w:top w:w="45" w:type="dxa"/>
                    <w:left w:w="70" w:type="dxa"/>
                    <w:bottom w:w="45" w:type="dxa"/>
                    <w:right w:w="70" w:type="dxa"/>
                  </w:tcMar>
                </w:tcPr>
                <w:p w14:paraId="3231BFF6" w14:textId="77777777" w:rsidR="00623E5F" w:rsidRDefault="00000000">
                  <w:pPr>
                    <w:keepNext/>
                  </w:pPr>
                  <w:r>
                    <w:rPr>
                      <w:b/>
                      <w:color w:val="000000"/>
                    </w:rPr>
                    <w:t>NAMENI UČENJA</w:t>
                  </w:r>
                </w:p>
              </w:tc>
            </w:tr>
          </w:tbl>
          <w:p w14:paraId="7F94499D" w14:textId="77777777" w:rsidR="00623E5F" w:rsidRDefault="00623E5F">
            <w:pPr>
              <w:spacing w:line="20" w:lineRule="exact"/>
            </w:pPr>
          </w:p>
          <w:p w14:paraId="76D912FA"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00BA0646" w14:textId="77777777" w:rsidR="00623E5F" w:rsidRDefault="00000000">
            <w:pPr>
              <w:pStyle w:val="Oznaenseznam"/>
              <w:spacing w:after="16"/>
            </w:pPr>
            <w:r>
              <w:rPr>
                <w:color w:val="000000"/>
                <w:sz w:val="15"/>
              </w:rPr>
              <w:t>vrtim obroč ali kolebnico</w:t>
            </w:r>
          </w:p>
          <w:p w14:paraId="7B8F4BDF" w14:textId="77777777" w:rsidR="00623E5F" w:rsidRDefault="00000000">
            <w:pPr>
              <w:pStyle w:val="Oznaenseznam"/>
              <w:spacing w:after="16"/>
            </w:pPr>
            <w:r>
              <w:rPr>
                <w:color w:val="000000"/>
                <w:sz w:val="15"/>
              </w:rPr>
              <w:t>povezujem gibe</w:t>
            </w:r>
          </w:p>
          <w:p w14:paraId="435E9CCE" w14:textId="77777777" w:rsidR="00623E5F" w:rsidRDefault="00000000">
            <w:pPr>
              <w:pStyle w:val="Oznaenseznam"/>
              <w:spacing w:after="16"/>
            </w:pPr>
            <w:r>
              <w:rPr>
                <w:color w:val="000000"/>
                <w:sz w:val="15"/>
              </w:rPr>
              <w:t>vztraja in varno sodelujem</w:t>
            </w:r>
          </w:p>
          <w:tbl>
            <w:tblPr>
              <w:tblStyle w:val="Tabelamrea"/>
              <w:tblW w:w="0" w:type="auto"/>
              <w:jc w:val="center"/>
              <w:tblLayout w:type="fixed"/>
              <w:tblLook w:val="04A0" w:firstRow="1" w:lastRow="0" w:firstColumn="1" w:lastColumn="0" w:noHBand="0" w:noVBand="1"/>
            </w:tblPr>
            <w:tblGrid>
              <w:gridCol w:w="7087"/>
            </w:tblGrid>
            <w:tr w:rsidR="00623E5F" w14:paraId="175A6EB7" w14:textId="77777777">
              <w:trPr>
                <w:jc w:val="center"/>
              </w:trPr>
              <w:tc>
                <w:tcPr>
                  <w:tcW w:w="7087" w:type="dxa"/>
                  <w:shd w:val="clear" w:color="auto" w:fill="EDC9EA"/>
                  <w:tcMar>
                    <w:top w:w="45" w:type="dxa"/>
                    <w:left w:w="70" w:type="dxa"/>
                    <w:bottom w:w="45" w:type="dxa"/>
                    <w:right w:w="70" w:type="dxa"/>
                  </w:tcMar>
                </w:tcPr>
                <w:p w14:paraId="1FB25458" w14:textId="77777777" w:rsidR="00623E5F" w:rsidRDefault="00000000">
                  <w:pPr>
                    <w:keepNext/>
                  </w:pPr>
                  <w:r>
                    <w:rPr>
                      <w:b/>
                      <w:color w:val="000000"/>
                    </w:rPr>
                    <w:t>PREVERJANJE PREDZNANJA</w:t>
                  </w:r>
                </w:p>
              </w:tc>
            </w:tr>
          </w:tbl>
          <w:p w14:paraId="0356258C" w14:textId="77777777" w:rsidR="00623E5F" w:rsidRDefault="00623E5F">
            <w:pPr>
              <w:spacing w:line="20" w:lineRule="exact"/>
            </w:pPr>
          </w:p>
          <w:p w14:paraId="1AEB0EC7" w14:textId="77777777" w:rsidR="00623E5F" w:rsidRDefault="00000000">
            <w:pPr>
              <w:pStyle w:val="Oznaenseznam"/>
              <w:spacing w:after="16"/>
            </w:pPr>
            <w:r>
              <w:rPr>
                <w:color w:val="000000"/>
                <w:sz w:val="15"/>
              </w:rPr>
              <w:t>Kaj moje telo in prostor že znata pokazati pri temi »IGRE Z REKVIZITI«?</w:t>
            </w:r>
          </w:p>
          <w:p w14:paraId="46A2B47F" w14:textId="77777777" w:rsidR="00623E5F" w:rsidRDefault="00000000">
            <w:pPr>
              <w:pStyle w:val="Oznaenseznam"/>
              <w:spacing w:after="16"/>
            </w:pPr>
            <w:r>
              <w:rPr>
                <w:color w:val="000000"/>
                <w:sz w:val="15"/>
              </w:rPr>
              <w:t>Katero varnostno pravilo, gibalni korak ali strategijo že obvladam in kaj bi najprej preizkusil/-a?</w:t>
            </w:r>
          </w:p>
          <w:p w14:paraId="6AF33B8F"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20CA9170" w14:textId="77777777">
              <w:trPr>
                <w:jc w:val="center"/>
              </w:trPr>
              <w:tc>
                <w:tcPr>
                  <w:tcW w:w="7087" w:type="dxa"/>
                  <w:shd w:val="clear" w:color="auto" w:fill="EDC9EA"/>
                  <w:tcMar>
                    <w:top w:w="45" w:type="dxa"/>
                    <w:left w:w="70" w:type="dxa"/>
                    <w:bottom w:w="45" w:type="dxa"/>
                    <w:right w:w="70" w:type="dxa"/>
                  </w:tcMar>
                </w:tcPr>
                <w:p w14:paraId="1040CB79" w14:textId="77777777" w:rsidR="00623E5F" w:rsidRDefault="00000000">
                  <w:pPr>
                    <w:keepNext/>
                  </w:pPr>
                  <w:r>
                    <w:rPr>
                      <w:b/>
                      <w:color w:val="000000"/>
                    </w:rPr>
                    <w:t>KRITERIJI USPEŠNOSTI</w:t>
                  </w:r>
                </w:p>
              </w:tc>
            </w:tr>
          </w:tbl>
          <w:p w14:paraId="163A3D2C" w14:textId="77777777" w:rsidR="00623E5F" w:rsidRDefault="00623E5F"/>
          <w:p w14:paraId="53497F66" w14:textId="77777777" w:rsidR="00623E5F" w:rsidRDefault="00000000">
            <w:pPr>
              <w:spacing w:before="20" w:after="20" w:line="245" w:lineRule="auto"/>
            </w:pPr>
            <w:r>
              <w:rPr>
                <w:b/>
                <w:color w:val="000000"/>
                <w:sz w:val="16"/>
              </w:rPr>
              <w:t>Uspešen/-na bom, ko:</w:t>
            </w:r>
          </w:p>
          <w:p w14:paraId="45A951A8" w14:textId="77777777" w:rsidR="00623E5F" w:rsidRDefault="00000000">
            <w:pPr>
              <w:pStyle w:val="Oznaenseznam"/>
              <w:spacing w:after="16"/>
            </w:pPr>
            <w:r>
              <w:rPr>
                <w:color w:val="000000"/>
                <w:sz w:val="15"/>
              </w:rPr>
              <w:t>vrtim obroč ali kolebnico</w:t>
            </w:r>
          </w:p>
          <w:p w14:paraId="0BAE7F90" w14:textId="77777777" w:rsidR="00623E5F" w:rsidRDefault="00000000">
            <w:pPr>
              <w:pStyle w:val="Oznaenseznam"/>
              <w:spacing w:after="16"/>
            </w:pPr>
            <w:r>
              <w:rPr>
                <w:color w:val="000000"/>
                <w:sz w:val="15"/>
              </w:rPr>
              <w:t>povezujem gibe</w:t>
            </w:r>
          </w:p>
          <w:p w14:paraId="40606F82" w14:textId="77777777" w:rsidR="00623E5F" w:rsidRDefault="00000000">
            <w:pPr>
              <w:pStyle w:val="Oznaenseznam"/>
              <w:spacing w:after="16"/>
            </w:pPr>
            <w:r>
              <w:rPr>
                <w:color w:val="000000"/>
                <w:sz w:val="15"/>
              </w:rPr>
              <w:t>vztraja in varno sodelujem</w:t>
            </w:r>
          </w:p>
          <w:p w14:paraId="4EA2B0E8" w14:textId="77777777" w:rsidR="00623E5F" w:rsidRDefault="00000000">
            <w:pPr>
              <w:pStyle w:val="Oznaenseznam"/>
              <w:spacing w:after="16"/>
            </w:pPr>
            <w:r>
              <w:rPr>
                <w:color w:val="000000"/>
                <w:sz w:val="15"/>
              </w:rPr>
              <w:t>pred začetkom preverim prostor in opremo, ohranjam razdaljo ter se na znak varno ustavim</w:t>
            </w:r>
          </w:p>
          <w:p w14:paraId="52699696"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37C2DE52" w14:textId="77777777" w:rsidR="00623E5F" w:rsidRDefault="00623E5F"/>
          <w:p w14:paraId="49D7C3DC"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7581A11E"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090EDFB5" w14:textId="77777777" w:rsidR="00623E5F" w:rsidRDefault="00000000">
            <w:pPr>
              <w:spacing w:after="100" w:line="245" w:lineRule="auto"/>
            </w:pPr>
            <w:r>
              <w:rPr>
                <w:color w:val="000000"/>
                <w:sz w:val="15"/>
              </w:rPr>
              <w:t>Sodeluje pri razumevanju namena, vidnih meril, varnostnih pravil, prehodov in načina dokazovanja.</w:t>
            </w:r>
          </w:p>
          <w:p w14:paraId="1AA8D422" w14:textId="77777777" w:rsidR="00623E5F" w:rsidRDefault="00000000">
            <w:pPr>
              <w:spacing w:after="20" w:line="245" w:lineRule="auto"/>
            </w:pPr>
            <w:r>
              <w:rPr>
                <w:b/>
                <w:color w:val="D95BC6"/>
                <w:sz w:val="17"/>
              </w:rPr>
              <w:t>DOKAZ O UČENJU</w:t>
            </w:r>
          </w:p>
          <w:p w14:paraId="59DEEABA"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3D1FBD1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EC1DFA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5A5638A"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4E84C3F" w14:textId="77777777" w:rsidR="00623E5F" w:rsidRDefault="00000000">
            <w:pPr>
              <w:jc w:val="center"/>
            </w:pPr>
            <w:r>
              <w:rPr>
                <w:b/>
                <w:color w:val="000000"/>
                <w:sz w:val="20"/>
              </w:rPr>
              <w:t>UČNE DEJAVNOSTI, METODE IN FORMATIVNO SPREMLJANJE</w:t>
            </w:r>
          </w:p>
        </w:tc>
      </w:tr>
      <w:tr w:rsidR="00623E5F" w14:paraId="25AA4DBD" w14:textId="77777777">
        <w:trPr>
          <w:tblHeader/>
          <w:jc w:val="center"/>
        </w:trPr>
        <w:tc>
          <w:tcPr>
            <w:tcW w:w="4422" w:type="dxa"/>
            <w:vMerge/>
            <w:tcMar>
              <w:top w:w="70" w:type="dxa"/>
              <w:left w:w="90" w:type="dxa"/>
              <w:bottom w:w="70" w:type="dxa"/>
              <w:right w:w="90" w:type="dxa"/>
            </w:tcMar>
            <w:vAlign w:val="center"/>
          </w:tcPr>
          <w:p w14:paraId="7EAF0B65" w14:textId="77777777" w:rsidR="00623E5F" w:rsidRDefault="00623E5F"/>
        </w:tc>
        <w:tc>
          <w:tcPr>
            <w:tcW w:w="7087" w:type="dxa"/>
            <w:shd w:val="clear" w:color="auto" w:fill="FFFFFF"/>
            <w:tcMar>
              <w:top w:w="70" w:type="dxa"/>
              <w:left w:w="90" w:type="dxa"/>
              <w:bottom w:w="70" w:type="dxa"/>
              <w:right w:w="90" w:type="dxa"/>
            </w:tcMar>
            <w:vAlign w:val="center"/>
          </w:tcPr>
          <w:p w14:paraId="1C552531"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9809A40" w14:textId="77777777" w:rsidR="00623E5F" w:rsidRDefault="00000000">
            <w:pPr>
              <w:jc w:val="center"/>
            </w:pPr>
            <w:r>
              <w:rPr>
                <w:b/>
                <w:color w:val="000000"/>
              </w:rPr>
              <w:t>UČENEC</w:t>
            </w:r>
          </w:p>
        </w:tc>
      </w:tr>
      <w:tr w:rsidR="00623E5F" w14:paraId="39D3E8F4" w14:textId="77777777">
        <w:trPr>
          <w:jc w:val="center"/>
        </w:trPr>
        <w:tc>
          <w:tcPr>
            <w:tcW w:w="4422" w:type="dxa"/>
            <w:tcMar>
              <w:top w:w="70" w:type="dxa"/>
              <w:left w:w="90" w:type="dxa"/>
              <w:bottom w:w="70" w:type="dxa"/>
              <w:right w:w="90" w:type="dxa"/>
            </w:tcMar>
          </w:tcPr>
          <w:p w14:paraId="1174FFE3" w14:textId="77777777" w:rsidR="00623E5F" w:rsidRDefault="00623E5F"/>
          <w:p w14:paraId="50897218" w14:textId="77777777" w:rsidR="00623E5F" w:rsidRDefault="00000000">
            <w:pPr>
              <w:spacing w:after="40" w:line="245" w:lineRule="auto"/>
            </w:pPr>
            <w:r>
              <w:rPr>
                <w:b/>
                <w:color w:val="000000"/>
                <w:sz w:val="17"/>
              </w:rPr>
              <w:t>KLJUČNI ŠPORTNI IN GIBALNI POJMI</w:t>
            </w:r>
          </w:p>
          <w:p w14:paraId="43EAD943"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rekvizit, prijem, vrtenje, preskok, zaščitna oprema, enosmerna pot, ustavljanje</w:t>
            </w:r>
          </w:p>
          <w:p w14:paraId="239DB150" w14:textId="77777777" w:rsidR="00623E5F" w:rsidRDefault="00000000">
            <w:pPr>
              <w:spacing w:after="20" w:line="245" w:lineRule="auto"/>
            </w:pPr>
            <w:r>
              <w:rPr>
                <w:b/>
                <w:color w:val="000000"/>
                <w:sz w:val="17"/>
              </w:rPr>
              <w:t>DOKAZI O UČENJU</w:t>
            </w:r>
          </w:p>
          <w:p w14:paraId="73A818F6" w14:textId="77777777" w:rsidR="00623E5F" w:rsidRDefault="00000000">
            <w:pPr>
              <w:pStyle w:val="Oznaenseznam"/>
              <w:spacing w:after="7"/>
            </w:pPr>
            <w:r>
              <w:rPr>
                <w:color w:val="000000"/>
                <w:sz w:val="14"/>
              </w:rPr>
              <w:t>varen odziv na znak, začetni poskus prvine in ustno varnostno pravilo.</w:t>
            </w:r>
          </w:p>
          <w:p w14:paraId="12D27979" w14:textId="77777777" w:rsidR="00623E5F" w:rsidRDefault="00000000">
            <w:pPr>
              <w:pStyle w:val="Oznaenseznam"/>
              <w:spacing w:after="7"/>
            </w:pPr>
            <w:r>
              <w:rPr>
                <w:color w:val="000000"/>
                <w:sz w:val="14"/>
              </w:rPr>
              <w:t>opazovalna kartica, izvedba na izbrani ravni in učiteljev zapis o napredku.</w:t>
            </w:r>
          </w:p>
          <w:p w14:paraId="2F8AE436" w14:textId="77777777" w:rsidR="00623E5F" w:rsidRDefault="00000000">
            <w:pPr>
              <w:pStyle w:val="Oznaenseznam"/>
              <w:spacing w:after="7"/>
            </w:pPr>
            <w:r>
              <w:rPr>
                <w:color w:val="000000"/>
                <w:sz w:val="14"/>
              </w:rPr>
              <w:t>uporaba prvine v igri, sodelovanje, upoštevanje pravil in osebno samovrednotenje.</w:t>
            </w:r>
          </w:p>
          <w:p w14:paraId="7E61A981" w14:textId="77777777" w:rsidR="00623E5F" w:rsidRDefault="00000000">
            <w:pPr>
              <w:spacing w:before="40" w:after="20" w:line="245" w:lineRule="auto"/>
            </w:pPr>
            <w:r>
              <w:rPr>
                <w:b/>
                <w:color w:val="000000"/>
                <w:sz w:val="16"/>
              </w:rPr>
              <w:t>GIBALNO DOŽIVETJE IN IZKUŠENJSKI POUK</w:t>
            </w:r>
          </w:p>
          <w:p w14:paraId="03B0BB6B"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2E12AD99" w14:textId="77777777" w:rsidR="00623E5F" w:rsidRDefault="00000000">
            <w:pPr>
              <w:spacing w:after="20" w:line="245" w:lineRule="auto"/>
            </w:pPr>
            <w:r>
              <w:rPr>
                <w:b/>
                <w:color w:val="000000"/>
                <w:sz w:val="16"/>
              </w:rPr>
              <w:t>POUČEVANJE V GIBANJU</w:t>
            </w:r>
          </w:p>
          <w:p w14:paraId="1D9A8320"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4BA53379" w14:textId="77777777" w:rsidR="00623E5F" w:rsidRDefault="00000000">
            <w:pPr>
              <w:spacing w:after="20" w:line="245" w:lineRule="auto"/>
            </w:pPr>
            <w:r>
              <w:rPr>
                <w:b/>
                <w:color w:val="000000"/>
                <w:sz w:val="16"/>
              </w:rPr>
              <w:t>DELO PO ŠTIRIH POSTAJAH</w:t>
            </w:r>
          </w:p>
          <w:p w14:paraId="1BB4826D"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76FC3E6D" w14:textId="77777777" w:rsidR="00623E5F" w:rsidRDefault="00000000">
            <w:pPr>
              <w:spacing w:after="7" w:line="245" w:lineRule="auto"/>
            </w:pPr>
            <w:r>
              <w:rPr>
                <w:color w:val="000000"/>
                <w:sz w:val="14"/>
              </w:rPr>
              <w:t>1. Rokovalna: rekvizit pravilno primem, prenašam, odložim ter preizkusim osnovno gibanje na svojem mestu.</w:t>
            </w:r>
          </w:p>
          <w:p w14:paraId="45F3C998" w14:textId="77777777" w:rsidR="00623E5F" w:rsidRDefault="00000000">
            <w:pPr>
              <w:spacing w:after="7" w:line="245" w:lineRule="auto"/>
            </w:pPr>
            <w:r>
              <w:rPr>
                <w:color w:val="000000"/>
                <w:sz w:val="14"/>
              </w:rPr>
              <w:t>2. Ravnotežno-koordinacijska: z rekvizitom na označeni poti vadim cilj »vrtim obroč ali kolebnico«.</w:t>
            </w:r>
          </w:p>
          <w:p w14:paraId="34899892" w14:textId="77777777" w:rsidR="00623E5F" w:rsidRDefault="00000000">
            <w:pPr>
              <w:spacing w:after="7" w:line="245" w:lineRule="auto"/>
            </w:pPr>
            <w:r>
              <w:rPr>
                <w:color w:val="000000"/>
                <w:sz w:val="14"/>
              </w:rPr>
              <w:t>3. Povezovalna: v kratek varen niz vključim spremembo smeri, ustavitev in cilj »povezujem gibe«.</w:t>
            </w:r>
          </w:p>
          <w:p w14:paraId="1DAEF667" w14:textId="77777777" w:rsidR="00623E5F" w:rsidRDefault="00000000">
            <w:pPr>
              <w:spacing w:after="7" w:line="245" w:lineRule="auto"/>
            </w:pPr>
            <w:r>
              <w:rPr>
                <w:color w:val="000000"/>
                <w:sz w:val="14"/>
              </w:rPr>
              <w:t>4. Varnostno-refleksivna: razvrstim varno in tvegano ravnanje ter pokažem, kako »vztraja in varno sodelujem«.</w:t>
            </w:r>
          </w:p>
          <w:p w14:paraId="5C2F8D55" w14:textId="77777777" w:rsidR="00623E5F" w:rsidRDefault="00000000">
            <w:pPr>
              <w:spacing w:after="20" w:line="245" w:lineRule="auto"/>
            </w:pPr>
            <w:r>
              <w:rPr>
                <w:b/>
                <w:color w:val="000000"/>
                <w:sz w:val="16"/>
              </w:rPr>
              <w:t>DIFERENCIACIJA IN VKLJUČEVANJE</w:t>
            </w:r>
          </w:p>
          <w:p w14:paraId="274DCD66"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6ECD7B86" w14:textId="77777777" w:rsidR="00623E5F" w:rsidRDefault="00000000">
            <w:pPr>
              <w:spacing w:after="20" w:line="245" w:lineRule="auto"/>
            </w:pPr>
            <w:r>
              <w:rPr>
                <w:b/>
                <w:color w:val="000000"/>
                <w:sz w:val="16"/>
              </w:rPr>
              <w:t>SPREMLJANJE</w:t>
            </w:r>
          </w:p>
          <w:p w14:paraId="5C08A9BB"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5364540F"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642B1C07" w14:textId="77777777">
              <w:trPr>
                <w:jc w:val="center"/>
              </w:trPr>
              <w:tc>
                <w:tcPr>
                  <w:tcW w:w="7087" w:type="dxa"/>
                  <w:shd w:val="clear" w:color="auto" w:fill="C6E7F3"/>
                  <w:tcMar>
                    <w:top w:w="45" w:type="dxa"/>
                    <w:left w:w="70" w:type="dxa"/>
                    <w:bottom w:w="45" w:type="dxa"/>
                    <w:right w:w="70" w:type="dxa"/>
                  </w:tcMar>
                </w:tcPr>
                <w:p w14:paraId="4AF99738" w14:textId="77777777" w:rsidR="00623E5F" w:rsidRDefault="00000000">
                  <w:pPr>
                    <w:keepNext/>
                  </w:pPr>
                  <w:r>
                    <w:rPr>
                      <w:b/>
                      <w:color w:val="000000"/>
                      <w:sz w:val="16"/>
                    </w:rPr>
                    <w:t>GLAVNI DEL – GIBALNI IZZIV, VADBA NA ŠTIRIH POSTAJAH IN IGRA (3 šolske ure)</w:t>
                  </w:r>
                </w:p>
              </w:tc>
            </w:tr>
          </w:tbl>
          <w:p w14:paraId="64DF2CD4" w14:textId="77777777" w:rsidR="00623E5F" w:rsidRDefault="00623E5F">
            <w:pPr>
              <w:spacing w:line="20" w:lineRule="exact"/>
            </w:pPr>
          </w:p>
          <w:p w14:paraId="60C7BD9F" w14:textId="77777777" w:rsidR="00623E5F" w:rsidRDefault="00000000">
            <w:pPr>
              <w:keepNext/>
              <w:spacing w:before="16" w:after="6" w:line="245" w:lineRule="auto"/>
            </w:pPr>
            <w:r>
              <w:rPr>
                <w:b/>
                <w:color w:val="000000"/>
                <w:sz w:val="15"/>
              </w:rPr>
              <w:t>1. URA – Igre z rekviziti – Ogrejem se in usvojim gib</w:t>
            </w:r>
          </w:p>
          <w:p w14:paraId="69C25939"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»Zlata ptica« – slovenska ljudska pravljica. Osrednji del 30': 32' – Preveri prostor in opremo, predstavi varnostni znak ter skozi gibalno zgodbo modelira ključno prvino po korakih.</w:t>
            </w:r>
          </w:p>
          <w:p w14:paraId="5FE5BF17"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0BE0B7F7" w14:textId="77777777" w:rsidR="00623E5F" w:rsidRDefault="00000000">
            <w:pPr>
              <w:spacing w:after="15" w:line="245" w:lineRule="auto"/>
            </w:pPr>
            <w:r>
              <w:rPr>
                <w:i/>
                <w:color w:val="D95BC6"/>
                <w:sz w:val="14"/>
              </w:rPr>
              <w:t>Predvideni dokaz: varen odziv na znak, začetni poskus prvine in ustno varnostno pravilo..</w:t>
            </w:r>
          </w:p>
          <w:p w14:paraId="46FE33B4" w14:textId="77777777" w:rsidR="00623E5F" w:rsidRDefault="00000000">
            <w:pPr>
              <w:keepNext/>
              <w:spacing w:before="16" w:after="6" w:line="245" w:lineRule="auto"/>
            </w:pPr>
            <w:r>
              <w:rPr>
                <w:b/>
                <w:color w:val="000000"/>
                <w:sz w:val="15"/>
              </w:rPr>
              <w:t>2. URA – Igre z rekviziti – Vadim na postajah</w:t>
            </w:r>
          </w:p>
          <w:p w14:paraId="21126A57"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»Zlata ptica« – slovenska ljudska pravljica. Osrednji del 30': 32' – Pripravi 4–6 postaj z enosmernimi prehodi, pokaže tri ravni izziva in opazovalcu dodeli en jasen kriterij.</w:t>
            </w:r>
          </w:p>
          <w:p w14:paraId="5A865F4D"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7002E2B0" w14:textId="77777777" w:rsidR="00623E5F" w:rsidRDefault="00000000">
            <w:pPr>
              <w:spacing w:after="15" w:line="245" w:lineRule="auto"/>
            </w:pPr>
            <w:r>
              <w:rPr>
                <w:i/>
                <w:color w:val="D95BC6"/>
                <w:sz w:val="14"/>
              </w:rPr>
              <w:t>Predvideni dokaz: opazovalna kartica, izvedba na izbrani ravni in učiteljev zapis o napredku..</w:t>
            </w:r>
          </w:p>
          <w:p w14:paraId="39BF7259" w14:textId="77777777" w:rsidR="00623E5F" w:rsidRDefault="00000000">
            <w:pPr>
              <w:keepNext/>
              <w:spacing w:before="16" w:after="6" w:line="245" w:lineRule="auto"/>
            </w:pPr>
            <w:r>
              <w:rPr>
                <w:b/>
                <w:color w:val="000000"/>
                <w:sz w:val="15"/>
              </w:rPr>
              <w:t>3. URA – Igre z rekviziti – Uporabim v igri</w:t>
            </w:r>
          </w:p>
          <w:p w14:paraId="00929647"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»Zlata ptica« – slovenska ljudska pravljica. Osrednji del 30': 32' – Organizira vključujočo igro ali izziv brez izločanja, spremlja varnost, pošteno igro in uporabo naučene prvine.</w:t>
            </w:r>
          </w:p>
          <w:p w14:paraId="129BE262"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0148931D"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38995D95" w14:textId="77777777">
              <w:trPr>
                <w:jc w:val="center"/>
              </w:trPr>
              <w:tc>
                <w:tcPr>
                  <w:tcW w:w="7087" w:type="dxa"/>
                  <w:shd w:val="clear" w:color="auto" w:fill="EDC9EA"/>
                  <w:tcMar>
                    <w:top w:w="45" w:type="dxa"/>
                    <w:left w:w="70" w:type="dxa"/>
                    <w:bottom w:w="45" w:type="dxa"/>
                    <w:right w:w="70" w:type="dxa"/>
                  </w:tcMar>
                </w:tcPr>
                <w:p w14:paraId="58405F6A" w14:textId="77777777" w:rsidR="00623E5F" w:rsidRDefault="00000000">
                  <w:pPr>
                    <w:keepNext/>
                  </w:pPr>
                  <w:r>
                    <w:rPr>
                      <w:b/>
                      <w:color w:val="000000"/>
                      <w:sz w:val="16"/>
                    </w:rPr>
                    <w:t>ORGANIZACIJA POSTAJ, PREHODOV IN AKTIVNEGA ČASA</w:t>
                  </w:r>
                </w:p>
              </w:tc>
            </w:tr>
          </w:tbl>
          <w:p w14:paraId="6EA7F252" w14:textId="77777777" w:rsidR="00623E5F" w:rsidRDefault="00623E5F"/>
          <w:p w14:paraId="3C0821C9" w14:textId="77777777" w:rsidR="00623E5F" w:rsidRDefault="00000000">
            <w:pPr>
              <w:spacing w:before="5" w:after="6" w:line="245" w:lineRule="auto"/>
            </w:pPr>
            <w:r>
              <w:rPr>
                <w:color w:val="000000"/>
                <w:sz w:val="14"/>
              </w:rPr>
              <w:t>Postaja 1: Rokovalna: rekvizit pravilno primem, prenašam, odložim ter preizkusim osnovno gibanje na svojem mestu.</w:t>
            </w:r>
          </w:p>
          <w:p w14:paraId="1F04E860" w14:textId="77777777" w:rsidR="00623E5F" w:rsidRDefault="00000000">
            <w:pPr>
              <w:spacing w:before="5" w:after="6" w:line="245" w:lineRule="auto"/>
            </w:pPr>
            <w:r>
              <w:rPr>
                <w:color w:val="000000"/>
                <w:sz w:val="14"/>
              </w:rPr>
              <w:t>Postaja 2: Ravnotežno-koordinacijska: z rekvizitom na označeni poti vadim cilj »vrtim obroč ali kolebnico«.</w:t>
            </w:r>
          </w:p>
          <w:p w14:paraId="1A5361E0" w14:textId="77777777" w:rsidR="00623E5F" w:rsidRDefault="00000000">
            <w:pPr>
              <w:spacing w:before="5" w:after="6" w:line="245" w:lineRule="auto"/>
            </w:pPr>
            <w:r>
              <w:rPr>
                <w:color w:val="000000"/>
                <w:sz w:val="14"/>
              </w:rPr>
              <w:t>Postaja 3: Povezovalna: v kratek varen niz vključim spremembo smeri, ustavitev in cilj »povezujem gibe«.</w:t>
            </w:r>
          </w:p>
          <w:p w14:paraId="0BDE8E4B" w14:textId="77777777" w:rsidR="00623E5F" w:rsidRDefault="00000000">
            <w:pPr>
              <w:spacing w:before="5" w:after="6" w:line="245" w:lineRule="auto"/>
            </w:pPr>
            <w:r>
              <w:rPr>
                <w:color w:val="000000"/>
                <w:sz w:val="14"/>
              </w:rPr>
              <w:t>Postaja 4: Varnostno-refleksivna: razvrstim varno in tvegano ravnanje ter pokažem, kako »vztraja in varno sodelujem«.</w:t>
            </w:r>
          </w:p>
          <w:p w14:paraId="74058465"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12B51CE4" w14:textId="77777777" w:rsidR="00623E5F" w:rsidRDefault="00623E5F"/>
          <w:p w14:paraId="49221698" w14:textId="77777777" w:rsidR="00623E5F" w:rsidRDefault="00000000">
            <w:pPr>
              <w:spacing w:after="5" w:line="245" w:lineRule="auto"/>
            </w:pPr>
            <w:r>
              <w:rPr>
                <w:b/>
                <w:color w:val="000000"/>
                <w:sz w:val="15"/>
              </w:rPr>
              <w:t>1. URA – Igre z rekviziti – Ogrejem se in usvojim gib</w:t>
            </w:r>
          </w:p>
          <w:p w14:paraId="3BC98EC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3E78102F" w14:textId="77777777" w:rsidR="00623E5F" w:rsidRDefault="00000000">
            <w:pPr>
              <w:spacing w:after="14" w:line="245" w:lineRule="auto"/>
            </w:pPr>
            <w:r>
              <w:rPr>
                <w:color w:val="D95BC6"/>
                <w:sz w:val="13"/>
              </w:rPr>
              <w:t>Dokaz: varen odziv na znak, začetni poskus prvine in ustno varnostno pravilo.</w:t>
            </w:r>
          </w:p>
          <w:p w14:paraId="1F11C061" w14:textId="77777777" w:rsidR="00623E5F" w:rsidRDefault="00000000">
            <w:pPr>
              <w:spacing w:after="5" w:line="245" w:lineRule="auto"/>
            </w:pPr>
            <w:r>
              <w:rPr>
                <w:b/>
                <w:color w:val="000000"/>
                <w:sz w:val="15"/>
              </w:rPr>
              <w:t>2. URA – Igre z rekviziti – Vadim na postajah</w:t>
            </w:r>
          </w:p>
          <w:p w14:paraId="070E12E6"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1F7A3DF" w14:textId="77777777" w:rsidR="00623E5F" w:rsidRDefault="00000000">
            <w:pPr>
              <w:spacing w:after="14" w:line="245" w:lineRule="auto"/>
            </w:pPr>
            <w:r>
              <w:rPr>
                <w:color w:val="D95BC6"/>
                <w:sz w:val="13"/>
              </w:rPr>
              <w:t>Dokaz: opazovalna kartica, izvedba na izbrani ravni in učiteljev zapis o napredku.</w:t>
            </w:r>
          </w:p>
          <w:p w14:paraId="54568331" w14:textId="77777777" w:rsidR="00623E5F" w:rsidRDefault="00000000">
            <w:pPr>
              <w:spacing w:after="5" w:line="245" w:lineRule="auto"/>
            </w:pPr>
            <w:r>
              <w:rPr>
                <w:b/>
                <w:color w:val="000000"/>
                <w:sz w:val="15"/>
              </w:rPr>
              <w:t>3. URA – Igre z rekviziti – Uporabim v igri</w:t>
            </w:r>
          </w:p>
          <w:p w14:paraId="15F3DF32"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7C64653" w14:textId="77777777" w:rsidR="00623E5F" w:rsidRDefault="00000000">
            <w:pPr>
              <w:spacing w:after="14" w:line="245" w:lineRule="auto"/>
            </w:pPr>
            <w:r>
              <w:rPr>
                <w:color w:val="D95BC6"/>
                <w:sz w:val="13"/>
              </w:rPr>
              <w:t>Dokaz: uporaba prvine v igri, sodelovanje, upoštevanje pravil in osebno.</w:t>
            </w:r>
          </w:p>
          <w:p w14:paraId="1C84AABB" w14:textId="77777777" w:rsidR="00623E5F" w:rsidRDefault="00000000">
            <w:pPr>
              <w:spacing w:before="30" w:after="14" w:line="245" w:lineRule="auto"/>
            </w:pPr>
            <w:r>
              <w:rPr>
                <w:b/>
                <w:color w:val="D95BC6"/>
                <w:sz w:val="16"/>
              </w:rPr>
              <w:t>MOJ KROG POSTAJ</w:t>
            </w:r>
          </w:p>
          <w:p w14:paraId="289693D6" w14:textId="77777777" w:rsidR="00623E5F" w:rsidRDefault="00000000">
            <w:pPr>
              <w:spacing w:after="8" w:line="245" w:lineRule="auto"/>
            </w:pPr>
            <w:r>
              <w:rPr>
                <w:color w:val="000000"/>
                <w:sz w:val="13"/>
              </w:rPr>
              <w:t>1. Rokovalna: rekvizit pravilno primem, prenašam, odložim ter preizkusim osnovno.</w:t>
            </w:r>
          </w:p>
          <w:p w14:paraId="33B252A8" w14:textId="77777777" w:rsidR="00623E5F" w:rsidRDefault="00000000">
            <w:pPr>
              <w:spacing w:after="8" w:line="245" w:lineRule="auto"/>
            </w:pPr>
            <w:r>
              <w:rPr>
                <w:color w:val="000000"/>
                <w:sz w:val="13"/>
              </w:rPr>
              <w:t>2. Ravnotežno-koordinacijska: z rekvizitom na označeni poti vadim cilj »vrtim obroč.</w:t>
            </w:r>
          </w:p>
          <w:p w14:paraId="5B19CFAC" w14:textId="77777777" w:rsidR="00623E5F" w:rsidRDefault="00000000">
            <w:pPr>
              <w:spacing w:after="8" w:line="245" w:lineRule="auto"/>
            </w:pPr>
            <w:r>
              <w:rPr>
                <w:color w:val="000000"/>
                <w:sz w:val="13"/>
              </w:rPr>
              <w:t>3. Povezovalna: v kratek varen niz vključim spremembo smeri.</w:t>
            </w:r>
          </w:p>
          <w:p w14:paraId="0840CEC2" w14:textId="77777777" w:rsidR="00623E5F" w:rsidRDefault="00000000">
            <w:pPr>
              <w:spacing w:after="8" w:line="245" w:lineRule="auto"/>
            </w:pPr>
            <w:r>
              <w:rPr>
                <w:color w:val="000000"/>
                <w:sz w:val="13"/>
              </w:rPr>
              <w:t>4. Varnostno-refleksivna: razvrstim varno in tvegano ravnanje ter pokažem.</w:t>
            </w:r>
          </w:p>
          <w:p w14:paraId="394890B7"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2FE484B6" w14:textId="77777777" w:rsidR="00623E5F" w:rsidRDefault="00000000">
            <w:pPr>
              <w:spacing w:after="14" w:line="245" w:lineRule="auto"/>
            </w:pPr>
            <w:r>
              <w:rPr>
                <w:b/>
                <w:color w:val="D95BC6"/>
                <w:sz w:val="16"/>
              </w:rPr>
              <w:t>DOKAZ O UČENJU</w:t>
            </w:r>
          </w:p>
          <w:p w14:paraId="6CC417DA"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119C9BB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E6E925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00E11AC"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6C8BFAF" w14:textId="77777777" w:rsidR="00623E5F" w:rsidRDefault="00000000">
            <w:pPr>
              <w:jc w:val="center"/>
            </w:pPr>
            <w:r>
              <w:rPr>
                <w:b/>
                <w:color w:val="000000"/>
                <w:sz w:val="20"/>
              </w:rPr>
              <w:t>UČNE DEJAVNOSTI, METODE IN FORMATIVNO SPREMLJANJE</w:t>
            </w:r>
          </w:p>
        </w:tc>
      </w:tr>
      <w:tr w:rsidR="00623E5F" w14:paraId="74C16DDF" w14:textId="77777777">
        <w:trPr>
          <w:tblHeader/>
          <w:jc w:val="center"/>
        </w:trPr>
        <w:tc>
          <w:tcPr>
            <w:tcW w:w="4422" w:type="dxa"/>
            <w:vMerge/>
            <w:tcMar>
              <w:top w:w="70" w:type="dxa"/>
              <w:left w:w="90" w:type="dxa"/>
              <w:bottom w:w="70" w:type="dxa"/>
              <w:right w:w="90" w:type="dxa"/>
            </w:tcMar>
            <w:vAlign w:val="center"/>
          </w:tcPr>
          <w:p w14:paraId="42F1C1F1" w14:textId="77777777" w:rsidR="00623E5F" w:rsidRDefault="00623E5F"/>
        </w:tc>
        <w:tc>
          <w:tcPr>
            <w:tcW w:w="7087" w:type="dxa"/>
            <w:shd w:val="clear" w:color="auto" w:fill="FFFFFF"/>
            <w:tcMar>
              <w:top w:w="70" w:type="dxa"/>
              <w:left w:w="90" w:type="dxa"/>
              <w:bottom w:w="70" w:type="dxa"/>
              <w:right w:w="90" w:type="dxa"/>
            </w:tcMar>
            <w:vAlign w:val="center"/>
          </w:tcPr>
          <w:p w14:paraId="4FAA1151"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A67374D" w14:textId="77777777" w:rsidR="00623E5F" w:rsidRDefault="00000000">
            <w:pPr>
              <w:jc w:val="center"/>
            </w:pPr>
            <w:r>
              <w:rPr>
                <w:b/>
                <w:color w:val="000000"/>
              </w:rPr>
              <w:t>UČENEC</w:t>
            </w:r>
          </w:p>
        </w:tc>
      </w:tr>
      <w:tr w:rsidR="00623E5F" w14:paraId="6D9A801E" w14:textId="77777777">
        <w:trPr>
          <w:jc w:val="center"/>
        </w:trPr>
        <w:tc>
          <w:tcPr>
            <w:tcW w:w="4422" w:type="dxa"/>
            <w:tcMar>
              <w:top w:w="70" w:type="dxa"/>
              <w:left w:w="90" w:type="dxa"/>
              <w:bottom w:w="70" w:type="dxa"/>
              <w:right w:w="90" w:type="dxa"/>
            </w:tcMar>
          </w:tcPr>
          <w:p w14:paraId="3BA0E93E" w14:textId="77777777" w:rsidR="00623E5F" w:rsidRDefault="00623E5F"/>
          <w:p w14:paraId="2720B249" w14:textId="77777777" w:rsidR="00623E5F" w:rsidRDefault="00000000">
            <w:pPr>
              <w:spacing w:after="40" w:line="245" w:lineRule="auto"/>
            </w:pPr>
            <w:r>
              <w:rPr>
                <w:b/>
                <w:color w:val="000000"/>
              </w:rPr>
              <w:t>FORMATIVNO SPREMLJANJE</w:t>
            </w:r>
          </w:p>
          <w:p w14:paraId="2C646E4A" w14:textId="77777777" w:rsidR="00623E5F" w:rsidRDefault="00000000">
            <w:pPr>
              <w:pStyle w:val="Oznaenseznam"/>
              <w:spacing w:after="16"/>
            </w:pPr>
            <w:r>
              <w:rPr>
                <w:color w:val="000000"/>
                <w:sz w:val="15"/>
              </w:rPr>
              <w:t>predznanje: gibalni prikaz, odziv na znak, izbira kartice, začetni poskus ali kratka razlaga</w:t>
            </w:r>
          </w:p>
          <w:p w14:paraId="23E7E992" w14:textId="77777777" w:rsidR="00623E5F" w:rsidRDefault="00000000">
            <w:pPr>
              <w:pStyle w:val="Oznaenseznam"/>
              <w:spacing w:after="16"/>
            </w:pPr>
            <w:r>
              <w:rPr>
                <w:color w:val="000000"/>
                <w:sz w:val="15"/>
              </w:rPr>
              <w:t>nameni in merila: kratka poved, slikovni znak, model varne izvedbe in en opazljiv tehnični poudarek</w:t>
            </w:r>
          </w:p>
          <w:p w14:paraId="12F853F8"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5BBA00F9" w14:textId="77777777" w:rsidR="00623E5F" w:rsidRDefault="00000000">
            <w:pPr>
              <w:pStyle w:val="Oznaenseznam"/>
              <w:spacing w:after="16"/>
            </w:pPr>
            <w:r>
              <w:rPr>
                <w:color w:val="000000"/>
                <w:sz w:val="15"/>
              </w:rPr>
              <w:t>povratna informacija: opis opaženega, povezava z enim merilom in takoj izvedljiv ponovni poskus</w:t>
            </w:r>
          </w:p>
          <w:p w14:paraId="09C42CEC" w14:textId="77777777" w:rsidR="00623E5F" w:rsidRDefault="00000000">
            <w:pPr>
              <w:pStyle w:val="Oznaenseznam"/>
              <w:spacing w:after="16"/>
            </w:pPr>
            <w:r>
              <w:rPr>
                <w:color w:val="000000"/>
                <w:sz w:val="15"/>
              </w:rPr>
              <w:t>samovrednotenje: semafor napora in varnosti, lestvica samostojnosti, izbran dokaz ter osebni naslednji korak</w:t>
            </w:r>
          </w:p>
          <w:p w14:paraId="45FC12C1" w14:textId="77777777" w:rsidR="00623E5F" w:rsidRDefault="00000000">
            <w:pPr>
              <w:spacing w:before="40" w:after="20" w:line="245" w:lineRule="auto"/>
            </w:pPr>
            <w:r>
              <w:rPr>
                <w:b/>
                <w:color w:val="000000"/>
                <w:sz w:val="17"/>
              </w:rPr>
              <w:t>VARNOST, POČUTJE IN HIGIENA</w:t>
            </w:r>
          </w:p>
          <w:p w14:paraId="726858B7"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Rekvizit se uporablja le na svoji postaji; pri predvajah za skiro ali kolo so obvezni čelada, enosmerna pot in individualni začetek na znak.</w:t>
            </w:r>
          </w:p>
          <w:p w14:paraId="2820662F" w14:textId="77777777" w:rsidR="00623E5F" w:rsidRDefault="00000000">
            <w:pPr>
              <w:spacing w:after="20" w:line="245" w:lineRule="auto"/>
            </w:pPr>
            <w:r>
              <w:rPr>
                <w:b/>
                <w:color w:val="000000"/>
                <w:sz w:val="17"/>
              </w:rPr>
              <w:t>EVIDENCA PO IZVEDBI</w:t>
            </w:r>
          </w:p>
          <w:p w14:paraId="7DFCDCBB"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68ACF2F5" w14:textId="77777777" w:rsidR="00623E5F" w:rsidRDefault="00000000">
            <w:pPr>
              <w:spacing w:before="40" w:after="20" w:line="245" w:lineRule="auto"/>
            </w:pPr>
            <w:r>
              <w:rPr>
                <w:b/>
                <w:color w:val="000000"/>
                <w:sz w:val="17"/>
              </w:rPr>
              <w:t>RAVEN DOSEGANJA</w:t>
            </w:r>
          </w:p>
          <w:p w14:paraId="4DF1991D"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488BCDE5"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853F3BD" w14:textId="77777777">
              <w:trPr>
                <w:jc w:val="center"/>
              </w:trPr>
              <w:tc>
                <w:tcPr>
                  <w:tcW w:w="7087" w:type="dxa"/>
                  <w:shd w:val="clear" w:color="auto" w:fill="EDC9EA"/>
                  <w:tcMar>
                    <w:top w:w="45" w:type="dxa"/>
                    <w:left w:w="70" w:type="dxa"/>
                    <w:bottom w:w="45" w:type="dxa"/>
                    <w:right w:w="70" w:type="dxa"/>
                  </w:tcMar>
                </w:tcPr>
                <w:p w14:paraId="3666944C" w14:textId="77777777" w:rsidR="00623E5F" w:rsidRDefault="00000000">
                  <w:pPr>
                    <w:keepNext/>
                  </w:pPr>
                  <w:r>
                    <w:rPr>
                      <w:b/>
                      <w:color w:val="000000"/>
                    </w:rPr>
                    <w:t>VPRAŠANJA V PODPORO GIBALNEMU UČENJU</w:t>
                  </w:r>
                </w:p>
              </w:tc>
            </w:tr>
          </w:tbl>
          <w:p w14:paraId="67BA621D" w14:textId="77777777" w:rsidR="00623E5F" w:rsidRDefault="00623E5F">
            <w:pPr>
              <w:spacing w:line="20" w:lineRule="exact"/>
            </w:pPr>
          </w:p>
          <w:p w14:paraId="7452E52C" w14:textId="77777777" w:rsidR="00623E5F" w:rsidRDefault="00000000">
            <w:pPr>
              <w:pStyle w:val="Oznaenseznam"/>
              <w:spacing w:after="16"/>
            </w:pPr>
            <w:r>
              <w:rPr>
                <w:color w:val="000000"/>
                <w:sz w:val="15"/>
              </w:rPr>
              <w:t>Kaj si pri prvem poskusu začutil/-a ali opazil/-a v položaju telesa, ravnotežju, smeri, ritmu ali naporu?</w:t>
            </w:r>
          </w:p>
          <w:p w14:paraId="2B2EC5BE" w14:textId="77777777" w:rsidR="00623E5F" w:rsidRDefault="00000000">
            <w:pPr>
              <w:pStyle w:val="Oznaenseznam"/>
              <w:spacing w:after="16"/>
            </w:pPr>
            <w:r>
              <w:rPr>
                <w:color w:val="000000"/>
                <w:sz w:val="15"/>
              </w:rPr>
              <w:t>Katero varnostno pravilo in kateri gibalni korak sta bila danes najpomembnejša?</w:t>
            </w:r>
          </w:p>
          <w:p w14:paraId="3C64CE22" w14:textId="77777777" w:rsidR="00623E5F" w:rsidRDefault="00000000">
            <w:pPr>
              <w:pStyle w:val="Oznaenseznam"/>
              <w:spacing w:after="16"/>
            </w:pPr>
            <w:r>
              <w:rPr>
                <w:color w:val="000000"/>
                <w:sz w:val="15"/>
              </w:rPr>
              <w:t>Katero raven si izbral/-a, zakaj je bila primerna in kaj si pri naslednjem poskusu spremenil/-a?</w:t>
            </w:r>
          </w:p>
          <w:p w14:paraId="0244CC77" w14:textId="77777777" w:rsidR="00623E5F" w:rsidRDefault="00000000">
            <w:pPr>
              <w:pStyle w:val="Oznaenseznam"/>
              <w:spacing w:after="16"/>
            </w:pPr>
            <w:r>
              <w:rPr>
                <w:color w:val="000000"/>
                <w:sz w:val="15"/>
              </w:rPr>
              <w:t>Kateri tvoj gibalni dokaz najjasneje pokaže dogovorjeno merilo?</w:t>
            </w:r>
          </w:p>
          <w:p w14:paraId="2464AA1A"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264C5F1F" w14:textId="77777777">
              <w:trPr>
                <w:jc w:val="center"/>
              </w:trPr>
              <w:tc>
                <w:tcPr>
                  <w:tcW w:w="7087" w:type="dxa"/>
                  <w:shd w:val="clear" w:color="auto" w:fill="C6E7F3"/>
                  <w:tcMar>
                    <w:top w:w="45" w:type="dxa"/>
                    <w:left w:w="70" w:type="dxa"/>
                    <w:bottom w:w="45" w:type="dxa"/>
                    <w:right w:w="70" w:type="dxa"/>
                  </w:tcMar>
                </w:tcPr>
                <w:p w14:paraId="44DE7C1E" w14:textId="77777777" w:rsidR="00623E5F" w:rsidRDefault="00000000">
                  <w:pPr>
                    <w:keepNext/>
                  </w:pPr>
                  <w:r>
                    <w:rPr>
                      <w:b/>
                      <w:color w:val="000000"/>
                    </w:rPr>
                    <w:t>ZAKLJUČNI DEL – UMIRJANJE, RAZTEZANJE, DOKAZ IN REFLEKSIJA (8–10 min)</w:t>
                  </w:r>
                </w:p>
              </w:tc>
            </w:tr>
          </w:tbl>
          <w:p w14:paraId="5AE9E208" w14:textId="77777777" w:rsidR="00623E5F" w:rsidRDefault="00623E5F">
            <w:pPr>
              <w:spacing w:line="20" w:lineRule="exact"/>
            </w:pPr>
          </w:p>
          <w:p w14:paraId="59912878"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5E3B7F53" w14:textId="77777777">
              <w:trPr>
                <w:jc w:val="center"/>
              </w:trPr>
              <w:tc>
                <w:tcPr>
                  <w:tcW w:w="7087" w:type="dxa"/>
                  <w:shd w:val="clear" w:color="auto" w:fill="EDC9EA"/>
                  <w:tcMar>
                    <w:top w:w="45" w:type="dxa"/>
                    <w:left w:w="70" w:type="dxa"/>
                    <w:bottom w:w="45" w:type="dxa"/>
                    <w:right w:w="70" w:type="dxa"/>
                  </w:tcMar>
                </w:tcPr>
                <w:p w14:paraId="30CA5C16" w14:textId="77777777" w:rsidR="00623E5F" w:rsidRDefault="00000000">
                  <w:pPr>
                    <w:keepNext/>
                  </w:pPr>
                  <w:r>
                    <w:rPr>
                      <w:b/>
                      <w:color w:val="000000"/>
                    </w:rPr>
                    <w:t>SAMOVREDNOTENJE</w:t>
                  </w:r>
                </w:p>
              </w:tc>
            </w:tr>
          </w:tbl>
          <w:p w14:paraId="2B9069FF" w14:textId="77777777" w:rsidR="00623E5F" w:rsidRDefault="00623E5F">
            <w:pPr>
              <w:spacing w:line="20" w:lineRule="exact"/>
            </w:pPr>
          </w:p>
          <w:p w14:paraId="5E3F231E"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3E934473" w14:textId="77777777">
              <w:trPr>
                <w:jc w:val="center"/>
              </w:trPr>
              <w:tc>
                <w:tcPr>
                  <w:tcW w:w="7087" w:type="dxa"/>
                  <w:shd w:val="clear" w:color="auto" w:fill="EDC9EA"/>
                  <w:tcMar>
                    <w:top w:w="45" w:type="dxa"/>
                    <w:left w:w="70" w:type="dxa"/>
                    <w:bottom w:w="45" w:type="dxa"/>
                    <w:right w:w="70" w:type="dxa"/>
                  </w:tcMar>
                </w:tcPr>
                <w:p w14:paraId="37331AAE" w14:textId="77777777" w:rsidR="00623E5F" w:rsidRDefault="00000000">
                  <w:pPr>
                    <w:keepNext/>
                  </w:pPr>
                  <w:r>
                    <w:rPr>
                      <w:b/>
                      <w:color w:val="000000"/>
                    </w:rPr>
                    <w:t>VRSTNIŠKO OPAZOVANJE IN POVRATNA INFORMACIJA</w:t>
                  </w:r>
                </w:p>
              </w:tc>
            </w:tr>
          </w:tbl>
          <w:p w14:paraId="32B5D54E" w14:textId="77777777" w:rsidR="00623E5F" w:rsidRDefault="00623E5F">
            <w:pPr>
              <w:spacing w:line="20" w:lineRule="exact"/>
            </w:pPr>
          </w:p>
          <w:p w14:paraId="04C4EFE6"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70F87B51" w14:textId="77777777">
              <w:trPr>
                <w:jc w:val="center"/>
              </w:trPr>
              <w:tc>
                <w:tcPr>
                  <w:tcW w:w="7087" w:type="dxa"/>
                  <w:shd w:val="clear" w:color="auto" w:fill="EDC9EA"/>
                  <w:tcMar>
                    <w:top w:w="45" w:type="dxa"/>
                    <w:left w:w="70" w:type="dxa"/>
                    <w:bottom w:w="45" w:type="dxa"/>
                    <w:right w:w="70" w:type="dxa"/>
                  </w:tcMar>
                </w:tcPr>
                <w:p w14:paraId="123406E0" w14:textId="77777777" w:rsidR="00623E5F" w:rsidRDefault="00000000">
                  <w:pPr>
                    <w:keepNext/>
                  </w:pPr>
                  <w:r>
                    <w:rPr>
                      <w:b/>
                      <w:color w:val="000000"/>
                    </w:rPr>
                    <w:t>SKUPNI POVZETEK</w:t>
                  </w:r>
                </w:p>
              </w:tc>
            </w:tr>
          </w:tbl>
          <w:p w14:paraId="079FB842" w14:textId="77777777" w:rsidR="00623E5F" w:rsidRDefault="00623E5F"/>
          <w:p w14:paraId="156C69C3" w14:textId="77777777" w:rsidR="00623E5F" w:rsidRDefault="00000000">
            <w:pPr>
              <w:spacing w:before="20" w:after="40" w:line="245" w:lineRule="auto"/>
            </w:pPr>
            <w:r>
              <w:rPr>
                <w:b/>
                <w:color w:val="000000"/>
                <w:sz w:val="16"/>
              </w:rPr>
              <w:t>vrtim obroč ali kolebnico; povezujem gibe; vztraja in varno sodelujem. Izbrani gibalni dokaz pojasnim in določim varen naslednji korak.</w:t>
            </w:r>
          </w:p>
        </w:tc>
        <w:tc>
          <w:tcPr>
            <w:tcW w:w="2551" w:type="dxa"/>
            <w:tcMar>
              <w:top w:w="70" w:type="dxa"/>
              <w:left w:w="90" w:type="dxa"/>
              <w:bottom w:w="70" w:type="dxa"/>
              <w:right w:w="90" w:type="dxa"/>
            </w:tcMar>
          </w:tcPr>
          <w:p w14:paraId="7B2210A3" w14:textId="77777777" w:rsidR="00623E5F" w:rsidRDefault="00623E5F"/>
          <w:p w14:paraId="64E54342" w14:textId="77777777" w:rsidR="00623E5F" w:rsidRDefault="00000000">
            <w:pPr>
              <w:spacing w:after="80" w:line="245" w:lineRule="auto"/>
            </w:pPr>
            <w:r>
              <w:rPr>
                <w:color w:val="000000"/>
                <w:sz w:val="15"/>
              </w:rPr>
              <w:t>Odgovarja na podporna vprašanja in se sklicuje na svojo izvedbo, počutje, izbrano raven in varnost.</w:t>
            </w:r>
          </w:p>
          <w:p w14:paraId="4A523988" w14:textId="77777777" w:rsidR="00623E5F" w:rsidRDefault="00000000">
            <w:pPr>
              <w:spacing w:after="80" w:line="245" w:lineRule="auto"/>
            </w:pPr>
            <w:r>
              <w:rPr>
                <w:color w:val="000000"/>
                <w:sz w:val="15"/>
              </w:rPr>
              <w:t>Predstavi izbrani gibalni dokaz ter pokaže ali pove, katero merilo z njim dosega.</w:t>
            </w:r>
          </w:p>
          <w:p w14:paraId="4F75E83A" w14:textId="77777777" w:rsidR="00623E5F" w:rsidRDefault="00000000">
            <w:pPr>
              <w:spacing w:after="80" w:line="245" w:lineRule="auto"/>
            </w:pPr>
            <w:r>
              <w:rPr>
                <w:color w:val="000000"/>
                <w:sz w:val="15"/>
              </w:rPr>
              <w:t>Opazuje eno dogovorjeno prvino vrstnikove izvedbe in poda kratek, prijazen ter uporaben odziv.</w:t>
            </w:r>
          </w:p>
          <w:p w14:paraId="795AE065"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2E5F6F0A" w14:textId="77777777" w:rsidR="00623E5F" w:rsidRDefault="00000000">
            <w:pPr>
              <w:spacing w:after="100" w:line="245" w:lineRule="auto"/>
            </w:pPr>
            <w:r>
              <w:rPr>
                <w:color w:val="000000"/>
                <w:sz w:val="15"/>
              </w:rPr>
              <w:t>Umiri dihanje, oceni napor in počutje, izbere raven samostojnosti ter določi varen naslednji korak.</w:t>
            </w:r>
          </w:p>
          <w:p w14:paraId="1E339F49" w14:textId="77777777" w:rsidR="00623E5F" w:rsidRDefault="00000000">
            <w:pPr>
              <w:spacing w:after="20" w:line="245" w:lineRule="auto"/>
            </w:pPr>
            <w:r>
              <w:rPr>
                <w:b/>
                <w:color w:val="D95BC6"/>
                <w:sz w:val="17"/>
              </w:rPr>
              <w:t>DOKAZ O UČENJU</w:t>
            </w:r>
          </w:p>
          <w:p w14:paraId="3D728664"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5B31FE46"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72CB7D7D" w14:textId="77777777">
        <w:trPr>
          <w:cantSplit/>
          <w:jc w:val="center"/>
        </w:trPr>
        <w:tc>
          <w:tcPr>
            <w:tcW w:w="14060" w:type="dxa"/>
            <w:gridSpan w:val="6"/>
            <w:tcMar>
              <w:top w:w="70" w:type="dxa"/>
              <w:left w:w="90" w:type="dxa"/>
              <w:bottom w:w="70" w:type="dxa"/>
              <w:right w:w="90" w:type="dxa"/>
            </w:tcMar>
            <w:vAlign w:val="center"/>
          </w:tcPr>
          <w:p w14:paraId="27F4BB8B" w14:textId="77777777" w:rsidR="00623E5F" w:rsidRDefault="00000000">
            <w:pPr>
              <w:jc w:val="center"/>
            </w:pPr>
            <w:r>
              <w:rPr>
                <w:b/>
                <w:color w:val="000000"/>
                <w:sz w:val="24"/>
              </w:rPr>
              <w:lastRenderedPageBreak/>
              <w:t>UČNA PRIPRAVA 20/39</w:t>
            </w:r>
          </w:p>
        </w:tc>
      </w:tr>
      <w:tr w:rsidR="00623E5F" w14:paraId="3691CE0D" w14:textId="77777777">
        <w:trPr>
          <w:jc w:val="center"/>
        </w:trPr>
        <w:tc>
          <w:tcPr>
            <w:tcW w:w="2665" w:type="dxa"/>
            <w:tcMar>
              <w:top w:w="70" w:type="dxa"/>
              <w:left w:w="90" w:type="dxa"/>
              <w:bottom w:w="70" w:type="dxa"/>
              <w:right w:w="90" w:type="dxa"/>
            </w:tcMar>
            <w:vAlign w:val="center"/>
          </w:tcPr>
          <w:p w14:paraId="039A14E2"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91FC7F1"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634637F9"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7DE39FB" w14:textId="77777777" w:rsidR="00623E5F" w:rsidRDefault="00000000">
            <w:r>
              <w:rPr>
                <w:b/>
                <w:color w:val="000000"/>
                <w:sz w:val="16"/>
              </w:rPr>
              <w:t xml:space="preserve">NAČRTOVANI TERMIN: </w:t>
            </w:r>
            <w:r>
              <w:rPr>
                <w:color w:val="000000"/>
                <w:sz w:val="16"/>
              </w:rPr>
              <w:t>20. teden • 25.–29. 1. 2027</w:t>
            </w:r>
          </w:p>
        </w:tc>
        <w:tc>
          <w:tcPr>
            <w:tcW w:w="2268" w:type="dxa"/>
            <w:tcMar>
              <w:top w:w="70" w:type="dxa"/>
              <w:left w:w="90" w:type="dxa"/>
              <w:bottom w:w="70" w:type="dxa"/>
              <w:right w:w="90" w:type="dxa"/>
            </w:tcMar>
            <w:vAlign w:val="center"/>
          </w:tcPr>
          <w:p w14:paraId="43630296"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8671B5E" w14:textId="77777777" w:rsidR="00623E5F" w:rsidRDefault="00000000">
            <w:r>
              <w:rPr>
                <w:b/>
                <w:color w:val="000000"/>
                <w:sz w:val="16"/>
              </w:rPr>
              <w:t xml:space="preserve">ŠTEVILO UR: </w:t>
            </w:r>
            <w:r>
              <w:rPr>
                <w:color w:val="000000"/>
                <w:sz w:val="16"/>
              </w:rPr>
              <w:t>2</w:t>
            </w:r>
          </w:p>
        </w:tc>
      </w:tr>
      <w:tr w:rsidR="00623E5F" w14:paraId="4D506E8B" w14:textId="77777777">
        <w:trPr>
          <w:jc w:val="center"/>
        </w:trPr>
        <w:tc>
          <w:tcPr>
            <w:tcW w:w="14061" w:type="dxa"/>
            <w:gridSpan w:val="6"/>
            <w:tcMar>
              <w:top w:w="70" w:type="dxa"/>
              <w:left w:w="90" w:type="dxa"/>
              <w:bottom w:w="70" w:type="dxa"/>
              <w:right w:w="90" w:type="dxa"/>
            </w:tcMar>
            <w:vAlign w:val="center"/>
          </w:tcPr>
          <w:p w14:paraId="129A8797"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4FCC196C" w14:textId="77777777">
        <w:trPr>
          <w:cantSplit/>
          <w:jc w:val="center"/>
        </w:trPr>
        <w:tc>
          <w:tcPr>
            <w:tcW w:w="14060" w:type="dxa"/>
            <w:gridSpan w:val="6"/>
            <w:tcMar>
              <w:top w:w="70" w:type="dxa"/>
              <w:left w:w="90" w:type="dxa"/>
              <w:bottom w:w="70" w:type="dxa"/>
              <w:right w:w="90" w:type="dxa"/>
            </w:tcMar>
            <w:vAlign w:val="center"/>
          </w:tcPr>
          <w:p w14:paraId="21AD974D" w14:textId="77777777" w:rsidR="00623E5F" w:rsidRDefault="00623E5F"/>
          <w:p w14:paraId="1B921F6B" w14:textId="77777777" w:rsidR="00623E5F" w:rsidRDefault="00000000">
            <w:pPr>
              <w:spacing w:line="245" w:lineRule="auto"/>
            </w:pPr>
            <w:r>
              <w:rPr>
                <w:b/>
                <w:color w:val="000000"/>
                <w:sz w:val="15"/>
              </w:rPr>
              <w:t xml:space="preserve">UČNI SKLOP: </w:t>
            </w:r>
            <w:r>
              <w:rPr>
                <w:color w:val="000000"/>
                <w:sz w:val="15"/>
              </w:rPr>
              <w:t>ZIMA, SNOVI IN POJAVI</w:t>
            </w:r>
          </w:p>
        </w:tc>
      </w:tr>
      <w:tr w:rsidR="00623E5F" w14:paraId="62BEC6E6" w14:textId="77777777">
        <w:trPr>
          <w:cantSplit/>
          <w:jc w:val="center"/>
        </w:trPr>
        <w:tc>
          <w:tcPr>
            <w:tcW w:w="14060" w:type="dxa"/>
            <w:gridSpan w:val="6"/>
            <w:tcMar>
              <w:top w:w="70" w:type="dxa"/>
              <w:left w:w="90" w:type="dxa"/>
              <w:bottom w:w="70" w:type="dxa"/>
              <w:right w:w="90" w:type="dxa"/>
            </w:tcMar>
            <w:vAlign w:val="center"/>
          </w:tcPr>
          <w:p w14:paraId="63F81DFF" w14:textId="77777777" w:rsidR="00623E5F" w:rsidRDefault="00623E5F"/>
          <w:p w14:paraId="40A3B0B4" w14:textId="77777777" w:rsidR="00623E5F" w:rsidRDefault="00000000">
            <w:pPr>
              <w:spacing w:line="245" w:lineRule="auto"/>
            </w:pPr>
            <w:r>
              <w:rPr>
                <w:b/>
                <w:color w:val="000000"/>
                <w:sz w:val="15"/>
              </w:rPr>
              <w:t xml:space="preserve">UČNA TEMA: </w:t>
            </w:r>
            <w:r>
              <w:rPr>
                <w:color w:val="000000"/>
                <w:sz w:val="15"/>
              </w:rPr>
              <w:t>POLIGON</w:t>
            </w:r>
          </w:p>
        </w:tc>
      </w:tr>
      <w:tr w:rsidR="00623E5F" w14:paraId="1BA97DB1" w14:textId="77777777">
        <w:trPr>
          <w:cantSplit/>
          <w:jc w:val="center"/>
        </w:trPr>
        <w:tc>
          <w:tcPr>
            <w:tcW w:w="14060" w:type="dxa"/>
            <w:gridSpan w:val="6"/>
            <w:tcMar>
              <w:top w:w="70" w:type="dxa"/>
              <w:left w:w="90" w:type="dxa"/>
              <w:bottom w:w="70" w:type="dxa"/>
              <w:right w:w="90" w:type="dxa"/>
            </w:tcMar>
            <w:vAlign w:val="center"/>
          </w:tcPr>
          <w:p w14:paraId="4BE159C5" w14:textId="77777777" w:rsidR="00623E5F" w:rsidRDefault="00623E5F"/>
          <w:p w14:paraId="1F3DA9D8" w14:textId="77777777" w:rsidR="00623E5F" w:rsidRDefault="00000000">
            <w:pPr>
              <w:spacing w:line="245" w:lineRule="auto"/>
            </w:pPr>
            <w:r>
              <w:rPr>
                <w:b/>
                <w:color w:val="000000"/>
                <w:sz w:val="15"/>
              </w:rPr>
              <w:t xml:space="preserve">KNJIŽEVNO / MOTIVNO IZHODIŠČE: </w:t>
            </w:r>
            <w:r>
              <w:rPr>
                <w:color w:val="000000"/>
                <w:sz w:val="15"/>
              </w:rPr>
              <w:t>»Klobuk gospoda Konstantina« – Peter Svetina • predmet, material, načrtovanje in ustvarjalno reševanje težav</w:t>
            </w:r>
          </w:p>
        </w:tc>
      </w:tr>
      <w:tr w:rsidR="00623E5F" w14:paraId="4FB3D093" w14:textId="77777777">
        <w:trPr>
          <w:cantSplit/>
          <w:jc w:val="center"/>
        </w:trPr>
        <w:tc>
          <w:tcPr>
            <w:tcW w:w="14060" w:type="dxa"/>
            <w:gridSpan w:val="6"/>
            <w:tcMar>
              <w:top w:w="70" w:type="dxa"/>
              <w:left w:w="90" w:type="dxa"/>
              <w:bottom w:w="70" w:type="dxa"/>
              <w:right w:w="90" w:type="dxa"/>
            </w:tcMar>
            <w:vAlign w:val="center"/>
          </w:tcPr>
          <w:p w14:paraId="5047A7F2" w14:textId="77777777" w:rsidR="00623E5F" w:rsidRDefault="00623E5F"/>
          <w:p w14:paraId="6802D50A" w14:textId="77777777" w:rsidR="00623E5F" w:rsidRDefault="00000000">
            <w:pPr>
              <w:spacing w:line="245" w:lineRule="auto"/>
            </w:pPr>
            <w:r>
              <w:rPr>
                <w:b/>
                <w:color w:val="000000"/>
                <w:sz w:val="15"/>
              </w:rPr>
              <w:t xml:space="preserve">GIBALNO IZHODIŠČE / MOTIVACIJA: </w:t>
            </w:r>
            <w:r>
              <w:rPr>
                <w:color w:val="000000"/>
                <w:sz w:val="15"/>
              </w:rPr>
              <w:t>na tleh se pojavi pot stopinj, puščic in varnih ovir; učenci z gibalno napovedjo iščejo različne rešitve za temo »poligon«. Tedenski gibalni izziv: premaga poligon s prenašanjem in lovljenjem klobuka.</w:t>
            </w:r>
          </w:p>
        </w:tc>
      </w:tr>
      <w:tr w:rsidR="00623E5F" w14:paraId="7909D3C7" w14:textId="77777777">
        <w:trPr>
          <w:cantSplit/>
          <w:jc w:val="center"/>
        </w:trPr>
        <w:tc>
          <w:tcPr>
            <w:tcW w:w="14060" w:type="dxa"/>
            <w:gridSpan w:val="6"/>
            <w:tcMar>
              <w:top w:w="70" w:type="dxa"/>
              <w:left w:w="90" w:type="dxa"/>
              <w:bottom w:w="70" w:type="dxa"/>
              <w:right w:w="90" w:type="dxa"/>
            </w:tcMar>
            <w:vAlign w:val="center"/>
          </w:tcPr>
          <w:p w14:paraId="40557F7A" w14:textId="77777777" w:rsidR="00623E5F" w:rsidRDefault="00623E5F"/>
          <w:p w14:paraId="2B0850A0" w14:textId="77777777" w:rsidR="00623E5F" w:rsidRDefault="00000000">
            <w:pPr>
              <w:spacing w:line="245" w:lineRule="auto"/>
            </w:pPr>
            <w:r>
              <w:rPr>
                <w:b/>
                <w:color w:val="000000"/>
                <w:sz w:val="15"/>
              </w:rPr>
              <w:t xml:space="preserve">UČNE ENOTE: </w:t>
            </w:r>
            <w:r>
              <w:rPr>
                <w:color w:val="000000"/>
                <w:sz w:val="15"/>
              </w:rPr>
              <w:t>1. ura – Poligon – Ogrejem se in usvojim gib • 2. ura – Poligon – Uporabim v igri</w:t>
            </w:r>
          </w:p>
        </w:tc>
      </w:tr>
      <w:tr w:rsidR="00623E5F" w14:paraId="1DAEBB5F" w14:textId="77777777">
        <w:trPr>
          <w:cantSplit/>
          <w:jc w:val="center"/>
        </w:trPr>
        <w:tc>
          <w:tcPr>
            <w:tcW w:w="14060" w:type="dxa"/>
            <w:gridSpan w:val="6"/>
            <w:tcMar>
              <w:top w:w="70" w:type="dxa"/>
              <w:left w:w="90" w:type="dxa"/>
              <w:bottom w:w="70" w:type="dxa"/>
              <w:right w:w="90" w:type="dxa"/>
            </w:tcMar>
            <w:vAlign w:val="center"/>
          </w:tcPr>
          <w:p w14:paraId="090E6857" w14:textId="77777777" w:rsidR="00623E5F" w:rsidRDefault="00623E5F"/>
          <w:p w14:paraId="08C58C94"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7E1588BD" w14:textId="77777777">
        <w:trPr>
          <w:cantSplit/>
          <w:jc w:val="center"/>
        </w:trPr>
        <w:tc>
          <w:tcPr>
            <w:tcW w:w="14060" w:type="dxa"/>
            <w:gridSpan w:val="6"/>
            <w:tcMar>
              <w:top w:w="70" w:type="dxa"/>
              <w:left w:w="90" w:type="dxa"/>
              <w:bottom w:w="70" w:type="dxa"/>
              <w:right w:w="90" w:type="dxa"/>
            </w:tcMar>
            <w:vAlign w:val="center"/>
          </w:tcPr>
          <w:p w14:paraId="5356E86D" w14:textId="77777777" w:rsidR="00623E5F" w:rsidRDefault="00623E5F"/>
          <w:p w14:paraId="481F9149"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3FDADF2E" w14:textId="77777777">
        <w:trPr>
          <w:cantSplit/>
          <w:jc w:val="center"/>
        </w:trPr>
        <w:tc>
          <w:tcPr>
            <w:tcW w:w="14060" w:type="dxa"/>
            <w:gridSpan w:val="6"/>
            <w:tcMar>
              <w:top w:w="70" w:type="dxa"/>
              <w:left w:w="90" w:type="dxa"/>
              <w:bottom w:w="70" w:type="dxa"/>
              <w:right w:w="90" w:type="dxa"/>
            </w:tcMar>
            <w:vAlign w:val="center"/>
          </w:tcPr>
          <w:p w14:paraId="1B2BB818" w14:textId="77777777" w:rsidR="00623E5F" w:rsidRDefault="00623E5F"/>
          <w:p w14:paraId="774226E4"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344F1696" w14:textId="77777777">
        <w:trPr>
          <w:cantSplit/>
          <w:jc w:val="center"/>
        </w:trPr>
        <w:tc>
          <w:tcPr>
            <w:tcW w:w="14060" w:type="dxa"/>
            <w:gridSpan w:val="6"/>
            <w:tcMar>
              <w:top w:w="70" w:type="dxa"/>
              <w:left w:w="90" w:type="dxa"/>
              <w:bottom w:w="70" w:type="dxa"/>
              <w:right w:w="90" w:type="dxa"/>
            </w:tcMar>
            <w:vAlign w:val="center"/>
          </w:tcPr>
          <w:p w14:paraId="4AB0C658" w14:textId="77777777" w:rsidR="00623E5F" w:rsidRDefault="00623E5F"/>
          <w:p w14:paraId="7AB6079D" w14:textId="77777777" w:rsidR="00623E5F" w:rsidRDefault="00000000">
            <w:pPr>
              <w:spacing w:line="245" w:lineRule="auto"/>
            </w:pPr>
            <w:r>
              <w:rPr>
                <w:b/>
                <w:color w:val="000000"/>
                <w:sz w:val="15"/>
              </w:rPr>
              <w:t xml:space="preserve">MEDPREDMETNE POVEZAVE: </w:t>
            </w:r>
            <w:r>
              <w:rPr>
                <w:color w:val="000000"/>
                <w:sz w:val="15"/>
              </w:rPr>
              <w:t>SPO – predmet, material, načrtovanje in ustvarjalno reševanje težav, telo, zdravje, varnost in okolje; SLJ – poslušanje navodila, športno izrazje, kratka razlaga in podporna povratna informacija; MAT – smer, zaporedje, razdalja, merjenje in primerjanje; GUM – ritem, tempo in odziv na zvočni znak.</w:t>
            </w:r>
          </w:p>
        </w:tc>
      </w:tr>
      <w:tr w:rsidR="00623E5F" w14:paraId="33CFD472" w14:textId="77777777">
        <w:trPr>
          <w:cantSplit/>
          <w:jc w:val="center"/>
        </w:trPr>
        <w:tc>
          <w:tcPr>
            <w:tcW w:w="14060" w:type="dxa"/>
            <w:gridSpan w:val="6"/>
            <w:tcMar>
              <w:top w:w="70" w:type="dxa"/>
              <w:left w:w="90" w:type="dxa"/>
              <w:bottom w:w="70" w:type="dxa"/>
              <w:right w:w="90" w:type="dxa"/>
            </w:tcMar>
            <w:vAlign w:val="center"/>
          </w:tcPr>
          <w:p w14:paraId="59223868" w14:textId="77777777" w:rsidR="00623E5F" w:rsidRDefault="00623E5F"/>
          <w:p w14:paraId="10DAC54D" w14:textId="77777777" w:rsidR="00623E5F" w:rsidRDefault="00000000">
            <w:pPr>
              <w:spacing w:line="245" w:lineRule="auto"/>
            </w:pPr>
            <w:r>
              <w:rPr>
                <w:b/>
                <w:color w:val="000000"/>
                <w:sz w:val="15"/>
              </w:rPr>
              <w:t xml:space="preserve">UČNA SREDSTVA IN PRIPOMOČKI: </w:t>
            </w:r>
            <w:r>
              <w:rPr>
                <w:color w:val="000000"/>
                <w:sz w:val="15"/>
              </w:rPr>
              <w:t>stožci, talne oznake, obroči, vrvi, klopi, letveniki ali nizka plezala, blazine in mehke ovire; kartice namena in kriterijev; oznake štirih postaj; opazovalni list; semafor napora in mapa dokazov</w:t>
            </w:r>
          </w:p>
        </w:tc>
      </w:tr>
      <w:tr w:rsidR="00623E5F" w14:paraId="47282C11" w14:textId="77777777">
        <w:trPr>
          <w:cantSplit/>
          <w:jc w:val="center"/>
        </w:trPr>
        <w:tc>
          <w:tcPr>
            <w:tcW w:w="14060" w:type="dxa"/>
            <w:gridSpan w:val="6"/>
            <w:tcMar>
              <w:top w:w="70" w:type="dxa"/>
              <w:left w:w="90" w:type="dxa"/>
              <w:bottom w:w="70" w:type="dxa"/>
              <w:right w:w="90" w:type="dxa"/>
            </w:tcMar>
            <w:vAlign w:val="center"/>
          </w:tcPr>
          <w:p w14:paraId="4715D91A" w14:textId="77777777" w:rsidR="00623E5F" w:rsidRDefault="00623E5F"/>
          <w:p w14:paraId="2C36A36C"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6F16ADFB" w14:textId="77777777">
        <w:trPr>
          <w:cantSplit/>
          <w:jc w:val="center"/>
        </w:trPr>
        <w:tc>
          <w:tcPr>
            <w:tcW w:w="14060" w:type="dxa"/>
            <w:gridSpan w:val="6"/>
            <w:tcMar>
              <w:top w:w="70" w:type="dxa"/>
              <w:left w:w="90" w:type="dxa"/>
              <w:bottom w:w="70" w:type="dxa"/>
              <w:right w:w="90" w:type="dxa"/>
            </w:tcMar>
            <w:vAlign w:val="center"/>
          </w:tcPr>
          <w:p w14:paraId="6B2F6D1A" w14:textId="77777777" w:rsidR="00623E5F" w:rsidRDefault="00623E5F"/>
          <w:p w14:paraId="157971FD" w14:textId="77777777" w:rsidR="00623E5F" w:rsidRDefault="00000000">
            <w:pPr>
              <w:spacing w:line="245" w:lineRule="auto"/>
            </w:pPr>
            <w:r>
              <w:rPr>
                <w:b/>
                <w:color w:val="000000"/>
                <w:sz w:val="15"/>
              </w:rPr>
              <w:t xml:space="preserve">OCENJEVANJE / DAN DEJAVNOSTI: </w:t>
            </w:r>
            <w:r>
              <w:rPr>
                <w:color w:val="000000"/>
                <w:sz w:val="15"/>
              </w:rPr>
              <w:t>NARAVOSLOVNI DAN • po dogovoru • Kemijski poskusi • termin sporočijo po dogovoru z Niko</w:t>
            </w:r>
          </w:p>
        </w:tc>
      </w:tr>
      <w:tr w:rsidR="00623E5F" w14:paraId="68A9B101" w14:textId="77777777">
        <w:trPr>
          <w:cantSplit/>
          <w:jc w:val="center"/>
        </w:trPr>
        <w:tc>
          <w:tcPr>
            <w:tcW w:w="14060" w:type="dxa"/>
            <w:gridSpan w:val="6"/>
            <w:tcMar>
              <w:top w:w="70" w:type="dxa"/>
              <w:left w:w="90" w:type="dxa"/>
              <w:bottom w:w="70" w:type="dxa"/>
              <w:right w:w="90" w:type="dxa"/>
            </w:tcMar>
            <w:vAlign w:val="center"/>
          </w:tcPr>
          <w:p w14:paraId="541D636E" w14:textId="77777777" w:rsidR="00623E5F" w:rsidRDefault="00623E5F"/>
          <w:p w14:paraId="067C4683"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50F8740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59DA6A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6879292"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A0ED210" w14:textId="77777777" w:rsidR="00623E5F" w:rsidRDefault="00000000">
            <w:pPr>
              <w:jc w:val="center"/>
            </w:pPr>
            <w:r>
              <w:rPr>
                <w:b/>
                <w:color w:val="000000"/>
                <w:sz w:val="20"/>
              </w:rPr>
              <w:t>UČNE DEJAVNOSTI, METODE IN FORMATIVNO SPREMLJANJE</w:t>
            </w:r>
          </w:p>
        </w:tc>
      </w:tr>
      <w:tr w:rsidR="00623E5F" w14:paraId="7472153E" w14:textId="77777777">
        <w:trPr>
          <w:tblHeader/>
          <w:jc w:val="center"/>
        </w:trPr>
        <w:tc>
          <w:tcPr>
            <w:tcW w:w="4422" w:type="dxa"/>
            <w:vMerge/>
            <w:tcMar>
              <w:top w:w="70" w:type="dxa"/>
              <w:left w:w="90" w:type="dxa"/>
              <w:bottom w:w="70" w:type="dxa"/>
              <w:right w:w="90" w:type="dxa"/>
            </w:tcMar>
            <w:vAlign w:val="center"/>
          </w:tcPr>
          <w:p w14:paraId="2C0F0B71" w14:textId="77777777" w:rsidR="00623E5F" w:rsidRDefault="00623E5F"/>
        </w:tc>
        <w:tc>
          <w:tcPr>
            <w:tcW w:w="7087" w:type="dxa"/>
            <w:shd w:val="clear" w:color="auto" w:fill="FFFFFF"/>
            <w:tcMar>
              <w:top w:w="70" w:type="dxa"/>
              <w:left w:w="90" w:type="dxa"/>
              <w:bottom w:w="70" w:type="dxa"/>
              <w:right w:w="90" w:type="dxa"/>
            </w:tcMar>
            <w:vAlign w:val="center"/>
          </w:tcPr>
          <w:p w14:paraId="5836BF6C"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75A761D" w14:textId="77777777" w:rsidR="00623E5F" w:rsidRDefault="00000000">
            <w:pPr>
              <w:jc w:val="center"/>
            </w:pPr>
            <w:r>
              <w:rPr>
                <w:b/>
                <w:color w:val="000000"/>
              </w:rPr>
              <w:t>UČENEC</w:t>
            </w:r>
          </w:p>
        </w:tc>
      </w:tr>
      <w:tr w:rsidR="00623E5F" w14:paraId="7EA592E1" w14:textId="77777777">
        <w:trPr>
          <w:jc w:val="center"/>
        </w:trPr>
        <w:tc>
          <w:tcPr>
            <w:tcW w:w="4422" w:type="dxa"/>
            <w:tcMar>
              <w:top w:w="70" w:type="dxa"/>
              <w:left w:w="90" w:type="dxa"/>
              <w:bottom w:w="70" w:type="dxa"/>
              <w:right w:w="90" w:type="dxa"/>
            </w:tcMar>
          </w:tcPr>
          <w:p w14:paraId="57A5DC24" w14:textId="77777777" w:rsidR="00623E5F" w:rsidRDefault="00623E5F"/>
          <w:p w14:paraId="10FB2B38" w14:textId="77777777" w:rsidR="00623E5F" w:rsidRDefault="00000000">
            <w:pPr>
              <w:spacing w:after="60" w:line="245" w:lineRule="auto"/>
            </w:pPr>
            <w:r>
              <w:rPr>
                <w:b/>
                <w:color w:val="000000"/>
              </w:rPr>
              <w:t>UČNI CILJI</w:t>
            </w:r>
          </w:p>
          <w:p w14:paraId="0EB5CA87" w14:textId="77777777" w:rsidR="00623E5F" w:rsidRDefault="00000000">
            <w:pPr>
              <w:spacing w:after="20" w:line="245" w:lineRule="auto"/>
            </w:pPr>
            <w:r>
              <w:rPr>
                <w:b/>
                <w:color w:val="000000"/>
                <w:sz w:val="17"/>
              </w:rPr>
              <w:t>SPLOŠNI</w:t>
            </w:r>
          </w:p>
          <w:p w14:paraId="6F2765F2"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557EEB00" w14:textId="77777777" w:rsidR="00623E5F" w:rsidRDefault="00000000">
            <w:pPr>
              <w:pStyle w:val="Oznaenseznam"/>
              <w:spacing w:after="16"/>
            </w:pPr>
            <w:r>
              <w:rPr>
                <w:color w:val="000000"/>
                <w:sz w:val="15"/>
              </w:rPr>
              <w:t>varno hodi, teče, skače, meče, pleza, se plazi, lovi, ravnoteži, pleše in uporablja različne rekvizite</w:t>
            </w:r>
          </w:p>
          <w:p w14:paraId="010A4309" w14:textId="77777777" w:rsidR="00623E5F" w:rsidRDefault="00000000">
            <w:pPr>
              <w:pStyle w:val="Oznaenseznam"/>
              <w:spacing w:after="16"/>
            </w:pPr>
            <w:r>
              <w:rPr>
                <w:color w:val="000000"/>
                <w:sz w:val="15"/>
              </w:rPr>
              <w:t>razume pomen rednega gibanja, ogrevanja, higiene, primerne opreme, počitka in varnega ravnanja</w:t>
            </w:r>
          </w:p>
          <w:p w14:paraId="01BA5031"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63A329D0" w14:textId="77777777" w:rsidR="00623E5F" w:rsidRDefault="00000000">
            <w:pPr>
              <w:spacing w:before="40" w:after="20" w:line="245" w:lineRule="auto"/>
            </w:pPr>
            <w:r>
              <w:rPr>
                <w:b/>
                <w:color w:val="000000"/>
                <w:sz w:val="17"/>
              </w:rPr>
              <w:t>OPERATIVNI</w:t>
            </w:r>
          </w:p>
          <w:p w14:paraId="0587F6E1" w14:textId="77777777" w:rsidR="00623E5F" w:rsidRDefault="00000000">
            <w:pPr>
              <w:pStyle w:val="Oznaenseznam"/>
              <w:spacing w:after="16"/>
            </w:pPr>
            <w:r>
              <w:rPr>
                <w:color w:val="000000"/>
                <w:sz w:val="15"/>
              </w:rPr>
              <w:t>izvede zaporedje nalog</w:t>
            </w:r>
          </w:p>
          <w:p w14:paraId="4C16C697" w14:textId="77777777" w:rsidR="00623E5F" w:rsidRDefault="00000000">
            <w:pPr>
              <w:pStyle w:val="Oznaenseznam"/>
              <w:spacing w:after="16"/>
            </w:pPr>
            <w:r>
              <w:rPr>
                <w:color w:val="000000"/>
                <w:sz w:val="15"/>
              </w:rPr>
              <w:t>samostojno prilagodi moč</w:t>
            </w:r>
          </w:p>
          <w:p w14:paraId="20CD792E" w14:textId="77777777" w:rsidR="00623E5F" w:rsidRDefault="00000000">
            <w:pPr>
              <w:pStyle w:val="Oznaenseznam"/>
              <w:spacing w:after="16"/>
            </w:pPr>
            <w:r>
              <w:rPr>
                <w:color w:val="000000"/>
                <w:sz w:val="15"/>
              </w:rPr>
              <w:t>samovrednoti gibanje</w:t>
            </w:r>
          </w:p>
          <w:p w14:paraId="05AEA9E3" w14:textId="77777777" w:rsidR="00623E5F" w:rsidRDefault="00000000">
            <w:pPr>
              <w:spacing w:before="40" w:after="20" w:line="245" w:lineRule="auto"/>
            </w:pPr>
            <w:r>
              <w:rPr>
                <w:b/>
                <w:color w:val="000000"/>
                <w:sz w:val="17"/>
              </w:rPr>
              <w:t>PRIČAKOVANI DOSEŽKI / MINIMALNI POUDARKI</w:t>
            </w:r>
          </w:p>
          <w:p w14:paraId="18B82A95" w14:textId="77777777" w:rsidR="00623E5F" w:rsidRDefault="00000000">
            <w:pPr>
              <w:pStyle w:val="Oznaenseznam"/>
              <w:spacing w:after="16"/>
            </w:pPr>
            <w:r>
              <w:rPr>
                <w:color w:val="000000"/>
                <w:sz w:val="15"/>
              </w:rPr>
              <w:t>učenec samostojno oziroma z dogovorjeno oporo izvede zaporedje nalog</w:t>
            </w:r>
          </w:p>
          <w:p w14:paraId="6C4643AF" w14:textId="77777777" w:rsidR="00623E5F" w:rsidRDefault="00000000">
            <w:pPr>
              <w:pStyle w:val="Oznaenseznam"/>
              <w:spacing w:after="16"/>
            </w:pPr>
            <w:r>
              <w:rPr>
                <w:color w:val="000000"/>
                <w:sz w:val="15"/>
              </w:rPr>
              <w:t>učenec samostojno oziroma z dogovorjeno oporo samostojno prilagodi moč</w:t>
            </w:r>
          </w:p>
          <w:p w14:paraId="5E9F7B32" w14:textId="77777777" w:rsidR="00623E5F" w:rsidRDefault="00000000">
            <w:pPr>
              <w:pStyle w:val="Oznaenseznam"/>
              <w:spacing w:after="16"/>
            </w:pPr>
            <w:r>
              <w:rPr>
                <w:color w:val="000000"/>
                <w:sz w:val="15"/>
              </w:rPr>
              <w:t>učenec samostojno oziroma z dogovorjeno oporo samovrednoti gibanje</w:t>
            </w:r>
          </w:p>
        </w:tc>
        <w:tc>
          <w:tcPr>
            <w:tcW w:w="7087" w:type="dxa"/>
            <w:tcMar>
              <w:top w:w="70" w:type="dxa"/>
              <w:left w:w="90" w:type="dxa"/>
              <w:bottom w:w="70" w:type="dxa"/>
              <w:right w:w="90" w:type="dxa"/>
            </w:tcMar>
          </w:tcPr>
          <w:p w14:paraId="2746194A"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8D7B6FB" w14:textId="77777777">
              <w:trPr>
                <w:jc w:val="center"/>
              </w:trPr>
              <w:tc>
                <w:tcPr>
                  <w:tcW w:w="7087" w:type="dxa"/>
                  <w:shd w:val="clear" w:color="auto" w:fill="C6E7F3"/>
                  <w:tcMar>
                    <w:top w:w="45" w:type="dxa"/>
                    <w:left w:w="70" w:type="dxa"/>
                    <w:bottom w:w="45" w:type="dxa"/>
                    <w:right w:w="70" w:type="dxa"/>
                  </w:tcMar>
                </w:tcPr>
                <w:p w14:paraId="4744E37B" w14:textId="77777777" w:rsidR="00623E5F" w:rsidRDefault="00000000">
                  <w:pPr>
                    <w:keepNext/>
                  </w:pPr>
                  <w:r>
                    <w:rPr>
                      <w:b/>
                      <w:color w:val="000000"/>
                    </w:rPr>
                    <w:t>UVODNI DEL – POČUTJE, GIBALNI NAMIG, PREDZNANJE IN NAMEN UČENJA (7–10 min)</w:t>
                  </w:r>
                </w:p>
              </w:tc>
            </w:tr>
          </w:tbl>
          <w:p w14:paraId="46939818" w14:textId="77777777" w:rsidR="00623E5F" w:rsidRDefault="00623E5F">
            <w:pPr>
              <w:spacing w:line="20" w:lineRule="exact"/>
            </w:pPr>
          </w:p>
          <w:p w14:paraId="273EB38D" w14:textId="77777777" w:rsidR="00623E5F" w:rsidRDefault="00000000">
            <w:pPr>
              <w:spacing w:before="40" w:after="60" w:line="245" w:lineRule="auto"/>
            </w:pPr>
            <w:r>
              <w:rPr>
                <w:color w:val="000000"/>
                <w:sz w:val="15"/>
              </w:rPr>
              <w:t>Ob književnem motivu »Klobuk gospoda Konstantina« – Peter Svetina učenci vstopijo v temo predmet, material, načrtovanje in ustvarjalno reševanje težav. Učiteljica pripravi kratek gibalni namig: na tleh se pojavi pot stopinj, puščic in varnih ovir; učenci z gibalno napovedjo iščejo različne rešitve za temo »poligon«. Tedenski gibalni izziv: premaga poligon s prenašanjem in lovljenjem klobuka.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26A6AD08" w14:textId="77777777">
              <w:trPr>
                <w:jc w:val="center"/>
              </w:trPr>
              <w:tc>
                <w:tcPr>
                  <w:tcW w:w="7087" w:type="dxa"/>
                  <w:shd w:val="clear" w:color="auto" w:fill="EDC9EA"/>
                  <w:tcMar>
                    <w:top w:w="45" w:type="dxa"/>
                    <w:left w:w="70" w:type="dxa"/>
                    <w:bottom w:w="45" w:type="dxa"/>
                    <w:right w:w="70" w:type="dxa"/>
                  </w:tcMar>
                </w:tcPr>
                <w:p w14:paraId="2B7AF21B" w14:textId="77777777" w:rsidR="00623E5F" w:rsidRDefault="00000000">
                  <w:pPr>
                    <w:keepNext/>
                  </w:pPr>
                  <w:r>
                    <w:rPr>
                      <w:b/>
                      <w:color w:val="000000"/>
                    </w:rPr>
                    <w:t>NAMENI UČENJA</w:t>
                  </w:r>
                </w:p>
              </w:tc>
            </w:tr>
          </w:tbl>
          <w:p w14:paraId="6348E0B9" w14:textId="77777777" w:rsidR="00623E5F" w:rsidRDefault="00623E5F">
            <w:pPr>
              <w:spacing w:line="20" w:lineRule="exact"/>
            </w:pPr>
          </w:p>
          <w:p w14:paraId="7DE20AB8"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63C23C2A" w14:textId="77777777" w:rsidR="00623E5F" w:rsidRDefault="00000000">
            <w:pPr>
              <w:pStyle w:val="Oznaenseznam"/>
              <w:spacing w:after="16"/>
            </w:pPr>
            <w:r>
              <w:rPr>
                <w:color w:val="000000"/>
                <w:sz w:val="15"/>
              </w:rPr>
              <w:t>izvedem zaporedje nalog</w:t>
            </w:r>
          </w:p>
          <w:p w14:paraId="2D8AF2E6" w14:textId="77777777" w:rsidR="00623E5F" w:rsidRDefault="00000000">
            <w:pPr>
              <w:pStyle w:val="Oznaenseznam"/>
              <w:spacing w:after="16"/>
            </w:pPr>
            <w:r>
              <w:rPr>
                <w:color w:val="000000"/>
                <w:sz w:val="15"/>
              </w:rPr>
              <w:t>samostojno prilagodim moč</w:t>
            </w:r>
          </w:p>
          <w:p w14:paraId="46951AA6" w14:textId="77777777" w:rsidR="00623E5F" w:rsidRDefault="00000000">
            <w:pPr>
              <w:pStyle w:val="Oznaenseznam"/>
              <w:spacing w:after="16"/>
            </w:pPr>
            <w:r>
              <w:rPr>
                <w:color w:val="000000"/>
                <w:sz w:val="15"/>
              </w:rPr>
              <w:t>samovrednotim gibanje</w:t>
            </w:r>
          </w:p>
          <w:tbl>
            <w:tblPr>
              <w:tblStyle w:val="Tabelamrea"/>
              <w:tblW w:w="0" w:type="auto"/>
              <w:jc w:val="center"/>
              <w:tblLayout w:type="fixed"/>
              <w:tblLook w:val="04A0" w:firstRow="1" w:lastRow="0" w:firstColumn="1" w:lastColumn="0" w:noHBand="0" w:noVBand="1"/>
            </w:tblPr>
            <w:tblGrid>
              <w:gridCol w:w="7087"/>
            </w:tblGrid>
            <w:tr w:rsidR="00623E5F" w14:paraId="7901FDF4" w14:textId="77777777">
              <w:trPr>
                <w:jc w:val="center"/>
              </w:trPr>
              <w:tc>
                <w:tcPr>
                  <w:tcW w:w="7087" w:type="dxa"/>
                  <w:shd w:val="clear" w:color="auto" w:fill="EDC9EA"/>
                  <w:tcMar>
                    <w:top w:w="45" w:type="dxa"/>
                    <w:left w:w="70" w:type="dxa"/>
                    <w:bottom w:w="45" w:type="dxa"/>
                    <w:right w:w="70" w:type="dxa"/>
                  </w:tcMar>
                </w:tcPr>
                <w:p w14:paraId="612C3BE0" w14:textId="77777777" w:rsidR="00623E5F" w:rsidRDefault="00000000">
                  <w:pPr>
                    <w:keepNext/>
                  </w:pPr>
                  <w:r>
                    <w:rPr>
                      <w:b/>
                      <w:color w:val="000000"/>
                    </w:rPr>
                    <w:t>PREVERJANJE PREDZNANJA</w:t>
                  </w:r>
                </w:p>
              </w:tc>
            </w:tr>
          </w:tbl>
          <w:p w14:paraId="5C7863F6" w14:textId="77777777" w:rsidR="00623E5F" w:rsidRDefault="00623E5F">
            <w:pPr>
              <w:spacing w:line="20" w:lineRule="exact"/>
            </w:pPr>
          </w:p>
          <w:p w14:paraId="119FCAFB" w14:textId="77777777" w:rsidR="00623E5F" w:rsidRDefault="00000000">
            <w:pPr>
              <w:pStyle w:val="Oznaenseznam"/>
              <w:spacing w:after="16"/>
            </w:pPr>
            <w:r>
              <w:rPr>
                <w:color w:val="000000"/>
                <w:sz w:val="15"/>
              </w:rPr>
              <w:t>Kaj moje telo in prostor že znata pokazati pri temi »POLIGON«?</w:t>
            </w:r>
          </w:p>
          <w:p w14:paraId="3A3AC744" w14:textId="77777777" w:rsidR="00623E5F" w:rsidRDefault="00000000">
            <w:pPr>
              <w:pStyle w:val="Oznaenseznam"/>
              <w:spacing w:after="16"/>
            </w:pPr>
            <w:r>
              <w:rPr>
                <w:color w:val="000000"/>
                <w:sz w:val="15"/>
              </w:rPr>
              <w:t>Katero varnostno pravilo, gibalni korak ali strategijo že obvladam in kaj bi najprej preizkusil/-a?</w:t>
            </w:r>
          </w:p>
          <w:p w14:paraId="7BFB4B80"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0D2BE8AA" w14:textId="77777777">
              <w:trPr>
                <w:jc w:val="center"/>
              </w:trPr>
              <w:tc>
                <w:tcPr>
                  <w:tcW w:w="7087" w:type="dxa"/>
                  <w:shd w:val="clear" w:color="auto" w:fill="EDC9EA"/>
                  <w:tcMar>
                    <w:top w:w="45" w:type="dxa"/>
                    <w:left w:w="70" w:type="dxa"/>
                    <w:bottom w:w="45" w:type="dxa"/>
                    <w:right w:w="70" w:type="dxa"/>
                  </w:tcMar>
                </w:tcPr>
                <w:p w14:paraId="728C587F" w14:textId="77777777" w:rsidR="00623E5F" w:rsidRDefault="00000000">
                  <w:pPr>
                    <w:keepNext/>
                  </w:pPr>
                  <w:r>
                    <w:rPr>
                      <w:b/>
                      <w:color w:val="000000"/>
                    </w:rPr>
                    <w:t>KRITERIJI USPEŠNOSTI</w:t>
                  </w:r>
                </w:p>
              </w:tc>
            </w:tr>
          </w:tbl>
          <w:p w14:paraId="68898438" w14:textId="77777777" w:rsidR="00623E5F" w:rsidRDefault="00623E5F"/>
          <w:p w14:paraId="7EA2369A" w14:textId="77777777" w:rsidR="00623E5F" w:rsidRDefault="00000000">
            <w:pPr>
              <w:spacing w:before="20" w:after="20" w:line="245" w:lineRule="auto"/>
            </w:pPr>
            <w:r>
              <w:rPr>
                <w:b/>
                <w:color w:val="000000"/>
                <w:sz w:val="16"/>
              </w:rPr>
              <w:t>Uspešen/-na bom, ko:</w:t>
            </w:r>
          </w:p>
          <w:p w14:paraId="30159F1E" w14:textId="77777777" w:rsidR="00623E5F" w:rsidRDefault="00000000">
            <w:pPr>
              <w:pStyle w:val="Oznaenseznam"/>
              <w:spacing w:after="16"/>
            </w:pPr>
            <w:r>
              <w:rPr>
                <w:color w:val="000000"/>
                <w:sz w:val="15"/>
              </w:rPr>
              <w:t>izvedem zaporedje nalog</w:t>
            </w:r>
          </w:p>
          <w:p w14:paraId="48860E66" w14:textId="77777777" w:rsidR="00623E5F" w:rsidRDefault="00000000">
            <w:pPr>
              <w:pStyle w:val="Oznaenseznam"/>
              <w:spacing w:after="16"/>
            </w:pPr>
            <w:r>
              <w:rPr>
                <w:color w:val="000000"/>
                <w:sz w:val="15"/>
              </w:rPr>
              <w:t>samostojno prilagodim moč</w:t>
            </w:r>
          </w:p>
          <w:p w14:paraId="59E34A5A" w14:textId="77777777" w:rsidR="00623E5F" w:rsidRDefault="00000000">
            <w:pPr>
              <w:pStyle w:val="Oznaenseznam"/>
              <w:spacing w:after="16"/>
            </w:pPr>
            <w:r>
              <w:rPr>
                <w:color w:val="000000"/>
                <w:sz w:val="15"/>
              </w:rPr>
              <w:t>samovrednotim gibanje</w:t>
            </w:r>
          </w:p>
          <w:p w14:paraId="7FA83CBA" w14:textId="77777777" w:rsidR="00623E5F" w:rsidRDefault="00000000">
            <w:pPr>
              <w:pStyle w:val="Oznaenseznam"/>
              <w:spacing w:after="16"/>
            </w:pPr>
            <w:r>
              <w:rPr>
                <w:color w:val="000000"/>
                <w:sz w:val="15"/>
              </w:rPr>
              <w:t>pred začetkom preverim prostor in opremo, ohranjam razdaljo ter se na znak varno ustavim</w:t>
            </w:r>
          </w:p>
          <w:p w14:paraId="742EAA32"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3D443F78" w14:textId="77777777" w:rsidR="00623E5F" w:rsidRDefault="00623E5F"/>
          <w:p w14:paraId="7E43A972"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04C865DD"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16F8950C" w14:textId="77777777" w:rsidR="00623E5F" w:rsidRDefault="00000000">
            <w:pPr>
              <w:spacing w:after="100" w:line="245" w:lineRule="auto"/>
            </w:pPr>
            <w:r>
              <w:rPr>
                <w:color w:val="000000"/>
                <w:sz w:val="15"/>
              </w:rPr>
              <w:t>Sodeluje pri razumevanju namena, vidnih meril, varnostnih pravil, prehodov in načina dokazovanja.</w:t>
            </w:r>
          </w:p>
          <w:p w14:paraId="597AA4F4" w14:textId="77777777" w:rsidR="00623E5F" w:rsidRDefault="00000000">
            <w:pPr>
              <w:spacing w:after="20" w:line="245" w:lineRule="auto"/>
            </w:pPr>
            <w:r>
              <w:rPr>
                <w:b/>
                <w:color w:val="D95BC6"/>
                <w:sz w:val="17"/>
              </w:rPr>
              <w:t>DOKAZ O UČENJU</w:t>
            </w:r>
          </w:p>
          <w:p w14:paraId="51171C4D"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3100CAE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2644F8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675FCC8"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76F42D8" w14:textId="77777777" w:rsidR="00623E5F" w:rsidRDefault="00000000">
            <w:pPr>
              <w:jc w:val="center"/>
            </w:pPr>
            <w:r>
              <w:rPr>
                <w:b/>
                <w:color w:val="000000"/>
                <w:sz w:val="20"/>
              </w:rPr>
              <w:t>UČNE DEJAVNOSTI, METODE IN FORMATIVNO SPREMLJANJE</w:t>
            </w:r>
          </w:p>
        </w:tc>
      </w:tr>
      <w:tr w:rsidR="00623E5F" w14:paraId="5D860C9A" w14:textId="77777777">
        <w:trPr>
          <w:tblHeader/>
          <w:jc w:val="center"/>
        </w:trPr>
        <w:tc>
          <w:tcPr>
            <w:tcW w:w="4422" w:type="dxa"/>
            <w:vMerge/>
            <w:tcMar>
              <w:top w:w="70" w:type="dxa"/>
              <w:left w:w="90" w:type="dxa"/>
              <w:bottom w:w="70" w:type="dxa"/>
              <w:right w:w="90" w:type="dxa"/>
            </w:tcMar>
            <w:vAlign w:val="center"/>
          </w:tcPr>
          <w:p w14:paraId="5D4BE002" w14:textId="77777777" w:rsidR="00623E5F" w:rsidRDefault="00623E5F"/>
        </w:tc>
        <w:tc>
          <w:tcPr>
            <w:tcW w:w="7087" w:type="dxa"/>
            <w:shd w:val="clear" w:color="auto" w:fill="FFFFFF"/>
            <w:tcMar>
              <w:top w:w="70" w:type="dxa"/>
              <w:left w:w="90" w:type="dxa"/>
              <w:bottom w:w="70" w:type="dxa"/>
              <w:right w:w="90" w:type="dxa"/>
            </w:tcMar>
            <w:vAlign w:val="center"/>
          </w:tcPr>
          <w:p w14:paraId="42DD9122"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9159F1E" w14:textId="77777777" w:rsidR="00623E5F" w:rsidRDefault="00000000">
            <w:pPr>
              <w:jc w:val="center"/>
            </w:pPr>
            <w:r>
              <w:rPr>
                <w:b/>
                <w:color w:val="000000"/>
              </w:rPr>
              <w:t>UČENEC</w:t>
            </w:r>
          </w:p>
        </w:tc>
      </w:tr>
      <w:tr w:rsidR="00623E5F" w14:paraId="4A8C88DE" w14:textId="77777777">
        <w:trPr>
          <w:jc w:val="center"/>
        </w:trPr>
        <w:tc>
          <w:tcPr>
            <w:tcW w:w="4422" w:type="dxa"/>
            <w:tcMar>
              <w:top w:w="70" w:type="dxa"/>
              <w:left w:w="90" w:type="dxa"/>
              <w:bottom w:w="70" w:type="dxa"/>
              <w:right w:w="90" w:type="dxa"/>
            </w:tcMar>
          </w:tcPr>
          <w:p w14:paraId="7A9E4D74" w14:textId="77777777" w:rsidR="00623E5F" w:rsidRDefault="00623E5F"/>
          <w:p w14:paraId="260E4F5B" w14:textId="77777777" w:rsidR="00623E5F" w:rsidRDefault="00000000">
            <w:pPr>
              <w:spacing w:after="40" w:line="245" w:lineRule="auto"/>
            </w:pPr>
            <w:r>
              <w:rPr>
                <w:b/>
                <w:color w:val="000000"/>
                <w:sz w:val="17"/>
              </w:rPr>
              <w:t>KLJUČNI ŠPORTNI IN GIBALNI POJMI</w:t>
            </w:r>
          </w:p>
          <w:p w14:paraId="0E072569"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hoja, tek, lazenje, plazenje, valjanje, opora, ovira, poligon, doskok</w:t>
            </w:r>
          </w:p>
          <w:p w14:paraId="4332EE55" w14:textId="77777777" w:rsidR="00623E5F" w:rsidRDefault="00000000">
            <w:pPr>
              <w:spacing w:after="20" w:line="245" w:lineRule="auto"/>
            </w:pPr>
            <w:r>
              <w:rPr>
                <w:b/>
                <w:color w:val="000000"/>
                <w:sz w:val="17"/>
              </w:rPr>
              <w:t>DOKAZI O UČENJU</w:t>
            </w:r>
          </w:p>
          <w:p w14:paraId="13EE0DC5" w14:textId="77777777" w:rsidR="00623E5F" w:rsidRDefault="00000000">
            <w:pPr>
              <w:pStyle w:val="Oznaenseznam"/>
              <w:spacing w:after="7"/>
            </w:pPr>
            <w:r>
              <w:rPr>
                <w:color w:val="000000"/>
                <w:sz w:val="14"/>
              </w:rPr>
              <w:t>varen odziv na znak, začetni poskus prvine in ustno varnostno pravilo.</w:t>
            </w:r>
          </w:p>
          <w:p w14:paraId="2E92FEB5" w14:textId="77777777" w:rsidR="00623E5F" w:rsidRDefault="00000000">
            <w:pPr>
              <w:pStyle w:val="Oznaenseznam"/>
              <w:spacing w:after="7"/>
            </w:pPr>
            <w:r>
              <w:rPr>
                <w:color w:val="000000"/>
                <w:sz w:val="14"/>
              </w:rPr>
              <w:t>uporaba prvine v igri, sodelovanje, upoštevanje pravil in osebno samovrednotenje.</w:t>
            </w:r>
          </w:p>
          <w:p w14:paraId="58422BD0" w14:textId="77777777" w:rsidR="00623E5F" w:rsidRDefault="00000000">
            <w:pPr>
              <w:spacing w:before="40" w:after="20" w:line="245" w:lineRule="auto"/>
            </w:pPr>
            <w:r>
              <w:rPr>
                <w:b/>
                <w:color w:val="000000"/>
                <w:sz w:val="16"/>
              </w:rPr>
              <w:t>GIBALNO DOŽIVETJE IN IZKUŠENJSKI POUK</w:t>
            </w:r>
          </w:p>
          <w:p w14:paraId="7D979E07"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3C968015" w14:textId="77777777" w:rsidR="00623E5F" w:rsidRDefault="00000000">
            <w:pPr>
              <w:spacing w:after="20" w:line="245" w:lineRule="auto"/>
            </w:pPr>
            <w:r>
              <w:rPr>
                <w:b/>
                <w:color w:val="000000"/>
                <w:sz w:val="16"/>
              </w:rPr>
              <w:t>POUČEVANJE V GIBANJU</w:t>
            </w:r>
          </w:p>
          <w:p w14:paraId="74BC841C"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7F25283E" w14:textId="77777777" w:rsidR="00623E5F" w:rsidRDefault="00000000">
            <w:pPr>
              <w:spacing w:after="20" w:line="245" w:lineRule="auto"/>
            </w:pPr>
            <w:r>
              <w:rPr>
                <w:b/>
                <w:color w:val="000000"/>
                <w:sz w:val="16"/>
              </w:rPr>
              <w:t>DELO PO ŠTIRIH POSTAJAH</w:t>
            </w:r>
          </w:p>
          <w:p w14:paraId="4F85DF50"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5DD4E597" w14:textId="77777777" w:rsidR="00623E5F" w:rsidRDefault="00000000">
            <w:pPr>
              <w:spacing w:after="7" w:line="245" w:lineRule="auto"/>
            </w:pPr>
            <w:r>
              <w:rPr>
                <w:color w:val="000000"/>
                <w:sz w:val="14"/>
              </w:rPr>
              <w:t>1. Tehnična: po talnih oznakah in modelu večkrat vadim cilj »izvedem zaporedje nalog« na izbrani ravni.</w:t>
            </w:r>
          </w:p>
          <w:p w14:paraId="4B78B06A" w14:textId="77777777" w:rsidR="00623E5F" w:rsidRDefault="00000000">
            <w:pPr>
              <w:spacing w:after="7" w:line="245" w:lineRule="auto"/>
            </w:pPr>
            <w:r>
              <w:rPr>
                <w:color w:val="000000"/>
                <w:sz w:val="14"/>
              </w:rPr>
              <w:t>2. Ravnotežno-koordinacijska: z linijo, obroči, nizko oviro ali blazino uresničujem cilj »samostojno prilagodim moč«.</w:t>
            </w:r>
          </w:p>
          <w:p w14:paraId="7014B530" w14:textId="77777777" w:rsidR="00623E5F" w:rsidRDefault="00000000">
            <w:pPr>
              <w:spacing w:after="7" w:line="245" w:lineRule="auto"/>
            </w:pPr>
            <w:r>
              <w:rPr>
                <w:color w:val="000000"/>
                <w:sz w:val="14"/>
              </w:rPr>
              <w:t>3. Povezovalni poligon: v varen niz povežem tri osnovne oblike gibanja, smer, spremembo nivoja in ustavitev.</w:t>
            </w:r>
          </w:p>
          <w:p w14:paraId="6577D4BE" w14:textId="77777777" w:rsidR="00623E5F" w:rsidRDefault="00000000">
            <w:pPr>
              <w:spacing w:after="7" w:line="245" w:lineRule="auto"/>
            </w:pPr>
            <w:r>
              <w:rPr>
                <w:color w:val="000000"/>
                <w:sz w:val="14"/>
              </w:rPr>
              <w:t>4. Igralno-refleksivna: spretnost uporabim v igri brez izločanja ter s semaforjem pokažem, kako »samovrednotim gibanje«.</w:t>
            </w:r>
          </w:p>
          <w:p w14:paraId="412962DA" w14:textId="77777777" w:rsidR="00623E5F" w:rsidRDefault="00000000">
            <w:pPr>
              <w:spacing w:after="20" w:line="245" w:lineRule="auto"/>
            </w:pPr>
            <w:r>
              <w:rPr>
                <w:b/>
                <w:color w:val="000000"/>
                <w:sz w:val="16"/>
              </w:rPr>
              <w:t>DIFERENCIACIJA IN VKLJUČEVANJE</w:t>
            </w:r>
          </w:p>
          <w:p w14:paraId="6BC21943"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105017E7" w14:textId="77777777" w:rsidR="00623E5F" w:rsidRDefault="00000000">
            <w:pPr>
              <w:spacing w:after="20" w:line="245" w:lineRule="auto"/>
            </w:pPr>
            <w:r>
              <w:rPr>
                <w:b/>
                <w:color w:val="000000"/>
                <w:sz w:val="16"/>
              </w:rPr>
              <w:t>SPREMLJANJE</w:t>
            </w:r>
          </w:p>
          <w:p w14:paraId="6BB1B66F"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1BB09F09"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4C857CBE" w14:textId="77777777">
              <w:trPr>
                <w:jc w:val="center"/>
              </w:trPr>
              <w:tc>
                <w:tcPr>
                  <w:tcW w:w="7087" w:type="dxa"/>
                  <w:shd w:val="clear" w:color="auto" w:fill="C6E7F3"/>
                  <w:tcMar>
                    <w:top w:w="45" w:type="dxa"/>
                    <w:left w:w="70" w:type="dxa"/>
                    <w:bottom w:w="45" w:type="dxa"/>
                    <w:right w:w="70" w:type="dxa"/>
                  </w:tcMar>
                </w:tcPr>
                <w:p w14:paraId="61D1E686" w14:textId="77777777" w:rsidR="00623E5F" w:rsidRDefault="00000000">
                  <w:pPr>
                    <w:keepNext/>
                  </w:pPr>
                  <w:r>
                    <w:rPr>
                      <w:b/>
                      <w:color w:val="000000"/>
                      <w:sz w:val="16"/>
                    </w:rPr>
                    <w:t>GLAVNI DEL – GIBALNI IZZIV, VADBA NA ŠTIRIH POSTAJAH IN IGRA (2 šolski uri)</w:t>
                  </w:r>
                </w:p>
              </w:tc>
            </w:tr>
          </w:tbl>
          <w:p w14:paraId="380F6B9A" w14:textId="77777777" w:rsidR="00623E5F" w:rsidRDefault="00623E5F">
            <w:pPr>
              <w:spacing w:line="20" w:lineRule="exact"/>
            </w:pPr>
          </w:p>
          <w:p w14:paraId="429FBFF9" w14:textId="77777777" w:rsidR="00623E5F" w:rsidRDefault="00000000">
            <w:pPr>
              <w:keepNext/>
              <w:spacing w:before="16" w:after="6" w:line="245" w:lineRule="auto"/>
            </w:pPr>
            <w:r>
              <w:rPr>
                <w:b/>
                <w:color w:val="000000"/>
                <w:sz w:val="15"/>
              </w:rPr>
              <w:t>1. URA – Poligon – Ogrejem se in usvojim gib</w:t>
            </w:r>
          </w:p>
          <w:p w14:paraId="059482CF"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»Klobuk gospoda Konstantina« – Peter Svetina. Osrednji del 30': 32' – Preveri prostor in opremo, predstavi varnostni znak ter skozi gibalno zgodbo modelira ključno prvino po korakih.</w:t>
            </w:r>
          </w:p>
          <w:p w14:paraId="2D6B0063"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7CFAB0D9" w14:textId="77777777" w:rsidR="00623E5F" w:rsidRDefault="00000000">
            <w:pPr>
              <w:spacing w:after="15" w:line="245" w:lineRule="auto"/>
            </w:pPr>
            <w:r>
              <w:rPr>
                <w:i/>
                <w:color w:val="D95BC6"/>
                <w:sz w:val="14"/>
              </w:rPr>
              <w:t>Predvideni dokaz: varen odziv na znak, začetni poskus prvine in ustno varnostno pravilo..</w:t>
            </w:r>
          </w:p>
          <w:p w14:paraId="385F81B3" w14:textId="77777777" w:rsidR="00623E5F" w:rsidRDefault="00000000">
            <w:pPr>
              <w:keepNext/>
              <w:spacing w:before="16" w:after="6" w:line="245" w:lineRule="auto"/>
            </w:pPr>
            <w:r>
              <w:rPr>
                <w:b/>
                <w:color w:val="000000"/>
                <w:sz w:val="15"/>
              </w:rPr>
              <w:t>2. URA – Poligon – Uporabim v igri</w:t>
            </w:r>
          </w:p>
          <w:p w14:paraId="42FF7616"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»Klobuk gospoda Konstantina« – Peter Svetina. Osrednji del 30': 32' – Organizira vključujočo igro ali izziv brez izločanja, spremlja varnost, pošteno igro in uporabo naučene prvine.</w:t>
            </w:r>
          </w:p>
          <w:p w14:paraId="5D61FD76"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13457F0C"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484E1586" w14:textId="77777777">
              <w:trPr>
                <w:jc w:val="center"/>
              </w:trPr>
              <w:tc>
                <w:tcPr>
                  <w:tcW w:w="7087" w:type="dxa"/>
                  <w:shd w:val="clear" w:color="auto" w:fill="EDC9EA"/>
                  <w:tcMar>
                    <w:top w:w="45" w:type="dxa"/>
                    <w:left w:w="70" w:type="dxa"/>
                    <w:bottom w:w="45" w:type="dxa"/>
                    <w:right w:w="70" w:type="dxa"/>
                  </w:tcMar>
                </w:tcPr>
                <w:p w14:paraId="6C27A767" w14:textId="77777777" w:rsidR="00623E5F" w:rsidRDefault="00000000">
                  <w:pPr>
                    <w:keepNext/>
                  </w:pPr>
                  <w:r>
                    <w:rPr>
                      <w:b/>
                      <w:color w:val="000000"/>
                      <w:sz w:val="16"/>
                    </w:rPr>
                    <w:t>ORGANIZACIJA POSTAJ, PREHODOV IN AKTIVNEGA ČASA</w:t>
                  </w:r>
                </w:p>
              </w:tc>
            </w:tr>
          </w:tbl>
          <w:p w14:paraId="769CA04D" w14:textId="77777777" w:rsidR="00623E5F" w:rsidRDefault="00623E5F"/>
          <w:p w14:paraId="71BE9604" w14:textId="77777777" w:rsidR="00623E5F" w:rsidRDefault="00000000">
            <w:pPr>
              <w:spacing w:before="5" w:after="6" w:line="245" w:lineRule="auto"/>
            </w:pPr>
            <w:r>
              <w:rPr>
                <w:color w:val="000000"/>
                <w:sz w:val="14"/>
              </w:rPr>
              <w:t>Postaja 1: Tehnična: po talnih oznakah in modelu večkrat vadim cilj »izvedem zaporedje nalog« na izbrani ravni.</w:t>
            </w:r>
          </w:p>
          <w:p w14:paraId="378E14F5" w14:textId="77777777" w:rsidR="00623E5F" w:rsidRDefault="00000000">
            <w:pPr>
              <w:spacing w:before="5" w:after="6" w:line="245" w:lineRule="auto"/>
            </w:pPr>
            <w:r>
              <w:rPr>
                <w:color w:val="000000"/>
                <w:sz w:val="14"/>
              </w:rPr>
              <w:t>Postaja 2: Ravnotežno-koordinacijska: z linijo, obroči, nizko oviro ali blazino uresničujem cilj »samostojno prilagodim moč«.</w:t>
            </w:r>
          </w:p>
          <w:p w14:paraId="60C6DE6F" w14:textId="77777777" w:rsidR="00623E5F" w:rsidRDefault="00000000">
            <w:pPr>
              <w:spacing w:before="5" w:after="6" w:line="245" w:lineRule="auto"/>
            </w:pPr>
            <w:r>
              <w:rPr>
                <w:color w:val="000000"/>
                <w:sz w:val="14"/>
              </w:rPr>
              <w:t>Postaja 3: Povezovalni poligon: v varen niz povežem tri osnovne oblike gibanja, smer, spremembo nivoja in ustavitev.</w:t>
            </w:r>
          </w:p>
          <w:p w14:paraId="48502396" w14:textId="77777777" w:rsidR="00623E5F" w:rsidRDefault="00000000">
            <w:pPr>
              <w:spacing w:before="5" w:after="6" w:line="245" w:lineRule="auto"/>
            </w:pPr>
            <w:r>
              <w:rPr>
                <w:color w:val="000000"/>
                <w:sz w:val="14"/>
              </w:rPr>
              <w:t>Postaja 4: Igralno-refleksivna: spretnost uporabim v igri brez izločanja ter s semaforjem pokažem, kako »samovrednotim gibanje«.</w:t>
            </w:r>
          </w:p>
          <w:p w14:paraId="45721479"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44883DC6" w14:textId="77777777" w:rsidR="00623E5F" w:rsidRDefault="00623E5F"/>
          <w:p w14:paraId="39B6AA46" w14:textId="77777777" w:rsidR="00623E5F" w:rsidRDefault="00000000">
            <w:pPr>
              <w:spacing w:after="5" w:line="245" w:lineRule="auto"/>
            </w:pPr>
            <w:r>
              <w:rPr>
                <w:b/>
                <w:color w:val="000000"/>
                <w:sz w:val="15"/>
              </w:rPr>
              <w:t>1. URA – Poligon – Ogrejem se in usvojim gib</w:t>
            </w:r>
          </w:p>
          <w:p w14:paraId="2FAF1500"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AC5651C" w14:textId="77777777" w:rsidR="00623E5F" w:rsidRDefault="00000000">
            <w:pPr>
              <w:spacing w:after="14" w:line="245" w:lineRule="auto"/>
            </w:pPr>
            <w:r>
              <w:rPr>
                <w:color w:val="D95BC6"/>
                <w:sz w:val="13"/>
              </w:rPr>
              <w:t>Dokaz: varen odziv na znak, začetni poskus prvine in ustno varnostno pravilo.</w:t>
            </w:r>
          </w:p>
          <w:p w14:paraId="31C4C148" w14:textId="77777777" w:rsidR="00623E5F" w:rsidRDefault="00000000">
            <w:pPr>
              <w:spacing w:after="5" w:line="245" w:lineRule="auto"/>
            </w:pPr>
            <w:r>
              <w:rPr>
                <w:b/>
                <w:color w:val="000000"/>
                <w:sz w:val="15"/>
              </w:rPr>
              <w:t>2. URA – Poligon – Uporabim v igri</w:t>
            </w:r>
          </w:p>
          <w:p w14:paraId="6437C663"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AC2BEFF" w14:textId="77777777" w:rsidR="00623E5F" w:rsidRDefault="00000000">
            <w:pPr>
              <w:spacing w:after="14" w:line="245" w:lineRule="auto"/>
            </w:pPr>
            <w:r>
              <w:rPr>
                <w:color w:val="D95BC6"/>
                <w:sz w:val="13"/>
              </w:rPr>
              <w:t>Dokaz: uporaba prvine v igri, sodelovanje, upoštevanje pravil in osebno.</w:t>
            </w:r>
          </w:p>
          <w:p w14:paraId="2C262038" w14:textId="77777777" w:rsidR="00623E5F" w:rsidRDefault="00000000">
            <w:pPr>
              <w:spacing w:before="30" w:after="14" w:line="245" w:lineRule="auto"/>
            </w:pPr>
            <w:r>
              <w:rPr>
                <w:b/>
                <w:color w:val="D95BC6"/>
                <w:sz w:val="16"/>
              </w:rPr>
              <w:t>MOJ KROG POSTAJ</w:t>
            </w:r>
          </w:p>
          <w:p w14:paraId="4DAEC72E" w14:textId="77777777" w:rsidR="00623E5F" w:rsidRDefault="00000000">
            <w:pPr>
              <w:spacing w:after="8" w:line="245" w:lineRule="auto"/>
            </w:pPr>
            <w:r>
              <w:rPr>
                <w:color w:val="000000"/>
                <w:sz w:val="13"/>
              </w:rPr>
              <w:t>1. Tehnična: po talnih oznakah in modelu večkrat vadim cilj »izvedem zaporedje nalog«.</w:t>
            </w:r>
          </w:p>
          <w:p w14:paraId="451C0A73" w14:textId="77777777" w:rsidR="00623E5F" w:rsidRDefault="00000000">
            <w:pPr>
              <w:spacing w:after="8" w:line="245" w:lineRule="auto"/>
            </w:pPr>
            <w:r>
              <w:rPr>
                <w:color w:val="000000"/>
                <w:sz w:val="13"/>
              </w:rPr>
              <w:t>2. Ravnotežno-koordinacijska: z linijo, obroči, nizko oviro ali blazino uresničujem.</w:t>
            </w:r>
          </w:p>
          <w:p w14:paraId="5FC9B657" w14:textId="77777777" w:rsidR="00623E5F" w:rsidRDefault="00000000">
            <w:pPr>
              <w:spacing w:after="8" w:line="245" w:lineRule="auto"/>
            </w:pPr>
            <w:r>
              <w:rPr>
                <w:color w:val="000000"/>
                <w:sz w:val="13"/>
              </w:rPr>
              <w:t>3. Povezovalni poligon: v varen niz povežem tri osnovne oblike gibanja, smer.</w:t>
            </w:r>
          </w:p>
          <w:p w14:paraId="58651C45" w14:textId="77777777" w:rsidR="00623E5F" w:rsidRDefault="00000000">
            <w:pPr>
              <w:spacing w:after="8" w:line="245" w:lineRule="auto"/>
            </w:pPr>
            <w:r>
              <w:rPr>
                <w:color w:val="000000"/>
                <w:sz w:val="13"/>
              </w:rPr>
              <w:t>4. Igralno-refleksivna: spretnost uporabim v igri brez izločanja ter s semaforjem.</w:t>
            </w:r>
          </w:p>
          <w:p w14:paraId="39FA55CA"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53B9EE3D" w14:textId="77777777" w:rsidR="00623E5F" w:rsidRDefault="00000000">
            <w:pPr>
              <w:spacing w:after="14" w:line="245" w:lineRule="auto"/>
            </w:pPr>
            <w:r>
              <w:rPr>
                <w:b/>
                <w:color w:val="D95BC6"/>
                <w:sz w:val="16"/>
              </w:rPr>
              <w:t>DOKAZ O UČENJU</w:t>
            </w:r>
          </w:p>
          <w:p w14:paraId="1EF57B6B"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0C6B940E"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F5438B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61B83AD"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8974C3B" w14:textId="77777777" w:rsidR="00623E5F" w:rsidRDefault="00000000">
            <w:pPr>
              <w:jc w:val="center"/>
            </w:pPr>
            <w:r>
              <w:rPr>
                <w:b/>
                <w:color w:val="000000"/>
                <w:sz w:val="20"/>
              </w:rPr>
              <w:t>UČNE DEJAVNOSTI, METODE IN FORMATIVNO SPREMLJANJE</w:t>
            </w:r>
          </w:p>
        </w:tc>
      </w:tr>
      <w:tr w:rsidR="00623E5F" w14:paraId="62DAEB9C" w14:textId="77777777">
        <w:trPr>
          <w:tblHeader/>
          <w:jc w:val="center"/>
        </w:trPr>
        <w:tc>
          <w:tcPr>
            <w:tcW w:w="4422" w:type="dxa"/>
            <w:vMerge/>
            <w:tcMar>
              <w:top w:w="70" w:type="dxa"/>
              <w:left w:w="90" w:type="dxa"/>
              <w:bottom w:w="70" w:type="dxa"/>
              <w:right w:w="90" w:type="dxa"/>
            </w:tcMar>
            <w:vAlign w:val="center"/>
          </w:tcPr>
          <w:p w14:paraId="7D11AB89" w14:textId="77777777" w:rsidR="00623E5F" w:rsidRDefault="00623E5F"/>
        </w:tc>
        <w:tc>
          <w:tcPr>
            <w:tcW w:w="7087" w:type="dxa"/>
            <w:shd w:val="clear" w:color="auto" w:fill="FFFFFF"/>
            <w:tcMar>
              <w:top w:w="70" w:type="dxa"/>
              <w:left w:w="90" w:type="dxa"/>
              <w:bottom w:w="70" w:type="dxa"/>
              <w:right w:w="90" w:type="dxa"/>
            </w:tcMar>
            <w:vAlign w:val="center"/>
          </w:tcPr>
          <w:p w14:paraId="29EE90CB"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035967C" w14:textId="77777777" w:rsidR="00623E5F" w:rsidRDefault="00000000">
            <w:pPr>
              <w:jc w:val="center"/>
            </w:pPr>
            <w:r>
              <w:rPr>
                <w:b/>
                <w:color w:val="000000"/>
              </w:rPr>
              <w:t>UČENEC</w:t>
            </w:r>
          </w:p>
        </w:tc>
      </w:tr>
      <w:tr w:rsidR="00623E5F" w14:paraId="67BE6456" w14:textId="77777777">
        <w:trPr>
          <w:jc w:val="center"/>
        </w:trPr>
        <w:tc>
          <w:tcPr>
            <w:tcW w:w="4422" w:type="dxa"/>
            <w:tcMar>
              <w:top w:w="70" w:type="dxa"/>
              <w:left w:w="90" w:type="dxa"/>
              <w:bottom w:w="70" w:type="dxa"/>
              <w:right w:w="90" w:type="dxa"/>
            </w:tcMar>
          </w:tcPr>
          <w:p w14:paraId="038DB457" w14:textId="77777777" w:rsidR="00623E5F" w:rsidRDefault="00623E5F"/>
          <w:p w14:paraId="6E4C19F6" w14:textId="77777777" w:rsidR="00623E5F" w:rsidRDefault="00000000">
            <w:pPr>
              <w:spacing w:after="40" w:line="245" w:lineRule="auto"/>
            </w:pPr>
            <w:r>
              <w:rPr>
                <w:b/>
                <w:color w:val="000000"/>
              </w:rPr>
              <w:t>FORMATIVNO SPREMLJANJE</w:t>
            </w:r>
          </w:p>
          <w:p w14:paraId="788CE095" w14:textId="77777777" w:rsidR="00623E5F" w:rsidRDefault="00000000">
            <w:pPr>
              <w:pStyle w:val="Oznaenseznam"/>
              <w:spacing w:after="16"/>
            </w:pPr>
            <w:r>
              <w:rPr>
                <w:color w:val="000000"/>
                <w:sz w:val="15"/>
              </w:rPr>
              <w:t>predznanje: gibalni prikaz, odziv na znak, izbira kartice, začetni poskus ali kratka razlaga</w:t>
            </w:r>
          </w:p>
          <w:p w14:paraId="4F90BBD3" w14:textId="77777777" w:rsidR="00623E5F" w:rsidRDefault="00000000">
            <w:pPr>
              <w:pStyle w:val="Oznaenseznam"/>
              <w:spacing w:after="16"/>
            </w:pPr>
            <w:r>
              <w:rPr>
                <w:color w:val="000000"/>
                <w:sz w:val="15"/>
              </w:rPr>
              <w:t>nameni in merila: kratka poved, slikovni znak, model varne izvedbe in en opazljiv tehnični poudarek</w:t>
            </w:r>
          </w:p>
          <w:p w14:paraId="7E8265B1"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6B84218C" w14:textId="77777777" w:rsidR="00623E5F" w:rsidRDefault="00000000">
            <w:pPr>
              <w:pStyle w:val="Oznaenseznam"/>
              <w:spacing w:after="16"/>
            </w:pPr>
            <w:r>
              <w:rPr>
                <w:color w:val="000000"/>
                <w:sz w:val="15"/>
              </w:rPr>
              <w:t>povratna informacija: opis opaženega, povezava z enim merilom in takoj izvedljiv ponovni poskus</w:t>
            </w:r>
          </w:p>
          <w:p w14:paraId="4707E794" w14:textId="77777777" w:rsidR="00623E5F" w:rsidRDefault="00000000">
            <w:pPr>
              <w:pStyle w:val="Oznaenseznam"/>
              <w:spacing w:after="16"/>
            </w:pPr>
            <w:r>
              <w:rPr>
                <w:color w:val="000000"/>
                <w:sz w:val="15"/>
              </w:rPr>
              <w:t>samovrednotenje: semafor napora in varnosti, lestvica samostojnosti, izbran dokaz ter osebni naslednji korak</w:t>
            </w:r>
          </w:p>
          <w:p w14:paraId="154BEC04" w14:textId="77777777" w:rsidR="00623E5F" w:rsidRDefault="00000000">
            <w:pPr>
              <w:spacing w:before="40" w:after="20" w:line="245" w:lineRule="auto"/>
            </w:pPr>
            <w:r>
              <w:rPr>
                <w:b/>
                <w:color w:val="000000"/>
                <w:sz w:val="17"/>
              </w:rPr>
              <w:t>VARNOST, POČUTJE IN HIGIENA</w:t>
            </w:r>
          </w:p>
          <w:p w14:paraId="1CAA015D"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Pri plezanju, ravnotežju, kotaljenju in prevalnih predvajah je območje oblazinjeno, naloga pa poteka posamično in ob jasnem varovanju.</w:t>
            </w:r>
          </w:p>
          <w:p w14:paraId="41031132" w14:textId="77777777" w:rsidR="00623E5F" w:rsidRDefault="00000000">
            <w:pPr>
              <w:spacing w:after="20" w:line="245" w:lineRule="auto"/>
            </w:pPr>
            <w:r>
              <w:rPr>
                <w:b/>
                <w:color w:val="000000"/>
                <w:sz w:val="17"/>
              </w:rPr>
              <w:t>EVIDENCA PO IZVEDBI</w:t>
            </w:r>
          </w:p>
          <w:p w14:paraId="2DB77EC9"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7387B3C4" w14:textId="77777777" w:rsidR="00623E5F" w:rsidRDefault="00000000">
            <w:pPr>
              <w:spacing w:before="40" w:after="20" w:line="245" w:lineRule="auto"/>
            </w:pPr>
            <w:r>
              <w:rPr>
                <w:b/>
                <w:color w:val="000000"/>
                <w:sz w:val="17"/>
              </w:rPr>
              <w:t>RAVEN DOSEGANJA</w:t>
            </w:r>
          </w:p>
          <w:p w14:paraId="380862BC"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34C09BF1"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101F57B" w14:textId="77777777">
              <w:trPr>
                <w:jc w:val="center"/>
              </w:trPr>
              <w:tc>
                <w:tcPr>
                  <w:tcW w:w="7087" w:type="dxa"/>
                  <w:shd w:val="clear" w:color="auto" w:fill="EDC9EA"/>
                  <w:tcMar>
                    <w:top w:w="45" w:type="dxa"/>
                    <w:left w:w="70" w:type="dxa"/>
                    <w:bottom w:w="45" w:type="dxa"/>
                    <w:right w:w="70" w:type="dxa"/>
                  </w:tcMar>
                </w:tcPr>
                <w:p w14:paraId="5C2B37A1" w14:textId="77777777" w:rsidR="00623E5F" w:rsidRDefault="00000000">
                  <w:pPr>
                    <w:keepNext/>
                  </w:pPr>
                  <w:r>
                    <w:rPr>
                      <w:b/>
                      <w:color w:val="000000"/>
                    </w:rPr>
                    <w:t>VPRAŠANJA V PODPORO GIBALNEMU UČENJU</w:t>
                  </w:r>
                </w:p>
              </w:tc>
            </w:tr>
          </w:tbl>
          <w:p w14:paraId="433328EE" w14:textId="77777777" w:rsidR="00623E5F" w:rsidRDefault="00623E5F">
            <w:pPr>
              <w:spacing w:line="20" w:lineRule="exact"/>
            </w:pPr>
          </w:p>
          <w:p w14:paraId="1CB6039D" w14:textId="77777777" w:rsidR="00623E5F" w:rsidRDefault="00000000">
            <w:pPr>
              <w:pStyle w:val="Oznaenseznam"/>
              <w:spacing w:after="16"/>
            </w:pPr>
            <w:r>
              <w:rPr>
                <w:color w:val="000000"/>
                <w:sz w:val="15"/>
              </w:rPr>
              <w:t>Kaj si pri prvem poskusu začutil/-a ali opazil/-a v položaju telesa, ravnotežju, smeri, ritmu ali naporu?</w:t>
            </w:r>
          </w:p>
          <w:p w14:paraId="0DB5521D" w14:textId="77777777" w:rsidR="00623E5F" w:rsidRDefault="00000000">
            <w:pPr>
              <w:pStyle w:val="Oznaenseznam"/>
              <w:spacing w:after="16"/>
            </w:pPr>
            <w:r>
              <w:rPr>
                <w:color w:val="000000"/>
                <w:sz w:val="15"/>
              </w:rPr>
              <w:t>Katero varnostno pravilo in kateri gibalni korak sta bila danes najpomembnejša?</w:t>
            </w:r>
          </w:p>
          <w:p w14:paraId="001BDF3B" w14:textId="77777777" w:rsidR="00623E5F" w:rsidRDefault="00000000">
            <w:pPr>
              <w:pStyle w:val="Oznaenseznam"/>
              <w:spacing w:after="16"/>
            </w:pPr>
            <w:r>
              <w:rPr>
                <w:color w:val="000000"/>
                <w:sz w:val="15"/>
              </w:rPr>
              <w:t>Katero raven si izbral/-a, zakaj je bila primerna in kaj si pri naslednjem poskusu spremenil/-a?</w:t>
            </w:r>
          </w:p>
          <w:p w14:paraId="484F92DB" w14:textId="77777777" w:rsidR="00623E5F" w:rsidRDefault="00000000">
            <w:pPr>
              <w:pStyle w:val="Oznaenseznam"/>
              <w:spacing w:after="16"/>
            </w:pPr>
            <w:r>
              <w:rPr>
                <w:color w:val="000000"/>
                <w:sz w:val="15"/>
              </w:rPr>
              <w:t>Kateri tvoj gibalni dokaz najjasneje pokaže dogovorjeno merilo?</w:t>
            </w:r>
          </w:p>
          <w:p w14:paraId="2FC1ACC9"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25789DB4" w14:textId="77777777">
              <w:trPr>
                <w:jc w:val="center"/>
              </w:trPr>
              <w:tc>
                <w:tcPr>
                  <w:tcW w:w="7087" w:type="dxa"/>
                  <w:shd w:val="clear" w:color="auto" w:fill="C6E7F3"/>
                  <w:tcMar>
                    <w:top w:w="45" w:type="dxa"/>
                    <w:left w:w="70" w:type="dxa"/>
                    <w:bottom w:w="45" w:type="dxa"/>
                    <w:right w:w="70" w:type="dxa"/>
                  </w:tcMar>
                </w:tcPr>
                <w:p w14:paraId="340E58FC" w14:textId="77777777" w:rsidR="00623E5F" w:rsidRDefault="00000000">
                  <w:pPr>
                    <w:keepNext/>
                  </w:pPr>
                  <w:r>
                    <w:rPr>
                      <w:b/>
                      <w:color w:val="000000"/>
                    </w:rPr>
                    <w:t>ZAKLJUČNI DEL – UMIRJANJE, RAZTEZANJE, DOKAZ IN REFLEKSIJA (8–10 min)</w:t>
                  </w:r>
                </w:p>
              </w:tc>
            </w:tr>
          </w:tbl>
          <w:p w14:paraId="1F46DA49" w14:textId="77777777" w:rsidR="00623E5F" w:rsidRDefault="00623E5F">
            <w:pPr>
              <w:spacing w:line="20" w:lineRule="exact"/>
            </w:pPr>
          </w:p>
          <w:p w14:paraId="7C30D877"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417E7B8E" w14:textId="77777777">
              <w:trPr>
                <w:jc w:val="center"/>
              </w:trPr>
              <w:tc>
                <w:tcPr>
                  <w:tcW w:w="7087" w:type="dxa"/>
                  <w:shd w:val="clear" w:color="auto" w:fill="EDC9EA"/>
                  <w:tcMar>
                    <w:top w:w="45" w:type="dxa"/>
                    <w:left w:w="70" w:type="dxa"/>
                    <w:bottom w:w="45" w:type="dxa"/>
                    <w:right w:w="70" w:type="dxa"/>
                  </w:tcMar>
                </w:tcPr>
                <w:p w14:paraId="78ED450A" w14:textId="77777777" w:rsidR="00623E5F" w:rsidRDefault="00000000">
                  <w:pPr>
                    <w:keepNext/>
                  </w:pPr>
                  <w:r>
                    <w:rPr>
                      <w:b/>
                      <w:color w:val="000000"/>
                    </w:rPr>
                    <w:t>SAMOVREDNOTENJE</w:t>
                  </w:r>
                </w:p>
              </w:tc>
            </w:tr>
          </w:tbl>
          <w:p w14:paraId="2C56D838" w14:textId="77777777" w:rsidR="00623E5F" w:rsidRDefault="00623E5F">
            <w:pPr>
              <w:spacing w:line="20" w:lineRule="exact"/>
            </w:pPr>
          </w:p>
          <w:p w14:paraId="1AB1A9D2"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438C0AD1" w14:textId="77777777">
              <w:trPr>
                <w:jc w:val="center"/>
              </w:trPr>
              <w:tc>
                <w:tcPr>
                  <w:tcW w:w="7087" w:type="dxa"/>
                  <w:shd w:val="clear" w:color="auto" w:fill="EDC9EA"/>
                  <w:tcMar>
                    <w:top w:w="45" w:type="dxa"/>
                    <w:left w:w="70" w:type="dxa"/>
                    <w:bottom w:w="45" w:type="dxa"/>
                    <w:right w:w="70" w:type="dxa"/>
                  </w:tcMar>
                </w:tcPr>
                <w:p w14:paraId="2CCCB016" w14:textId="77777777" w:rsidR="00623E5F" w:rsidRDefault="00000000">
                  <w:pPr>
                    <w:keepNext/>
                  </w:pPr>
                  <w:r>
                    <w:rPr>
                      <w:b/>
                      <w:color w:val="000000"/>
                    </w:rPr>
                    <w:t>VRSTNIŠKO OPAZOVANJE IN POVRATNA INFORMACIJA</w:t>
                  </w:r>
                </w:p>
              </w:tc>
            </w:tr>
          </w:tbl>
          <w:p w14:paraId="6E87D10F" w14:textId="77777777" w:rsidR="00623E5F" w:rsidRDefault="00623E5F">
            <w:pPr>
              <w:spacing w:line="20" w:lineRule="exact"/>
            </w:pPr>
          </w:p>
          <w:p w14:paraId="6B6C242F"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7144E92A" w14:textId="77777777">
              <w:trPr>
                <w:jc w:val="center"/>
              </w:trPr>
              <w:tc>
                <w:tcPr>
                  <w:tcW w:w="7087" w:type="dxa"/>
                  <w:shd w:val="clear" w:color="auto" w:fill="EDC9EA"/>
                  <w:tcMar>
                    <w:top w:w="45" w:type="dxa"/>
                    <w:left w:w="70" w:type="dxa"/>
                    <w:bottom w:w="45" w:type="dxa"/>
                    <w:right w:w="70" w:type="dxa"/>
                  </w:tcMar>
                </w:tcPr>
                <w:p w14:paraId="2EB5031B" w14:textId="77777777" w:rsidR="00623E5F" w:rsidRDefault="00000000">
                  <w:pPr>
                    <w:keepNext/>
                  </w:pPr>
                  <w:r>
                    <w:rPr>
                      <w:b/>
                      <w:color w:val="000000"/>
                    </w:rPr>
                    <w:t>SKUPNI POVZETEK</w:t>
                  </w:r>
                </w:p>
              </w:tc>
            </w:tr>
          </w:tbl>
          <w:p w14:paraId="7BB1DF99" w14:textId="77777777" w:rsidR="00623E5F" w:rsidRDefault="00623E5F"/>
          <w:p w14:paraId="71DBEDC9" w14:textId="77777777" w:rsidR="00623E5F" w:rsidRDefault="00000000">
            <w:pPr>
              <w:spacing w:before="20" w:after="40" w:line="245" w:lineRule="auto"/>
            </w:pPr>
            <w:r>
              <w:rPr>
                <w:b/>
                <w:color w:val="000000"/>
                <w:sz w:val="16"/>
              </w:rPr>
              <w:t>izvedem zaporedje nalog; samostojno prilagodim moč; samovrednotim gibanje. Izbrani gibalni dokaz pojasnim in določim varen naslednji korak.</w:t>
            </w:r>
          </w:p>
        </w:tc>
        <w:tc>
          <w:tcPr>
            <w:tcW w:w="2551" w:type="dxa"/>
            <w:tcMar>
              <w:top w:w="70" w:type="dxa"/>
              <w:left w:w="90" w:type="dxa"/>
              <w:bottom w:w="70" w:type="dxa"/>
              <w:right w:w="90" w:type="dxa"/>
            </w:tcMar>
          </w:tcPr>
          <w:p w14:paraId="1D3E25F1" w14:textId="77777777" w:rsidR="00623E5F" w:rsidRDefault="00623E5F"/>
          <w:p w14:paraId="74425402" w14:textId="77777777" w:rsidR="00623E5F" w:rsidRDefault="00000000">
            <w:pPr>
              <w:spacing w:after="80" w:line="245" w:lineRule="auto"/>
            </w:pPr>
            <w:r>
              <w:rPr>
                <w:color w:val="000000"/>
                <w:sz w:val="15"/>
              </w:rPr>
              <w:t>Odgovarja na podporna vprašanja in se sklicuje na svojo izvedbo, počutje, izbrano raven in varnost.</w:t>
            </w:r>
          </w:p>
          <w:p w14:paraId="2F9DB92E" w14:textId="77777777" w:rsidR="00623E5F" w:rsidRDefault="00000000">
            <w:pPr>
              <w:spacing w:after="80" w:line="245" w:lineRule="auto"/>
            </w:pPr>
            <w:r>
              <w:rPr>
                <w:color w:val="000000"/>
                <w:sz w:val="15"/>
              </w:rPr>
              <w:t>Predstavi izbrani gibalni dokaz ter pokaže ali pove, katero merilo z njim dosega.</w:t>
            </w:r>
          </w:p>
          <w:p w14:paraId="50D5D547" w14:textId="77777777" w:rsidR="00623E5F" w:rsidRDefault="00000000">
            <w:pPr>
              <w:spacing w:after="80" w:line="245" w:lineRule="auto"/>
            </w:pPr>
            <w:r>
              <w:rPr>
                <w:color w:val="000000"/>
                <w:sz w:val="15"/>
              </w:rPr>
              <w:t>Opazuje eno dogovorjeno prvino vrstnikove izvedbe in poda kratek, prijazen ter uporaben odziv.</w:t>
            </w:r>
          </w:p>
          <w:p w14:paraId="3663EE25"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32B3C3C1" w14:textId="77777777" w:rsidR="00623E5F" w:rsidRDefault="00000000">
            <w:pPr>
              <w:spacing w:after="100" w:line="245" w:lineRule="auto"/>
            </w:pPr>
            <w:r>
              <w:rPr>
                <w:color w:val="000000"/>
                <w:sz w:val="15"/>
              </w:rPr>
              <w:t>Umiri dihanje, oceni napor in počutje, izbere raven samostojnosti ter določi varen naslednji korak.</w:t>
            </w:r>
          </w:p>
          <w:p w14:paraId="35699370" w14:textId="77777777" w:rsidR="00623E5F" w:rsidRDefault="00000000">
            <w:pPr>
              <w:spacing w:after="20" w:line="245" w:lineRule="auto"/>
            </w:pPr>
            <w:r>
              <w:rPr>
                <w:b/>
                <w:color w:val="D95BC6"/>
                <w:sz w:val="17"/>
              </w:rPr>
              <w:t>DOKAZ O UČENJU</w:t>
            </w:r>
          </w:p>
          <w:p w14:paraId="2E49FEBD"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0E1C229E"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168241C8" w14:textId="77777777">
        <w:trPr>
          <w:cantSplit/>
          <w:jc w:val="center"/>
        </w:trPr>
        <w:tc>
          <w:tcPr>
            <w:tcW w:w="14060" w:type="dxa"/>
            <w:gridSpan w:val="6"/>
            <w:tcMar>
              <w:top w:w="70" w:type="dxa"/>
              <w:left w:w="90" w:type="dxa"/>
              <w:bottom w:w="70" w:type="dxa"/>
              <w:right w:w="90" w:type="dxa"/>
            </w:tcMar>
            <w:vAlign w:val="center"/>
          </w:tcPr>
          <w:p w14:paraId="6868C609" w14:textId="77777777" w:rsidR="00623E5F" w:rsidRDefault="00000000">
            <w:pPr>
              <w:jc w:val="center"/>
            </w:pPr>
            <w:r>
              <w:rPr>
                <w:b/>
                <w:color w:val="000000"/>
                <w:sz w:val="24"/>
              </w:rPr>
              <w:lastRenderedPageBreak/>
              <w:t>UČNA PRIPRAVA 21/39</w:t>
            </w:r>
          </w:p>
        </w:tc>
      </w:tr>
      <w:tr w:rsidR="00623E5F" w14:paraId="3B8CCAEB" w14:textId="77777777">
        <w:trPr>
          <w:jc w:val="center"/>
        </w:trPr>
        <w:tc>
          <w:tcPr>
            <w:tcW w:w="2665" w:type="dxa"/>
            <w:tcMar>
              <w:top w:w="70" w:type="dxa"/>
              <w:left w:w="90" w:type="dxa"/>
              <w:bottom w:w="70" w:type="dxa"/>
              <w:right w:w="90" w:type="dxa"/>
            </w:tcMar>
            <w:vAlign w:val="center"/>
          </w:tcPr>
          <w:p w14:paraId="1E224876"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4429030"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28A2598E"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7526770" w14:textId="77777777" w:rsidR="00623E5F" w:rsidRDefault="00000000">
            <w:r>
              <w:rPr>
                <w:b/>
                <w:color w:val="000000"/>
                <w:sz w:val="16"/>
              </w:rPr>
              <w:t xml:space="preserve">NAČRTOVANI TERMIN: </w:t>
            </w:r>
            <w:r>
              <w:rPr>
                <w:color w:val="000000"/>
                <w:sz w:val="16"/>
              </w:rPr>
              <w:t>21. teden • 1.–5. 2. 2027</w:t>
            </w:r>
          </w:p>
        </w:tc>
        <w:tc>
          <w:tcPr>
            <w:tcW w:w="2268" w:type="dxa"/>
            <w:tcMar>
              <w:top w:w="70" w:type="dxa"/>
              <w:left w:w="90" w:type="dxa"/>
              <w:bottom w:w="70" w:type="dxa"/>
              <w:right w:w="90" w:type="dxa"/>
            </w:tcMar>
            <w:vAlign w:val="center"/>
          </w:tcPr>
          <w:p w14:paraId="2F571F23"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3C524779" w14:textId="77777777" w:rsidR="00623E5F" w:rsidRDefault="00000000">
            <w:r>
              <w:rPr>
                <w:b/>
                <w:color w:val="000000"/>
                <w:sz w:val="16"/>
              </w:rPr>
              <w:t xml:space="preserve">ŠTEVILO UR: </w:t>
            </w:r>
            <w:r>
              <w:rPr>
                <w:color w:val="000000"/>
                <w:sz w:val="16"/>
              </w:rPr>
              <w:t>3</w:t>
            </w:r>
          </w:p>
        </w:tc>
      </w:tr>
      <w:tr w:rsidR="00623E5F" w14:paraId="0575FF09" w14:textId="77777777">
        <w:trPr>
          <w:jc w:val="center"/>
        </w:trPr>
        <w:tc>
          <w:tcPr>
            <w:tcW w:w="14061" w:type="dxa"/>
            <w:gridSpan w:val="6"/>
            <w:tcMar>
              <w:top w:w="70" w:type="dxa"/>
              <w:left w:w="90" w:type="dxa"/>
              <w:bottom w:w="70" w:type="dxa"/>
              <w:right w:w="90" w:type="dxa"/>
            </w:tcMar>
            <w:vAlign w:val="center"/>
          </w:tcPr>
          <w:p w14:paraId="23516AAC"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594E2FB8" w14:textId="77777777">
        <w:trPr>
          <w:cantSplit/>
          <w:jc w:val="center"/>
        </w:trPr>
        <w:tc>
          <w:tcPr>
            <w:tcW w:w="14060" w:type="dxa"/>
            <w:gridSpan w:val="6"/>
            <w:tcMar>
              <w:top w:w="70" w:type="dxa"/>
              <w:left w:w="90" w:type="dxa"/>
              <w:bottom w:w="70" w:type="dxa"/>
              <w:right w:w="90" w:type="dxa"/>
            </w:tcMar>
            <w:vAlign w:val="center"/>
          </w:tcPr>
          <w:p w14:paraId="1AC5B8BD" w14:textId="77777777" w:rsidR="00623E5F" w:rsidRDefault="00623E5F"/>
          <w:p w14:paraId="2E4CF48A" w14:textId="77777777" w:rsidR="00623E5F" w:rsidRDefault="00000000">
            <w:pPr>
              <w:spacing w:line="245" w:lineRule="auto"/>
            </w:pPr>
            <w:r>
              <w:rPr>
                <w:b/>
                <w:color w:val="000000"/>
                <w:sz w:val="15"/>
              </w:rPr>
              <w:t xml:space="preserve">UČNI SKLOP: </w:t>
            </w:r>
            <w:r>
              <w:rPr>
                <w:color w:val="000000"/>
                <w:sz w:val="15"/>
              </w:rPr>
              <w:t>NEKOČ IN DANES – ČAS IN DEDIŠČINA</w:t>
            </w:r>
          </w:p>
        </w:tc>
      </w:tr>
      <w:tr w:rsidR="00623E5F" w14:paraId="3631499A" w14:textId="77777777">
        <w:trPr>
          <w:cantSplit/>
          <w:jc w:val="center"/>
        </w:trPr>
        <w:tc>
          <w:tcPr>
            <w:tcW w:w="14060" w:type="dxa"/>
            <w:gridSpan w:val="6"/>
            <w:tcMar>
              <w:top w:w="70" w:type="dxa"/>
              <w:left w:w="90" w:type="dxa"/>
              <w:bottom w:w="70" w:type="dxa"/>
              <w:right w:w="90" w:type="dxa"/>
            </w:tcMar>
            <w:vAlign w:val="center"/>
          </w:tcPr>
          <w:p w14:paraId="27897AAA" w14:textId="77777777" w:rsidR="00623E5F" w:rsidRDefault="00623E5F"/>
          <w:p w14:paraId="603396E9" w14:textId="77777777" w:rsidR="00623E5F" w:rsidRDefault="00000000">
            <w:pPr>
              <w:spacing w:line="245" w:lineRule="auto"/>
            </w:pPr>
            <w:r>
              <w:rPr>
                <w:b/>
                <w:color w:val="000000"/>
                <w:sz w:val="15"/>
              </w:rPr>
              <w:t xml:space="preserve">UČNA TEMA: </w:t>
            </w:r>
            <w:r>
              <w:rPr>
                <w:color w:val="000000"/>
                <w:sz w:val="15"/>
              </w:rPr>
              <w:t>IGRE NEKOČ</w:t>
            </w:r>
          </w:p>
        </w:tc>
      </w:tr>
      <w:tr w:rsidR="00623E5F" w14:paraId="369A2B49" w14:textId="77777777">
        <w:trPr>
          <w:cantSplit/>
          <w:jc w:val="center"/>
        </w:trPr>
        <w:tc>
          <w:tcPr>
            <w:tcW w:w="14060" w:type="dxa"/>
            <w:gridSpan w:val="6"/>
            <w:tcMar>
              <w:top w:w="70" w:type="dxa"/>
              <w:left w:w="90" w:type="dxa"/>
              <w:bottom w:w="70" w:type="dxa"/>
              <w:right w:w="90" w:type="dxa"/>
            </w:tcMar>
            <w:vAlign w:val="center"/>
          </w:tcPr>
          <w:p w14:paraId="1BE1746F" w14:textId="77777777" w:rsidR="00623E5F" w:rsidRDefault="00623E5F"/>
          <w:p w14:paraId="333C97D9" w14:textId="77777777" w:rsidR="00623E5F" w:rsidRDefault="00000000">
            <w:pPr>
              <w:spacing w:line="245" w:lineRule="auto"/>
            </w:pPr>
            <w:r>
              <w:rPr>
                <w:b/>
                <w:color w:val="000000"/>
                <w:sz w:val="15"/>
              </w:rPr>
              <w:t xml:space="preserve">KNJIŽEVNO / MOTIVNO IZHODIŠČE: </w:t>
            </w:r>
            <w:r>
              <w:rPr>
                <w:color w:val="000000"/>
                <w:sz w:val="15"/>
              </w:rPr>
              <w:t>»Janček Ježek« – slovenska ljudska pravljica • nekoč in danes, časovno zaporedje in ljudsko izročilo</w:t>
            </w:r>
          </w:p>
        </w:tc>
      </w:tr>
      <w:tr w:rsidR="00623E5F" w14:paraId="03C69508" w14:textId="77777777">
        <w:trPr>
          <w:cantSplit/>
          <w:jc w:val="center"/>
        </w:trPr>
        <w:tc>
          <w:tcPr>
            <w:tcW w:w="14060" w:type="dxa"/>
            <w:gridSpan w:val="6"/>
            <w:tcMar>
              <w:top w:w="70" w:type="dxa"/>
              <w:left w:w="90" w:type="dxa"/>
              <w:bottom w:w="70" w:type="dxa"/>
              <w:right w:w="90" w:type="dxa"/>
            </w:tcMar>
            <w:vAlign w:val="center"/>
          </w:tcPr>
          <w:p w14:paraId="537B65FC" w14:textId="77777777" w:rsidR="00623E5F" w:rsidRDefault="00623E5F"/>
          <w:p w14:paraId="400465EA" w14:textId="77777777" w:rsidR="00623E5F" w:rsidRDefault="00000000">
            <w:pPr>
              <w:spacing w:line="245" w:lineRule="auto"/>
            </w:pPr>
            <w:r>
              <w:rPr>
                <w:b/>
                <w:color w:val="000000"/>
                <w:sz w:val="15"/>
              </w:rPr>
              <w:t xml:space="preserve">GIBALNO IZHODIŠČE / MOTIVACIJA: </w:t>
            </w:r>
            <w:r>
              <w:rPr>
                <w:color w:val="000000"/>
                <w:sz w:val="15"/>
              </w:rPr>
              <w:t>lik iz zgodbe potrebuje skupino, ki zna upoštevati znak, pravilo in vlogo; učenci s kratko igro brez izločanja odkrijejo temo »igre nekoč«. Tedenski gibalni izziv: izvede ljudsko igro in ježkov gibalni motiv.</w:t>
            </w:r>
          </w:p>
        </w:tc>
      </w:tr>
      <w:tr w:rsidR="00623E5F" w14:paraId="068A4C8A" w14:textId="77777777">
        <w:trPr>
          <w:cantSplit/>
          <w:jc w:val="center"/>
        </w:trPr>
        <w:tc>
          <w:tcPr>
            <w:tcW w:w="14060" w:type="dxa"/>
            <w:gridSpan w:val="6"/>
            <w:tcMar>
              <w:top w:w="70" w:type="dxa"/>
              <w:left w:w="90" w:type="dxa"/>
              <w:bottom w:w="70" w:type="dxa"/>
              <w:right w:w="90" w:type="dxa"/>
            </w:tcMar>
            <w:vAlign w:val="center"/>
          </w:tcPr>
          <w:p w14:paraId="74501145" w14:textId="77777777" w:rsidR="00623E5F" w:rsidRDefault="00623E5F"/>
          <w:p w14:paraId="3EB37B34" w14:textId="77777777" w:rsidR="00623E5F" w:rsidRDefault="00000000">
            <w:pPr>
              <w:spacing w:line="245" w:lineRule="auto"/>
            </w:pPr>
            <w:r>
              <w:rPr>
                <w:b/>
                <w:color w:val="000000"/>
                <w:sz w:val="15"/>
              </w:rPr>
              <w:t xml:space="preserve">UČNE ENOTE: </w:t>
            </w:r>
            <w:r>
              <w:rPr>
                <w:color w:val="000000"/>
                <w:sz w:val="15"/>
              </w:rPr>
              <w:t>1. ura – Igre nekoč – Ogrejem se in usvojim gib • 2. ura – Igre nekoč – Vadim na postajah • 3. ura – Igre nekoč – Uporabim v igri</w:t>
            </w:r>
          </w:p>
        </w:tc>
      </w:tr>
      <w:tr w:rsidR="00623E5F" w14:paraId="12CDE2CB" w14:textId="77777777">
        <w:trPr>
          <w:cantSplit/>
          <w:jc w:val="center"/>
        </w:trPr>
        <w:tc>
          <w:tcPr>
            <w:tcW w:w="14060" w:type="dxa"/>
            <w:gridSpan w:val="6"/>
            <w:tcMar>
              <w:top w:w="70" w:type="dxa"/>
              <w:left w:w="90" w:type="dxa"/>
              <w:bottom w:w="70" w:type="dxa"/>
              <w:right w:w="90" w:type="dxa"/>
            </w:tcMar>
            <w:vAlign w:val="center"/>
          </w:tcPr>
          <w:p w14:paraId="02A70B06" w14:textId="77777777" w:rsidR="00623E5F" w:rsidRDefault="00623E5F"/>
          <w:p w14:paraId="5D5EA431"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4E2D1330" w14:textId="77777777">
        <w:trPr>
          <w:cantSplit/>
          <w:jc w:val="center"/>
        </w:trPr>
        <w:tc>
          <w:tcPr>
            <w:tcW w:w="14060" w:type="dxa"/>
            <w:gridSpan w:val="6"/>
            <w:tcMar>
              <w:top w:w="70" w:type="dxa"/>
              <w:left w:w="90" w:type="dxa"/>
              <w:bottom w:w="70" w:type="dxa"/>
              <w:right w:w="90" w:type="dxa"/>
            </w:tcMar>
            <w:vAlign w:val="center"/>
          </w:tcPr>
          <w:p w14:paraId="7F823AF1" w14:textId="77777777" w:rsidR="00623E5F" w:rsidRDefault="00623E5F"/>
          <w:p w14:paraId="421C2E68"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6D2B1DD3" w14:textId="77777777">
        <w:trPr>
          <w:cantSplit/>
          <w:jc w:val="center"/>
        </w:trPr>
        <w:tc>
          <w:tcPr>
            <w:tcW w:w="14060" w:type="dxa"/>
            <w:gridSpan w:val="6"/>
            <w:tcMar>
              <w:top w:w="70" w:type="dxa"/>
              <w:left w:w="90" w:type="dxa"/>
              <w:bottom w:w="70" w:type="dxa"/>
              <w:right w:w="90" w:type="dxa"/>
            </w:tcMar>
            <w:vAlign w:val="center"/>
          </w:tcPr>
          <w:p w14:paraId="3245F640" w14:textId="77777777" w:rsidR="00623E5F" w:rsidRDefault="00623E5F"/>
          <w:p w14:paraId="4104B89C"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767A1EA5" w14:textId="77777777">
        <w:trPr>
          <w:cantSplit/>
          <w:jc w:val="center"/>
        </w:trPr>
        <w:tc>
          <w:tcPr>
            <w:tcW w:w="14060" w:type="dxa"/>
            <w:gridSpan w:val="6"/>
            <w:tcMar>
              <w:top w:w="70" w:type="dxa"/>
              <w:left w:w="90" w:type="dxa"/>
              <w:bottom w:w="70" w:type="dxa"/>
              <w:right w:w="90" w:type="dxa"/>
            </w:tcMar>
            <w:vAlign w:val="center"/>
          </w:tcPr>
          <w:p w14:paraId="2A2409BC" w14:textId="77777777" w:rsidR="00623E5F" w:rsidRDefault="00623E5F"/>
          <w:p w14:paraId="4396424B" w14:textId="77777777" w:rsidR="00623E5F" w:rsidRDefault="00000000">
            <w:pPr>
              <w:spacing w:line="245" w:lineRule="auto"/>
            </w:pPr>
            <w:r>
              <w:rPr>
                <w:b/>
                <w:color w:val="000000"/>
                <w:sz w:val="15"/>
              </w:rPr>
              <w:t xml:space="preserve">MEDPREDMETNE POVEZAVE: </w:t>
            </w:r>
            <w:r>
              <w:rPr>
                <w:color w:val="000000"/>
                <w:sz w:val="15"/>
              </w:rPr>
              <w:t>SPO – nekoč in danes, časovno zaporedje in ljudsko izročilo, telo, zdravje, varnost in okolje; SLJ – poslušanje navodila, športno izrazje, kratka razlaga in podporna povratna informacija; MAT – smer, zaporedje, razdalja, merjenje in primerjanje; GUM – ritem, tempo in odziv na zvočni znak.</w:t>
            </w:r>
          </w:p>
        </w:tc>
      </w:tr>
      <w:tr w:rsidR="00623E5F" w14:paraId="76025599" w14:textId="77777777">
        <w:trPr>
          <w:cantSplit/>
          <w:jc w:val="center"/>
        </w:trPr>
        <w:tc>
          <w:tcPr>
            <w:tcW w:w="14060" w:type="dxa"/>
            <w:gridSpan w:val="6"/>
            <w:tcMar>
              <w:top w:w="70" w:type="dxa"/>
              <w:left w:w="90" w:type="dxa"/>
              <w:bottom w:w="70" w:type="dxa"/>
              <w:right w:w="90" w:type="dxa"/>
            </w:tcMar>
            <w:vAlign w:val="center"/>
          </w:tcPr>
          <w:p w14:paraId="45F69342" w14:textId="77777777" w:rsidR="00623E5F" w:rsidRDefault="00623E5F"/>
          <w:p w14:paraId="1F7C136F" w14:textId="77777777" w:rsidR="00623E5F" w:rsidRDefault="00000000">
            <w:pPr>
              <w:spacing w:line="245" w:lineRule="auto"/>
            </w:pPr>
            <w:r>
              <w:rPr>
                <w:b/>
                <w:color w:val="000000"/>
                <w:sz w:val="15"/>
              </w:rPr>
              <w:t xml:space="preserve">UČNA SREDSTVA IN PRIPOMOČKI: </w:t>
            </w:r>
            <w:r>
              <w:rPr>
                <w:color w:val="000000"/>
                <w:sz w:val="15"/>
              </w:rPr>
              <w:t>stožci, rutice, mehke žoge, obroči, vrvi, označevalni trakovi, kartice pravil in vlog; kartice namena in kriterijev; oznake štirih postaj; opazovalni list; semafor napora in mapa dokazov</w:t>
            </w:r>
          </w:p>
        </w:tc>
      </w:tr>
      <w:tr w:rsidR="00623E5F" w14:paraId="605E2697" w14:textId="77777777">
        <w:trPr>
          <w:cantSplit/>
          <w:jc w:val="center"/>
        </w:trPr>
        <w:tc>
          <w:tcPr>
            <w:tcW w:w="14060" w:type="dxa"/>
            <w:gridSpan w:val="6"/>
            <w:tcMar>
              <w:top w:w="70" w:type="dxa"/>
              <w:left w:w="90" w:type="dxa"/>
              <w:bottom w:w="70" w:type="dxa"/>
              <w:right w:w="90" w:type="dxa"/>
            </w:tcMar>
            <w:vAlign w:val="center"/>
          </w:tcPr>
          <w:p w14:paraId="529ACB56" w14:textId="77777777" w:rsidR="00623E5F" w:rsidRDefault="00623E5F"/>
          <w:p w14:paraId="17778CB8"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2067D2C3" w14:textId="77777777">
        <w:trPr>
          <w:cantSplit/>
          <w:jc w:val="center"/>
        </w:trPr>
        <w:tc>
          <w:tcPr>
            <w:tcW w:w="14060" w:type="dxa"/>
            <w:gridSpan w:val="6"/>
            <w:tcMar>
              <w:top w:w="70" w:type="dxa"/>
              <w:left w:w="90" w:type="dxa"/>
              <w:bottom w:w="70" w:type="dxa"/>
              <w:right w:w="90" w:type="dxa"/>
            </w:tcMar>
            <w:vAlign w:val="center"/>
          </w:tcPr>
          <w:p w14:paraId="16FB4E18" w14:textId="77777777" w:rsidR="00623E5F" w:rsidRDefault="00623E5F"/>
          <w:p w14:paraId="41EF9D06"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251FCB0F" w14:textId="77777777">
        <w:trPr>
          <w:cantSplit/>
          <w:jc w:val="center"/>
        </w:trPr>
        <w:tc>
          <w:tcPr>
            <w:tcW w:w="14060" w:type="dxa"/>
            <w:gridSpan w:val="6"/>
            <w:tcMar>
              <w:top w:w="70" w:type="dxa"/>
              <w:left w:w="90" w:type="dxa"/>
              <w:bottom w:w="70" w:type="dxa"/>
              <w:right w:w="90" w:type="dxa"/>
            </w:tcMar>
            <w:vAlign w:val="center"/>
          </w:tcPr>
          <w:p w14:paraId="4A0D45AD" w14:textId="77777777" w:rsidR="00623E5F" w:rsidRDefault="00623E5F"/>
          <w:p w14:paraId="7A36D895"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4FBDCCE6"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7D8AA63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F6A7436"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1F92198" w14:textId="77777777" w:rsidR="00623E5F" w:rsidRDefault="00000000">
            <w:pPr>
              <w:jc w:val="center"/>
            </w:pPr>
            <w:r>
              <w:rPr>
                <w:b/>
                <w:color w:val="000000"/>
                <w:sz w:val="20"/>
              </w:rPr>
              <w:t>UČNE DEJAVNOSTI, METODE IN FORMATIVNO SPREMLJANJE</w:t>
            </w:r>
          </w:p>
        </w:tc>
      </w:tr>
      <w:tr w:rsidR="00623E5F" w14:paraId="56397F0E" w14:textId="77777777">
        <w:trPr>
          <w:tblHeader/>
          <w:jc w:val="center"/>
        </w:trPr>
        <w:tc>
          <w:tcPr>
            <w:tcW w:w="4422" w:type="dxa"/>
            <w:vMerge/>
            <w:tcMar>
              <w:top w:w="70" w:type="dxa"/>
              <w:left w:w="90" w:type="dxa"/>
              <w:bottom w:w="70" w:type="dxa"/>
              <w:right w:w="90" w:type="dxa"/>
            </w:tcMar>
            <w:vAlign w:val="center"/>
          </w:tcPr>
          <w:p w14:paraId="4B17C906" w14:textId="77777777" w:rsidR="00623E5F" w:rsidRDefault="00623E5F"/>
        </w:tc>
        <w:tc>
          <w:tcPr>
            <w:tcW w:w="7087" w:type="dxa"/>
            <w:shd w:val="clear" w:color="auto" w:fill="FFFFFF"/>
            <w:tcMar>
              <w:top w:w="70" w:type="dxa"/>
              <w:left w:w="90" w:type="dxa"/>
              <w:bottom w:w="70" w:type="dxa"/>
              <w:right w:w="90" w:type="dxa"/>
            </w:tcMar>
            <w:vAlign w:val="center"/>
          </w:tcPr>
          <w:p w14:paraId="6A87CFCE"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73C0FDD" w14:textId="77777777" w:rsidR="00623E5F" w:rsidRDefault="00000000">
            <w:pPr>
              <w:jc w:val="center"/>
            </w:pPr>
            <w:r>
              <w:rPr>
                <w:b/>
                <w:color w:val="000000"/>
              </w:rPr>
              <w:t>UČENEC</w:t>
            </w:r>
          </w:p>
        </w:tc>
      </w:tr>
      <w:tr w:rsidR="00623E5F" w14:paraId="6D9656F5" w14:textId="77777777">
        <w:trPr>
          <w:jc w:val="center"/>
        </w:trPr>
        <w:tc>
          <w:tcPr>
            <w:tcW w:w="4422" w:type="dxa"/>
            <w:tcMar>
              <w:top w:w="70" w:type="dxa"/>
              <w:left w:w="90" w:type="dxa"/>
              <w:bottom w:w="70" w:type="dxa"/>
              <w:right w:w="90" w:type="dxa"/>
            </w:tcMar>
          </w:tcPr>
          <w:p w14:paraId="76CC19F8" w14:textId="77777777" w:rsidR="00623E5F" w:rsidRDefault="00623E5F"/>
          <w:p w14:paraId="0F0D2FCA" w14:textId="77777777" w:rsidR="00623E5F" w:rsidRDefault="00000000">
            <w:pPr>
              <w:spacing w:after="60" w:line="245" w:lineRule="auto"/>
            </w:pPr>
            <w:r>
              <w:rPr>
                <w:b/>
                <w:color w:val="000000"/>
              </w:rPr>
              <w:t>UČNI CILJI</w:t>
            </w:r>
          </w:p>
          <w:p w14:paraId="07EF130E" w14:textId="77777777" w:rsidR="00623E5F" w:rsidRDefault="00000000">
            <w:pPr>
              <w:spacing w:after="20" w:line="245" w:lineRule="auto"/>
            </w:pPr>
            <w:r>
              <w:rPr>
                <w:b/>
                <w:color w:val="000000"/>
                <w:sz w:val="17"/>
              </w:rPr>
              <w:t>SPLOŠNI</w:t>
            </w:r>
          </w:p>
          <w:p w14:paraId="79BABC2D"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0BD1FE1E" w14:textId="77777777" w:rsidR="00623E5F" w:rsidRDefault="00000000">
            <w:pPr>
              <w:pStyle w:val="Oznaenseznam"/>
              <w:spacing w:after="16"/>
            </w:pPr>
            <w:r>
              <w:rPr>
                <w:color w:val="000000"/>
                <w:sz w:val="15"/>
              </w:rPr>
              <w:t>varno hodi, teče, skače, meče, pleza, se plazi, lovi, ravnoteži, pleše in uporablja različne rekvizite</w:t>
            </w:r>
          </w:p>
          <w:p w14:paraId="120E6A71" w14:textId="77777777" w:rsidR="00623E5F" w:rsidRDefault="00000000">
            <w:pPr>
              <w:pStyle w:val="Oznaenseznam"/>
              <w:spacing w:after="16"/>
            </w:pPr>
            <w:r>
              <w:rPr>
                <w:color w:val="000000"/>
                <w:sz w:val="15"/>
              </w:rPr>
              <w:t>razume pomen rednega gibanja, ogrevanja, higiene, primerne opreme, počitka in varnega ravnanja</w:t>
            </w:r>
          </w:p>
          <w:p w14:paraId="4E16249A"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42870096" w14:textId="77777777" w:rsidR="00623E5F" w:rsidRDefault="00000000">
            <w:pPr>
              <w:spacing w:before="40" w:after="20" w:line="245" w:lineRule="auto"/>
            </w:pPr>
            <w:r>
              <w:rPr>
                <w:b/>
                <w:color w:val="000000"/>
                <w:sz w:val="17"/>
              </w:rPr>
              <w:t>OPERATIVNI</w:t>
            </w:r>
          </w:p>
          <w:p w14:paraId="502E4FC3" w14:textId="77777777" w:rsidR="00623E5F" w:rsidRDefault="00000000">
            <w:pPr>
              <w:pStyle w:val="Oznaenseznam"/>
              <w:spacing w:after="16"/>
            </w:pPr>
            <w:r>
              <w:rPr>
                <w:color w:val="000000"/>
                <w:sz w:val="15"/>
              </w:rPr>
              <w:t>spozna preprosto ljudsko igro</w:t>
            </w:r>
          </w:p>
          <w:p w14:paraId="1BB6BA71" w14:textId="77777777" w:rsidR="00623E5F" w:rsidRDefault="00000000">
            <w:pPr>
              <w:pStyle w:val="Oznaenseznam"/>
              <w:spacing w:after="16"/>
            </w:pPr>
            <w:r>
              <w:rPr>
                <w:color w:val="000000"/>
                <w:sz w:val="15"/>
              </w:rPr>
              <w:t>upošteva pravila</w:t>
            </w:r>
          </w:p>
          <w:p w14:paraId="4C1B4948" w14:textId="77777777" w:rsidR="00623E5F" w:rsidRDefault="00000000">
            <w:pPr>
              <w:pStyle w:val="Oznaenseznam"/>
              <w:spacing w:after="16"/>
            </w:pPr>
            <w:r>
              <w:rPr>
                <w:color w:val="000000"/>
                <w:sz w:val="15"/>
              </w:rPr>
              <w:t>primerja z današnjo igro</w:t>
            </w:r>
          </w:p>
          <w:p w14:paraId="4DD72CE4" w14:textId="77777777" w:rsidR="00623E5F" w:rsidRDefault="00000000">
            <w:pPr>
              <w:spacing w:before="40" w:after="20" w:line="245" w:lineRule="auto"/>
            </w:pPr>
            <w:r>
              <w:rPr>
                <w:b/>
                <w:color w:val="000000"/>
                <w:sz w:val="17"/>
              </w:rPr>
              <w:t>PRIČAKOVANI DOSEŽKI / MINIMALNI POUDARKI</w:t>
            </w:r>
          </w:p>
          <w:p w14:paraId="52E20995" w14:textId="77777777" w:rsidR="00623E5F" w:rsidRDefault="00000000">
            <w:pPr>
              <w:pStyle w:val="Oznaenseznam"/>
              <w:spacing w:after="16"/>
            </w:pPr>
            <w:r>
              <w:rPr>
                <w:color w:val="000000"/>
                <w:sz w:val="15"/>
              </w:rPr>
              <w:t>učenec samostojno oziroma z dogovorjeno oporo spozna preprosto ljudsko igro</w:t>
            </w:r>
          </w:p>
          <w:p w14:paraId="44968267" w14:textId="77777777" w:rsidR="00623E5F" w:rsidRDefault="00000000">
            <w:pPr>
              <w:pStyle w:val="Oznaenseznam"/>
              <w:spacing w:after="16"/>
            </w:pPr>
            <w:r>
              <w:rPr>
                <w:color w:val="000000"/>
                <w:sz w:val="15"/>
              </w:rPr>
              <w:t>učenec samostojno oziroma z dogovorjeno oporo upošteva pravila</w:t>
            </w:r>
          </w:p>
          <w:p w14:paraId="5D158B1F" w14:textId="77777777" w:rsidR="00623E5F" w:rsidRDefault="00000000">
            <w:pPr>
              <w:pStyle w:val="Oznaenseznam"/>
              <w:spacing w:after="16"/>
            </w:pPr>
            <w:r>
              <w:rPr>
                <w:color w:val="000000"/>
                <w:sz w:val="15"/>
              </w:rPr>
              <w:t>učenec samostojno oziroma z dogovorjeno oporo primerja z današnjo igro</w:t>
            </w:r>
          </w:p>
        </w:tc>
        <w:tc>
          <w:tcPr>
            <w:tcW w:w="7087" w:type="dxa"/>
            <w:tcMar>
              <w:top w:w="70" w:type="dxa"/>
              <w:left w:w="90" w:type="dxa"/>
              <w:bottom w:w="70" w:type="dxa"/>
              <w:right w:w="90" w:type="dxa"/>
            </w:tcMar>
          </w:tcPr>
          <w:p w14:paraId="1E871F12"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7D7412F" w14:textId="77777777">
              <w:trPr>
                <w:jc w:val="center"/>
              </w:trPr>
              <w:tc>
                <w:tcPr>
                  <w:tcW w:w="7087" w:type="dxa"/>
                  <w:shd w:val="clear" w:color="auto" w:fill="C6E7F3"/>
                  <w:tcMar>
                    <w:top w:w="45" w:type="dxa"/>
                    <w:left w:w="70" w:type="dxa"/>
                    <w:bottom w:w="45" w:type="dxa"/>
                    <w:right w:w="70" w:type="dxa"/>
                  </w:tcMar>
                </w:tcPr>
                <w:p w14:paraId="40BFC437" w14:textId="77777777" w:rsidR="00623E5F" w:rsidRDefault="00000000">
                  <w:pPr>
                    <w:keepNext/>
                  </w:pPr>
                  <w:r>
                    <w:rPr>
                      <w:b/>
                      <w:color w:val="000000"/>
                    </w:rPr>
                    <w:t>UVODNI DEL – POČUTJE, GIBALNI NAMIG, PREDZNANJE IN NAMEN UČENJA (7–10 min)</w:t>
                  </w:r>
                </w:p>
              </w:tc>
            </w:tr>
          </w:tbl>
          <w:p w14:paraId="37EC5B53" w14:textId="77777777" w:rsidR="00623E5F" w:rsidRDefault="00623E5F">
            <w:pPr>
              <w:spacing w:line="20" w:lineRule="exact"/>
            </w:pPr>
          </w:p>
          <w:p w14:paraId="01786249" w14:textId="77777777" w:rsidR="00623E5F" w:rsidRDefault="00000000">
            <w:pPr>
              <w:spacing w:before="40" w:after="60" w:line="245" w:lineRule="auto"/>
            </w:pPr>
            <w:r>
              <w:rPr>
                <w:color w:val="000000"/>
                <w:sz w:val="15"/>
              </w:rPr>
              <w:t>Ob književnem motivu »Janček Ježek« – slovenska ljudska pravljica učenci vstopijo v temo nekoč in danes, časovno zaporedje in ljudsko izročilo. Učiteljica pripravi kratek gibalni namig: lik iz zgodbe potrebuje skupino, ki zna upoštevati znak, pravilo in vlogo; učenci s kratko igro brez izločanja odkrijejo temo »igre nekoč«. Tedenski gibalni izziv: izvede ljudsko igro in ježkov gibalni motiv.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1CA33CC0" w14:textId="77777777">
              <w:trPr>
                <w:jc w:val="center"/>
              </w:trPr>
              <w:tc>
                <w:tcPr>
                  <w:tcW w:w="7087" w:type="dxa"/>
                  <w:shd w:val="clear" w:color="auto" w:fill="EDC9EA"/>
                  <w:tcMar>
                    <w:top w:w="45" w:type="dxa"/>
                    <w:left w:w="70" w:type="dxa"/>
                    <w:bottom w:w="45" w:type="dxa"/>
                    <w:right w:w="70" w:type="dxa"/>
                  </w:tcMar>
                </w:tcPr>
                <w:p w14:paraId="025F49EA" w14:textId="77777777" w:rsidR="00623E5F" w:rsidRDefault="00000000">
                  <w:pPr>
                    <w:keepNext/>
                  </w:pPr>
                  <w:r>
                    <w:rPr>
                      <w:b/>
                      <w:color w:val="000000"/>
                    </w:rPr>
                    <w:t>NAMENI UČENJA</w:t>
                  </w:r>
                </w:p>
              </w:tc>
            </w:tr>
          </w:tbl>
          <w:p w14:paraId="3D5E4D34" w14:textId="77777777" w:rsidR="00623E5F" w:rsidRDefault="00623E5F">
            <w:pPr>
              <w:spacing w:line="20" w:lineRule="exact"/>
            </w:pPr>
          </w:p>
          <w:p w14:paraId="65C49EF7"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43134E6F" w14:textId="77777777" w:rsidR="00623E5F" w:rsidRDefault="00000000">
            <w:pPr>
              <w:pStyle w:val="Oznaenseznam"/>
              <w:spacing w:after="16"/>
            </w:pPr>
            <w:r>
              <w:rPr>
                <w:color w:val="000000"/>
                <w:sz w:val="15"/>
              </w:rPr>
              <w:t>spoznam preprosto ljudsko igro</w:t>
            </w:r>
          </w:p>
          <w:p w14:paraId="56B4D6F5" w14:textId="77777777" w:rsidR="00623E5F" w:rsidRDefault="00000000">
            <w:pPr>
              <w:pStyle w:val="Oznaenseznam"/>
              <w:spacing w:after="16"/>
            </w:pPr>
            <w:r>
              <w:rPr>
                <w:color w:val="000000"/>
                <w:sz w:val="15"/>
              </w:rPr>
              <w:t>upoštevam pravila</w:t>
            </w:r>
          </w:p>
          <w:p w14:paraId="72A75EA6" w14:textId="77777777" w:rsidR="00623E5F" w:rsidRDefault="00000000">
            <w:pPr>
              <w:pStyle w:val="Oznaenseznam"/>
              <w:spacing w:after="16"/>
            </w:pPr>
            <w:r>
              <w:rPr>
                <w:color w:val="000000"/>
                <w:sz w:val="15"/>
              </w:rPr>
              <w:t>primerjam z današnjo igro</w:t>
            </w:r>
          </w:p>
          <w:tbl>
            <w:tblPr>
              <w:tblStyle w:val="Tabelamrea"/>
              <w:tblW w:w="0" w:type="auto"/>
              <w:jc w:val="center"/>
              <w:tblLayout w:type="fixed"/>
              <w:tblLook w:val="04A0" w:firstRow="1" w:lastRow="0" w:firstColumn="1" w:lastColumn="0" w:noHBand="0" w:noVBand="1"/>
            </w:tblPr>
            <w:tblGrid>
              <w:gridCol w:w="7087"/>
            </w:tblGrid>
            <w:tr w:rsidR="00623E5F" w14:paraId="4F983379" w14:textId="77777777">
              <w:trPr>
                <w:jc w:val="center"/>
              </w:trPr>
              <w:tc>
                <w:tcPr>
                  <w:tcW w:w="7087" w:type="dxa"/>
                  <w:shd w:val="clear" w:color="auto" w:fill="EDC9EA"/>
                  <w:tcMar>
                    <w:top w:w="45" w:type="dxa"/>
                    <w:left w:w="70" w:type="dxa"/>
                    <w:bottom w:w="45" w:type="dxa"/>
                    <w:right w:w="70" w:type="dxa"/>
                  </w:tcMar>
                </w:tcPr>
                <w:p w14:paraId="19E70ADB" w14:textId="77777777" w:rsidR="00623E5F" w:rsidRDefault="00000000">
                  <w:pPr>
                    <w:keepNext/>
                  </w:pPr>
                  <w:r>
                    <w:rPr>
                      <w:b/>
                      <w:color w:val="000000"/>
                    </w:rPr>
                    <w:t>PREVERJANJE PREDZNANJA</w:t>
                  </w:r>
                </w:p>
              </w:tc>
            </w:tr>
          </w:tbl>
          <w:p w14:paraId="1CFB807A" w14:textId="77777777" w:rsidR="00623E5F" w:rsidRDefault="00623E5F">
            <w:pPr>
              <w:spacing w:line="20" w:lineRule="exact"/>
            </w:pPr>
          </w:p>
          <w:p w14:paraId="777C81CA" w14:textId="77777777" w:rsidR="00623E5F" w:rsidRDefault="00000000">
            <w:pPr>
              <w:pStyle w:val="Oznaenseznam"/>
              <w:spacing w:after="16"/>
            </w:pPr>
            <w:r>
              <w:rPr>
                <w:color w:val="000000"/>
                <w:sz w:val="15"/>
              </w:rPr>
              <w:t>Kaj moje telo in prostor že znata pokazati pri temi »IGRE NEKOČ«?</w:t>
            </w:r>
          </w:p>
          <w:p w14:paraId="7E8C086F" w14:textId="77777777" w:rsidR="00623E5F" w:rsidRDefault="00000000">
            <w:pPr>
              <w:pStyle w:val="Oznaenseznam"/>
              <w:spacing w:after="16"/>
            </w:pPr>
            <w:r>
              <w:rPr>
                <w:color w:val="000000"/>
                <w:sz w:val="15"/>
              </w:rPr>
              <w:t>Katero varnostno pravilo, gibalni korak ali strategijo že obvladam in kaj bi najprej preizkusil/-a?</w:t>
            </w:r>
          </w:p>
          <w:p w14:paraId="5D2C7372"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3117756B" w14:textId="77777777">
              <w:trPr>
                <w:jc w:val="center"/>
              </w:trPr>
              <w:tc>
                <w:tcPr>
                  <w:tcW w:w="7087" w:type="dxa"/>
                  <w:shd w:val="clear" w:color="auto" w:fill="EDC9EA"/>
                  <w:tcMar>
                    <w:top w:w="45" w:type="dxa"/>
                    <w:left w:w="70" w:type="dxa"/>
                    <w:bottom w:w="45" w:type="dxa"/>
                    <w:right w:w="70" w:type="dxa"/>
                  </w:tcMar>
                </w:tcPr>
                <w:p w14:paraId="0D55D6A0" w14:textId="77777777" w:rsidR="00623E5F" w:rsidRDefault="00000000">
                  <w:pPr>
                    <w:keepNext/>
                  </w:pPr>
                  <w:r>
                    <w:rPr>
                      <w:b/>
                      <w:color w:val="000000"/>
                    </w:rPr>
                    <w:t>KRITERIJI USPEŠNOSTI</w:t>
                  </w:r>
                </w:p>
              </w:tc>
            </w:tr>
          </w:tbl>
          <w:p w14:paraId="6C0053AC" w14:textId="77777777" w:rsidR="00623E5F" w:rsidRDefault="00623E5F"/>
          <w:p w14:paraId="6396EA77" w14:textId="77777777" w:rsidR="00623E5F" w:rsidRDefault="00000000">
            <w:pPr>
              <w:spacing w:before="20" w:after="20" w:line="245" w:lineRule="auto"/>
            </w:pPr>
            <w:r>
              <w:rPr>
                <w:b/>
                <w:color w:val="000000"/>
                <w:sz w:val="16"/>
              </w:rPr>
              <w:t>Uspešen/-na bom, ko:</w:t>
            </w:r>
          </w:p>
          <w:p w14:paraId="2FADB02C" w14:textId="77777777" w:rsidR="00623E5F" w:rsidRDefault="00000000">
            <w:pPr>
              <w:pStyle w:val="Oznaenseznam"/>
              <w:spacing w:after="16"/>
            </w:pPr>
            <w:r>
              <w:rPr>
                <w:color w:val="000000"/>
                <w:sz w:val="15"/>
              </w:rPr>
              <w:t>spoznam preprosto ljudsko igro</w:t>
            </w:r>
          </w:p>
          <w:p w14:paraId="354C52C4" w14:textId="77777777" w:rsidR="00623E5F" w:rsidRDefault="00000000">
            <w:pPr>
              <w:pStyle w:val="Oznaenseznam"/>
              <w:spacing w:after="16"/>
            </w:pPr>
            <w:r>
              <w:rPr>
                <w:color w:val="000000"/>
                <w:sz w:val="15"/>
              </w:rPr>
              <w:t>upoštevam pravila</w:t>
            </w:r>
          </w:p>
          <w:p w14:paraId="4C0FE751" w14:textId="77777777" w:rsidR="00623E5F" w:rsidRDefault="00000000">
            <w:pPr>
              <w:pStyle w:val="Oznaenseznam"/>
              <w:spacing w:after="16"/>
            </w:pPr>
            <w:r>
              <w:rPr>
                <w:color w:val="000000"/>
                <w:sz w:val="15"/>
              </w:rPr>
              <w:t>primerjam z današnjo igro</w:t>
            </w:r>
          </w:p>
          <w:p w14:paraId="1929FE85" w14:textId="77777777" w:rsidR="00623E5F" w:rsidRDefault="00000000">
            <w:pPr>
              <w:pStyle w:val="Oznaenseznam"/>
              <w:spacing w:after="16"/>
            </w:pPr>
            <w:r>
              <w:rPr>
                <w:color w:val="000000"/>
                <w:sz w:val="15"/>
              </w:rPr>
              <w:t>pred začetkom preverim prostor in opremo, ohranjam razdaljo ter se na znak varno ustavim</w:t>
            </w:r>
          </w:p>
          <w:p w14:paraId="7B1603F6"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16A2F7CB" w14:textId="77777777" w:rsidR="00623E5F" w:rsidRDefault="00623E5F"/>
          <w:p w14:paraId="0508F14E"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431DE68C"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6D225EF3" w14:textId="77777777" w:rsidR="00623E5F" w:rsidRDefault="00000000">
            <w:pPr>
              <w:spacing w:after="100" w:line="245" w:lineRule="auto"/>
            </w:pPr>
            <w:r>
              <w:rPr>
                <w:color w:val="000000"/>
                <w:sz w:val="15"/>
              </w:rPr>
              <w:t>Sodeluje pri razumevanju namena, vidnih meril, varnostnih pravil, prehodov in načina dokazovanja.</w:t>
            </w:r>
          </w:p>
          <w:p w14:paraId="5AA1852A" w14:textId="77777777" w:rsidR="00623E5F" w:rsidRDefault="00000000">
            <w:pPr>
              <w:spacing w:after="20" w:line="245" w:lineRule="auto"/>
            </w:pPr>
            <w:r>
              <w:rPr>
                <w:b/>
                <w:color w:val="D95BC6"/>
                <w:sz w:val="17"/>
              </w:rPr>
              <w:t>DOKAZ O UČENJU</w:t>
            </w:r>
          </w:p>
          <w:p w14:paraId="017E83E3"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3B92D76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A49D9F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5DC304"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70F1FF6" w14:textId="77777777" w:rsidR="00623E5F" w:rsidRDefault="00000000">
            <w:pPr>
              <w:jc w:val="center"/>
            </w:pPr>
            <w:r>
              <w:rPr>
                <w:b/>
                <w:color w:val="000000"/>
                <w:sz w:val="20"/>
              </w:rPr>
              <w:t>UČNE DEJAVNOSTI, METODE IN FORMATIVNO SPREMLJANJE</w:t>
            </w:r>
          </w:p>
        </w:tc>
      </w:tr>
      <w:tr w:rsidR="00623E5F" w14:paraId="015B264E" w14:textId="77777777">
        <w:trPr>
          <w:tblHeader/>
          <w:jc w:val="center"/>
        </w:trPr>
        <w:tc>
          <w:tcPr>
            <w:tcW w:w="4422" w:type="dxa"/>
            <w:vMerge/>
            <w:tcMar>
              <w:top w:w="70" w:type="dxa"/>
              <w:left w:w="90" w:type="dxa"/>
              <w:bottom w:w="70" w:type="dxa"/>
              <w:right w:w="90" w:type="dxa"/>
            </w:tcMar>
            <w:vAlign w:val="center"/>
          </w:tcPr>
          <w:p w14:paraId="4E3C8C89" w14:textId="77777777" w:rsidR="00623E5F" w:rsidRDefault="00623E5F"/>
        </w:tc>
        <w:tc>
          <w:tcPr>
            <w:tcW w:w="7087" w:type="dxa"/>
            <w:shd w:val="clear" w:color="auto" w:fill="FFFFFF"/>
            <w:tcMar>
              <w:top w:w="70" w:type="dxa"/>
              <w:left w:w="90" w:type="dxa"/>
              <w:bottom w:w="70" w:type="dxa"/>
              <w:right w:w="90" w:type="dxa"/>
            </w:tcMar>
            <w:vAlign w:val="center"/>
          </w:tcPr>
          <w:p w14:paraId="03E84482"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098CF73" w14:textId="77777777" w:rsidR="00623E5F" w:rsidRDefault="00000000">
            <w:pPr>
              <w:jc w:val="center"/>
            </w:pPr>
            <w:r>
              <w:rPr>
                <w:b/>
                <w:color w:val="000000"/>
              </w:rPr>
              <w:t>UČENEC</w:t>
            </w:r>
          </w:p>
        </w:tc>
      </w:tr>
      <w:tr w:rsidR="00623E5F" w14:paraId="37DAC79D" w14:textId="77777777">
        <w:trPr>
          <w:jc w:val="center"/>
        </w:trPr>
        <w:tc>
          <w:tcPr>
            <w:tcW w:w="4422" w:type="dxa"/>
            <w:tcMar>
              <w:top w:w="70" w:type="dxa"/>
              <w:left w:w="90" w:type="dxa"/>
              <w:bottom w:w="70" w:type="dxa"/>
              <w:right w:w="90" w:type="dxa"/>
            </w:tcMar>
          </w:tcPr>
          <w:p w14:paraId="20D9224E" w14:textId="77777777" w:rsidR="00623E5F" w:rsidRDefault="00623E5F"/>
          <w:p w14:paraId="4505D081" w14:textId="77777777" w:rsidR="00623E5F" w:rsidRDefault="00000000">
            <w:pPr>
              <w:spacing w:after="40" w:line="245" w:lineRule="auto"/>
            </w:pPr>
            <w:r>
              <w:rPr>
                <w:b/>
                <w:color w:val="000000"/>
                <w:sz w:val="17"/>
              </w:rPr>
              <w:t>KLJUČNI ŠPORTNI IN GIBALNI POJMI</w:t>
            </w:r>
          </w:p>
          <w:p w14:paraId="0B1CBEF8"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znak, vloga, lovljenje, umik, prostor, dogovor, igra brez izločanja</w:t>
            </w:r>
          </w:p>
          <w:p w14:paraId="68D6E0A5" w14:textId="77777777" w:rsidR="00623E5F" w:rsidRDefault="00000000">
            <w:pPr>
              <w:spacing w:after="20" w:line="245" w:lineRule="auto"/>
            </w:pPr>
            <w:r>
              <w:rPr>
                <w:b/>
                <w:color w:val="000000"/>
                <w:sz w:val="17"/>
              </w:rPr>
              <w:t>DOKAZI O UČENJU</w:t>
            </w:r>
          </w:p>
          <w:p w14:paraId="16750EC2" w14:textId="77777777" w:rsidR="00623E5F" w:rsidRDefault="00000000">
            <w:pPr>
              <w:pStyle w:val="Oznaenseznam"/>
              <w:spacing w:after="7"/>
            </w:pPr>
            <w:r>
              <w:rPr>
                <w:color w:val="000000"/>
                <w:sz w:val="14"/>
              </w:rPr>
              <w:t>varen odziv na znak, začetni poskus prvine in ustno varnostno pravilo.</w:t>
            </w:r>
          </w:p>
          <w:p w14:paraId="23C3E2C6" w14:textId="77777777" w:rsidR="00623E5F" w:rsidRDefault="00000000">
            <w:pPr>
              <w:pStyle w:val="Oznaenseznam"/>
              <w:spacing w:after="7"/>
            </w:pPr>
            <w:r>
              <w:rPr>
                <w:color w:val="000000"/>
                <w:sz w:val="14"/>
              </w:rPr>
              <w:t>opazovalna kartica, izvedba na izbrani ravni in učiteljev zapis o napredku.</w:t>
            </w:r>
          </w:p>
          <w:p w14:paraId="2CDF858C" w14:textId="77777777" w:rsidR="00623E5F" w:rsidRDefault="00000000">
            <w:pPr>
              <w:pStyle w:val="Oznaenseznam"/>
              <w:spacing w:after="7"/>
            </w:pPr>
            <w:r>
              <w:rPr>
                <w:color w:val="000000"/>
                <w:sz w:val="14"/>
              </w:rPr>
              <w:t>uporaba prvine v igri, sodelovanje, upoštevanje pravil in osebno samovrednotenje.</w:t>
            </w:r>
          </w:p>
          <w:p w14:paraId="16130781" w14:textId="77777777" w:rsidR="00623E5F" w:rsidRDefault="00000000">
            <w:pPr>
              <w:spacing w:before="40" w:after="20" w:line="245" w:lineRule="auto"/>
            </w:pPr>
            <w:r>
              <w:rPr>
                <w:b/>
                <w:color w:val="000000"/>
                <w:sz w:val="16"/>
              </w:rPr>
              <w:t>GIBALNO DOŽIVETJE IN IZKUŠENJSKI POUK</w:t>
            </w:r>
          </w:p>
          <w:p w14:paraId="7313A9D1"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54669B7B" w14:textId="77777777" w:rsidR="00623E5F" w:rsidRDefault="00000000">
            <w:pPr>
              <w:spacing w:after="20" w:line="245" w:lineRule="auto"/>
            </w:pPr>
            <w:r>
              <w:rPr>
                <w:b/>
                <w:color w:val="000000"/>
                <w:sz w:val="16"/>
              </w:rPr>
              <w:t>POUČEVANJE V GIBANJU</w:t>
            </w:r>
          </w:p>
          <w:p w14:paraId="7F678E87"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42D3D0DF" w14:textId="77777777" w:rsidR="00623E5F" w:rsidRDefault="00000000">
            <w:pPr>
              <w:spacing w:after="20" w:line="245" w:lineRule="auto"/>
            </w:pPr>
            <w:r>
              <w:rPr>
                <w:b/>
                <w:color w:val="000000"/>
                <w:sz w:val="16"/>
              </w:rPr>
              <w:t>DELO PO ŠTIRIH POSTAJAH</w:t>
            </w:r>
          </w:p>
          <w:p w14:paraId="5300D05B"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614608A0" w14:textId="77777777" w:rsidR="00623E5F" w:rsidRDefault="00000000">
            <w:pPr>
              <w:spacing w:after="7" w:line="245" w:lineRule="auto"/>
            </w:pPr>
            <w:r>
              <w:rPr>
                <w:color w:val="000000"/>
                <w:sz w:val="14"/>
              </w:rPr>
              <w:t>1. Odzivna: na dogovorjen vidni ali zvočni znak spremenim smer, hitrost, vlogo ali način gibanja.</w:t>
            </w:r>
          </w:p>
          <w:p w14:paraId="56C5CC99" w14:textId="77777777" w:rsidR="00623E5F" w:rsidRDefault="00000000">
            <w:pPr>
              <w:spacing w:after="7" w:line="245" w:lineRule="auto"/>
            </w:pPr>
            <w:r>
              <w:rPr>
                <w:color w:val="000000"/>
                <w:sz w:val="14"/>
              </w:rPr>
              <w:t>2. Sodelovalna: v paru ali trojici rešim nalogo, pri kateri »spoznam preprosto ljudsko igro« in ohranim osebni prostor.</w:t>
            </w:r>
          </w:p>
          <w:p w14:paraId="7D46E7B0" w14:textId="77777777" w:rsidR="00623E5F" w:rsidRDefault="00000000">
            <w:pPr>
              <w:spacing w:after="7" w:line="245" w:lineRule="auto"/>
            </w:pPr>
            <w:r>
              <w:rPr>
                <w:color w:val="000000"/>
                <w:sz w:val="14"/>
              </w:rPr>
              <w:t>3. Pravilna: s slikovnimi karticami sestavim pravilo, ga pokažem v kratki igri in po potrebi izboljšam.</w:t>
            </w:r>
          </w:p>
          <w:p w14:paraId="24335089" w14:textId="77777777" w:rsidR="00623E5F" w:rsidRDefault="00000000">
            <w:pPr>
              <w:spacing w:after="7" w:line="245" w:lineRule="auto"/>
            </w:pPr>
            <w:r>
              <w:rPr>
                <w:color w:val="000000"/>
                <w:sz w:val="14"/>
              </w:rPr>
              <w:t>4. Igra brez izločanja: vsi ostajamo dejavni, menjamo vloge in preverimo, kako »primerjam z današnjo igro«.</w:t>
            </w:r>
          </w:p>
          <w:p w14:paraId="5FA56C83" w14:textId="77777777" w:rsidR="00623E5F" w:rsidRDefault="00000000">
            <w:pPr>
              <w:spacing w:after="20" w:line="245" w:lineRule="auto"/>
            </w:pPr>
            <w:r>
              <w:rPr>
                <w:b/>
                <w:color w:val="000000"/>
                <w:sz w:val="16"/>
              </w:rPr>
              <w:t>DIFERENCIACIJA IN VKLJUČEVANJE</w:t>
            </w:r>
          </w:p>
          <w:p w14:paraId="6840C823"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184ACBCC" w14:textId="77777777" w:rsidR="00623E5F" w:rsidRDefault="00000000">
            <w:pPr>
              <w:spacing w:after="20" w:line="245" w:lineRule="auto"/>
            </w:pPr>
            <w:r>
              <w:rPr>
                <w:b/>
                <w:color w:val="000000"/>
                <w:sz w:val="16"/>
              </w:rPr>
              <w:t>SPREMLJANJE</w:t>
            </w:r>
          </w:p>
          <w:p w14:paraId="087905DD"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25E29DF8"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3D2D5FB" w14:textId="77777777">
              <w:trPr>
                <w:jc w:val="center"/>
              </w:trPr>
              <w:tc>
                <w:tcPr>
                  <w:tcW w:w="7087" w:type="dxa"/>
                  <w:shd w:val="clear" w:color="auto" w:fill="C6E7F3"/>
                  <w:tcMar>
                    <w:top w:w="45" w:type="dxa"/>
                    <w:left w:w="70" w:type="dxa"/>
                    <w:bottom w:w="45" w:type="dxa"/>
                    <w:right w:w="70" w:type="dxa"/>
                  </w:tcMar>
                </w:tcPr>
                <w:p w14:paraId="01D2ECCB" w14:textId="77777777" w:rsidR="00623E5F" w:rsidRDefault="00000000">
                  <w:pPr>
                    <w:keepNext/>
                  </w:pPr>
                  <w:r>
                    <w:rPr>
                      <w:b/>
                      <w:color w:val="000000"/>
                      <w:sz w:val="16"/>
                    </w:rPr>
                    <w:t>GLAVNI DEL – GIBALNI IZZIV, VADBA NA ŠTIRIH POSTAJAH IN IGRA (3 šolske ure)</w:t>
                  </w:r>
                </w:p>
              </w:tc>
            </w:tr>
          </w:tbl>
          <w:p w14:paraId="1A67B470" w14:textId="77777777" w:rsidR="00623E5F" w:rsidRDefault="00623E5F">
            <w:pPr>
              <w:spacing w:line="20" w:lineRule="exact"/>
            </w:pPr>
          </w:p>
          <w:p w14:paraId="1781E449" w14:textId="77777777" w:rsidR="00623E5F" w:rsidRDefault="00000000">
            <w:pPr>
              <w:keepNext/>
              <w:spacing w:before="16" w:after="6" w:line="245" w:lineRule="auto"/>
            </w:pPr>
            <w:r>
              <w:rPr>
                <w:b/>
                <w:color w:val="000000"/>
                <w:sz w:val="15"/>
              </w:rPr>
              <w:t>1. URA – Igre nekoč – Ogrejem se in usvojim gib</w:t>
            </w:r>
          </w:p>
          <w:p w14:paraId="6D1F95D0"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»Janček Ježek« – slovenska ljudska pravljica. Osrednji del 30': 32' – Preveri prostor in opremo, predstavi varnostni znak ter skozi gibalno zgodbo modelira ključno prvino po korakih.</w:t>
            </w:r>
          </w:p>
          <w:p w14:paraId="6FC34FD6"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32DAA793" w14:textId="77777777" w:rsidR="00623E5F" w:rsidRDefault="00000000">
            <w:pPr>
              <w:spacing w:after="15" w:line="245" w:lineRule="auto"/>
            </w:pPr>
            <w:r>
              <w:rPr>
                <w:i/>
                <w:color w:val="D95BC6"/>
                <w:sz w:val="14"/>
              </w:rPr>
              <w:t>Predvideni dokaz: varen odziv na znak, začetni poskus prvine in ustno varnostno pravilo..</w:t>
            </w:r>
          </w:p>
          <w:p w14:paraId="095B7C5C" w14:textId="77777777" w:rsidR="00623E5F" w:rsidRDefault="00000000">
            <w:pPr>
              <w:keepNext/>
              <w:spacing w:before="16" w:after="6" w:line="245" w:lineRule="auto"/>
            </w:pPr>
            <w:r>
              <w:rPr>
                <w:b/>
                <w:color w:val="000000"/>
                <w:sz w:val="15"/>
              </w:rPr>
              <w:t>2. URA – Igre nekoč – Vadim na postajah</w:t>
            </w:r>
          </w:p>
          <w:p w14:paraId="15BE939E"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»Janček Ježek« – slovenska ljudska pravljica. Osrednji del 30': 32' – Pripravi 4–6 postaj z enosmernimi prehodi, pokaže tri ravni izziva in opazovalcu dodeli en jasen kriterij.</w:t>
            </w:r>
          </w:p>
          <w:p w14:paraId="4B31BEBC"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4E6EFDD3" w14:textId="77777777" w:rsidR="00623E5F" w:rsidRDefault="00000000">
            <w:pPr>
              <w:spacing w:after="15" w:line="245" w:lineRule="auto"/>
            </w:pPr>
            <w:r>
              <w:rPr>
                <w:i/>
                <w:color w:val="D95BC6"/>
                <w:sz w:val="14"/>
              </w:rPr>
              <w:t>Predvideni dokaz: opazovalna kartica, izvedba na izbrani ravni in učiteljev zapis o napredku..</w:t>
            </w:r>
          </w:p>
          <w:p w14:paraId="130C6517" w14:textId="77777777" w:rsidR="00623E5F" w:rsidRDefault="00000000">
            <w:pPr>
              <w:keepNext/>
              <w:spacing w:before="16" w:after="6" w:line="245" w:lineRule="auto"/>
            </w:pPr>
            <w:r>
              <w:rPr>
                <w:b/>
                <w:color w:val="000000"/>
                <w:sz w:val="15"/>
              </w:rPr>
              <w:t>3. URA – Igre nekoč – Uporabim v igri</w:t>
            </w:r>
          </w:p>
          <w:p w14:paraId="5D8EEA3C"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»Janček Ježek« – slovenska ljudska pravljica. Osrednji del 30': 32' – Organizira vključujočo igro ali izziv brez izločanja, spremlja varnost, pošteno igro in uporabo naučene prvine.</w:t>
            </w:r>
          </w:p>
          <w:p w14:paraId="4EBCF98E"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42BE9CCB"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6C3B4A29" w14:textId="77777777">
              <w:trPr>
                <w:jc w:val="center"/>
              </w:trPr>
              <w:tc>
                <w:tcPr>
                  <w:tcW w:w="7087" w:type="dxa"/>
                  <w:shd w:val="clear" w:color="auto" w:fill="EDC9EA"/>
                  <w:tcMar>
                    <w:top w:w="45" w:type="dxa"/>
                    <w:left w:w="70" w:type="dxa"/>
                    <w:bottom w:w="45" w:type="dxa"/>
                    <w:right w:w="70" w:type="dxa"/>
                  </w:tcMar>
                </w:tcPr>
                <w:p w14:paraId="2591FA47" w14:textId="77777777" w:rsidR="00623E5F" w:rsidRDefault="00000000">
                  <w:pPr>
                    <w:keepNext/>
                  </w:pPr>
                  <w:r>
                    <w:rPr>
                      <w:b/>
                      <w:color w:val="000000"/>
                      <w:sz w:val="16"/>
                    </w:rPr>
                    <w:t>ORGANIZACIJA POSTAJ, PREHODOV IN AKTIVNEGA ČASA</w:t>
                  </w:r>
                </w:p>
              </w:tc>
            </w:tr>
          </w:tbl>
          <w:p w14:paraId="3998F4F7" w14:textId="77777777" w:rsidR="00623E5F" w:rsidRDefault="00623E5F"/>
          <w:p w14:paraId="3BFA7B20" w14:textId="77777777" w:rsidR="00623E5F" w:rsidRDefault="00000000">
            <w:pPr>
              <w:spacing w:before="5" w:after="6" w:line="245" w:lineRule="auto"/>
            </w:pPr>
            <w:r>
              <w:rPr>
                <w:color w:val="000000"/>
                <w:sz w:val="14"/>
              </w:rPr>
              <w:t>Postaja 1: Odzivna: na dogovorjen vidni ali zvočni znak spremenim smer, hitrost, vlogo ali način gibanja.</w:t>
            </w:r>
          </w:p>
          <w:p w14:paraId="13525AD6" w14:textId="77777777" w:rsidR="00623E5F" w:rsidRDefault="00000000">
            <w:pPr>
              <w:spacing w:before="5" w:after="6" w:line="245" w:lineRule="auto"/>
            </w:pPr>
            <w:r>
              <w:rPr>
                <w:color w:val="000000"/>
                <w:sz w:val="14"/>
              </w:rPr>
              <w:t>Postaja 2: Sodelovalna: v paru ali trojici rešim nalogo, pri kateri »spoznam preprosto ljudsko igro« in ohranim osebni prostor.</w:t>
            </w:r>
          </w:p>
          <w:p w14:paraId="59737FE9" w14:textId="77777777" w:rsidR="00623E5F" w:rsidRDefault="00000000">
            <w:pPr>
              <w:spacing w:before="5" w:after="6" w:line="245" w:lineRule="auto"/>
            </w:pPr>
            <w:r>
              <w:rPr>
                <w:color w:val="000000"/>
                <w:sz w:val="14"/>
              </w:rPr>
              <w:t>Postaja 3: Pravilna: s slikovnimi karticami sestavim pravilo, ga pokažem v kratki igri in po potrebi izboljšam.</w:t>
            </w:r>
          </w:p>
          <w:p w14:paraId="3EFEE204" w14:textId="77777777" w:rsidR="00623E5F" w:rsidRDefault="00000000">
            <w:pPr>
              <w:spacing w:before="5" w:after="6" w:line="245" w:lineRule="auto"/>
            </w:pPr>
            <w:r>
              <w:rPr>
                <w:color w:val="000000"/>
                <w:sz w:val="14"/>
              </w:rPr>
              <w:t>Postaja 4: Igra brez izločanja: vsi ostajamo dejavni, menjamo vloge in preverimo, kako »primerjam z današnjo igro«.</w:t>
            </w:r>
          </w:p>
          <w:p w14:paraId="53317B29"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2C4EA737" w14:textId="77777777" w:rsidR="00623E5F" w:rsidRDefault="00623E5F"/>
          <w:p w14:paraId="6071C238" w14:textId="77777777" w:rsidR="00623E5F" w:rsidRDefault="00000000">
            <w:pPr>
              <w:spacing w:after="5" w:line="245" w:lineRule="auto"/>
            </w:pPr>
            <w:r>
              <w:rPr>
                <w:b/>
                <w:color w:val="000000"/>
                <w:sz w:val="15"/>
              </w:rPr>
              <w:t>1. URA – Igre nekoč – Ogrejem se in usvojim gib</w:t>
            </w:r>
          </w:p>
          <w:p w14:paraId="0734C500"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0E763EA2" w14:textId="77777777" w:rsidR="00623E5F" w:rsidRDefault="00000000">
            <w:pPr>
              <w:spacing w:after="14" w:line="245" w:lineRule="auto"/>
            </w:pPr>
            <w:r>
              <w:rPr>
                <w:color w:val="D95BC6"/>
                <w:sz w:val="13"/>
              </w:rPr>
              <w:t>Dokaz: varen odziv na znak, začetni poskus prvine in ustno varnostno pravilo.</w:t>
            </w:r>
          </w:p>
          <w:p w14:paraId="694D9814" w14:textId="77777777" w:rsidR="00623E5F" w:rsidRDefault="00000000">
            <w:pPr>
              <w:spacing w:after="5" w:line="245" w:lineRule="auto"/>
            </w:pPr>
            <w:r>
              <w:rPr>
                <w:b/>
                <w:color w:val="000000"/>
                <w:sz w:val="15"/>
              </w:rPr>
              <w:t>2. URA – Igre nekoč – Vadim na postajah</w:t>
            </w:r>
          </w:p>
          <w:p w14:paraId="60D01F31"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2B49722B" w14:textId="77777777" w:rsidR="00623E5F" w:rsidRDefault="00000000">
            <w:pPr>
              <w:spacing w:after="14" w:line="245" w:lineRule="auto"/>
            </w:pPr>
            <w:r>
              <w:rPr>
                <w:color w:val="D95BC6"/>
                <w:sz w:val="13"/>
              </w:rPr>
              <w:t>Dokaz: opazovalna kartica, izvedba na izbrani ravni in učiteljev zapis o napredku.</w:t>
            </w:r>
          </w:p>
          <w:p w14:paraId="3BADAD85" w14:textId="77777777" w:rsidR="00623E5F" w:rsidRDefault="00000000">
            <w:pPr>
              <w:spacing w:after="5" w:line="245" w:lineRule="auto"/>
            </w:pPr>
            <w:r>
              <w:rPr>
                <w:b/>
                <w:color w:val="000000"/>
                <w:sz w:val="15"/>
              </w:rPr>
              <w:t>3. URA – Igre nekoč – Uporabim v igri</w:t>
            </w:r>
          </w:p>
          <w:p w14:paraId="10E68F40"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8124C1C" w14:textId="77777777" w:rsidR="00623E5F" w:rsidRDefault="00000000">
            <w:pPr>
              <w:spacing w:after="14" w:line="245" w:lineRule="auto"/>
            </w:pPr>
            <w:r>
              <w:rPr>
                <w:color w:val="D95BC6"/>
                <w:sz w:val="13"/>
              </w:rPr>
              <w:t>Dokaz: uporaba prvine v igri, sodelovanje, upoštevanje pravil in osebno.</w:t>
            </w:r>
          </w:p>
          <w:p w14:paraId="70FEC169" w14:textId="77777777" w:rsidR="00623E5F" w:rsidRDefault="00000000">
            <w:pPr>
              <w:spacing w:before="30" w:after="14" w:line="245" w:lineRule="auto"/>
            </w:pPr>
            <w:r>
              <w:rPr>
                <w:b/>
                <w:color w:val="D95BC6"/>
                <w:sz w:val="16"/>
              </w:rPr>
              <w:t>MOJ KROG POSTAJ</w:t>
            </w:r>
          </w:p>
          <w:p w14:paraId="784EC111" w14:textId="77777777" w:rsidR="00623E5F" w:rsidRDefault="00000000">
            <w:pPr>
              <w:spacing w:after="8" w:line="245" w:lineRule="auto"/>
            </w:pPr>
            <w:r>
              <w:rPr>
                <w:color w:val="000000"/>
                <w:sz w:val="13"/>
              </w:rPr>
              <w:t>1. Odzivna: na dogovorjen vidni ali zvočni znak spremenim smer, hitrost.</w:t>
            </w:r>
          </w:p>
          <w:p w14:paraId="0051A6FC" w14:textId="77777777" w:rsidR="00623E5F" w:rsidRDefault="00000000">
            <w:pPr>
              <w:spacing w:after="8" w:line="245" w:lineRule="auto"/>
            </w:pPr>
            <w:r>
              <w:rPr>
                <w:color w:val="000000"/>
                <w:sz w:val="13"/>
              </w:rPr>
              <w:t>2. Sodelovalna: v paru ali trojici rešim nalogo, pri kateri »spoznam preprosto.</w:t>
            </w:r>
          </w:p>
          <w:p w14:paraId="577FC41F" w14:textId="77777777" w:rsidR="00623E5F" w:rsidRDefault="00000000">
            <w:pPr>
              <w:spacing w:after="8" w:line="245" w:lineRule="auto"/>
            </w:pPr>
            <w:r>
              <w:rPr>
                <w:color w:val="000000"/>
                <w:sz w:val="13"/>
              </w:rPr>
              <w:t>3. Pravilna: s slikovnimi karticami sestavim pravilo.</w:t>
            </w:r>
          </w:p>
          <w:p w14:paraId="5B93CA67" w14:textId="77777777" w:rsidR="00623E5F" w:rsidRDefault="00000000">
            <w:pPr>
              <w:spacing w:after="8" w:line="245" w:lineRule="auto"/>
            </w:pPr>
            <w:r>
              <w:rPr>
                <w:color w:val="000000"/>
                <w:sz w:val="13"/>
              </w:rPr>
              <w:t>4. Igra brez izločanja: vsi ostajamo dejavni, menjamo vloge in preverimo.</w:t>
            </w:r>
          </w:p>
          <w:p w14:paraId="4FC8C448"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641EE974" w14:textId="77777777" w:rsidR="00623E5F" w:rsidRDefault="00000000">
            <w:pPr>
              <w:spacing w:after="14" w:line="245" w:lineRule="auto"/>
            </w:pPr>
            <w:r>
              <w:rPr>
                <w:b/>
                <w:color w:val="D95BC6"/>
                <w:sz w:val="16"/>
              </w:rPr>
              <w:t>DOKAZ O UČENJU</w:t>
            </w:r>
          </w:p>
          <w:p w14:paraId="10EEE52E"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5F28AAD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73B3342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62E43DC"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7EE1548" w14:textId="77777777" w:rsidR="00623E5F" w:rsidRDefault="00000000">
            <w:pPr>
              <w:jc w:val="center"/>
            </w:pPr>
            <w:r>
              <w:rPr>
                <w:b/>
                <w:color w:val="000000"/>
                <w:sz w:val="20"/>
              </w:rPr>
              <w:t>UČNE DEJAVNOSTI, METODE IN FORMATIVNO SPREMLJANJE</w:t>
            </w:r>
          </w:p>
        </w:tc>
      </w:tr>
      <w:tr w:rsidR="00623E5F" w14:paraId="58BB5BBF" w14:textId="77777777">
        <w:trPr>
          <w:tblHeader/>
          <w:jc w:val="center"/>
        </w:trPr>
        <w:tc>
          <w:tcPr>
            <w:tcW w:w="4422" w:type="dxa"/>
            <w:vMerge/>
            <w:tcMar>
              <w:top w:w="70" w:type="dxa"/>
              <w:left w:w="90" w:type="dxa"/>
              <w:bottom w:w="70" w:type="dxa"/>
              <w:right w:w="90" w:type="dxa"/>
            </w:tcMar>
            <w:vAlign w:val="center"/>
          </w:tcPr>
          <w:p w14:paraId="3CE3F968" w14:textId="77777777" w:rsidR="00623E5F" w:rsidRDefault="00623E5F"/>
        </w:tc>
        <w:tc>
          <w:tcPr>
            <w:tcW w:w="7087" w:type="dxa"/>
            <w:shd w:val="clear" w:color="auto" w:fill="FFFFFF"/>
            <w:tcMar>
              <w:top w:w="70" w:type="dxa"/>
              <w:left w:w="90" w:type="dxa"/>
              <w:bottom w:w="70" w:type="dxa"/>
              <w:right w:w="90" w:type="dxa"/>
            </w:tcMar>
            <w:vAlign w:val="center"/>
          </w:tcPr>
          <w:p w14:paraId="10E3EAC5"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2B22ED5" w14:textId="77777777" w:rsidR="00623E5F" w:rsidRDefault="00000000">
            <w:pPr>
              <w:jc w:val="center"/>
            </w:pPr>
            <w:r>
              <w:rPr>
                <w:b/>
                <w:color w:val="000000"/>
              </w:rPr>
              <w:t>UČENEC</w:t>
            </w:r>
          </w:p>
        </w:tc>
      </w:tr>
      <w:tr w:rsidR="00623E5F" w14:paraId="771C78B2" w14:textId="77777777">
        <w:trPr>
          <w:jc w:val="center"/>
        </w:trPr>
        <w:tc>
          <w:tcPr>
            <w:tcW w:w="4422" w:type="dxa"/>
            <w:tcMar>
              <w:top w:w="70" w:type="dxa"/>
              <w:left w:w="90" w:type="dxa"/>
              <w:bottom w:w="70" w:type="dxa"/>
              <w:right w:w="90" w:type="dxa"/>
            </w:tcMar>
          </w:tcPr>
          <w:p w14:paraId="26BB9B56" w14:textId="77777777" w:rsidR="00623E5F" w:rsidRDefault="00623E5F"/>
          <w:p w14:paraId="0642E9C5" w14:textId="77777777" w:rsidR="00623E5F" w:rsidRDefault="00000000">
            <w:pPr>
              <w:spacing w:after="40" w:line="245" w:lineRule="auto"/>
            </w:pPr>
            <w:r>
              <w:rPr>
                <w:b/>
                <w:color w:val="000000"/>
              </w:rPr>
              <w:t>FORMATIVNO SPREMLJANJE</w:t>
            </w:r>
          </w:p>
          <w:p w14:paraId="500ECE88" w14:textId="77777777" w:rsidR="00623E5F" w:rsidRDefault="00000000">
            <w:pPr>
              <w:pStyle w:val="Oznaenseznam"/>
              <w:spacing w:after="16"/>
            </w:pPr>
            <w:r>
              <w:rPr>
                <w:color w:val="000000"/>
                <w:sz w:val="15"/>
              </w:rPr>
              <w:t>predznanje: gibalni prikaz, odziv na znak, izbira kartice, začetni poskus ali kratka razlaga</w:t>
            </w:r>
          </w:p>
          <w:p w14:paraId="63161870" w14:textId="77777777" w:rsidR="00623E5F" w:rsidRDefault="00000000">
            <w:pPr>
              <w:pStyle w:val="Oznaenseznam"/>
              <w:spacing w:after="16"/>
            </w:pPr>
            <w:r>
              <w:rPr>
                <w:color w:val="000000"/>
                <w:sz w:val="15"/>
              </w:rPr>
              <w:t>nameni in merila: kratka poved, slikovni znak, model varne izvedbe in en opazljiv tehnični poudarek</w:t>
            </w:r>
          </w:p>
          <w:p w14:paraId="61B46324"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604C4FD7" w14:textId="77777777" w:rsidR="00623E5F" w:rsidRDefault="00000000">
            <w:pPr>
              <w:pStyle w:val="Oznaenseznam"/>
              <w:spacing w:after="16"/>
            </w:pPr>
            <w:r>
              <w:rPr>
                <w:color w:val="000000"/>
                <w:sz w:val="15"/>
              </w:rPr>
              <w:t>povratna informacija: opis opaženega, povezava z enim merilom in takoj izvedljiv ponovni poskus</w:t>
            </w:r>
          </w:p>
          <w:p w14:paraId="6A9FDD4B" w14:textId="77777777" w:rsidR="00623E5F" w:rsidRDefault="00000000">
            <w:pPr>
              <w:pStyle w:val="Oznaenseznam"/>
              <w:spacing w:after="16"/>
            </w:pPr>
            <w:r>
              <w:rPr>
                <w:color w:val="000000"/>
                <w:sz w:val="15"/>
              </w:rPr>
              <w:t>samovrednotenje: semafor napora in varnosti, lestvica samostojnosti, izbran dokaz ter osebni naslednji korak</w:t>
            </w:r>
          </w:p>
          <w:p w14:paraId="11F97F8F" w14:textId="77777777" w:rsidR="00623E5F" w:rsidRDefault="00000000">
            <w:pPr>
              <w:spacing w:before="40" w:after="20" w:line="245" w:lineRule="auto"/>
            </w:pPr>
            <w:r>
              <w:rPr>
                <w:b/>
                <w:color w:val="000000"/>
                <w:sz w:val="17"/>
              </w:rPr>
              <w:t>VARNOST, POČUTJE IN HIGIENA</w:t>
            </w:r>
          </w:p>
          <w:p w14:paraId="2B9F4759"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Igre so brez izločanja; kontakt, lovljenje za oblačila in prehitevanje v ozkih prehodih niso dovoljeni.</w:t>
            </w:r>
          </w:p>
          <w:p w14:paraId="1880F63B" w14:textId="77777777" w:rsidR="00623E5F" w:rsidRDefault="00000000">
            <w:pPr>
              <w:spacing w:after="20" w:line="245" w:lineRule="auto"/>
            </w:pPr>
            <w:r>
              <w:rPr>
                <w:b/>
                <w:color w:val="000000"/>
                <w:sz w:val="17"/>
              </w:rPr>
              <w:t>EVIDENCA PO IZVEDBI</w:t>
            </w:r>
          </w:p>
          <w:p w14:paraId="2672E132"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2035F1A4" w14:textId="77777777" w:rsidR="00623E5F" w:rsidRDefault="00000000">
            <w:pPr>
              <w:spacing w:before="40" w:after="20" w:line="245" w:lineRule="auto"/>
            </w:pPr>
            <w:r>
              <w:rPr>
                <w:b/>
                <w:color w:val="000000"/>
                <w:sz w:val="17"/>
              </w:rPr>
              <w:t>RAVEN DOSEGANJA</w:t>
            </w:r>
          </w:p>
          <w:p w14:paraId="5083D614"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6CB88B43"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F01C55A" w14:textId="77777777">
              <w:trPr>
                <w:jc w:val="center"/>
              </w:trPr>
              <w:tc>
                <w:tcPr>
                  <w:tcW w:w="7087" w:type="dxa"/>
                  <w:shd w:val="clear" w:color="auto" w:fill="EDC9EA"/>
                  <w:tcMar>
                    <w:top w:w="45" w:type="dxa"/>
                    <w:left w:w="70" w:type="dxa"/>
                    <w:bottom w:w="45" w:type="dxa"/>
                    <w:right w:w="70" w:type="dxa"/>
                  </w:tcMar>
                </w:tcPr>
                <w:p w14:paraId="7EC38CE9" w14:textId="77777777" w:rsidR="00623E5F" w:rsidRDefault="00000000">
                  <w:pPr>
                    <w:keepNext/>
                  </w:pPr>
                  <w:r>
                    <w:rPr>
                      <w:b/>
                      <w:color w:val="000000"/>
                    </w:rPr>
                    <w:t>VPRAŠANJA V PODPORO GIBALNEMU UČENJU</w:t>
                  </w:r>
                </w:p>
              </w:tc>
            </w:tr>
          </w:tbl>
          <w:p w14:paraId="71FCC72A" w14:textId="77777777" w:rsidR="00623E5F" w:rsidRDefault="00623E5F">
            <w:pPr>
              <w:spacing w:line="20" w:lineRule="exact"/>
            </w:pPr>
          </w:p>
          <w:p w14:paraId="09717C50" w14:textId="77777777" w:rsidR="00623E5F" w:rsidRDefault="00000000">
            <w:pPr>
              <w:pStyle w:val="Oznaenseznam"/>
              <w:spacing w:after="16"/>
            </w:pPr>
            <w:r>
              <w:rPr>
                <w:color w:val="000000"/>
                <w:sz w:val="15"/>
              </w:rPr>
              <w:t>Kaj si pri prvem poskusu začutil/-a ali opazil/-a v položaju telesa, ravnotežju, smeri, ritmu ali naporu?</w:t>
            </w:r>
          </w:p>
          <w:p w14:paraId="61BACBD2" w14:textId="77777777" w:rsidR="00623E5F" w:rsidRDefault="00000000">
            <w:pPr>
              <w:pStyle w:val="Oznaenseznam"/>
              <w:spacing w:after="16"/>
            </w:pPr>
            <w:r>
              <w:rPr>
                <w:color w:val="000000"/>
                <w:sz w:val="15"/>
              </w:rPr>
              <w:t>Katero varnostno pravilo in kateri gibalni korak sta bila danes najpomembnejša?</w:t>
            </w:r>
          </w:p>
          <w:p w14:paraId="562A316C" w14:textId="77777777" w:rsidR="00623E5F" w:rsidRDefault="00000000">
            <w:pPr>
              <w:pStyle w:val="Oznaenseznam"/>
              <w:spacing w:after="16"/>
            </w:pPr>
            <w:r>
              <w:rPr>
                <w:color w:val="000000"/>
                <w:sz w:val="15"/>
              </w:rPr>
              <w:t>Katero raven si izbral/-a, zakaj je bila primerna in kaj si pri naslednjem poskusu spremenil/-a?</w:t>
            </w:r>
          </w:p>
          <w:p w14:paraId="2BB6D8EC" w14:textId="77777777" w:rsidR="00623E5F" w:rsidRDefault="00000000">
            <w:pPr>
              <w:pStyle w:val="Oznaenseznam"/>
              <w:spacing w:after="16"/>
            </w:pPr>
            <w:r>
              <w:rPr>
                <w:color w:val="000000"/>
                <w:sz w:val="15"/>
              </w:rPr>
              <w:t>Kateri tvoj gibalni dokaz najjasneje pokaže dogovorjeno merilo?</w:t>
            </w:r>
          </w:p>
          <w:p w14:paraId="20ACA3A9"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5AFB29AD" w14:textId="77777777">
              <w:trPr>
                <w:jc w:val="center"/>
              </w:trPr>
              <w:tc>
                <w:tcPr>
                  <w:tcW w:w="7087" w:type="dxa"/>
                  <w:shd w:val="clear" w:color="auto" w:fill="C6E7F3"/>
                  <w:tcMar>
                    <w:top w:w="45" w:type="dxa"/>
                    <w:left w:w="70" w:type="dxa"/>
                    <w:bottom w:w="45" w:type="dxa"/>
                    <w:right w:w="70" w:type="dxa"/>
                  </w:tcMar>
                </w:tcPr>
                <w:p w14:paraId="1A0F60A4" w14:textId="77777777" w:rsidR="00623E5F" w:rsidRDefault="00000000">
                  <w:pPr>
                    <w:keepNext/>
                  </w:pPr>
                  <w:r>
                    <w:rPr>
                      <w:b/>
                      <w:color w:val="000000"/>
                    </w:rPr>
                    <w:t>ZAKLJUČNI DEL – UMIRJANJE, RAZTEZANJE, DOKAZ IN REFLEKSIJA (8–10 min)</w:t>
                  </w:r>
                </w:p>
              </w:tc>
            </w:tr>
          </w:tbl>
          <w:p w14:paraId="707AB13B" w14:textId="77777777" w:rsidR="00623E5F" w:rsidRDefault="00623E5F">
            <w:pPr>
              <w:spacing w:line="20" w:lineRule="exact"/>
            </w:pPr>
          </w:p>
          <w:p w14:paraId="2DEE070A"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14D3450C" w14:textId="77777777">
              <w:trPr>
                <w:jc w:val="center"/>
              </w:trPr>
              <w:tc>
                <w:tcPr>
                  <w:tcW w:w="7087" w:type="dxa"/>
                  <w:shd w:val="clear" w:color="auto" w:fill="EDC9EA"/>
                  <w:tcMar>
                    <w:top w:w="45" w:type="dxa"/>
                    <w:left w:w="70" w:type="dxa"/>
                    <w:bottom w:w="45" w:type="dxa"/>
                    <w:right w:w="70" w:type="dxa"/>
                  </w:tcMar>
                </w:tcPr>
                <w:p w14:paraId="1F90E5F9" w14:textId="77777777" w:rsidR="00623E5F" w:rsidRDefault="00000000">
                  <w:pPr>
                    <w:keepNext/>
                  </w:pPr>
                  <w:r>
                    <w:rPr>
                      <w:b/>
                      <w:color w:val="000000"/>
                    </w:rPr>
                    <w:t>SAMOVREDNOTENJE</w:t>
                  </w:r>
                </w:p>
              </w:tc>
            </w:tr>
          </w:tbl>
          <w:p w14:paraId="080C8AB2" w14:textId="77777777" w:rsidR="00623E5F" w:rsidRDefault="00623E5F">
            <w:pPr>
              <w:spacing w:line="20" w:lineRule="exact"/>
            </w:pPr>
          </w:p>
          <w:p w14:paraId="64317E04"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29838F28" w14:textId="77777777">
              <w:trPr>
                <w:jc w:val="center"/>
              </w:trPr>
              <w:tc>
                <w:tcPr>
                  <w:tcW w:w="7087" w:type="dxa"/>
                  <w:shd w:val="clear" w:color="auto" w:fill="EDC9EA"/>
                  <w:tcMar>
                    <w:top w:w="45" w:type="dxa"/>
                    <w:left w:w="70" w:type="dxa"/>
                    <w:bottom w:w="45" w:type="dxa"/>
                    <w:right w:w="70" w:type="dxa"/>
                  </w:tcMar>
                </w:tcPr>
                <w:p w14:paraId="59BC57DD" w14:textId="77777777" w:rsidR="00623E5F" w:rsidRDefault="00000000">
                  <w:pPr>
                    <w:keepNext/>
                  </w:pPr>
                  <w:r>
                    <w:rPr>
                      <w:b/>
                      <w:color w:val="000000"/>
                    </w:rPr>
                    <w:t>VRSTNIŠKO OPAZOVANJE IN POVRATNA INFORMACIJA</w:t>
                  </w:r>
                </w:p>
              </w:tc>
            </w:tr>
          </w:tbl>
          <w:p w14:paraId="3717AB27" w14:textId="77777777" w:rsidR="00623E5F" w:rsidRDefault="00623E5F">
            <w:pPr>
              <w:spacing w:line="20" w:lineRule="exact"/>
            </w:pPr>
          </w:p>
          <w:p w14:paraId="220DC4CC"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09A4B545" w14:textId="77777777">
              <w:trPr>
                <w:jc w:val="center"/>
              </w:trPr>
              <w:tc>
                <w:tcPr>
                  <w:tcW w:w="7087" w:type="dxa"/>
                  <w:shd w:val="clear" w:color="auto" w:fill="EDC9EA"/>
                  <w:tcMar>
                    <w:top w:w="45" w:type="dxa"/>
                    <w:left w:w="70" w:type="dxa"/>
                    <w:bottom w:w="45" w:type="dxa"/>
                    <w:right w:w="70" w:type="dxa"/>
                  </w:tcMar>
                </w:tcPr>
                <w:p w14:paraId="0543807C" w14:textId="77777777" w:rsidR="00623E5F" w:rsidRDefault="00000000">
                  <w:pPr>
                    <w:keepNext/>
                  </w:pPr>
                  <w:r>
                    <w:rPr>
                      <w:b/>
                      <w:color w:val="000000"/>
                    </w:rPr>
                    <w:t>SKUPNI POVZETEK</w:t>
                  </w:r>
                </w:p>
              </w:tc>
            </w:tr>
          </w:tbl>
          <w:p w14:paraId="0ECACF97" w14:textId="77777777" w:rsidR="00623E5F" w:rsidRDefault="00623E5F"/>
          <w:p w14:paraId="158A9E30" w14:textId="77777777" w:rsidR="00623E5F" w:rsidRDefault="00000000">
            <w:pPr>
              <w:spacing w:before="20" w:after="40" w:line="245" w:lineRule="auto"/>
            </w:pPr>
            <w:r>
              <w:rPr>
                <w:b/>
                <w:color w:val="000000"/>
                <w:sz w:val="16"/>
              </w:rPr>
              <w:t>spoznam preprosto ljudsko igro; upoštevam pravila; primerjam z današnjo igro. Izbrani gibalni dokaz pojasnim in določim varen naslednji korak.</w:t>
            </w:r>
          </w:p>
        </w:tc>
        <w:tc>
          <w:tcPr>
            <w:tcW w:w="2551" w:type="dxa"/>
            <w:tcMar>
              <w:top w:w="70" w:type="dxa"/>
              <w:left w:w="90" w:type="dxa"/>
              <w:bottom w:w="70" w:type="dxa"/>
              <w:right w:w="90" w:type="dxa"/>
            </w:tcMar>
          </w:tcPr>
          <w:p w14:paraId="01E3521C" w14:textId="77777777" w:rsidR="00623E5F" w:rsidRDefault="00623E5F"/>
          <w:p w14:paraId="08D1B845" w14:textId="77777777" w:rsidR="00623E5F" w:rsidRDefault="00000000">
            <w:pPr>
              <w:spacing w:after="80" w:line="245" w:lineRule="auto"/>
            </w:pPr>
            <w:r>
              <w:rPr>
                <w:color w:val="000000"/>
                <w:sz w:val="15"/>
              </w:rPr>
              <w:t>Odgovarja na podporna vprašanja in se sklicuje na svojo izvedbo, počutje, izbrano raven in varnost.</w:t>
            </w:r>
          </w:p>
          <w:p w14:paraId="7096D61B" w14:textId="77777777" w:rsidR="00623E5F" w:rsidRDefault="00000000">
            <w:pPr>
              <w:spacing w:after="80" w:line="245" w:lineRule="auto"/>
            </w:pPr>
            <w:r>
              <w:rPr>
                <w:color w:val="000000"/>
                <w:sz w:val="15"/>
              </w:rPr>
              <w:t>Predstavi izbrani gibalni dokaz ter pokaže ali pove, katero merilo z njim dosega.</w:t>
            </w:r>
          </w:p>
          <w:p w14:paraId="65A0ACA1" w14:textId="77777777" w:rsidR="00623E5F" w:rsidRDefault="00000000">
            <w:pPr>
              <w:spacing w:after="80" w:line="245" w:lineRule="auto"/>
            </w:pPr>
            <w:r>
              <w:rPr>
                <w:color w:val="000000"/>
                <w:sz w:val="15"/>
              </w:rPr>
              <w:t>Opazuje eno dogovorjeno prvino vrstnikove izvedbe in poda kratek, prijazen ter uporaben odziv.</w:t>
            </w:r>
          </w:p>
          <w:p w14:paraId="600B7D85"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33DB39C6" w14:textId="77777777" w:rsidR="00623E5F" w:rsidRDefault="00000000">
            <w:pPr>
              <w:spacing w:after="100" w:line="245" w:lineRule="auto"/>
            </w:pPr>
            <w:r>
              <w:rPr>
                <w:color w:val="000000"/>
                <w:sz w:val="15"/>
              </w:rPr>
              <w:t>Umiri dihanje, oceni napor in počutje, izbere raven samostojnosti ter določi varen naslednji korak.</w:t>
            </w:r>
          </w:p>
          <w:p w14:paraId="7C442E54" w14:textId="77777777" w:rsidR="00623E5F" w:rsidRDefault="00000000">
            <w:pPr>
              <w:spacing w:after="20" w:line="245" w:lineRule="auto"/>
            </w:pPr>
            <w:r>
              <w:rPr>
                <w:b/>
                <w:color w:val="D95BC6"/>
                <w:sz w:val="17"/>
              </w:rPr>
              <w:t>DOKAZ O UČENJU</w:t>
            </w:r>
          </w:p>
          <w:p w14:paraId="5EB23EB4"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1A4F47C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084B66A9" w14:textId="77777777">
        <w:trPr>
          <w:cantSplit/>
          <w:jc w:val="center"/>
        </w:trPr>
        <w:tc>
          <w:tcPr>
            <w:tcW w:w="14060" w:type="dxa"/>
            <w:gridSpan w:val="6"/>
            <w:tcMar>
              <w:top w:w="70" w:type="dxa"/>
              <w:left w:w="90" w:type="dxa"/>
              <w:bottom w:w="70" w:type="dxa"/>
              <w:right w:w="90" w:type="dxa"/>
            </w:tcMar>
            <w:vAlign w:val="center"/>
          </w:tcPr>
          <w:p w14:paraId="6E81E56D" w14:textId="77777777" w:rsidR="00623E5F" w:rsidRDefault="00000000">
            <w:pPr>
              <w:jc w:val="center"/>
            </w:pPr>
            <w:r>
              <w:rPr>
                <w:b/>
                <w:color w:val="000000"/>
                <w:sz w:val="24"/>
              </w:rPr>
              <w:lastRenderedPageBreak/>
              <w:t>UČNA PRIPRAVA 22/39</w:t>
            </w:r>
          </w:p>
        </w:tc>
      </w:tr>
      <w:tr w:rsidR="00623E5F" w14:paraId="3F203785" w14:textId="77777777">
        <w:trPr>
          <w:jc w:val="center"/>
        </w:trPr>
        <w:tc>
          <w:tcPr>
            <w:tcW w:w="2665" w:type="dxa"/>
            <w:tcMar>
              <w:top w:w="70" w:type="dxa"/>
              <w:left w:w="90" w:type="dxa"/>
              <w:bottom w:w="70" w:type="dxa"/>
              <w:right w:w="90" w:type="dxa"/>
            </w:tcMar>
            <w:vAlign w:val="center"/>
          </w:tcPr>
          <w:p w14:paraId="4FAE0FC6"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3A0097A"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0D987267"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C698E2B" w14:textId="77777777" w:rsidR="00623E5F" w:rsidRDefault="00000000">
            <w:r>
              <w:rPr>
                <w:b/>
                <w:color w:val="000000"/>
                <w:sz w:val="16"/>
              </w:rPr>
              <w:t xml:space="preserve">NAČRTOVANI TERMIN: </w:t>
            </w:r>
            <w:r>
              <w:rPr>
                <w:color w:val="000000"/>
                <w:sz w:val="16"/>
              </w:rPr>
              <w:t>22. teden • 9.–12. 2. 2027</w:t>
            </w:r>
          </w:p>
        </w:tc>
        <w:tc>
          <w:tcPr>
            <w:tcW w:w="2268" w:type="dxa"/>
            <w:tcMar>
              <w:top w:w="70" w:type="dxa"/>
              <w:left w:w="90" w:type="dxa"/>
              <w:bottom w:w="70" w:type="dxa"/>
              <w:right w:w="90" w:type="dxa"/>
            </w:tcMar>
            <w:vAlign w:val="center"/>
          </w:tcPr>
          <w:p w14:paraId="687FDCAA"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C4145D2" w14:textId="77777777" w:rsidR="00623E5F" w:rsidRDefault="00000000">
            <w:r>
              <w:rPr>
                <w:b/>
                <w:color w:val="000000"/>
                <w:sz w:val="16"/>
              </w:rPr>
              <w:t xml:space="preserve">ŠTEVILO UR: </w:t>
            </w:r>
            <w:r>
              <w:rPr>
                <w:color w:val="000000"/>
                <w:sz w:val="16"/>
              </w:rPr>
              <w:t>2</w:t>
            </w:r>
          </w:p>
        </w:tc>
      </w:tr>
      <w:tr w:rsidR="00623E5F" w14:paraId="35FC026B" w14:textId="77777777">
        <w:trPr>
          <w:jc w:val="center"/>
        </w:trPr>
        <w:tc>
          <w:tcPr>
            <w:tcW w:w="14061" w:type="dxa"/>
            <w:gridSpan w:val="6"/>
            <w:tcMar>
              <w:top w:w="70" w:type="dxa"/>
              <w:left w:w="90" w:type="dxa"/>
              <w:bottom w:w="70" w:type="dxa"/>
              <w:right w:w="90" w:type="dxa"/>
            </w:tcMar>
            <w:vAlign w:val="center"/>
          </w:tcPr>
          <w:p w14:paraId="51FEC5ED"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4015DB02" w14:textId="77777777">
        <w:trPr>
          <w:cantSplit/>
          <w:jc w:val="center"/>
        </w:trPr>
        <w:tc>
          <w:tcPr>
            <w:tcW w:w="14060" w:type="dxa"/>
            <w:gridSpan w:val="6"/>
            <w:tcMar>
              <w:top w:w="70" w:type="dxa"/>
              <w:left w:w="90" w:type="dxa"/>
              <w:bottom w:w="70" w:type="dxa"/>
              <w:right w:w="90" w:type="dxa"/>
            </w:tcMar>
            <w:vAlign w:val="center"/>
          </w:tcPr>
          <w:p w14:paraId="1FF59D3D" w14:textId="77777777" w:rsidR="00623E5F" w:rsidRDefault="00623E5F"/>
          <w:p w14:paraId="2C9DE2E3" w14:textId="77777777" w:rsidR="00623E5F" w:rsidRDefault="00000000">
            <w:pPr>
              <w:spacing w:line="245" w:lineRule="auto"/>
            </w:pPr>
            <w:r>
              <w:rPr>
                <w:b/>
                <w:color w:val="000000"/>
                <w:sz w:val="15"/>
              </w:rPr>
              <w:t xml:space="preserve">UČNI SKLOP: </w:t>
            </w:r>
            <w:r>
              <w:rPr>
                <w:color w:val="000000"/>
                <w:sz w:val="15"/>
              </w:rPr>
              <w:t>NEKOČ IN DANES – ČAS IN DEDIŠČINA</w:t>
            </w:r>
          </w:p>
        </w:tc>
      </w:tr>
      <w:tr w:rsidR="00623E5F" w14:paraId="075385D8" w14:textId="77777777">
        <w:trPr>
          <w:cantSplit/>
          <w:jc w:val="center"/>
        </w:trPr>
        <w:tc>
          <w:tcPr>
            <w:tcW w:w="14060" w:type="dxa"/>
            <w:gridSpan w:val="6"/>
            <w:tcMar>
              <w:top w:w="70" w:type="dxa"/>
              <w:left w:w="90" w:type="dxa"/>
              <w:bottom w:w="70" w:type="dxa"/>
              <w:right w:w="90" w:type="dxa"/>
            </w:tcMar>
            <w:vAlign w:val="center"/>
          </w:tcPr>
          <w:p w14:paraId="217FAC94" w14:textId="77777777" w:rsidR="00623E5F" w:rsidRDefault="00623E5F"/>
          <w:p w14:paraId="3A0C5CDE" w14:textId="77777777" w:rsidR="00623E5F" w:rsidRDefault="00000000">
            <w:pPr>
              <w:spacing w:line="245" w:lineRule="auto"/>
            </w:pPr>
            <w:r>
              <w:rPr>
                <w:b/>
                <w:color w:val="000000"/>
                <w:sz w:val="15"/>
              </w:rPr>
              <w:t xml:space="preserve">UČNA TEMA: </w:t>
            </w:r>
            <w:r>
              <w:rPr>
                <w:color w:val="000000"/>
                <w:sz w:val="15"/>
              </w:rPr>
              <w:t>PLESNE IGRE</w:t>
            </w:r>
          </w:p>
        </w:tc>
      </w:tr>
      <w:tr w:rsidR="00623E5F" w14:paraId="738C2B78" w14:textId="77777777">
        <w:trPr>
          <w:cantSplit/>
          <w:jc w:val="center"/>
        </w:trPr>
        <w:tc>
          <w:tcPr>
            <w:tcW w:w="14060" w:type="dxa"/>
            <w:gridSpan w:val="6"/>
            <w:tcMar>
              <w:top w:w="70" w:type="dxa"/>
              <w:left w:w="90" w:type="dxa"/>
              <w:bottom w:w="70" w:type="dxa"/>
              <w:right w:w="90" w:type="dxa"/>
            </w:tcMar>
            <w:vAlign w:val="center"/>
          </w:tcPr>
          <w:p w14:paraId="2A42771A" w14:textId="77777777" w:rsidR="00623E5F" w:rsidRDefault="00623E5F"/>
          <w:p w14:paraId="52DFECCC" w14:textId="77777777" w:rsidR="00623E5F" w:rsidRDefault="00000000">
            <w:pPr>
              <w:spacing w:line="245" w:lineRule="auto"/>
            </w:pPr>
            <w:r>
              <w:rPr>
                <w:b/>
                <w:color w:val="000000"/>
                <w:sz w:val="15"/>
              </w:rPr>
              <w:t xml:space="preserve">KNJIŽEVNO / MOTIVNO IZHODIŠČE: </w:t>
            </w:r>
            <w:r>
              <w:rPr>
                <w:color w:val="000000"/>
                <w:sz w:val="15"/>
              </w:rPr>
              <w:t>»Ciciban in čebela« – Oton Župančič • slovenska poezija, kulturna dediščina in skrb za naravo</w:t>
            </w:r>
          </w:p>
        </w:tc>
      </w:tr>
      <w:tr w:rsidR="00623E5F" w14:paraId="036E74C0" w14:textId="77777777">
        <w:trPr>
          <w:cantSplit/>
          <w:jc w:val="center"/>
        </w:trPr>
        <w:tc>
          <w:tcPr>
            <w:tcW w:w="14060" w:type="dxa"/>
            <w:gridSpan w:val="6"/>
            <w:tcMar>
              <w:top w:w="70" w:type="dxa"/>
              <w:left w:w="90" w:type="dxa"/>
              <w:bottom w:w="70" w:type="dxa"/>
              <w:right w:w="90" w:type="dxa"/>
            </w:tcMar>
            <w:vAlign w:val="center"/>
          </w:tcPr>
          <w:p w14:paraId="636C80DE" w14:textId="77777777" w:rsidR="00623E5F" w:rsidRDefault="00623E5F"/>
          <w:p w14:paraId="5498C29A" w14:textId="77777777" w:rsidR="00623E5F" w:rsidRDefault="00000000">
            <w:pPr>
              <w:spacing w:line="245" w:lineRule="auto"/>
            </w:pPr>
            <w:r>
              <w:rPr>
                <w:b/>
                <w:color w:val="000000"/>
                <w:sz w:val="15"/>
              </w:rPr>
              <w:t xml:space="preserve">GIBALNO IZHODIŠČE / MOTIVACIJA: </w:t>
            </w:r>
            <w:r>
              <w:rPr>
                <w:color w:val="000000"/>
                <w:sz w:val="15"/>
              </w:rPr>
              <w:t>glasba se nepričakovano ustavlja in spreminja tempo; učenci z držo, ritmom in gibalnim motivom vstopijo v temo »plesne igre«. Tedenski gibalni izziv: izvede čebelji plesni motiv v paru ali krogu.</w:t>
            </w:r>
          </w:p>
        </w:tc>
      </w:tr>
      <w:tr w:rsidR="00623E5F" w14:paraId="59A77D9A" w14:textId="77777777">
        <w:trPr>
          <w:cantSplit/>
          <w:jc w:val="center"/>
        </w:trPr>
        <w:tc>
          <w:tcPr>
            <w:tcW w:w="14060" w:type="dxa"/>
            <w:gridSpan w:val="6"/>
            <w:tcMar>
              <w:top w:w="70" w:type="dxa"/>
              <w:left w:w="90" w:type="dxa"/>
              <w:bottom w:w="70" w:type="dxa"/>
              <w:right w:w="90" w:type="dxa"/>
            </w:tcMar>
            <w:vAlign w:val="center"/>
          </w:tcPr>
          <w:p w14:paraId="3F81A551" w14:textId="77777777" w:rsidR="00623E5F" w:rsidRDefault="00623E5F"/>
          <w:p w14:paraId="6BAFFDC6" w14:textId="77777777" w:rsidR="00623E5F" w:rsidRDefault="00000000">
            <w:pPr>
              <w:spacing w:line="245" w:lineRule="auto"/>
            </w:pPr>
            <w:r>
              <w:rPr>
                <w:b/>
                <w:color w:val="000000"/>
                <w:sz w:val="15"/>
              </w:rPr>
              <w:t xml:space="preserve">UČNE ENOTE: </w:t>
            </w:r>
            <w:r>
              <w:rPr>
                <w:color w:val="000000"/>
                <w:sz w:val="15"/>
              </w:rPr>
              <w:t>1. ura – Plesne igre – Ogrejem se in usvojim gib • 2. ura – Plesne igre – Uporabim v igri</w:t>
            </w:r>
          </w:p>
        </w:tc>
      </w:tr>
      <w:tr w:rsidR="00623E5F" w14:paraId="68A7BF7C" w14:textId="77777777">
        <w:trPr>
          <w:cantSplit/>
          <w:jc w:val="center"/>
        </w:trPr>
        <w:tc>
          <w:tcPr>
            <w:tcW w:w="14060" w:type="dxa"/>
            <w:gridSpan w:val="6"/>
            <w:tcMar>
              <w:top w:w="70" w:type="dxa"/>
              <w:left w:w="90" w:type="dxa"/>
              <w:bottom w:w="70" w:type="dxa"/>
              <w:right w:w="90" w:type="dxa"/>
            </w:tcMar>
            <w:vAlign w:val="center"/>
          </w:tcPr>
          <w:p w14:paraId="098A73B6" w14:textId="77777777" w:rsidR="00623E5F" w:rsidRDefault="00623E5F"/>
          <w:p w14:paraId="1F85BCC6"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79F8CAF8" w14:textId="77777777">
        <w:trPr>
          <w:cantSplit/>
          <w:jc w:val="center"/>
        </w:trPr>
        <w:tc>
          <w:tcPr>
            <w:tcW w:w="14060" w:type="dxa"/>
            <w:gridSpan w:val="6"/>
            <w:tcMar>
              <w:top w:w="70" w:type="dxa"/>
              <w:left w:w="90" w:type="dxa"/>
              <w:bottom w:w="70" w:type="dxa"/>
              <w:right w:w="90" w:type="dxa"/>
            </w:tcMar>
            <w:vAlign w:val="center"/>
          </w:tcPr>
          <w:p w14:paraId="0669E3CC" w14:textId="77777777" w:rsidR="00623E5F" w:rsidRDefault="00623E5F"/>
          <w:p w14:paraId="2754C43B"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663B4EAA" w14:textId="77777777">
        <w:trPr>
          <w:cantSplit/>
          <w:jc w:val="center"/>
        </w:trPr>
        <w:tc>
          <w:tcPr>
            <w:tcW w:w="14060" w:type="dxa"/>
            <w:gridSpan w:val="6"/>
            <w:tcMar>
              <w:top w:w="70" w:type="dxa"/>
              <w:left w:w="90" w:type="dxa"/>
              <w:bottom w:w="70" w:type="dxa"/>
              <w:right w:w="90" w:type="dxa"/>
            </w:tcMar>
            <w:vAlign w:val="center"/>
          </w:tcPr>
          <w:p w14:paraId="588F8D7E" w14:textId="77777777" w:rsidR="00623E5F" w:rsidRDefault="00623E5F"/>
          <w:p w14:paraId="16340F4A"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79F5AD3C" w14:textId="77777777">
        <w:trPr>
          <w:cantSplit/>
          <w:jc w:val="center"/>
        </w:trPr>
        <w:tc>
          <w:tcPr>
            <w:tcW w:w="14060" w:type="dxa"/>
            <w:gridSpan w:val="6"/>
            <w:tcMar>
              <w:top w:w="70" w:type="dxa"/>
              <w:left w:w="90" w:type="dxa"/>
              <w:bottom w:w="70" w:type="dxa"/>
              <w:right w:w="90" w:type="dxa"/>
            </w:tcMar>
            <w:vAlign w:val="center"/>
          </w:tcPr>
          <w:p w14:paraId="0C45C639" w14:textId="77777777" w:rsidR="00623E5F" w:rsidRDefault="00623E5F"/>
          <w:p w14:paraId="6BD232D9" w14:textId="77777777" w:rsidR="00623E5F" w:rsidRDefault="00000000">
            <w:pPr>
              <w:spacing w:line="245" w:lineRule="auto"/>
            </w:pPr>
            <w:r>
              <w:rPr>
                <w:b/>
                <w:color w:val="000000"/>
                <w:sz w:val="15"/>
              </w:rPr>
              <w:t xml:space="preserve">MEDPREDMETNE POVEZAVE: </w:t>
            </w:r>
            <w:r>
              <w:rPr>
                <w:color w:val="000000"/>
                <w:sz w:val="15"/>
              </w:rPr>
              <w:t>SPO – slovenska poezija, kulturna dediščina in skrb za naravo, telo, zdravje, varnost in okolje; SLJ – poslušanje navodila, športno izrazje, kratka razlaga in podporna povratna informacija; MAT – smer, zaporedje, razdalja, merjenje in primerjanje; GUM – ritem, tempo in odziv na zvočni znak.</w:t>
            </w:r>
          </w:p>
        </w:tc>
      </w:tr>
      <w:tr w:rsidR="00623E5F" w14:paraId="784573AB" w14:textId="77777777">
        <w:trPr>
          <w:cantSplit/>
          <w:jc w:val="center"/>
        </w:trPr>
        <w:tc>
          <w:tcPr>
            <w:tcW w:w="14060" w:type="dxa"/>
            <w:gridSpan w:val="6"/>
            <w:tcMar>
              <w:top w:w="70" w:type="dxa"/>
              <w:left w:w="90" w:type="dxa"/>
              <w:bottom w:w="70" w:type="dxa"/>
              <w:right w:w="90" w:type="dxa"/>
            </w:tcMar>
            <w:vAlign w:val="center"/>
          </w:tcPr>
          <w:p w14:paraId="6103C11E" w14:textId="77777777" w:rsidR="00623E5F" w:rsidRDefault="00623E5F"/>
          <w:p w14:paraId="68149282" w14:textId="77777777" w:rsidR="00623E5F" w:rsidRDefault="00000000">
            <w:pPr>
              <w:spacing w:line="245" w:lineRule="auto"/>
            </w:pPr>
            <w:r>
              <w:rPr>
                <w:b/>
                <w:color w:val="000000"/>
                <w:sz w:val="15"/>
              </w:rPr>
              <w:t xml:space="preserve">UČNA SREDSTVA IN PRIPOMOČKI: </w:t>
            </w:r>
            <w:r>
              <w:rPr>
                <w:color w:val="000000"/>
                <w:sz w:val="15"/>
              </w:rPr>
              <w:t>predvajalnik, izbrana glasba, rutice, trakovi, ritmične kartice, talne oznake in slikovni zapis gibalnega niza; kartice namena in kriterijev; oznake štirih postaj; opazovalni list; semafor napora in mapa dokazov</w:t>
            </w:r>
          </w:p>
        </w:tc>
      </w:tr>
      <w:tr w:rsidR="00623E5F" w14:paraId="13CD6691" w14:textId="77777777">
        <w:trPr>
          <w:cantSplit/>
          <w:jc w:val="center"/>
        </w:trPr>
        <w:tc>
          <w:tcPr>
            <w:tcW w:w="14060" w:type="dxa"/>
            <w:gridSpan w:val="6"/>
            <w:tcMar>
              <w:top w:w="70" w:type="dxa"/>
              <w:left w:w="90" w:type="dxa"/>
              <w:bottom w:w="70" w:type="dxa"/>
              <w:right w:w="90" w:type="dxa"/>
            </w:tcMar>
            <w:vAlign w:val="center"/>
          </w:tcPr>
          <w:p w14:paraId="1B735D49" w14:textId="77777777" w:rsidR="00623E5F" w:rsidRDefault="00623E5F"/>
          <w:p w14:paraId="33CE7E3B"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759762BF" w14:textId="77777777">
        <w:trPr>
          <w:cantSplit/>
          <w:jc w:val="center"/>
        </w:trPr>
        <w:tc>
          <w:tcPr>
            <w:tcW w:w="14060" w:type="dxa"/>
            <w:gridSpan w:val="6"/>
            <w:tcMar>
              <w:top w:w="70" w:type="dxa"/>
              <w:left w:w="90" w:type="dxa"/>
              <w:bottom w:w="70" w:type="dxa"/>
              <w:right w:w="90" w:type="dxa"/>
            </w:tcMar>
            <w:vAlign w:val="center"/>
          </w:tcPr>
          <w:p w14:paraId="49E486F1" w14:textId="77777777" w:rsidR="00623E5F" w:rsidRDefault="00623E5F"/>
          <w:p w14:paraId="5F19A337" w14:textId="77777777" w:rsidR="00623E5F" w:rsidRDefault="00000000">
            <w:pPr>
              <w:spacing w:line="245" w:lineRule="auto"/>
            </w:pPr>
            <w:r>
              <w:rPr>
                <w:b/>
                <w:color w:val="000000"/>
                <w:sz w:val="15"/>
              </w:rPr>
              <w:t xml:space="preserve">OCENJEVANJE / DAN DEJAVNOSTI: </w:t>
            </w:r>
            <w:r>
              <w:rPr>
                <w:color w:val="000000"/>
                <w:sz w:val="15"/>
              </w:rPr>
              <w:t>KULTURNI DAN • 9. 2. 2027 • Pustno rajanje v Strunjanu s podružnično šolo</w:t>
            </w:r>
          </w:p>
        </w:tc>
      </w:tr>
      <w:tr w:rsidR="00623E5F" w14:paraId="14172BA4" w14:textId="77777777">
        <w:trPr>
          <w:cantSplit/>
          <w:jc w:val="center"/>
        </w:trPr>
        <w:tc>
          <w:tcPr>
            <w:tcW w:w="14060" w:type="dxa"/>
            <w:gridSpan w:val="6"/>
            <w:tcMar>
              <w:top w:w="70" w:type="dxa"/>
              <w:left w:w="90" w:type="dxa"/>
              <w:bottom w:w="70" w:type="dxa"/>
              <w:right w:w="90" w:type="dxa"/>
            </w:tcMar>
            <w:vAlign w:val="center"/>
          </w:tcPr>
          <w:p w14:paraId="4BB43D8F" w14:textId="77777777" w:rsidR="00623E5F" w:rsidRDefault="00623E5F"/>
          <w:p w14:paraId="5CAA80AC"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57F1EE4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9F6204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74FAA87"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64E03D7" w14:textId="77777777" w:rsidR="00623E5F" w:rsidRDefault="00000000">
            <w:pPr>
              <w:jc w:val="center"/>
            </w:pPr>
            <w:r>
              <w:rPr>
                <w:b/>
                <w:color w:val="000000"/>
                <w:sz w:val="20"/>
              </w:rPr>
              <w:t>UČNE DEJAVNOSTI, METODE IN FORMATIVNO SPREMLJANJE</w:t>
            </w:r>
          </w:p>
        </w:tc>
      </w:tr>
      <w:tr w:rsidR="00623E5F" w14:paraId="43238377" w14:textId="77777777">
        <w:trPr>
          <w:tblHeader/>
          <w:jc w:val="center"/>
        </w:trPr>
        <w:tc>
          <w:tcPr>
            <w:tcW w:w="4422" w:type="dxa"/>
            <w:vMerge/>
            <w:tcMar>
              <w:top w:w="70" w:type="dxa"/>
              <w:left w:w="90" w:type="dxa"/>
              <w:bottom w:w="70" w:type="dxa"/>
              <w:right w:w="90" w:type="dxa"/>
            </w:tcMar>
            <w:vAlign w:val="center"/>
          </w:tcPr>
          <w:p w14:paraId="32402C97" w14:textId="77777777" w:rsidR="00623E5F" w:rsidRDefault="00623E5F"/>
        </w:tc>
        <w:tc>
          <w:tcPr>
            <w:tcW w:w="7087" w:type="dxa"/>
            <w:shd w:val="clear" w:color="auto" w:fill="FFFFFF"/>
            <w:tcMar>
              <w:top w:w="70" w:type="dxa"/>
              <w:left w:w="90" w:type="dxa"/>
              <w:bottom w:w="70" w:type="dxa"/>
              <w:right w:w="90" w:type="dxa"/>
            </w:tcMar>
            <w:vAlign w:val="center"/>
          </w:tcPr>
          <w:p w14:paraId="62FB6190"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0DAC0CE" w14:textId="77777777" w:rsidR="00623E5F" w:rsidRDefault="00000000">
            <w:pPr>
              <w:jc w:val="center"/>
            </w:pPr>
            <w:r>
              <w:rPr>
                <w:b/>
                <w:color w:val="000000"/>
              </w:rPr>
              <w:t>UČENEC</w:t>
            </w:r>
          </w:p>
        </w:tc>
      </w:tr>
      <w:tr w:rsidR="00623E5F" w14:paraId="447A2177" w14:textId="77777777">
        <w:trPr>
          <w:jc w:val="center"/>
        </w:trPr>
        <w:tc>
          <w:tcPr>
            <w:tcW w:w="4422" w:type="dxa"/>
            <w:tcMar>
              <w:top w:w="70" w:type="dxa"/>
              <w:left w:w="90" w:type="dxa"/>
              <w:bottom w:w="70" w:type="dxa"/>
              <w:right w:w="90" w:type="dxa"/>
            </w:tcMar>
          </w:tcPr>
          <w:p w14:paraId="447743E6" w14:textId="77777777" w:rsidR="00623E5F" w:rsidRDefault="00623E5F"/>
          <w:p w14:paraId="2E7495F6" w14:textId="77777777" w:rsidR="00623E5F" w:rsidRDefault="00000000">
            <w:pPr>
              <w:spacing w:after="60" w:line="245" w:lineRule="auto"/>
            </w:pPr>
            <w:r>
              <w:rPr>
                <w:b/>
                <w:color w:val="000000"/>
              </w:rPr>
              <w:t>UČNI CILJI</w:t>
            </w:r>
          </w:p>
          <w:p w14:paraId="49A9DC2D" w14:textId="77777777" w:rsidR="00623E5F" w:rsidRDefault="00000000">
            <w:pPr>
              <w:spacing w:after="20" w:line="245" w:lineRule="auto"/>
            </w:pPr>
            <w:r>
              <w:rPr>
                <w:b/>
                <w:color w:val="000000"/>
                <w:sz w:val="17"/>
              </w:rPr>
              <w:t>SPLOŠNI</w:t>
            </w:r>
          </w:p>
          <w:p w14:paraId="14709413"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3DED5BB1" w14:textId="77777777" w:rsidR="00623E5F" w:rsidRDefault="00000000">
            <w:pPr>
              <w:pStyle w:val="Oznaenseznam"/>
              <w:spacing w:after="16"/>
            </w:pPr>
            <w:r>
              <w:rPr>
                <w:color w:val="000000"/>
                <w:sz w:val="15"/>
              </w:rPr>
              <w:t>varno hodi, teče, skače, meče, pleza, se plazi, lovi, ravnoteži, pleše in uporablja različne rekvizite</w:t>
            </w:r>
          </w:p>
          <w:p w14:paraId="55E37762" w14:textId="77777777" w:rsidR="00623E5F" w:rsidRDefault="00000000">
            <w:pPr>
              <w:pStyle w:val="Oznaenseznam"/>
              <w:spacing w:after="16"/>
            </w:pPr>
            <w:r>
              <w:rPr>
                <w:color w:val="000000"/>
                <w:sz w:val="15"/>
              </w:rPr>
              <w:t>razume pomen rednega gibanja, ogrevanja, higiene, primerne opreme, počitka in varnega ravnanja</w:t>
            </w:r>
          </w:p>
          <w:p w14:paraId="1267BB87"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3091E41D" w14:textId="77777777" w:rsidR="00623E5F" w:rsidRDefault="00000000">
            <w:pPr>
              <w:spacing w:before="40" w:after="20" w:line="245" w:lineRule="auto"/>
            </w:pPr>
            <w:r>
              <w:rPr>
                <w:b/>
                <w:color w:val="000000"/>
                <w:sz w:val="17"/>
              </w:rPr>
              <w:t>OPERATIVNI</w:t>
            </w:r>
          </w:p>
          <w:p w14:paraId="67E8FD9B" w14:textId="77777777" w:rsidR="00623E5F" w:rsidRDefault="00000000">
            <w:pPr>
              <w:pStyle w:val="Oznaenseznam"/>
              <w:spacing w:after="16"/>
            </w:pPr>
            <w:r>
              <w:rPr>
                <w:color w:val="000000"/>
                <w:sz w:val="15"/>
              </w:rPr>
              <w:t>sledi ritmu</w:t>
            </w:r>
          </w:p>
          <w:p w14:paraId="705611AD" w14:textId="77777777" w:rsidR="00623E5F" w:rsidRDefault="00000000">
            <w:pPr>
              <w:pStyle w:val="Oznaenseznam"/>
              <w:spacing w:after="16"/>
            </w:pPr>
            <w:r>
              <w:rPr>
                <w:color w:val="000000"/>
                <w:sz w:val="15"/>
              </w:rPr>
              <w:t>izvede preprost ljudski plesni motiv</w:t>
            </w:r>
          </w:p>
          <w:p w14:paraId="30F1090B" w14:textId="77777777" w:rsidR="00623E5F" w:rsidRDefault="00000000">
            <w:pPr>
              <w:pStyle w:val="Oznaenseznam"/>
              <w:spacing w:after="16"/>
            </w:pPr>
            <w:r>
              <w:rPr>
                <w:color w:val="000000"/>
                <w:sz w:val="15"/>
              </w:rPr>
              <w:t>sodeluje v paru ali krogu</w:t>
            </w:r>
          </w:p>
          <w:p w14:paraId="29F4B3C1" w14:textId="77777777" w:rsidR="00623E5F" w:rsidRDefault="00000000">
            <w:pPr>
              <w:spacing w:before="40" w:after="20" w:line="245" w:lineRule="auto"/>
            </w:pPr>
            <w:r>
              <w:rPr>
                <w:b/>
                <w:color w:val="000000"/>
                <w:sz w:val="17"/>
              </w:rPr>
              <w:t>PRIČAKOVANI DOSEŽKI / MINIMALNI POUDARKI</w:t>
            </w:r>
          </w:p>
          <w:p w14:paraId="2BA0B4E7" w14:textId="77777777" w:rsidR="00623E5F" w:rsidRDefault="00000000">
            <w:pPr>
              <w:pStyle w:val="Oznaenseznam"/>
              <w:spacing w:after="16"/>
            </w:pPr>
            <w:r>
              <w:rPr>
                <w:color w:val="000000"/>
                <w:sz w:val="15"/>
              </w:rPr>
              <w:t>učenec samostojno oziroma z dogovorjeno oporo sledi ritmu</w:t>
            </w:r>
          </w:p>
          <w:p w14:paraId="4F48C7D3" w14:textId="77777777" w:rsidR="00623E5F" w:rsidRDefault="00000000">
            <w:pPr>
              <w:pStyle w:val="Oznaenseznam"/>
              <w:spacing w:after="16"/>
            </w:pPr>
            <w:r>
              <w:rPr>
                <w:color w:val="000000"/>
                <w:sz w:val="15"/>
              </w:rPr>
              <w:t>učenec samostojno oziroma z dogovorjeno oporo izvede preprost ljudski plesni motiv</w:t>
            </w:r>
          </w:p>
          <w:p w14:paraId="3626D58D" w14:textId="77777777" w:rsidR="00623E5F" w:rsidRDefault="00000000">
            <w:pPr>
              <w:pStyle w:val="Oznaenseznam"/>
              <w:spacing w:after="16"/>
            </w:pPr>
            <w:r>
              <w:rPr>
                <w:color w:val="000000"/>
                <w:sz w:val="15"/>
              </w:rPr>
              <w:t>učenec samostojno oziroma z dogovorjeno oporo sodeluje v paru ali krogu</w:t>
            </w:r>
          </w:p>
        </w:tc>
        <w:tc>
          <w:tcPr>
            <w:tcW w:w="7087" w:type="dxa"/>
            <w:tcMar>
              <w:top w:w="70" w:type="dxa"/>
              <w:left w:w="90" w:type="dxa"/>
              <w:bottom w:w="70" w:type="dxa"/>
              <w:right w:w="90" w:type="dxa"/>
            </w:tcMar>
          </w:tcPr>
          <w:p w14:paraId="0ADB4B48"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15AFDED" w14:textId="77777777">
              <w:trPr>
                <w:jc w:val="center"/>
              </w:trPr>
              <w:tc>
                <w:tcPr>
                  <w:tcW w:w="7087" w:type="dxa"/>
                  <w:shd w:val="clear" w:color="auto" w:fill="C6E7F3"/>
                  <w:tcMar>
                    <w:top w:w="45" w:type="dxa"/>
                    <w:left w:w="70" w:type="dxa"/>
                    <w:bottom w:w="45" w:type="dxa"/>
                    <w:right w:w="70" w:type="dxa"/>
                  </w:tcMar>
                </w:tcPr>
                <w:p w14:paraId="19E3C075" w14:textId="77777777" w:rsidR="00623E5F" w:rsidRDefault="00000000">
                  <w:pPr>
                    <w:keepNext/>
                  </w:pPr>
                  <w:r>
                    <w:rPr>
                      <w:b/>
                      <w:color w:val="000000"/>
                    </w:rPr>
                    <w:t>UVODNI DEL – POČUTJE, GIBALNI NAMIG, PREDZNANJE IN NAMEN UČENJA (7–10 min)</w:t>
                  </w:r>
                </w:p>
              </w:tc>
            </w:tr>
          </w:tbl>
          <w:p w14:paraId="2ACC5A7F" w14:textId="77777777" w:rsidR="00623E5F" w:rsidRDefault="00623E5F">
            <w:pPr>
              <w:spacing w:line="20" w:lineRule="exact"/>
            </w:pPr>
          </w:p>
          <w:p w14:paraId="7CB8751A" w14:textId="77777777" w:rsidR="00623E5F" w:rsidRDefault="00000000">
            <w:pPr>
              <w:spacing w:before="40" w:after="60" w:line="245" w:lineRule="auto"/>
            </w:pPr>
            <w:r>
              <w:rPr>
                <w:color w:val="000000"/>
                <w:sz w:val="15"/>
              </w:rPr>
              <w:t>Ob književnem motivu »Ciciban in čebela« – Oton Župančič učenci vstopijo v temo slovenska poezija, kulturna dediščina in skrb za naravo. Učiteljica pripravi kratek gibalni namig: glasba se nepričakovano ustavlja in spreminja tempo; učenci z držo, ritmom in gibalnim motivom vstopijo v temo »plesne igre«. Tedenski gibalni izziv: izvede čebelji plesni motiv v paru ali krogu.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5833E35C" w14:textId="77777777">
              <w:trPr>
                <w:jc w:val="center"/>
              </w:trPr>
              <w:tc>
                <w:tcPr>
                  <w:tcW w:w="7087" w:type="dxa"/>
                  <w:shd w:val="clear" w:color="auto" w:fill="EDC9EA"/>
                  <w:tcMar>
                    <w:top w:w="45" w:type="dxa"/>
                    <w:left w:w="70" w:type="dxa"/>
                    <w:bottom w:w="45" w:type="dxa"/>
                    <w:right w:w="70" w:type="dxa"/>
                  </w:tcMar>
                </w:tcPr>
                <w:p w14:paraId="4B7164C6" w14:textId="77777777" w:rsidR="00623E5F" w:rsidRDefault="00000000">
                  <w:pPr>
                    <w:keepNext/>
                  </w:pPr>
                  <w:r>
                    <w:rPr>
                      <w:b/>
                      <w:color w:val="000000"/>
                    </w:rPr>
                    <w:t>NAMENI UČENJA</w:t>
                  </w:r>
                </w:p>
              </w:tc>
            </w:tr>
          </w:tbl>
          <w:p w14:paraId="59A61BAF" w14:textId="77777777" w:rsidR="00623E5F" w:rsidRDefault="00623E5F">
            <w:pPr>
              <w:spacing w:line="20" w:lineRule="exact"/>
            </w:pPr>
          </w:p>
          <w:p w14:paraId="5480EB8E"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70D97E66" w14:textId="77777777" w:rsidR="00623E5F" w:rsidRDefault="00000000">
            <w:pPr>
              <w:pStyle w:val="Oznaenseznam"/>
              <w:spacing w:after="16"/>
            </w:pPr>
            <w:r>
              <w:rPr>
                <w:color w:val="000000"/>
                <w:sz w:val="15"/>
              </w:rPr>
              <w:t>sledim ritmu</w:t>
            </w:r>
          </w:p>
          <w:p w14:paraId="62D30AC2" w14:textId="77777777" w:rsidR="00623E5F" w:rsidRDefault="00000000">
            <w:pPr>
              <w:pStyle w:val="Oznaenseznam"/>
              <w:spacing w:after="16"/>
            </w:pPr>
            <w:r>
              <w:rPr>
                <w:color w:val="000000"/>
                <w:sz w:val="15"/>
              </w:rPr>
              <w:t>izvedem preprost ljudski plesni motiv</w:t>
            </w:r>
          </w:p>
          <w:p w14:paraId="5550B07B" w14:textId="77777777" w:rsidR="00623E5F" w:rsidRDefault="00000000">
            <w:pPr>
              <w:pStyle w:val="Oznaenseznam"/>
              <w:spacing w:after="16"/>
            </w:pPr>
            <w:r>
              <w:rPr>
                <w:color w:val="000000"/>
                <w:sz w:val="15"/>
              </w:rPr>
              <w:t>sodelujem v paru ali krogu</w:t>
            </w:r>
          </w:p>
          <w:tbl>
            <w:tblPr>
              <w:tblStyle w:val="Tabelamrea"/>
              <w:tblW w:w="0" w:type="auto"/>
              <w:jc w:val="center"/>
              <w:tblLayout w:type="fixed"/>
              <w:tblLook w:val="04A0" w:firstRow="1" w:lastRow="0" w:firstColumn="1" w:lastColumn="0" w:noHBand="0" w:noVBand="1"/>
            </w:tblPr>
            <w:tblGrid>
              <w:gridCol w:w="7087"/>
            </w:tblGrid>
            <w:tr w:rsidR="00623E5F" w14:paraId="7C01B59C" w14:textId="77777777">
              <w:trPr>
                <w:jc w:val="center"/>
              </w:trPr>
              <w:tc>
                <w:tcPr>
                  <w:tcW w:w="7087" w:type="dxa"/>
                  <w:shd w:val="clear" w:color="auto" w:fill="EDC9EA"/>
                  <w:tcMar>
                    <w:top w:w="45" w:type="dxa"/>
                    <w:left w:w="70" w:type="dxa"/>
                    <w:bottom w:w="45" w:type="dxa"/>
                    <w:right w:w="70" w:type="dxa"/>
                  </w:tcMar>
                </w:tcPr>
                <w:p w14:paraId="138F5021" w14:textId="77777777" w:rsidR="00623E5F" w:rsidRDefault="00000000">
                  <w:pPr>
                    <w:keepNext/>
                  </w:pPr>
                  <w:r>
                    <w:rPr>
                      <w:b/>
                      <w:color w:val="000000"/>
                    </w:rPr>
                    <w:t>PREVERJANJE PREDZNANJA</w:t>
                  </w:r>
                </w:p>
              </w:tc>
            </w:tr>
          </w:tbl>
          <w:p w14:paraId="68A127A4" w14:textId="77777777" w:rsidR="00623E5F" w:rsidRDefault="00623E5F">
            <w:pPr>
              <w:spacing w:line="20" w:lineRule="exact"/>
            </w:pPr>
          </w:p>
          <w:p w14:paraId="097AB618" w14:textId="77777777" w:rsidR="00623E5F" w:rsidRDefault="00000000">
            <w:pPr>
              <w:pStyle w:val="Oznaenseznam"/>
              <w:spacing w:after="16"/>
            </w:pPr>
            <w:r>
              <w:rPr>
                <w:color w:val="000000"/>
                <w:sz w:val="15"/>
              </w:rPr>
              <w:t>Kaj moje telo in prostor že znata pokazati pri temi »PLESNE IGRE«?</w:t>
            </w:r>
          </w:p>
          <w:p w14:paraId="43A85F54" w14:textId="77777777" w:rsidR="00623E5F" w:rsidRDefault="00000000">
            <w:pPr>
              <w:pStyle w:val="Oznaenseznam"/>
              <w:spacing w:after="16"/>
            </w:pPr>
            <w:r>
              <w:rPr>
                <w:color w:val="000000"/>
                <w:sz w:val="15"/>
              </w:rPr>
              <w:t>Katero varnostno pravilo, gibalni korak ali strategijo že obvladam in kaj bi najprej preizkusil/-a?</w:t>
            </w:r>
          </w:p>
          <w:p w14:paraId="2D5E0497"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3C6AF12D" w14:textId="77777777">
              <w:trPr>
                <w:jc w:val="center"/>
              </w:trPr>
              <w:tc>
                <w:tcPr>
                  <w:tcW w:w="7087" w:type="dxa"/>
                  <w:shd w:val="clear" w:color="auto" w:fill="EDC9EA"/>
                  <w:tcMar>
                    <w:top w:w="45" w:type="dxa"/>
                    <w:left w:w="70" w:type="dxa"/>
                    <w:bottom w:w="45" w:type="dxa"/>
                    <w:right w:w="70" w:type="dxa"/>
                  </w:tcMar>
                </w:tcPr>
                <w:p w14:paraId="0AE2DDFD" w14:textId="77777777" w:rsidR="00623E5F" w:rsidRDefault="00000000">
                  <w:pPr>
                    <w:keepNext/>
                  </w:pPr>
                  <w:r>
                    <w:rPr>
                      <w:b/>
                      <w:color w:val="000000"/>
                    </w:rPr>
                    <w:t>KRITERIJI USPEŠNOSTI</w:t>
                  </w:r>
                </w:p>
              </w:tc>
            </w:tr>
          </w:tbl>
          <w:p w14:paraId="6DB32303" w14:textId="77777777" w:rsidR="00623E5F" w:rsidRDefault="00623E5F"/>
          <w:p w14:paraId="0C5317DD" w14:textId="77777777" w:rsidR="00623E5F" w:rsidRDefault="00000000">
            <w:pPr>
              <w:spacing w:before="20" w:after="20" w:line="245" w:lineRule="auto"/>
            </w:pPr>
            <w:r>
              <w:rPr>
                <w:b/>
                <w:color w:val="000000"/>
                <w:sz w:val="16"/>
              </w:rPr>
              <w:t>Uspešen/-na bom, ko:</w:t>
            </w:r>
          </w:p>
          <w:p w14:paraId="6AC730CE" w14:textId="77777777" w:rsidR="00623E5F" w:rsidRDefault="00000000">
            <w:pPr>
              <w:pStyle w:val="Oznaenseznam"/>
              <w:spacing w:after="16"/>
            </w:pPr>
            <w:r>
              <w:rPr>
                <w:color w:val="000000"/>
                <w:sz w:val="15"/>
              </w:rPr>
              <w:t>sledim ritmu</w:t>
            </w:r>
          </w:p>
          <w:p w14:paraId="76A83F86" w14:textId="77777777" w:rsidR="00623E5F" w:rsidRDefault="00000000">
            <w:pPr>
              <w:pStyle w:val="Oznaenseznam"/>
              <w:spacing w:after="16"/>
            </w:pPr>
            <w:r>
              <w:rPr>
                <w:color w:val="000000"/>
                <w:sz w:val="15"/>
              </w:rPr>
              <w:t>izvedem preprost ljudski plesni motiv</w:t>
            </w:r>
          </w:p>
          <w:p w14:paraId="2F99FF14" w14:textId="77777777" w:rsidR="00623E5F" w:rsidRDefault="00000000">
            <w:pPr>
              <w:pStyle w:val="Oznaenseznam"/>
              <w:spacing w:after="16"/>
            </w:pPr>
            <w:r>
              <w:rPr>
                <w:color w:val="000000"/>
                <w:sz w:val="15"/>
              </w:rPr>
              <w:t>sodelujem v paru ali krogu</w:t>
            </w:r>
          </w:p>
          <w:p w14:paraId="41DB5E6F" w14:textId="77777777" w:rsidR="00623E5F" w:rsidRDefault="00000000">
            <w:pPr>
              <w:pStyle w:val="Oznaenseznam"/>
              <w:spacing w:after="16"/>
            </w:pPr>
            <w:r>
              <w:rPr>
                <w:color w:val="000000"/>
                <w:sz w:val="15"/>
              </w:rPr>
              <w:t>pred začetkom preverim prostor in opremo, ohranjam razdaljo ter se na znak varno ustavim</w:t>
            </w:r>
          </w:p>
          <w:p w14:paraId="17C29CB2"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2002205F" w14:textId="77777777" w:rsidR="00623E5F" w:rsidRDefault="00623E5F"/>
          <w:p w14:paraId="0CA0AFD6"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0B86579F"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3BDC2F0D" w14:textId="77777777" w:rsidR="00623E5F" w:rsidRDefault="00000000">
            <w:pPr>
              <w:spacing w:after="100" w:line="245" w:lineRule="auto"/>
            </w:pPr>
            <w:r>
              <w:rPr>
                <w:color w:val="000000"/>
                <w:sz w:val="15"/>
              </w:rPr>
              <w:t>Sodeluje pri razumevanju namena, vidnih meril, varnostnih pravil, prehodov in načina dokazovanja.</w:t>
            </w:r>
          </w:p>
          <w:p w14:paraId="0905D9B9" w14:textId="77777777" w:rsidR="00623E5F" w:rsidRDefault="00000000">
            <w:pPr>
              <w:spacing w:after="20" w:line="245" w:lineRule="auto"/>
            </w:pPr>
            <w:r>
              <w:rPr>
                <w:b/>
                <w:color w:val="D95BC6"/>
                <w:sz w:val="17"/>
              </w:rPr>
              <w:t>DOKAZ O UČENJU</w:t>
            </w:r>
          </w:p>
          <w:p w14:paraId="407E3312"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1C62A999"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888514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011247B"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CB14A9D" w14:textId="77777777" w:rsidR="00623E5F" w:rsidRDefault="00000000">
            <w:pPr>
              <w:jc w:val="center"/>
            </w:pPr>
            <w:r>
              <w:rPr>
                <w:b/>
                <w:color w:val="000000"/>
                <w:sz w:val="20"/>
              </w:rPr>
              <w:t>UČNE DEJAVNOSTI, METODE IN FORMATIVNO SPREMLJANJE</w:t>
            </w:r>
          </w:p>
        </w:tc>
      </w:tr>
      <w:tr w:rsidR="00623E5F" w14:paraId="6268DE9F" w14:textId="77777777">
        <w:trPr>
          <w:tblHeader/>
          <w:jc w:val="center"/>
        </w:trPr>
        <w:tc>
          <w:tcPr>
            <w:tcW w:w="4422" w:type="dxa"/>
            <w:vMerge/>
            <w:tcMar>
              <w:top w:w="70" w:type="dxa"/>
              <w:left w:w="90" w:type="dxa"/>
              <w:bottom w:w="70" w:type="dxa"/>
              <w:right w:w="90" w:type="dxa"/>
            </w:tcMar>
            <w:vAlign w:val="center"/>
          </w:tcPr>
          <w:p w14:paraId="60A2444A" w14:textId="77777777" w:rsidR="00623E5F" w:rsidRDefault="00623E5F"/>
        </w:tc>
        <w:tc>
          <w:tcPr>
            <w:tcW w:w="7087" w:type="dxa"/>
            <w:shd w:val="clear" w:color="auto" w:fill="FFFFFF"/>
            <w:tcMar>
              <w:top w:w="70" w:type="dxa"/>
              <w:left w:w="90" w:type="dxa"/>
              <w:bottom w:w="70" w:type="dxa"/>
              <w:right w:w="90" w:type="dxa"/>
            </w:tcMar>
            <w:vAlign w:val="center"/>
          </w:tcPr>
          <w:p w14:paraId="4C22B9A0"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B381ACB" w14:textId="77777777" w:rsidR="00623E5F" w:rsidRDefault="00000000">
            <w:pPr>
              <w:jc w:val="center"/>
            </w:pPr>
            <w:r>
              <w:rPr>
                <w:b/>
                <w:color w:val="000000"/>
              </w:rPr>
              <w:t>UČENEC</w:t>
            </w:r>
          </w:p>
        </w:tc>
      </w:tr>
      <w:tr w:rsidR="00623E5F" w14:paraId="1BC8D0EA" w14:textId="77777777">
        <w:trPr>
          <w:jc w:val="center"/>
        </w:trPr>
        <w:tc>
          <w:tcPr>
            <w:tcW w:w="4422" w:type="dxa"/>
            <w:tcMar>
              <w:top w:w="70" w:type="dxa"/>
              <w:left w:w="90" w:type="dxa"/>
              <w:bottom w:w="70" w:type="dxa"/>
              <w:right w:w="90" w:type="dxa"/>
            </w:tcMar>
          </w:tcPr>
          <w:p w14:paraId="6C3163C8" w14:textId="77777777" w:rsidR="00623E5F" w:rsidRDefault="00623E5F"/>
          <w:p w14:paraId="3DCDF0AF" w14:textId="77777777" w:rsidR="00623E5F" w:rsidRDefault="00000000">
            <w:pPr>
              <w:spacing w:after="40" w:line="245" w:lineRule="auto"/>
            </w:pPr>
            <w:r>
              <w:rPr>
                <w:b/>
                <w:color w:val="000000"/>
                <w:sz w:val="17"/>
              </w:rPr>
              <w:t>KLJUČNI ŠPORTNI IN GIBALNI POJMI</w:t>
            </w:r>
          </w:p>
          <w:p w14:paraId="20973B53"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ritem, tempo, gibalni motiv, zaporedje, držo, krog, par, skupinska izvedba</w:t>
            </w:r>
          </w:p>
          <w:p w14:paraId="64CB9925" w14:textId="77777777" w:rsidR="00623E5F" w:rsidRDefault="00000000">
            <w:pPr>
              <w:spacing w:after="20" w:line="245" w:lineRule="auto"/>
            </w:pPr>
            <w:r>
              <w:rPr>
                <w:b/>
                <w:color w:val="000000"/>
                <w:sz w:val="17"/>
              </w:rPr>
              <w:t>DOKAZI O UČENJU</w:t>
            </w:r>
          </w:p>
          <w:p w14:paraId="71BF10E8" w14:textId="77777777" w:rsidR="00623E5F" w:rsidRDefault="00000000">
            <w:pPr>
              <w:pStyle w:val="Oznaenseznam"/>
              <w:spacing w:after="7"/>
            </w:pPr>
            <w:r>
              <w:rPr>
                <w:color w:val="000000"/>
                <w:sz w:val="14"/>
              </w:rPr>
              <w:t>varen odziv na znak, začetni poskus prvine in ustno varnostno pravilo.</w:t>
            </w:r>
          </w:p>
          <w:p w14:paraId="49F886C5" w14:textId="77777777" w:rsidR="00623E5F" w:rsidRDefault="00000000">
            <w:pPr>
              <w:pStyle w:val="Oznaenseznam"/>
              <w:spacing w:after="7"/>
            </w:pPr>
            <w:r>
              <w:rPr>
                <w:color w:val="000000"/>
                <w:sz w:val="14"/>
              </w:rPr>
              <w:t>uporaba prvine v igri, sodelovanje, upoštevanje pravil in osebno samovrednotenje.</w:t>
            </w:r>
          </w:p>
          <w:p w14:paraId="5E572262" w14:textId="77777777" w:rsidR="00623E5F" w:rsidRDefault="00000000">
            <w:pPr>
              <w:spacing w:before="40" w:after="20" w:line="245" w:lineRule="auto"/>
            </w:pPr>
            <w:r>
              <w:rPr>
                <w:b/>
                <w:color w:val="000000"/>
                <w:sz w:val="16"/>
              </w:rPr>
              <w:t>GIBALNO DOŽIVETJE IN IZKUŠENJSKI POUK</w:t>
            </w:r>
          </w:p>
          <w:p w14:paraId="4FCEFC3E"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52AFACEA" w14:textId="77777777" w:rsidR="00623E5F" w:rsidRDefault="00000000">
            <w:pPr>
              <w:spacing w:after="20" w:line="245" w:lineRule="auto"/>
            </w:pPr>
            <w:r>
              <w:rPr>
                <w:b/>
                <w:color w:val="000000"/>
                <w:sz w:val="16"/>
              </w:rPr>
              <w:t>POUČEVANJE V GIBANJU</w:t>
            </w:r>
          </w:p>
          <w:p w14:paraId="38897768"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0CB6A7ED" w14:textId="77777777" w:rsidR="00623E5F" w:rsidRDefault="00000000">
            <w:pPr>
              <w:spacing w:after="20" w:line="245" w:lineRule="auto"/>
            </w:pPr>
            <w:r>
              <w:rPr>
                <w:b/>
                <w:color w:val="000000"/>
                <w:sz w:val="16"/>
              </w:rPr>
              <w:t>DELO PO ŠTIRIH POSTAJAH</w:t>
            </w:r>
          </w:p>
          <w:p w14:paraId="5654EC17"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12F202A7" w14:textId="77777777" w:rsidR="00623E5F" w:rsidRDefault="00000000">
            <w:pPr>
              <w:spacing w:after="7" w:line="245" w:lineRule="auto"/>
            </w:pPr>
            <w:r>
              <w:rPr>
                <w:color w:val="000000"/>
                <w:sz w:val="14"/>
              </w:rPr>
              <w:t>1. Ritmična: s korakom, ploskom in spremembo nivoja vadim cilj »sledim ritmu«.</w:t>
            </w:r>
          </w:p>
          <w:p w14:paraId="695C8167" w14:textId="77777777" w:rsidR="00623E5F" w:rsidRDefault="00000000">
            <w:pPr>
              <w:spacing w:after="7" w:line="245" w:lineRule="auto"/>
            </w:pPr>
            <w:r>
              <w:rPr>
                <w:color w:val="000000"/>
                <w:sz w:val="14"/>
              </w:rPr>
              <w:t>2. Motivna: ponovim kratek gibalni motiv ter ga povežem z začetkom, sredino in zaključnim položajem.</w:t>
            </w:r>
          </w:p>
          <w:p w14:paraId="1CDD4A3A" w14:textId="77777777" w:rsidR="00623E5F" w:rsidRDefault="00000000">
            <w:pPr>
              <w:spacing w:after="7" w:line="245" w:lineRule="auto"/>
            </w:pPr>
            <w:r>
              <w:rPr>
                <w:color w:val="000000"/>
                <w:sz w:val="14"/>
              </w:rPr>
              <w:t>3. Parna oziroma krožna: ohranim razdaljo, pogled in dogovor ter uresničujem cilj »izvedem preprost ljudski plesni motiv«.</w:t>
            </w:r>
          </w:p>
          <w:p w14:paraId="70754592" w14:textId="77777777" w:rsidR="00623E5F" w:rsidRDefault="00000000">
            <w:pPr>
              <w:spacing w:after="7" w:line="245" w:lineRule="auto"/>
            </w:pPr>
            <w:r>
              <w:rPr>
                <w:color w:val="000000"/>
                <w:sz w:val="14"/>
              </w:rPr>
              <w:t>4. Ustvarjalno-izvajalska: v skupini sestavim kratek niz, ga predstavim in pokažem, kako »sodelujem v paru ali krogu«.</w:t>
            </w:r>
          </w:p>
          <w:p w14:paraId="5DFADC36" w14:textId="77777777" w:rsidR="00623E5F" w:rsidRDefault="00000000">
            <w:pPr>
              <w:spacing w:after="20" w:line="245" w:lineRule="auto"/>
            </w:pPr>
            <w:r>
              <w:rPr>
                <w:b/>
                <w:color w:val="000000"/>
                <w:sz w:val="16"/>
              </w:rPr>
              <w:t>DIFERENCIACIJA IN VKLJUČEVANJE</w:t>
            </w:r>
          </w:p>
          <w:p w14:paraId="7BDEEC4A"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321BC992" w14:textId="77777777" w:rsidR="00623E5F" w:rsidRDefault="00000000">
            <w:pPr>
              <w:spacing w:after="20" w:line="245" w:lineRule="auto"/>
            </w:pPr>
            <w:r>
              <w:rPr>
                <w:b/>
                <w:color w:val="000000"/>
                <w:sz w:val="16"/>
              </w:rPr>
              <w:t>SPREMLJANJE</w:t>
            </w:r>
          </w:p>
          <w:p w14:paraId="6F10B516"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6EFFFF08"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6EF4659C" w14:textId="77777777">
              <w:trPr>
                <w:jc w:val="center"/>
              </w:trPr>
              <w:tc>
                <w:tcPr>
                  <w:tcW w:w="7087" w:type="dxa"/>
                  <w:shd w:val="clear" w:color="auto" w:fill="C6E7F3"/>
                  <w:tcMar>
                    <w:top w:w="45" w:type="dxa"/>
                    <w:left w:w="70" w:type="dxa"/>
                    <w:bottom w:w="45" w:type="dxa"/>
                    <w:right w:w="70" w:type="dxa"/>
                  </w:tcMar>
                </w:tcPr>
                <w:p w14:paraId="6DE7C16D" w14:textId="77777777" w:rsidR="00623E5F" w:rsidRDefault="00000000">
                  <w:pPr>
                    <w:keepNext/>
                  </w:pPr>
                  <w:r>
                    <w:rPr>
                      <w:b/>
                      <w:color w:val="000000"/>
                      <w:sz w:val="16"/>
                    </w:rPr>
                    <w:t>GLAVNI DEL – GIBALNI IZZIV, VADBA NA ŠTIRIH POSTAJAH IN IGRA (2 šolski uri)</w:t>
                  </w:r>
                </w:p>
              </w:tc>
            </w:tr>
          </w:tbl>
          <w:p w14:paraId="30EB0AFB" w14:textId="77777777" w:rsidR="00623E5F" w:rsidRDefault="00623E5F">
            <w:pPr>
              <w:spacing w:line="20" w:lineRule="exact"/>
            </w:pPr>
          </w:p>
          <w:p w14:paraId="44111C05" w14:textId="77777777" w:rsidR="00623E5F" w:rsidRDefault="00000000">
            <w:pPr>
              <w:keepNext/>
              <w:spacing w:before="16" w:after="6" w:line="245" w:lineRule="auto"/>
            </w:pPr>
            <w:r>
              <w:rPr>
                <w:b/>
                <w:color w:val="000000"/>
                <w:sz w:val="15"/>
              </w:rPr>
              <w:t>1. URA – Plesne igre – Ogrejem se in usvojim gib</w:t>
            </w:r>
          </w:p>
          <w:p w14:paraId="5F6CC7AD"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»Ciciban in čebela« – Oton Župančič. Osrednji del 30': 32' – Preveri prostor in opremo, predstavi varnostni znak ter skozi gibalno zgodbo modelira ključno prvino po korakih.</w:t>
            </w:r>
          </w:p>
          <w:p w14:paraId="6B352C35"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71EDF0D3" w14:textId="77777777" w:rsidR="00623E5F" w:rsidRDefault="00000000">
            <w:pPr>
              <w:spacing w:after="15" w:line="245" w:lineRule="auto"/>
            </w:pPr>
            <w:r>
              <w:rPr>
                <w:i/>
                <w:color w:val="D95BC6"/>
                <w:sz w:val="14"/>
              </w:rPr>
              <w:t>Predvideni dokaz: varen odziv na znak, začetni poskus prvine in ustno varnostno pravilo..</w:t>
            </w:r>
          </w:p>
          <w:p w14:paraId="503CCD5B" w14:textId="77777777" w:rsidR="00623E5F" w:rsidRDefault="00000000">
            <w:pPr>
              <w:keepNext/>
              <w:spacing w:before="16" w:after="6" w:line="245" w:lineRule="auto"/>
            </w:pPr>
            <w:r>
              <w:rPr>
                <w:b/>
                <w:color w:val="000000"/>
                <w:sz w:val="15"/>
              </w:rPr>
              <w:t>2. URA – Plesne igre – Uporabim v igri</w:t>
            </w:r>
          </w:p>
          <w:p w14:paraId="479EFBE4"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»Ciciban in čebela« – Oton Župančič. Osrednji del 30': 32' – Organizira vključujočo igro ali izziv brez izločanja, spremlja varnost, pošteno igro in uporabo naučene prvine.</w:t>
            </w:r>
          </w:p>
          <w:p w14:paraId="39323FE2"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57C983B6"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600DE6FD" w14:textId="77777777">
              <w:trPr>
                <w:jc w:val="center"/>
              </w:trPr>
              <w:tc>
                <w:tcPr>
                  <w:tcW w:w="7087" w:type="dxa"/>
                  <w:shd w:val="clear" w:color="auto" w:fill="EDC9EA"/>
                  <w:tcMar>
                    <w:top w:w="45" w:type="dxa"/>
                    <w:left w:w="70" w:type="dxa"/>
                    <w:bottom w:w="45" w:type="dxa"/>
                    <w:right w:w="70" w:type="dxa"/>
                  </w:tcMar>
                </w:tcPr>
                <w:p w14:paraId="68CEC950" w14:textId="77777777" w:rsidR="00623E5F" w:rsidRDefault="00000000">
                  <w:pPr>
                    <w:keepNext/>
                  </w:pPr>
                  <w:r>
                    <w:rPr>
                      <w:b/>
                      <w:color w:val="000000"/>
                      <w:sz w:val="16"/>
                    </w:rPr>
                    <w:t>ORGANIZACIJA POSTAJ, PREHODOV IN AKTIVNEGA ČASA</w:t>
                  </w:r>
                </w:p>
              </w:tc>
            </w:tr>
          </w:tbl>
          <w:p w14:paraId="10636B74" w14:textId="77777777" w:rsidR="00623E5F" w:rsidRDefault="00623E5F"/>
          <w:p w14:paraId="511DF810" w14:textId="77777777" w:rsidR="00623E5F" w:rsidRDefault="00000000">
            <w:pPr>
              <w:spacing w:before="5" w:after="6" w:line="245" w:lineRule="auto"/>
            </w:pPr>
            <w:r>
              <w:rPr>
                <w:color w:val="000000"/>
                <w:sz w:val="14"/>
              </w:rPr>
              <w:t>Postaja 1: Ritmična: s korakom, ploskom in spremembo nivoja vadim cilj »sledim ritmu«.</w:t>
            </w:r>
          </w:p>
          <w:p w14:paraId="05C25D20" w14:textId="77777777" w:rsidR="00623E5F" w:rsidRDefault="00000000">
            <w:pPr>
              <w:spacing w:before="5" w:after="6" w:line="245" w:lineRule="auto"/>
            </w:pPr>
            <w:r>
              <w:rPr>
                <w:color w:val="000000"/>
                <w:sz w:val="14"/>
              </w:rPr>
              <w:t>Postaja 2: Motivna: ponovim kratek gibalni motiv ter ga povežem z začetkom, sredino in zaključnim položajem.</w:t>
            </w:r>
          </w:p>
          <w:p w14:paraId="0C7B49E7" w14:textId="77777777" w:rsidR="00623E5F" w:rsidRDefault="00000000">
            <w:pPr>
              <w:spacing w:before="5" w:after="6" w:line="245" w:lineRule="auto"/>
            </w:pPr>
            <w:r>
              <w:rPr>
                <w:color w:val="000000"/>
                <w:sz w:val="14"/>
              </w:rPr>
              <w:t>Postaja 3: Parna oziroma krožna: ohranim razdaljo, pogled in dogovor ter uresničujem cilj »izvedem preprost ljudski plesni motiv«.</w:t>
            </w:r>
          </w:p>
          <w:p w14:paraId="70CEDC03" w14:textId="77777777" w:rsidR="00623E5F" w:rsidRDefault="00000000">
            <w:pPr>
              <w:spacing w:before="5" w:after="6" w:line="245" w:lineRule="auto"/>
            </w:pPr>
            <w:r>
              <w:rPr>
                <w:color w:val="000000"/>
                <w:sz w:val="14"/>
              </w:rPr>
              <w:t>Postaja 4: Ustvarjalno-izvajalska: v skupini sestavim kratek niz, ga predstavim in pokažem, kako »sodelujem v paru ali krogu«.</w:t>
            </w:r>
          </w:p>
          <w:p w14:paraId="4ADB48AA"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597F790C" w14:textId="77777777" w:rsidR="00623E5F" w:rsidRDefault="00623E5F"/>
          <w:p w14:paraId="0A53B2A8" w14:textId="77777777" w:rsidR="00623E5F" w:rsidRDefault="00000000">
            <w:pPr>
              <w:spacing w:after="5" w:line="245" w:lineRule="auto"/>
            </w:pPr>
            <w:r>
              <w:rPr>
                <w:b/>
                <w:color w:val="000000"/>
                <w:sz w:val="15"/>
              </w:rPr>
              <w:t>1. URA – Plesne igre – Ogrejem se in usvojim gib</w:t>
            </w:r>
          </w:p>
          <w:p w14:paraId="47F97CB8"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93286B2" w14:textId="77777777" w:rsidR="00623E5F" w:rsidRDefault="00000000">
            <w:pPr>
              <w:spacing w:after="14" w:line="245" w:lineRule="auto"/>
            </w:pPr>
            <w:r>
              <w:rPr>
                <w:color w:val="D95BC6"/>
                <w:sz w:val="13"/>
              </w:rPr>
              <w:t>Dokaz: varen odziv na znak, začetni poskus prvine in ustno varnostno pravilo.</w:t>
            </w:r>
          </w:p>
          <w:p w14:paraId="32662B10" w14:textId="77777777" w:rsidR="00623E5F" w:rsidRDefault="00000000">
            <w:pPr>
              <w:spacing w:after="5" w:line="245" w:lineRule="auto"/>
            </w:pPr>
            <w:r>
              <w:rPr>
                <w:b/>
                <w:color w:val="000000"/>
                <w:sz w:val="15"/>
              </w:rPr>
              <w:t>2. URA – Plesne igre – Uporabim v igri</w:t>
            </w:r>
          </w:p>
          <w:p w14:paraId="148EDAD5"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76DE4EF" w14:textId="77777777" w:rsidR="00623E5F" w:rsidRDefault="00000000">
            <w:pPr>
              <w:spacing w:after="14" w:line="245" w:lineRule="auto"/>
            </w:pPr>
            <w:r>
              <w:rPr>
                <w:color w:val="D95BC6"/>
                <w:sz w:val="13"/>
              </w:rPr>
              <w:t>Dokaz: uporaba prvine v igri, sodelovanje, upoštevanje pravil in osebno.</w:t>
            </w:r>
          </w:p>
          <w:p w14:paraId="5DF49092" w14:textId="77777777" w:rsidR="00623E5F" w:rsidRDefault="00000000">
            <w:pPr>
              <w:spacing w:before="30" w:after="14" w:line="245" w:lineRule="auto"/>
            </w:pPr>
            <w:r>
              <w:rPr>
                <w:b/>
                <w:color w:val="D95BC6"/>
                <w:sz w:val="16"/>
              </w:rPr>
              <w:t>MOJ KROG POSTAJ</w:t>
            </w:r>
          </w:p>
          <w:p w14:paraId="0A5B1286" w14:textId="77777777" w:rsidR="00623E5F" w:rsidRDefault="00000000">
            <w:pPr>
              <w:spacing w:after="8" w:line="245" w:lineRule="auto"/>
            </w:pPr>
            <w:r>
              <w:rPr>
                <w:color w:val="000000"/>
                <w:sz w:val="13"/>
              </w:rPr>
              <w:t>1. Ritmična: s korakom, ploskom in spremembo nivoja vadim cilj »sledim ritmu«.</w:t>
            </w:r>
          </w:p>
          <w:p w14:paraId="62E25E38" w14:textId="77777777" w:rsidR="00623E5F" w:rsidRDefault="00000000">
            <w:pPr>
              <w:spacing w:after="8" w:line="245" w:lineRule="auto"/>
            </w:pPr>
            <w:r>
              <w:rPr>
                <w:color w:val="000000"/>
                <w:sz w:val="13"/>
              </w:rPr>
              <w:t>2. Motivna: ponovim kratek gibalni motiv ter ga povežem z začetkom.</w:t>
            </w:r>
          </w:p>
          <w:p w14:paraId="21456562" w14:textId="77777777" w:rsidR="00623E5F" w:rsidRDefault="00000000">
            <w:pPr>
              <w:spacing w:after="8" w:line="245" w:lineRule="auto"/>
            </w:pPr>
            <w:r>
              <w:rPr>
                <w:color w:val="000000"/>
                <w:sz w:val="13"/>
              </w:rPr>
              <w:t>3. Parna oziroma krožna: ohranim razdaljo, pogled in dogovor ter uresničujem cilj.</w:t>
            </w:r>
          </w:p>
          <w:p w14:paraId="7E4F2EAC" w14:textId="77777777" w:rsidR="00623E5F" w:rsidRDefault="00000000">
            <w:pPr>
              <w:spacing w:after="8" w:line="245" w:lineRule="auto"/>
            </w:pPr>
            <w:r>
              <w:rPr>
                <w:color w:val="000000"/>
                <w:sz w:val="13"/>
              </w:rPr>
              <w:t>4. Ustvarjalno-izvajalska: v skupini sestavim kratek niz, ga predstavim in pokažem.</w:t>
            </w:r>
          </w:p>
          <w:p w14:paraId="3EBE8707"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2E4EEBD7" w14:textId="77777777" w:rsidR="00623E5F" w:rsidRDefault="00000000">
            <w:pPr>
              <w:spacing w:after="14" w:line="245" w:lineRule="auto"/>
            </w:pPr>
            <w:r>
              <w:rPr>
                <w:b/>
                <w:color w:val="D95BC6"/>
                <w:sz w:val="16"/>
              </w:rPr>
              <w:t>DOKAZ O UČENJU</w:t>
            </w:r>
          </w:p>
          <w:p w14:paraId="24BA57D8"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0203538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192C66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4A78C66"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AC20DA8" w14:textId="77777777" w:rsidR="00623E5F" w:rsidRDefault="00000000">
            <w:pPr>
              <w:jc w:val="center"/>
            </w:pPr>
            <w:r>
              <w:rPr>
                <w:b/>
                <w:color w:val="000000"/>
                <w:sz w:val="20"/>
              </w:rPr>
              <w:t>UČNE DEJAVNOSTI, METODE IN FORMATIVNO SPREMLJANJE</w:t>
            </w:r>
          </w:p>
        </w:tc>
      </w:tr>
      <w:tr w:rsidR="00623E5F" w14:paraId="485EDDDC" w14:textId="77777777">
        <w:trPr>
          <w:tblHeader/>
          <w:jc w:val="center"/>
        </w:trPr>
        <w:tc>
          <w:tcPr>
            <w:tcW w:w="4422" w:type="dxa"/>
            <w:vMerge/>
            <w:tcMar>
              <w:top w:w="70" w:type="dxa"/>
              <w:left w:w="90" w:type="dxa"/>
              <w:bottom w:w="70" w:type="dxa"/>
              <w:right w:w="90" w:type="dxa"/>
            </w:tcMar>
            <w:vAlign w:val="center"/>
          </w:tcPr>
          <w:p w14:paraId="36D1B46F" w14:textId="77777777" w:rsidR="00623E5F" w:rsidRDefault="00623E5F"/>
        </w:tc>
        <w:tc>
          <w:tcPr>
            <w:tcW w:w="7087" w:type="dxa"/>
            <w:shd w:val="clear" w:color="auto" w:fill="FFFFFF"/>
            <w:tcMar>
              <w:top w:w="70" w:type="dxa"/>
              <w:left w:w="90" w:type="dxa"/>
              <w:bottom w:w="70" w:type="dxa"/>
              <w:right w:w="90" w:type="dxa"/>
            </w:tcMar>
            <w:vAlign w:val="center"/>
          </w:tcPr>
          <w:p w14:paraId="2603D274"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BAD7498" w14:textId="77777777" w:rsidR="00623E5F" w:rsidRDefault="00000000">
            <w:pPr>
              <w:jc w:val="center"/>
            </w:pPr>
            <w:r>
              <w:rPr>
                <w:b/>
                <w:color w:val="000000"/>
              </w:rPr>
              <w:t>UČENEC</w:t>
            </w:r>
          </w:p>
        </w:tc>
      </w:tr>
      <w:tr w:rsidR="00623E5F" w14:paraId="699BF92F" w14:textId="77777777">
        <w:trPr>
          <w:jc w:val="center"/>
        </w:trPr>
        <w:tc>
          <w:tcPr>
            <w:tcW w:w="4422" w:type="dxa"/>
            <w:tcMar>
              <w:top w:w="70" w:type="dxa"/>
              <w:left w:w="90" w:type="dxa"/>
              <w:bottom w:w="70" w:type="dxa"/>
              <w:right w:w="90" w:type="dxa"/>
            </w:tcMar>
          </w:tcPr>
          <w:p w14:paraId="7A721776" w14:textId="77777777" w:rsidR="00623E5F" w:rsidRDefault="00623E5F"/>
          <w:p w14:paraId="05FB0235" w14:textId="77777777" w:rsidR="00623E5F" w:rsidRDefault="00000000">
            <w:pPr>
              <w:spacing w:after="40" w:line="245" w:lineRule="auto"/>
            </w:pPr>
            <w:r>
              <w:rPr>
                <w:b/>
                <w:color w:val="000000"/>
              </w:rPr>
              <w:t>FORMATIVNO SPREMLJANJE</w:t>
            </w:r>
          </w:p>
          <w:p w14:paraId="099053F2" w14:textId="77777777" w:rsidR="00623E5F" w:rsidRDefault="00000000">
            <w:pPr>
              <w:pStyle w:val="Oznaenseznam"/>
              <w:spacing w:after="16"/>
            </w:pPr>
            <w:r>
              <w:rPr>
                <w:color w:val="000000"/>
                <w:sz w:val="15"/>
              </w:rPr>
              <w:t>predznanje: gibalni prikaz, odziv na znak, izbira kartice, začetni poskus ali kratka razlaga</w:t>
            </w:r>
          </w:p>
          <w:p w14:paraId="00F1103C" w14:textId="77777777" w:rsidR="00623E5F" w:rsidRDefault="00000000">
            <w:pPr>
              <w:pStyle w:val="Oznaenseznam"/>
              <w:spacing w:after="16"/>
            </w:pPr>
            <w:r>
              <w:rPr>
                <w:color w:val="000000"/>
                <w:sz w:val="15"/>
              </w:rPr>
              <w:t>nameni in merila: kratka poved, slikovni znak, model varne izvedbe in en opazljiv tehnični poudarek</w:t>
            </w:r>
          </w:p>
          <w:p w14:paraId="3B086C71"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4D35100E" w14:textId="77777777" w:rsidR="00623E5F" w:rsidRDefault="00000000">
            <w:pPr>
              <w:pStyle w:val="Oznaenseznam"/>
              <w:spacing w:after="16"/>
            </w:pPr>
            <w:r>
              <w:rPr>
                <w:color w:val="000000"/>
                <w:sz w:val="15"/>
              </w:rPr>
              <w:t>povratna informacija: opis opaženega, povezava z enim merilom in takoj izvedljiv ponovni poskus</w:t>
            </w:r>
          </w:p>
          <w:p w14:paraId="07B5C8B3" w14:textId="77777777" w:rsidR="00623E5F" w:rsidRDefault="00000000">
            <w:pPr>
              <w:pStyle w:val="Oznaenseznam"/>
              <w:spacing w:after="16"/>
            </w:pPr>
            <w:r>
              <w:rPr>
                <w:color w:val="000000"/>
                <w:sz w:val="15"/>
              </w:rPr>
              <w:t>samovrednotenje: semafor napora in varnosti, lestvica samostojnosti, izbran dokaz ter osebni naslednji korak</w:t>
            </w:r>
          </w:p>
          <w:p w14:paraId="63E125CF" w14:textId="77777777" w:rsidR="00623E5F" w:rsidRDefault="00000000">
            <w:pPr>
              <w:spacing w:before="40" w:after="20" w:line="245" w:lineRule="auto"/>
            </w:pPr>
            <w:r>
              <w:rPr>
                <w:b/>
                <w:color w:val="000000"/>
                <w:sz w:val="17"/>
              </w:rPr>
              <w:t>VARNOST, POČUTJE IN HIGIENA</w:t>
            </w:r>
          </w:p>
          <w:p w14:paraId="4F746B89"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Gibalni prostor je brez ovir, razdalje so označene, obrati in poskoki pa so prilagojeni ravnotežju učencev.</w:t>
            </w:r>
          </w:p>
          <w:p w14:paraId="404E51D8" w14:textId="77777777" w:rsidR="00623E5F" w:rsidRDefault="00000000">
            <w:pPr>
              <w:spacing w:after="20" w:line="245" w:lineRule="auto"/>
            </w:pPr>
            <w:r>
              <w:rPr>
                <w:b/>
                <w:color w:val="000000"/>
                <w:sz w:val="17"/>
              </w:rPr>
              <w:t>EVIDENCA PO IZVEDBI</w:t>
            </w:r>
          </w:p>
          <w:p w14:paraId="17A6949A"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6C9F9635" w14:textId="77777777" w:rsidR="00623E5F" w:rsidRDefault="00000000">
            <w:pPr>
              <w:spacing w:before="40" w:after="20" w:line="245" w:lineRule="auto"/>
            </w:pPr>
            <w:r>
              <w:rPr>
                <w:b/>
                <w:color w:val="000000"/>
                <w:sz w:val="17"/>
              </w:rPr>
              <w:t>RAVEN DOSEGANJA</w:t>
            </w:r>
          </w:p>
          <w:p w14:paraId="41526D49"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12375114"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A338EC9" w14:textId="77777777">
              <w:trPr>
                <w:jc w:val="center"/>
              </w:trPr>
              <w:tc>
                <w:tcPr>
                  <w:tcW w:w="7087" w:type="dxa"/>
                  <w:shd w:val="clear" w:color="auto" w:fill="EDC9EA"/>
                  <w:tcMar>
                    <w:top w:w="45" w:type="dxa"/>
                    <w:left w:w="70" w:type="dxa"/>
                    <w:bottom w:w="45" w:type="dxa"/>
                    <w:right w:w="70" w:type="dxa"/>
                  </w:tcMar>
                </w:tcPr>
                <w:p w14:paraId="6F2E31A6" w14:textId="77777777" w:rsidR="00623E5F" w:rsidRDefault="00000000">
                  <w:pPr>
                    <w:keepNext/>
                  </w:pPr>
                  <w:r>
                    <w:rPr>
                      <w:b/>
                      <w:color w:val="000000"/>
                    </w:rPr>
                    <w:t>VPRAŠANJA V PODPORO GIBALNEMU UČENJU</w:t>
                  </w:r>
                </w:p>
              </w:tc>
            </w:tr>
          </w:tbl>
          <w:p w14:paraId="06F99B00" w14:textId="77777777" w:rsidR="00623E5F" w:rsidRDefault="00623E5F">
            <w:pPr>
              <w:spacing w:line="20" w:lineRule="exact"/>
            </w:pPr>
          </w:p>
          <w:p w14:paraId="30BC0AA5" w14:textId="77777777" w:rsidR="00623E5F" w:rsidRDefault="00000000">
            <w:pPr>
              <w:pStyle w:val="Oznaenseznam"/>
              <w:spacing w:after="16"/>
            </w:pPr>
            <w:r>
              <w:rPr>
                <w:color w:val="000000"/>
                <w:sz w:val="15"/>
              </w:rPr>
              <w:t>Kaj si pri prvem poskusu začutil/-a ali opazil/-a v položaju telesa, ravnotežju, smeri, ritmu ali naporu?</w:t>
            </w:r>
          </w:p>
          <w:p w14:paraId="38F125E5" w14:textId="77777777" w:rsidR="00623E5F" w:rsidRDefault="00000000">
            <w:pPr>
              <w:pStyle w:val="Oznaenseznam"/>
              <w:spacing w:after="16"/>
            </w:pPr>
            <w:r>
              <w:rPr>
                <w:color w:val="000000"/>
                <w:sz w:val="15"/>
              </w:rPr>
              <w:t>Katero varnostno pravilo in kateri gibalni korak sta bila danes najpomembnejša?</w:t>
            </w:r>
          </w:p>
          <w:p w14:paraId="1647A6BF" w14:textId="77777777" w:rsidR="00623E5F" w:rsidRDefault="00000000">
            <w:pPr>
              <w:pStyle w:val="Oznaenseznam"/>
              <w:spacing w:after="16"/>
            </w:pPr>
            <w:r>
              <w:rPr>
                <w:color w:val="000000"/>
                <w:sz w:val="15"/>
              </w:rPr>
              <w:t>Katero raven si izbral/-a, zakaj je bila primerna in kaj si pri naslednjem poskusu spremenil/-a?</w:t>
            </w:r>
          </w:p>
          <w:p w14:paraId="55D4BE15" w14:textId="77777777" w:rsidR="00623E5F" w:rsidRDefault="00000000">
            <w:pPr>
              <w:pStyle w:val="Oznaenseznam"/>
              <w:spacing w:after="16"/>
            </w:pPr>
            <w:r>
              <w:rPr>
                <w:color w:val="000000"/>
                <w:sz w:val="15"/>
              </w:rPr>
              <w:t>Kateri tvoj gibalni dokaz najjasneje pokaže dogovorjeno merilo?</w:t>
            </w:r>
          </w:p>
          <w:p w14:paraId="5D8D1D85"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196A3700" w14:textId="77777777">
              <w:trPr>
                <w:jc w:val="center"/>
              </w:trPr>
              <w:tc>
                <w:tcPr>
                  <w:tcW w:w="7087" w:type="dxa"/>
                  <w:shd w:val="clear" w:color="auto" w:fill="C6E7F3"/>
                  <w:tcMar>
                    <w:top w:w="45" w:type="dxa"/>
                    <w:left w:w="70" w:type="dxa"/>
                    <w:bottom w:w="45" w:type="dxa"/>
                    <w:right w:w="70" w:type="dxa"/>
                  </w:tcMar>
                </w:tcPr>
                <w:p w14:paraId="09B254C1" w14:textId="77777777" w:rsidR="00623E5F" w:rsidRDefault="00000000">
                  <w:pPr>
                    <w:keepNext/>
                  </w:pPr>
                  <w:r>
                    <w:rPr>
                      <w:b/>
                      <w:color w:val="000000"/>
                    </w:rPr>
                    <w:t>ZAKLJUČNI DEL – UMIRJANJE, RAZTEZANJE, DOKAZ IN REFLEKSIJA (8–10 min)</w:t>
                  </w:r>
                </w:p>
              </w:tc>
            </w:tr>
          </w:tbl>
          <w:p w14:paraId="1ACCA809" w14:textId="77777777" w:rsidR="00623E5F" w:rsidRDefault="00623E5F">
            <w:pPr>
              <w:spacing w:line="20" w:lineRule="exact"/>
            </w:pPr>
          </w:p>
          <w:p w14:paraId="38571B1D"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2F67028C" w14:textId="77777777">
              <w:trPr>
                <w:jc w:val="center"/>
              </w:trPr>
              <w:tc>
                <w:tcPr>
                  <w:tcW w:w="7087" w:type="dxa"/>
                  <w:shd w:val="clear" w:color="auto" w:fill="EDC9EA"/>
                  <w:tcMar>
                    <w:top w:w="45" w:type="dxa"/>
                    <w:left w:w="70" w:type="dxa"/>
                    <w:bottom w:w="45" w:type="dxa"/>
                    <w:right w:w="70" w:type="dxa"/>
                  </w:tcMar>
                </w:tcPr>
                <w:p w14:paraId="00B80A12" w14:textId="77777777" w:rsidR="00623E5F" w:rsidRDefault="00000000">
                  <w:pPr>
                    <w:keepNext/>
                  </w:pPr>
                  <w:r>
                    <w:rPr>
                      <w:b/>
                      <w:color w:val="000000"/>
                    </w:rPr>
                    <w:t>SAMOVREDNOTENJE</w:t>
                  </w:r>
                </w:p>
              </w:tc>
            </w:tr>
          </w:tbl>
          <w:p w14:paraId="1DD97C92" w14:textId="77777777" w:rsidR="00623E5F" w:rsidRDefault="00623E5F">
            <w:pPr>
              <w:spacing w:line="20" w:lineRule="exact"/>
            </w:pPr>
          </w:p>
          <w:p w14:paraId="3B8CA580"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65868A47" w14:textId="77777777">
              <w:trPr>
                <w:jc w:val="center"/>
              </w:trPr>
              <w:tc>
                <w:tcPr>
                  <w:tcW w:w="7087" w:type="dxa"/>
                  <w:shd w:val="clear" w:color="auto" w:fill="EDC9EA"/>
                  <w:tcMar>
                    <w:top w:w="45" w:type="dxa"/>
                    <w:left w:w="70" w:type="dxa"/>
                    <w:bottom w:w="45" w:type="dxa"/>
                    <w:right w:w="70" w:type="dxa"/>
                  </w:tcMar>
                </w:tcPr>
                <w:p w14:paraId="1DB5E107" w14:textId="77777777" w:rsidR="00623E5F" w:rsidRDefault="00000000">
                  <w:pPr>
                    <w:keepNext/>
                  </w:pPr>
                  <w:r>
                    <w:rPr>
                      <w:b/>
                      <w:color w:val="000000"/>
                    </w:rPr>
                    <w:t>VRSTNIŠKO OPAZOVANJE IN POVRATNA INFORMACIJA</w:t>
                  </w:r>
                </w:p>
              </w:tc>
            </w:tr>
          </w:tbl>
          <w:p w14:paraId="7573C398" w14:textId="77777777" w:rsidR="00623E5F" w:rsidRDefault="00623E5F">
            <w:pPr>
              <w:spacing w:line="20" w:lineRule="exact"/>
            </w:pPr>
          </w:p>
          <w:p w14:paraId="75239D72"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4FC80AE8" w14:textId="77777777">
              <w:trPr>
                <w:jc w:val="center"/>
              </w:trPr>
              <w:tc>
                <w:tcPr>
                  <w:tcW w:w="7087" w:type="dxa"/>
                  <w:shd w:val="clear" w:color="auto" w:fill="EDC9EA"/>
                  <w:tcMar>
                    <w:top w:w="45" w:type="dxa"/>
                    <w:left w:w="70" w:type="dxa"/>
                    <w:bottom w:w="45" w:type="dxa"/>
                    <w:right w:w="70" w:type="dxa"/>
                  </w:tcMar>
                </w:tcPr>
                <w:p w14:paraId="725C08BC" w14:textId="77777777" w:rsidR="00623E5F" w:rsidRDefault="00000000">
                  <w:pPr>
                    <w:keepNext/>
                  </w:pPr>
                  <w:r>
                    <w:rPr>
                      <w:b/>
                      <w:color w:val="000000"/>
                    </w:rPr>
                    <w:t>SKUPNI POVZETEK</w:t>
                  </w:r>
                </w:p>
              </w:tc>
            </w:tr>
          </w:tbl>
          <w:p w14:paraId="485754CD" w14:textId="77777777" w:rsidR="00623E5F" w:rsidRDefault="00623E5F"/>
          <w:p w14:paraId="595D133D" w14:textId="77777777" w:rsidR="00623E5F" w:rsidRDefault="00000000">
            <w:pPr>
              <w:spacing w:before="20" w:after="40" w:line="245" w:lineRule="auto"/>
            </w:pPr>
            <w:r>
              <w:rPr>
                <w:b/>
                <w:color w:val="000000"/>
                <w:sz w:val="16"/>
              </w:rPr>
              <w:t>sledim ritmu; izvedem preprost ljudski plesni motiv; sodelujem v paru ali krogu. Izbrani gibalni dokaz pojasnim in določim varen naslednji korak.</w:t>
            </w:r>
          </w:p>
        </w:tc>
        <w:tc>
          <w:tcPr>
            <w:tcW w:w="2551" w:type="dxa"/>
            <w:tcMar>
              <w:top w:w="70" w:type="dxa"/>
              <w:left w:w="90" w:type="dxa"/>
              <w:bottom w:w="70" w:type="dxa"/>
              <w:right w:w="90" w:type="dxa"/>
            </w:tcMar>
          </w:tcPr>
          <w:p w14:paraId="62B7F209" w14:textId="77777777" w:rsidR="00623E5F" w:rsidRDefault="00623E5F"/>
          <w:p w14:paraId="45CD2C2B" w14:textId="77777777" w:rsidR="00623E5F" w:rsidRDefault="00000000">
            <w:pPr>
              <w:spacing w:after="80" w:line="245" w:lineRule="auto"/>
            </w:pPr>
            <w:r>
              <w:rPr>
                <w:color w:val="000000"/>
                <w:sz w:val="15"/>
              </w:rPr>
              <w:t>Odgovarja na podporna vprašanja in se sklicuje na svojo izvedbo, počutje, izbrano raven in varnost.</w:t>
            </w:r>
          </w:p>
          <w:p w14:paraId="6B2452D9" w14:textId="77777777" w:rsidR="00623E5F" w:rsidRDefault="00000000">
            <w:pPr>
              <w:spacing w:after="80" w:line="245" w:lineRule="auto"/>
            </w:pPr>
            <w:r>
              <w:rPr>
                <w:color w:val="000000"/>
                <w:sz w:val="15"/>
              </w:rPr>
              <w:t>Predstavi izbrani gibalni dokaz ter pokaže ali pove, katero merilo z njim dosega.</w:t>
            </w:r>
          </w:p>
          <w:p w14:paraId="6B8B37E1" w14:textId="77777777" w:rsidR="00623E5F" w:rsidRDefault="00000000">
            <w:pPr>
              <w:spacing w:after="80" w:line="245" w:lineRule="auto"/>
            </w:pPr>
            <w:r>
              <w:rPr>
                <w:color w:val="000000"/>
                <w:sz w:val="15"/>
              </w:rPr>
              <w:t>Opazuje eno dogovorjeno prvino vrstnikove izvedbe in poda kratek, prijazen ter uporaben odziv.</w:t>
            </w:r>
          </w:p>
          <w:p w14:paraId="56EBA60D"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294E2F8B" w14:textId="77777777" w:rsidR="00623E5F" w:rsidRDefault="00000000">
            <w:pPr>
              <w:spacing w:after="100" w:line="245" w:lineRule="auto"/>
            </w:pPr>
            <w:r>
              <w:rPr>
                <w:color w:val="000000"/>
                <w:sz w:val="15"/>
              </w:rPr>
              <w:t>Umiri dihanje, oceni napor in počutje, izbere raven samostojnosti ter določi varen naslednji korak.</w:t>
            </w:r>
          </w:p>
          <w:p w14:paraId="3782B3C6" w14:textId="77777777" w:rsidR="00623E5F" w:rsidRDefault="00000000">
            <w:pPr>
              <w:spacing w:after="20" w:line="245" w:lineRule="auto"/>
            </w:pPr>
            <w:r>
              <w:rPr>
                <w:b/>
                <w:color w:val="D95BC6"/>
                <w:sz w:val="17"/>
              </w:rPr>
              <w:t>DOKAZ O UČENJU</w:t>
            </w:r>
          </w:p>
          <w:p w14:paraId="2C378953"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1FB37D95"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558ACB8E" w14:textId="77777777">
        <w:trPr>
          <w:cantSplit/>
          <w:jc w:val="center"/>
        </w:trPr>
        <w:tc>
          <w:tcPr>
            <w:tcW w:w="14060" w:type="dxa"/>
            <w:gridSpan w:val="6"/>
            <w:tcMar>
              <w:top w:w="70" w:type="dxa"/>
              <w:left w:w="90" w:type="dxa"/>
              <w:bottom w:w="70" w:type="dxa"/>
              <w:right w:w="90" w:type="dxa"/>
            </w:tcMar>
            <w:vAlign w:val="center"/>
          </w:tcPr>
          <w:p w14:paraId="43E57A1F" w14:textId="77777777" w:rsidR="00623E5F" w:rsidRDefault="00000000">
            <w:pPr>
              <w:jc w:val="center"/>
            </w:pPr>
            <w:r>
              <w:rPr>
                <w:b/>
                <w:color w:val="000000"/>
                <w:sz w:val="24"/>
              </w:rPr>
              <w:lastRenderedPageBreak/>
              <w:t>UČNA PRIPRAVA 23/39</w:t>
            </w:r>
          </w:p>
        </w:tc>
      </w:tr>
      <w:tr w:rsidR="00623E5F" w14:paraId="39525E3B" w14:textId="77777777">
        <w:trPr>
          <w:jc w:val="center"/>
        </w:trPr>
        <w:tc>
          <w:tcPr>
            <w:tcW w:w="2665" w:type="dxa"/>
            <w:tcMar>
              <w:top w:w="70" w:type="dxa"/>
              <w:left w:w="90" w:type="dxa"/>
              <w:bottom w:w="70" w:type="dxa"/>
              <w:right w:w="90" w:type="dxa"/>
            </w:tcMar>
            <w:vAlign w:val="center"/>
          </w:tcPr>
          <w:p w14:paraId="48AFEDB0"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03E5062"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119E721B"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68C399F" w14:textId="77777777" w:rsidR="00623E5F" w:rsidRDefault="00000000">
            <w:r>
              <w:rPr>
                <w:b/>
                <w:color w:val="000000"/>
                <w:sz w:val="16"/>
              </w:rPr>
              <w:t xml:space="preserve">NAČRTOVANI TERMIN: </w:t>
            </w:r>
            <w:r>
              <w:rPr>
                <w:color w:val="000000"/>
                <w:sz w:val="16"/>
              </w:rPr>
              <w:t>23. teden • 15.–19. 2. 2027</w:t>
            </w:r>
          </w:p>
        </w:tc>
        <w:tc>
          <w:tcPr>
            <w:tcW w:w="2268" w:type="dxa"/>
            <w:tcMar>
              <w:top w:w="70" w:type="dxa"/>
              <w:left w:w="90" w:type="dxa"/>
              <w:bottom w:w="70" w:type="dxa"/>
              <w:right w:w="90" w:type="dxa"/>
            </w:tcMar>
            <w:vAlign w:val="center"/>
          </w:tcPr>
          <w:p w14:paraId="4C8B4AFF"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6C9085C" w14:textId="77777777" w:rsidR="00623E5F" w:rsidRDefault="00000000">
            <w:r>
              <w:rPr>
                <w:b/>
                <w:color w:val="000000"/>
                <w:sz w:val="16"/>
              </w:rPr>
              <w:t xml:space="preserve">ŠTEVILO UR: </w:t>
            </w:r>
            <w:r>
              <w:rPr>
                <w:color w:val="000000"/>
                <w:sz w:val="16"/>
              </w:rPr>
              <w:t>2</w:t>
            </w:r>
          </w:p>
        </w:tc>
      </w:tr>
      <w:tr w:rsidR="00623E5F" w14:paraId="1B22C331" w14:textId="77777777">
        <w:trPr>
          <w:jc w:val="center"/>
        </w:trPr>
        <w:tc>
          <w:tcPr>
            <w:tcW w:w="14061" w:type="dxa"/>
            <w:gridSpan w:val="6"/>
            <w:tcMar>
              <w:top w:w="70" w:type="dxa"/>
              <w:left w:w="90" w:type="dxa"/>
              <w:bottom w:w="70" w:type="dxa"/>
              <w:right w:w="90" w:type="dxa"/>
            </w:tcMar>
            <w:vAlign w:val="center"/>
          </w:tcPr>
          <w:p w14:paraId="27F5C8BD"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3F830343" w14:textId="77777777">
        <w:trPr>
          <w:cantSplit/>
          <w:jc w:val="center"/>
        </w:trPr>
        <w:tc>
          <w:tcPr>
            <w:tcW w:w="14060" w:type="dxa"/>
            <w:gridSpan w:val="6"/>
            <w:tcMar>
              <w:top w:w="70" w:type="dxa"/>
              <w:left w:w="90" w:type="dxa"/>
              <w:bottom w:w="70" w:type="dxa"/>
              <w:right w:w="90" w:type="dxa"/>
            </w:tcMar>
            <w:vAlign w:val="center"/>
          </w:tcPr>
          <w:p w14:paraId="1FA7020C" w14:textId="77777777" w:rsidR="00623E5F" w:rsidRDefault="00623E5F"/>
          <w:p w14:paraId="650658A1" w14:textId="77777777" w:rsidR="00623E5F" w:rsidRDefault="00000000">
            <w:pPr>
              <w:spacing w:line="245" w:lineRule="auto"/>
            </w:pPr>
            <w:r>
              <w:rPr>
                <w:b/>
                <w:color w:val="000000"/>
                <w:sz w:val="15"/>
              </w:rPr>
              <w:t xml:space="preserve">UČNI SKLOP: </w:t>
            </w:r>
            <w:r>
              <w:rPr>
                <w:color w:val="000000"/>
                <w:sz w:val="15"/>
              </w:rPr>
              <w:t>NEKOČ IN DANES – ČAS IN DEDIŠČINA</w:t>
            </w:r>
          </w:p>
        </w:tc>
      </w:tr>
      <w:tr w:rsidR="00623E5F" w14:paraId="75A86510" w14:textId="77777777">
        <w:trPr>
          <w:cantSplit/>
          <w:jc w:val="center"/>
        </w:trPr>
        <w:tc>
          <w:tcPr>
            <w:tcW w:w="14060" w:type="dxa"/>
            <w:gridSpan w:val="6"/>
            <w:tcMar>
              <w:top w:w="70" w:type="dxa"/>
              <w:left w:w="90" w:type="dxa"/>
              <w:bottom w:w="70" w:type="dxa"/>
              <w:right w:w="90" w:type="dxa"/>
            </w:tcMar>
            <w:vAlign w:val="center"/>
          </w:tcPr>
          <w:p w14:paraId="2020F4F6" w14:textId="77777777" w:rsidR="00623E5F" w:rsidRDefault="00623E5F"/>
          <w:p w14:paraId="2B62501E" w14:textId="77777777" w:rsidR="00623E5F" w:rsidRDefault="00000000">
            <w:pPr>
              <w:spacing w:line="245" w:lineRule="auto"/>
            </w:pPr>
            <w:r>
              <w:rPr>
                <w:b/>
                <w:color w:val="000000"/>
                <w:sz w:val="15"/>
              </w:rPr>
              <w:t xml:space="preserve">UČNA TEMA: </w:t>
            </w:r>
            <w:r>
              <w:rPr>
                <w:color w:val="000000"/>
                <w:sz w:val="15"/>
              </w:rPr>
              <w:t>IGRE Z ŽOGO</w:t>
            </w:r>
          </w:p>
        </w:tc>
      </w:tr>
      <w:tr w:rsidR="00623E5F" w14:paraId="4279753A" w14:textId="77777777">
        <w:trPr>
          <w:cantSplit/>
          <w:jc w:val="center"/>
        </w:trPr>
        <w:tc>
          <w:tcPr>
            <w:tcW w:w="14060" w:type="dxa"/>
            <w:gridSpan w:val="6"/>
            <w:tcMar>
              <w:top w:w="70" w:type="dxa"/>
              <w:left w:w="90" w:type="dxa"/>
              <w:bottom w:w="70" w:type="dxa"/>
              <w:right w:w="90" w:type="dxa"/>
            </w:tcMar>
            <w:vAlign w:val="center"/>
          </w:tcPr>
          <w:p w14:paraId="583A12AB" w14:textId="77777777" w:rsidR="00623E5F" w:rsidRDefault="00623E5F"/>
          <w:p w14:paraId="46EB0DB3" w14:textId="77777777" w:rsidR="00623E5F" w:rsidRDefault="00000000">
            <w:pPr>
              <w:spacing w:line="245" w:lineRule="auto"/>
            </w:pPr>
            <w:r>
              <w:rPr>
                <w:b/>
                <w:color w:val="000000"/>
                <w:sz w:val="15"/>
              </w:rPr>
              <w:t xml:space="preserve">KNJIŽEVNO / MOTIVNO IZHODIŠČE: </w:t>
            </w:r>
            <w:r>
              <w:rPr>
                <w:color w:val="000000"/>
                <w:sz w:val="15"/>
              </w:rPr>
              <w:t>»Mojca Pokrajculja« – slovenska ljudska pravljica • stari predmeti, skupno bivanje in ustno izročilo</w:t>
            </w:r>
          </w:p>
        </w:tc>
      </w:tr>
      <w:tr w:rsidR="00623E5F" w14:paraId="7C37E280" w14:textId="77777777">
        <w:trPr>
          <w:cantSplit/>
          <w:jc w:val="center"/>
        </w:trPr>
        <w:tc>
          <w:tcPr>
            <w:tcW w:w="14060" w:type="dxa"/>
            <w:gridSpan w:val="6"/>
            <w:tcMar>
              <w:top w:w="70" w:type="dxa"/>
              <w:left w:w="90" w:type="dxa"/>
              <w:bottom w:w="70" w:type="dxa"/>
              <w:right w:w="90" w:type="dxa"/>
            </w:tcMar>
            <w:vAlign w:val="center"/>
          </w:tcPr>
          <w:p w14:paraId="48930CCF" w14:textId="77777777" w:rsidR="00623E5F" w:rsidRDefault="00623E5F"/>
          <w:p w14:paraId="4C5F39C4" w14:textId="77777777" w:rsidR="00623E5F" w:rsidRDefault="00000000">
            <w:pPr>
              <w:spacing w:line="245" w:lineRule="auto"/>
            </w:pPr>
            <w:r>
              <w:rPr>
                <w:b/>
                <w:color w:val="000000"/>
                <w:sz w:val="15"/>
              </w:rPr>
              <w:t xml:space="preserve">GIBALNO IZHODIŠČE / MOTIVACIJA: </w:t>
            </w:r>
            <w:r>
              <w:rPr>
                <w:color w:val="000000"/>
                <w:sz w:val="15"/>
              </w:rPr>
              <w:t>žoga poišče pot do cilja, vendar se mora najprej ustaviti, spremeniti smer ali varno potovati do soigralca; učenci raziščejo temo »igre z žogo«. Tedenski gibalni izziv: izvede sodelovalno igro z žogo »Vsi v piskrček«.</w:t>
            </w:r>
          </w:p>
        </w:tc>
      </w:tr>
      <w:tr w:rsidR="00623E5F" w14:paraId="30663A97" w14:textId="77777777">
        <w:trPr>
          <w:cantSplit/>
          <w:jc w:val="center"/>
        </w:trPr>
        <w:tc>
          <w:tcPr>
            <w:tcW w:w="14060" w:type="dxa"/>
            <w:gridSpan w:val="6"/>
            <w:tcMar>
              <w:top w:w="70" w:type="dxa"/>
              <w:left w:w="90" w:type="dxa"/>
              <w:bottom w:w="70" w:type="dxa"/>
              <w:right w:w="90" w:type="dxa"/>
            </w:tcMar>
            <w:vAlign w:val="center"/>
          </w:tcPr>
          <w:p w14:paraId="06F94197" w14:textId="77777777" w:rsidR="00623E5F" w:rsidRDefault="00623E5F"/>
          <w:p w14:paraId="2355DF5A" w14:textId="77777777" w:rsidR="00623E5F" w:rsidRDefault="00000000">
            <w:pPr>
              <w:spacing w:line="245" w:lineRule="auto"/>
            </w:pPr>
            <w:r>
              <w:rPr>
                <w:b/>
                <w:color w:val="000000"/>
                <w:sz w:val="15"/>
              </w:rPr>
              <w:t xml:space="preserve">UČNE ENOTE: </w:t>
            </w:r>
            <w:r>
              <w:rPr>
                <w:color w:val="000000"/>
                <w:sz w:val="15"/>
              </w:rPr>
              <w:t>1. ura – Igre z žogo – Ogrejem se in usvojim gib • 2. ura – Igre z žogo – Uporabim v igri</w:t>
            </w:r>
          </w:p>
        </w:tc>
      </w:tr>
      <w:tr w:rsidR="00623E5F" w14:paraId="23ED9F89" w14:textId="77777777">
        <w:trPr>
          <w:cantSplit/>
          <w:jc w:val="center"/>
        </w:trPr>
        <w:tc>
          <w:tcPr>
            <w:tcW w:w="14060" w:type="dxa"/>
            <w:gridSpan w:val="6"/>
            <w:tcMar>
              <w:top w:w="70" w:type="dxa"/>
              <w:left w:w="90" w:type="dxa"/>
              <w:bottom w:w="70" w:type="dxa"/>
              <w:right w:w="90" w:type="dxa"/>
            </w:tcMar>
            <w:vAlign w:val="center"/>
          </w:tcPr>
          <w:p w14:paraId="5CE283DA" w14:textId="77777777" w:rsidR="00623E5F" w:rsidRDefault="00623E5F"/>
          <w:p w14:paraId="78E92998"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1C8A80E0" w14:textId="77777777">
        <w:trPr>
          <w:cantSplit/>
          <w:jc w:val="center"/>
        </w:trPr>
        <w:tc>
          <w:tcPr>
            <w:tcW w:w="14060" w:type="dxa"/>
            <w:gridSpan w:val="6"/>
            <w:tcMar>
              <w:top w:w="70" w:type="dxa"/>
              <w:left w:w="90" w:type="dxa"/>
              <w:bottom w:w="70" w:type="dxa"/>
              <w:right w:w="90" w:type="dxa"/>
            </w:tcMar>
            <w:vAlign w:val="center"/>
          </w:tcPr>
          <w:p w14:paraId="6E0E1339" w14:textId="77777777" w:rsidR="00623E5F" w:rsidRDefault="00623E5F"/>
          <w:p w14:paraId="2D046459"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0B4A678B" w14:textId="77777777">
        <w:trPr>
          <w:cantSplit/>
          <w:jc w:val="center"/>
        </w:trPr>
        <w:tc>
          <w:tcPr>
            <w:tcW w:w="14060" w:type="dxa"/>
            <w:gridSpan w:val="6"/>
            <w:tcMar>
              <w:top w:w="70" w:type="dxa"/>
              <w:left w:w="90" w:type="dxa"/>
              <w:bottom w:w="70" w:type="dxa"/>
              <w:right w:w="90" w:type="dxa"/>
            </w:tcMar>
            <w:vAlign w:val="center"/>
          </w:tcPr>
          <w:p w14:paraId="087EE35A" w14:textId="77777777" w:rsidR="00623E5F" w:rsidRDefault="00623E5F"/>
          <w:p w14:paraId="06E49C3C"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1408A9C0" w14:textId="77777777">
        <w:trPr>
          <w:cantSplit/>
          <w:jc w:val="center"/>
        </w:trPr>
        <w:tc>
          <w:tcPr>
            <w:tcW w:w="14060" w:type="dxa"/>
            <w:gridSpan w:val="6"/>
            <w:tcMar>
              <w:top w:w="70" w:type="dxa"/>
              <w:left w:w="90" w:type="dxa"/>
              <w:bottom w:w="70" w:type="dxa"/>
              <w:right w:w="90" w:type="dxa"/>
            </w:tcMar>
            <w:vAlign w:val="center"/>
          </w:tcPr>
          <w:p w14:paraId="4072E662" w14:textId="77777777" w:rsidR="00623E5F" w:rsidRDefault="00623E5F"/>
          <w:p w14:paraId="12FD21DC" w14:textId="77777777" w:rsidR="00623E5F" w:rsidRDefault="00000000">
            <w:pPr>
              <w:spacing w:line="245" w:lineRule="auto"/>
            </w:pPr>
            <w:r>
              <w:rPr>
                <w:b/>
                <w:color w:val="000000"/>
                <w:sz w:val="15"/>
              </w:rPr>
              <w:t xml:space="preserve">MEDPREDMETNE POVEZAVE: </w:t>
            </w:r>
            <w:r>
              <w:rPr>
                <w:color w:val="000000"/>
                <w:sz w:val="15"/>
              </w:rPr>
              <w:t>SPO – stari predmeti, skupno bivanje in ustno izročilo,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4D57D93E" w14:textId="77777777">
        <w:trPr>
          <w:cantSplit/>
          <w:jc w:val="center"/>
        </w:trPr>
        <w:tc>
          <w:tcPr>
            <w:tcW w:w="14060" w:type="dxa"/>
            <w:gridSpan w:val="6"/>
            <w:tcMar>
              <w:top w:w="70" w:type="dxa"/>
              <w:left w:w="90" w:type="dxa"/>
              <w:bottom w:w="70" w:type="dxa"/>
              <w:right w:w="90" w:type="dxa"/>
            </w:tcMar>
            <w:vAlign w:val="center"/>
          </w:tcPr>
          <w:p w14:paraId="2B64E066" w14:textId="77777777" w:rsidR="00623E5F" w:rsidRDefault="00623E5F"/>
          <w:p w14:paraId="580184FE" w14:textId="77777777" w:rsidR="00623E5F" w:rsidRDefault="00000000">
            <w:pPr>
              <w:spacing w:line="245" w:lineRule="auto"/>
            </w:pPr>
            <w:r>
              <w:rPr>
                <w:b/>
                <w:color w:val="000000"/>
                <w:sz w:val="15"/>
              </w:rPr>
              <w:t xml:space="preserve">UČNA SREDSTVA IN PRIPOMOČKI: </w:t>
            </w:r>
            <w:r>
              <w:rPr>
                <w:color w:val="000000"/>
                <w:sz w:val="15"/>
              </w:rPr>
              <w:t>mehke žoge različnih velikosti, stožci, obroči, nizki cilji, talne oznake, košare in označevalni trakovi; kartice namena in kriterijev; oznake štirih postaj; opazovalni list; semafor napora in mapa dokazov</w:t>
            </w:r>
          </w:p>
        </w:tc>
      </w:tr>
      <w:tr w:rsidR="00623E5F" w14:paraId="15F1DCFD" w14:textId="77777777">
        <w:trPr>
          <w:cantSplit/>
          <w:jc w:val="center"/>
        </w:trPr>
        <w:tc>
          <w:tcPr>
            <w:tcW w:w="14060" w:type="dxa"/>
            <w:gridSpan w:val="6"/>
            <w:tcMar>
              <w:top w:w="70" w:type="dxa"/>
              <w:left w:w="90" w:type="dxa"/>
              <w:bottom w:w="70" w:type="dxa"/>
              <w:right w:w="90" w:type="dxa"/>
            </w:tcMar>
            <w:vAlign w:val="center"/>
          </w:tcPr>
          <w:p w14:paraId="3E35F89D" w14:textId="77777777" w:rsidR="00623E5F" w:rsidRDefault="00623E5F"/>
          <w:p w14:paraId="378F77C0"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5EAB7F1C" w14:textId="77777777">
        <w:trPr>
          <w:cantSplit/>
          <w:jc w:val="center"/>
        </w:trPr>
        <w:tc>
          <w:tcPr>
            <w:tcW w:w="14060" w:type="dxa"/>
            <w:gridSpan w:val="6"/>
            <w:tcMar>
              <w:top w:w="70" w:type="dxa"/>
              <w:left w:w="90" w:type="dxa"/>
              <w:bottom w:w="70" w:type="dxa"/>
              <w:right w:w="90" w:type="dxa"/>
            </w:tcMar>
            <w:vAlign w:val="center"/>
          </w:tcPr>
          <w:p w14:paraId="7AB7A063" w14:textId="77777777" w:rsidR="00623E5F" w:rsidRDefault="00623E5F"/>
          <w:p w14:paraId="7190E4EE" w14:textId="77777777" w:rsidR="00623E5F" w:rsidRDefault="00000000">
            <w:pPr>
              <w:spacing w:line="245" w:lineRule="auto"/>
            </w:pPr>
            <w:r>
              <w:rPr>
                <w:b/>
                <w:color w:val="000000"/>
                <w:sz w:val="15"/>
              </w:rPr>
              <w:t xml:space="preserve">OCENJEVANJE / DAN DEJAVNOSTI: </w:t>
            </w:r>
            <w:r>
              <w:rPr>
                <w:color w:val="000000"/>
                <w:sz w:val="15"/>
              </w:rPr>
              <w:t>KULTURNI DAN</w:t>
            </w:r>
          </w:p>
        </w:tc>
      </w:tr>
      <w:tr w:rsidR="00623E5F" w14:paraId="0AA9D008" w14:textId="77777777">
        <w:trPr>
          <w:cantSplit/>
          <w:jc w:val="center"/>
        </w:trPr>
        <w:tc>
          <w:tcPr>
            <w:tcW w:w="14060" w:type="dxa"/>
            <w:gridSpan w:val="6"/>
            <w:tcMar>
              <w:top w:w="70" w:type="dxa"/>
              <w:left w:w="90" w:type="dxa"/>
              <w:bottom w:w="70" w:type="dxa"/>
              <w:right w:w="90" w:type="dxa"/>
            </w:tcMar>
            <w:vAlign w:val="center"/>
          </w:tcPr>
          <w:p w14:paraId="743850BA" w14:textId="77777777" w:rsidR="00623E5F" w:rsidRDefault="00623E5F"/>
          <w:p w14:paraId="2F7DDD91"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2F9E79E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568AD50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DB77931"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2B14AAE" w14:textId="77777777" w:rsidR="00623E5F" w:rsidRDefault="00000000">
            <w:pPr>
              <w:jc w:val="center"/>
            </w:pPr>
            <w:r>
              <w:rPr>
                <w:b/>
                <w:color w:val="000000"/>
                <w:sz w:val="20"/>
              </w:rPr>
              <w:t>UČNE DEJAVNOSTI, METODE IN FORMATIVNO SPREMLJANJE</w:t>
            </w:r>
          </w:p>
        </w:tc>
      </w:tr>
      <w:tr w:rsidR="00623E5F" w14:paraId="5358E0D4" w14:textId="77777777">
        <w:trPr>
          <w:tblHeader/>
          <w:jc w:val="center"/>
        </w:trPr>
        <w:tc>
          <w:tcPr>
            <w:tcW w:w="4422" w:type="dxa"/>
            <w:vMerge/>
            <w:tcMar>
              <w:top w:w="70" w:type="dxa"/>
              <w:left w:w="90" w:type="dxa"/>
              <w:bottom w:w="70" w:type="dxa"/>
              <w:right w:w="90" w:type="dxa"/>
            </w:tcMar>
            <w:vAlign w:val="center"/>
          </w:tcPr>
          <w:p w14:paraId="271BED0D" w14:textId="77777777" w:rsidR="00623E5F" w:rsidRDefault="00623E5F"/>
        </w:tc>
        <w:tc>
          <w:tcPr>
            <w:tcW w:w="7087" w:type="dxa"/>
            <w:shd w:val="clear" w:color="auto" w:fill="FFFFFF"/>
            <w:tcMar>
              <w:top w:w="70" w:type="dxa"/>
              <w:left w:w="90" w:type="dxa"/>
              <w:bottom w:w="70" w:type="dxa"/>
              <w:right w:w="90" w:type="dxa"/>
            </w:tcMar>
            <w:vAlign w:val="center"/>
          </w:tcPr>
          <w:p w14:paraId="7561CE55"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4357F13" w14:textId="77777777" w:rsidR="00623E5F" w:rsidRDefault="00000000">
            <w:pPr>
              <w:jc w:val="center"/>
            </w:pPr>
            <w:r>
              <w:rPr>
                <w:b/>
                <w:color w:val="000000"/>
              </w:rPr>
              <w:t>UČENEC</w:t>
            </w:r>
          </w:p>
        </w:tc>
      </w:tr>
      <w:tr w:rsidR="00623E5F" w14:paraId="4C98E3A3" w14:textId="77777777">
        <w:trPr>
          <w:jc w:val="center"/>
        </w:trPr>
        <w:tc>
          <w:tcPr>
            <w:tcW w:w="4422" w:type="dxa"/>
            <w:tcMar>
              <w:top w:w="70" w:type="dxa"/>
              <w:left w:w="90" w:type="dxa"/>
              <w:bottom w:w="70" w:type="dxa"/>
              <w:right w:w="90" w:type="dxa"/>
            </w:tcMar>
          </w:tcPr>
          <w:p w14:paraId="13B6188F" w14:textId="77777777" w:rsidR="00623E5F" w:rsidRDefault="00623E5F"/>
          <w:p w14:paraId="4BD8DCDF" w14:textId="77777777" w:rsidR="00623E5F" w:rsidRDefault="00000000">
            <w:pPr>
              <w:spacing w:after="60" w:line="245" w:lineRule="auto"/>
            </w:pPr>
            <w:r>
              <w:rPr>
                <w:b/>
                <w:color w:val="000000"/>
              </w:rPr>
              <w:t>UČNI CILJI</w:t>
            </w:r>
          </w:p>
          <w:p w14:paraId="599E3652" w14:textId="77777777" w:rsidR="00623E5F" w:rsidRDefault="00000000">
            <w:pPr>
              <w:spacing w:after="20" w:line="245" w:lineRule="auto"/>
            </w:pPr>
            <w:r>
              <w:rPr>
                <w:b/>
                <w:color w:val="000000"/>
                <w:sz w:val="17"/>
              </w:rPr>
              <w:t>SPLOŠNI</w:t>
            </w:r>
          </w:p>
          <w:p w14:paraId="2596C36E"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23D40C0F" w14:textId="77777777" w:rsidR="00623E5F" w:rsidRDefault="00000000">
            <w:pPr>
              <w:pStyle w:val="Oznaenseznam"/>
              <w:spacing w:after="16"/>
            </w:pPr>
            <w:r>
              <w:rPr>
                <w:color w:val="000000"/>
                <w:sz w:val="15"/>
              </w:rPr>
              <w:t>varno hodi, teče, skače, meče, pleza, se plazi, lovi, ravnoteži, pleše in uporablja različne rekvizite</w:t>
            </w:r>
          </w:p>
          <w:p w14:paraId="18DF5EAA" w14:textId="77777777" w:rsidR="00623E5F" w:rsidRDefault="00000000">
            <w:pPr>
              <w:pStyle w:val="Oznaenseznam"/>
              <w:spacing w:after="16"/>
            </w:pPr>
            <w:r>
              <w:rPr>
                <w:color w:val="000000"/>
                <w:sz w:val="15"/>
              </w:rPr>
              <w:t>razume pomen rednega gibanja, ogrevanja, higiene, primerne opreme, počitka in varnega ravnanja</w:t>
            </w:r>
          </w:p>
          <w:p w14:paraId="4C3F509C"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34045AFF" w14:textId="77777777" w:rsidR="00623E5F" w:rsidRDefault="00000000">
            <w:pPr>
              <w:spacing w:before="40" w:after="20" w:line="245" w:lineRule="auto"/>
            </w:pPr>
            <w:r>
              <w:rPr>
                <w:b/>
                <w:color w:val="000000"/>
                <w:sz w:val="17"/>
              </w:rPr>
              <w:t>OPERATIVNI</w:t>
            </w:r>
          </w:p>
          <w:p w14:paraId="2623B8D0" w14:textId="77777777" w:rsidR="00623E5F" w:rsidRDefault="00000000">
            <w:pPr>
              <w:pStyle w:val="Oznaenseznam"/>
              <w:spacing w:after="16"/>
            </w:pPr>
            <w:r>
              <w:rPr>
                <w:color w:val="000000"/>
                <w:sz w:val="15"/>
              </w:rPr>
              <w:t>kotali, meče in lovi</w:t>
            </w:r>
          </w:p>
          <w:p w14:paraId="4375C4AD" w14:textId="77777777" w:rsidR="00623E5F" w:rsidRDefault="00000000">
            <w:pPr>
              <w:pStyle w:val="Oznaenseznam"/>
              <w:spacing w:after="16"/>
            </w:pPr>
            <w:r>
              <w:rPr>
                <w:color w:val="000000"/>
                <w:sz w:val="15"/>
              </w:rPr>
              <w:t>usmerja žogo v cilj</w:t>
            </w:r>
          </w:p>
          <w:p w14:paraId="1806F4C5" w14:textId="77777777" w:rsidR="00623E5F" w:rsidRDefault="00000000">
            <w:pPr>
              <w:pStyle w:val="Oznaenseznam"/>
              <w:spacing w:after="16"/>
            </w:pPr>
            <w:r>
              <w:rPr>
                <w:color w:val="000000"/>
                <w:sz w:val="15"/>
              </w:rPr>
              <w:t>varno sodeluje</w:t>
            </w:r>
          </w:p>
          <w:p w14:paraId="5DE8EDD3" w14:textId="77777777" w:rsidR="00623E5F" w:rsidRDefault="00000000">
            <w:pPr>
              <w:spacing w:before="40" w:after="20" w:line="245" w:lineRule="auto"/>
            </w:pPr>
            <w:r>
              <w:rPr>
                <w:b/>
                <w:color w:val="000000"/>
                <w:sz w:val="17"/>
              </w:rPr>
              <w:t>PRIČAKOVANI DOSEŽKI / MINIMALNI POUDARKI</w:t>
            </w:r>
          </w:p>
          <w:p w14:paraId="4BF8A3B3" w14:textId="77777777" w:rsidR="00623E5F" w:rsidRDefault="00000000">
            <w:pPr>
              <w:pStyle w:val="Oznaenseznam"/>
              <w:spacing w:after="16"/>
            </w:pPr>
            <w:r>
              <w:rPr>
                <w:color w:val="000000"/>
                <w:sz w:val="15"/>
              </w:rPr>
              <w:t>učenec samostojno oziroma z dogovorjeno oporo kotali, meče in lovi</w:t>
            </w:r>
          </w:p>
          <w:p w14:paraId="1CACE106" w14:textId="77777777" w:rsidR="00623E5F" w:rsidRDefault="00000000">
            <w:pPr>
              <w:pStyle w:val="Oznaenseznam"/>
              <w:spacing w:after="16"/>
            </w:pPr>
            <w:r>
              <w:rPr>
                <w:color w:val="000000"/>
                <w:sz w:val="15"/>
              </w:rPr>
              <w:t>učenec samostojno oziroma z dogovorjeno oporo usmerja žogo v cilj</w:t>
            </w:r>
          </w:p>
          <w:p w14:paraId="2F41523C" w14:textId="77777777" w:rsidR="00623E5F" w:rsidRDefault="00000000">
            <w:pPr>
              <w:pStyle w:val="Oznaenseznam"/>
              <w:spacing w:after="16"/>
            </w:pPr>
            <w:r>
              <w:rPr>
                <w:color w:val="000000"/>
                <w:sz w:val="15"/>
              </w:rPr>
              <w:t>učenec samostojno oziroma z dogovorjeno oporo varno sodeluje</w:t>
            </w:r>
          </w:p>
        </w:tc>
        <w:tc>
          <w:tcPr>
            <w:tcW w:w="7087" w:type="dxa"/>
            <w:tcMar>
              <w:top w:w="70" w:type="dxa"/>
              <w:left w:w="90" w:type="dxa"/>
              <w:bottom w:w="70" w:type="dxa"/>
              <w:right w:w="90" w:type="dxa"/>
            </w:tcMar>
          </w:tcPr>
          <w:p w14:paraId="77FCA455"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808B111" w14:textId="77777777">
              <w:trPr>
                <w:jc w:val="center"/>
              </w:trPr>
              <w:tc>
                <w:tcPr>
                  <w:tcW w:w="7087" w:type="dxa"/>
                  <w:shd w:val="clear" w:color="auto" w:fill="C6E7F3"/>
                  <w:tcMar>
                    <w:top w:w="45" w:type="dxa"/>
                    <w:left w:w="70" w:type="dxa"/>
                    <w:bottom w:w="45" w:type="dxa"/>
                    <w:right w:w="70" w:type="dxa"/>
                  </w:tcMar>
                </w:tcPr>
                <w:p w14:paraId="3239373B" w14:textId="77777777" w:rsidR="00623E5F" w:rsidRDefault="00000000">
                  <w:pPr>
                    <w:keepNext/>
                  </w:pPr>
                  <w:r>
                    <w:rPr>
                      <w:b/>
                      <w:color w:val="000000"/>
                    </w:rPr>
                    <w:t>UVODNI DEL – POČUTJE, GIBALNI NAMIG, PREDZNANJE IN NAMEN UČENJA (7–10 min)</w:t>
                  </w:r>
                </w:p>
              </w:tc>
            </w:tr>
          </w:tbl>
          <w:p w14:paraId="607DC2D3" w14:textId="77777777" w:rsidR="00623E5F" w:rsidRDefault="00623E5F">
            <w:pPr>
              <w:spacing w:line="20" w:lineRule="exact"/>
            </w:pPr>
          </w:p>
          <w:p w14:paraId="53A7F6D6" w14:textId="77777777" w:rsidR="00623E5F" w:rsidRDefault="00000000">
            <w:pPr>
              <w:spacing w:before="40" w:after="60" w:line="245" w:lineRule="auto"/>
            </w:pPr>
            <w:r>
              <w:rPr>
                <w:color w:val="000000"/>
                <w:sz w:val="15"/>
              </w:rPr>
              <w:t>Ob književnem motivu »Mojca Pokrajculja« – slovenska ljudska pravljica učenci vstopijo v temo stari predmeti, skupno bivanje in ustno izročilo. Učiteljica pripravi kratek gibalni namig: žoga poišče pot do cilja, vendar se mora najprej ustaviti, spremeniti smer ali varno potovati do soigralca; učenci raziščejo temo »igre z žogo«. Tedenski gibalni izziv: izvede sodelovalno igro z žogo »Vsi v piskrček«.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60AEF576" w14:textId="77777777">
              <w:trPr>
                <w:jc w:val="center"/>
              </w:trPr>
              <w:tc>
                <w:tcPr>
                  <w:tcW w:w="7087" w:type="dxa"/>
                  <w:shd w:val="clear" w:color="auto" w:fill="EDC9EA"/>
                  <w:tcMar>
                    <w:top w:w="45" w:type="dxa"/>
                    <w:left w:w="70" w:type="dxa"/>
                    <w:bottom w:w="45" w:type="dxa"/>
                    <w:right w:w="70" w:type="dxa"/>
                  </w:tcMar>
                </w:tcPr>
                <w:p w14:paraId="6DB555F1" w14:textId="77777777" w:rsidR="00623E5F" w:rsidRDefault="00000000">
                  <w:pPr>
                    <w:keepNext/>
                  </w:pPr>
                  <w:r>
                    <w:rPr>
                      <w:b/>
                      <w:color w:val="000000"/>
                    </w:rPr>
                    <w:t>NAMENI UČENJA</w:t>
                  </w:r>
                </w:p>
              </w:tc>
            </w:tr>
          </w:tbl>
          <w:p w14:paraId="330B93E6" w14:textId="77777777" w:rsidR="00623E5F" w:rsidRDefault="00623E5F">
            <w:pPr>
              <w:spacing w:line="20" w:lineRule="exact"/>
            </w:pPr>
          </w:p>
          <w:p w14:paraId="5E35A4D6"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4B018E1E" w14:textId="77777777" w:rsidR="00623E5F" w:rsidRDefault="00000000">
            <w:pPr>
              <w:pStyle w:val="Oznaenseznam"/>
              <w:spacing w:after="16"/>
            </w:pPr>
            <w:r>
              <w:rPr>
                <w:color w:val="000000"/>
                <w:sz w:val="15"/>
              </w:rPr>
              <w:t>kotalim, mečem in lovim</w:t>
            </w:r>
          </w:p>
          <w:p w14:paraId="15B5EFB7" w14:textId="77777777" w:rsidR="00623E5F" w:rsidRDefault="00000000">
            <w:pPr>
              <w:pStyle w:val="Oznaenseznam"/>
              <w:spacing w:after="16"/>
            </w:pPr>
            <w:r>
              <w:rPr>
                <w:color w:val="000000"/>
                <w:sz w:val="15"/>
              </w:rPr>
              <w:t>usmerja žogo v cilj</w:t>
            </w:r>
          </w:p>
          <w:p w14:paraId="7FB9F8A6" w14:textId="77777777" w:rsidR="00623E5F" w:rsidRDefault="00000000">
            <w:pPr>
              <w:pStyle w:val="Oznaenseznam"/>
              <w:spacing w:after="16"/>
            </w:pPr>
            <w:r>
              <w:rPr>
                <w:color w:val="000000"/>
                <w:sz w:val="15"/>
              </w:rPr>
              <w:t>varno sodelujem</w:t>
            </w:r>
          </w:p>
          <w:tbl>
            <w:tblPr>
              <w:tblStyle w:val="Tabelamrea"/>
              <w:tblW w:w="0" w:type="auto"/>
              <w:jc w:val="center"/>
              <w:tblLayout w:type="fixed"/>
              <w:tblLook w:val="04A0" w:firstRow="1" w:lastRow="0" w:firstColumn="1" w:lastColumn="0" w:noHBand="0" w:noVBand="1"/>
            </w:tblPr>
            <w:tblGrid>
              <w:gridCol w:w="7087"/>
            </w:tblGrid>
            <w:tr w:rsidR="00623E5F" w14:paraId="31E5A014" w14:textId="77777777">
              <w:trPr>
                <w:jc w:val="center"/>
              </w:trPr>
              <w:tc>
                <w:tcPr>
                  <w:tcW w:w="7087" w:type="dxa"/>
                  <w:shd w:val="clear" w:color="auto" w:fill="EDC9EA"/>
                  <w:tcMar>
                    <w:top w:w="45" w:type="dxa"/>
                    <w:left w:w="70" w:type="dxa"/>
                    <w:bottom w:w="45" w:type="dxa"/>
                    <w:right w:w="70" w:type="dxa"/>
                  </w:tcMar>
                </w:tcPr>
                <w:p w14:paraId="1C84E8D9" w14:textId="77777777" w:rsidR="00623E5F" w:rsidRDefault="00000000">
                  <w:pPr>
                    <w:keepNext/>
                  </w:pPr>
                  <w:r>
                    <w:rPr>
                      <w:b/>
                      <w:color w:val="000000"/>
                    </w:rPr>
                    <w:t>PREVERJANJE PREDZNANJA</w:t>
                  </w:r>
                </w:p>
              </w:tc>
            </w:tr>
          </w:tbl>
          <w:p w14:paraId="513AF189" w14:textId="77777777" w:rsidR="00623E5F" w:rsidRDefault="00623E5F">
            <w:pPr>
              <w:spacing w:line="20" w:lineRule="exact"/>
            </w:pPr>
          </w:p>
          <w:p w14:paraId="5D50FF8A" w14:textId="77777777" w:rsidR="00623E5F" w:rsidRDefault="00000000">
            <w:pPr>
              <w:pStyle w:val="Oznaenseznam"/>
              <w:spacing w:after="16"/>
            </w:pPr>
            <w:r>
              <w:rPr>
                <w:color w:val="000000"/>
                <w:sz w:val="15"/>
              </w:rPr>
              <w:t>Kaj moje telo in prostor že znata pokazati pri temi »IGRE Z ŽOGO«?</w:t>
            </w:r>
          </w:p>
          <w:p w14:paraId="07684B1F" w14:textId="77777777" w:rsidR="00623E5F" w:rsidRDefault="00000000">
            <w:pPr>
              <w:pStyle w:val="Oznaenseznam"/>
              <w:spacing w:after="16"/>
            </w:pPr>
            <w:r>
              <w:rPr>
                <w:color w:val="000000"/>
                <w:sz w:val="15"/>
              </w:rPr>
              <w:t>Katero varnostno pravilo, gibalni korak ali strategijo že obvladam in kaj bi najprej preizkusil/-a?</w:t>
            </w:r>
          </w:p>
          <w:p w14:paraId="47168CA6"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7AE60172" w14:textId="77777777">
              <w:trPr>
                <w:jc w:val="center"/>
              </w:trPr>
              <w:tc>
                <w:tcPr>
                  <w:tcW w:w="7087" w:type="dxa"/>
                  <w:shd w:val="clear" w:color="auto" w:fill="EDC9EA"/>
                  <w:tcMar>
                    <w:top w:w="45" w:type="dxa"/>
                    <w:left w:w="70" w:type="dxa"/>
                    <w:bottom w:w="45" w:type="dxa"/>
                    <w:right w:w="70" w:type="dxa"/>
                  </w:tcMar>
                </w:tcPr>
                <w:p w14:paraId="471E9279" w14:textId="77777777" w:rsidR="00623E5F" w:rsidRDefault="00000000">
                  <w:pPr>
                    <w:keepNext/>
                  </w:pPr>
                  <w:r>
                    <w:rPr>
                      <w:b/>
                      <w:color w:val="000000"/>
                    </w:rPr>
                    <w:t>KRITERIJI USPEŠNOSTI</w:t>
                  </w:r>
                </w:p>
              </w:tc>
            </w:tr>
          </w:tbl>
          <w:p w14:paraId="64D27C48" w14:textId="77777777" w:rsidR="00623E5F" w:rsidRDefault="00623E5F"/>
          <w:p w14:paraId="79F6B862" w14:textId="77777777" w:rsidR="00623E5F" w:rsidRDefault="00000000">
            <w:pPr>
              <w:spacing w:before="20" w:after="20" w:line="245" w:lineRule="auto"/>
            </w:pPr>
            <w:r>
              <w:rPr>
                <w:b/>
                <w:color w:val="000000"/>
                <w:sz w:val="16"/>
              </w:rPr>
              <w:t>Uspešen/-na bom, ko:</w:t>
            </w:r>
          </w:p>
          <w:p w14:paraId="090C8CD4" w14:textId="77777777" w:rsidR="00623E5F" w:rsidRDefault="00000000">
            <w:pPr>
              <w:pStyle w:val="Oznaenseznam"/>
              <w:spacing w:after="16"/>
            </w:pPr>
            <w:r>
              <w:rPr>
                <w:color w:val="000000"/>
                <w:sz w:val="15"/>
              </w:rPr>
              <w:t>kotalim, mečem in lovim</w:t>
            </w:r>
          </w:p>
          <w:p w14:paraId="418352FE" w14:textId="77777777" w:rsidR="00623E5F" w:rsidRDefault="00000000">
            <w:pPr>
              <w:pStyle w:val="Oznaenseznam"/>
              <w:spacing w:after="16"/>
            </w:pPr>
            <w:r>
              <w:rPr>
                <w:color w:val="000000"/>
                <w:sz w:val="15"/>
              </w:rPr>
              <w:t>usmerja žogo v cilj</w:t>
            </w:r>
          </w:p>
          <w:p w14:paraId="6613BA08" w14:textId="77777777" w:rsidR="00623E5F" w:rsidRDefault="00000000">
            <w:pPr>
              <w:pStyle w:val="Oznaenseznam"/>
              <w:spacing w:after="16"/>
            </w:pPr>
            <w:r>
              <w:rPr>
                <w:color w:val="000000"/>
                <w:sz w:val="15"/>
              </w:rPr>
              <w:t>varno sodelujem</w:t>
            </w:r>
          </w:p>
          <w:p w14:paraId="1DD4A3FE" w14:textId="77777777" w:rsidR="00623E5F" w:rsidRDefault="00000000">
            <w:pPr>
              <w:pStyle w:val="Oznaenseznam"/>
              <w:spacing w:after="16"/>
            </w:pPr>
            <w:r>
              <w:rPr>
                <w:color w:val="000000"/>
                <w:sz w:val="15"/>
              </w:rPr>
              <w:t>pred začetkom preverim prostor in opremo, ohranjam razdaljo ter se na znak varno ustavim</w:t>
            </w:r>
          </w:p>
          <w:p w14:paraId="01A40E03"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0DBA2830" w14:textId="77777777" w:rsidR="00623E5F" w:rsidRDefault="00623E5F"/>
          <w:p w14:paraId="39A47B87"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7623B0F6"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5248B777" w14:textId="77777777" w:rsidR="00623E5F" w:rsidRDefault="00000000">
            <w:pPr>
              <w:spacing w:after="100" w:line="245" w:lineRule="auto"/>
            </w:pPr>
            <w:r>
              <w:rPr>
                <w:color w:val="000000"/>
                <w:sz w:val="15"/>
              </w:rPr>
              <w:t>Sodeluje pri razumevanju namena, vidnih meril, varnostnih pravil, prehodov in načina dokazovanja.</w:t>
            </w:r>
          </w:p>
          <w:p w14:paraId="4AB331DD" w14:textId="77777777" w:rsidR="00623E5F" w:rsidRDefault="00000000">
            <w:pPr>
              <w:spacing w:after="20" w:line="245" w:lineRule="auto"/>
            </w:pPr>
            <w:r>
              <w:rPr>
                <w:b/>
                <w:color w:val="D95BC6"/>
                <w:sz w:val="17"/>
              </w:rPr>
              <w:t>DOKAZ O UČENJU</w:t>
            </w:r>
          </w:p>
          <w:p w14:paraId="578CB8C3"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2061B30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D48D41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F1E63C4"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BE64DF1" w14:textId="77777777" w:rsidR="00623E5F" w:rsidRDefault="00000000">
            <w:pPr>
              <w:jc w:val="center"/>
            </w:pPr>
            <w:r>
              <w:rPr>
                <w:b/>
                <w:color w:val="000000"/>
                <w:sz w:val="20"/>
              </w:rPr>
              <w:t>UČNE DEJAVNOSTI, METODE IN FORMATIVNO SPREMLJANJE</w:t>
            </w:r>
          </w:p>
        </w:tc>
      </w:tr>
      <w:tr w:rsidR="00623E5F" w14:paraId="569ACADB" w14:textId="77777777">
        <w:trPr>
          <w:tblHeader/>
          <w:jc w:val="center"/>
        </w:trPr>
        <w:tc>
          <w:tcPr>
            <w:tcW w:w="4422" w:type="dxa"/>
            <w:vMerge/>
            <w:tcMar>
              <w:top w:w="70" w:type="dxa"/>
              <w:left w:w="90" w:type="dxa"/>
              <w:bottom w:w="70" w:type="dxa"/>
              <w:right w:w="90" w:type="dxa"/>
            </w:tcMar>
            <w:vAlign w:val="center"/>
          </w:tcPr>
          <w:p w14:paraId="2DFC6EE3" w14:textId="77777777" w:rsidR="00623E5F" w:rsidRDefault="00623E5F"/>
        </w:tc>
        <w:tc>
          <w:tcPr>
            <w:tcW w:w="7087" w:type="dxa"/>
            <w:shd w:val="clear" w:color="auto" w:fill="FFFFFF"/>
            <w:tcMar>
              <w:top w:w="70" w:type="dxa"/>
              <w:left w:w="90" w:type="dxa"/>
              <w:bottom w:w="70" w:type="dxa"/>
              <w:right w:w="90" w:type="dxa"/>
            </w:tcMar>
            <w:vAlign w:val="center"/>
          </w:tcPr>
          <w:p w14:paraId="4836C4B8"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825A0E8" w14:textId="77777777" w:rsidR="00623E5F" w:rsidRDefault="00000000">
            <w:pPr>
              <w:jc w:val="center"/>
            </w:pPr>
            <w:r>
              <w:rPr>
                <w:b/>
                <w:color w:val="000000"/>
              </w:rPr>
              <w:t>UČENEC</w:t>
            </w:r>
          </w:p>
        </w:tc>
      </w:tr>
      <w:tr w:rsidR="00623E5F" w14:paraId="6284ACE3" w14:textId="77777777">
        <w:trPr>
          <w:jc w:val="center"/>
        </w:trPr>
        <w:tc>
          <w:tcPr>
            <w:tcW w:w="4422" w:type="dxa"/>
            <w:tcMar>
              <w:top w:w="70" w:type="dxa"/>
              <w:left w:w="90" w:type="dxa"/>
              <w:bottom w:w="70" w:type="dxa"/>
              <w:right w:w="90" w:type="dxa"/>
            </w:tcMar>
          </w:tcPr>
          <w:p w14:paraId="0B652707" w14:textId="77777777" w:rsidR="00623E5F" w:rsidRDefault="00623E5F"/>
          <w:p w14:paraId="4296E77F" w14:textId="77777777" w:rsidR="00623E5F" w:rsidRDefault="00000000">
            <w:pPr>
              <w:spacing w:after="40" w:line="245" w:lineRule="auto"/>
            </w:pPr>
            <w:r>
              <w:rPr>
                <w:b/>
                <w:color w:val="000000"/>
                <w:sz w:val="17"/>
              </w:rPr>
              <w:t>KLJUČNI ŠPORTNI IN GIBALNI POJMI</w:t>
            </w:r>
          </w:p>
          <w:p w14:paraId="323BD691"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prijem, kotaljenje, vodenje, podaja, lovljenje, ustavljanje, ciljanje, razdalja</w:t>
            </w:r>
          </w:p>
          <w:p w14:paraId="3CA353F0" w14:textId="77777777" w:rsidR="00623E5F" w:rsidRDefault="00000000">
            <w:pPr>
              <w:spacing w:after="20" w:line="245" w:lineRule="auto"/>
            </w:pPr>
            <w:r>
              <w:rPr>
                <w:b/>
                <w:color w:val="000000"/>
                <w:sz w:val="17"/>
              </w:rPr>
              <w:t>DOKAZI O UČENJU</w:t>
            </w:r>
          </w:p>
          <w:p w14:paraId="60D8012B" w14:textId="77777777" w:rsidR="00623E5F" w:rsidRDefault="00000000">
            <w:pPr>
              <w:pStyle w:val="Oznaenseznam"/>
              <w:spacing w:after="7"/>
            </w:pPr>
            <w:r>
              <w:rPr>
                <w:color w:val="000000"/>
                <w:sz w:val="14"/>
              </w:rPr>
              <w:t>varen odziv na znak, začetni poskus prvine in ustno varnostno pravilo.</w:t>
            </w:r>
          </w:p>
          <w:p w14:paraId="59B1A670" w14:textId="77777777" w:rsidR="00623E5F" w:rsidRDefault="00000000">
            <w:pPr>
              <w:pStyle w:val="Oznaenseznam"/>
              <w:spacing w:after="7"/>
            </w:pPr>
            <w:r>
              <w:rPr>
                <w:color w:val="000000"/>
                <w:sz w:val="14"/>
              </w:rPr>
              <w:t>uporaba prvine v igri, sodelovanje, upoštevanje pravil in osebno samovrednotenje.</w:t>
            </w:r>
          </w:p>
          <w:p w14:paraId="0F4AEC09" w14:textId="77777777" w:rsidR="00623E5F" w:rsidRDefault="00000000">
            <w:pPr>
              <w:spacing w:before="40" w:after="20" w:line="245" w:lineRule="auto"/>
            </w:pPr>
            <w:r>
              <w:rPr>
                <w:b/>
                <w:color w:val="000000"/>
                <w:sz w:val="16"/>
              </w:rPr>
              <w:t>GIBALNO DOŽIVETJE IN IZKUŠENJSKI POUK</w:t>
            </w:r>
          </w:p>
          <w:p w14:paraId="484DC479"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6A77406E" w14:textId="77777777" w:rsidR="00623E5F" w:rsidRDefault="00000000">
            <w:pPr>
              <w:spacing w:after="20" w:line="245" w:lineRule="auto"/>
            </w:pPr>
            <w:r>
              <w:rPr>
                <w:b/>
                <w:color w:val="000000"/>
                <w:sz w:val="16"/>
              </w:rPr>
              <w:t>POUČEVANJE V GIBANJU</w:t>
            </w:r>
          </w:p>
          <w:p w14:paraId="7BEF9A11"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31F683C6" w14:textId="77777777" w:rsidR="00623E5F" w:rsidRDefault="00000000">
            <w:pPr>
              <w:spacing w:after="20" w:line="245" w:lineRule="auto"/>
            </w:pPr>
            <w:r>
              <w:rPr>
                <w:b/>
                <w:color w:val="000000"/>
                <w:sz w:val="16"/>
              </w:rPr>
              <w:t>DELO PO ŠTIRIH POSTAJAH</w:t>
            </w:r>
          </w:p>
          <w:p w14:paraId="592A17AC"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3EDB0C08" w14:textId="77777777" w:rsidR="00623E5F" w:rsidRDefault="00000000">
            <w:pPr>
              <w:spacing w:after="7" w:line="245" w:lineRule="auto"/>
            </w:pPr>
            <w:r>
              <w:rPr>
                <w:color w:val="000000"/>
                <w:sz w:val="14"/>
              </w:rPr>
              <w:t>1. Občutek za žogo: z dlanmi, stopali ali obema rokama varno ustavim, kotalim in usmerjam mehko žogo.</w:t>
            </w:r>
          </w:p>
          <w:p w14:paraId="746973FB" w14:textId="77777777" w:rsidR="00623E5F" w:rsidRDefault="00000000">
            <w:pPr>
              <w:spacing w:after="7" w:line="245" w:lineRule="auto"/>
            </w:pPr>
            <w:r>
              <w:rPr>
                <w:color w:val="000000"/>
                <w:sz w:val="14"/>
              </w:rPr>
              <w:t>2. Parna: prilagodim moč in razdaljo pri podaji oziroma lovljenju ter vadim cilj »usmerja žogo v cilj«.</w:t>
            </w:r>
          </w:p>
          <w:p w14:paraId="0C9365AA" w14:textId="77777777" w:rsidR="00623E5F" w:rsidRDefault="00000000">
            <w:pPr>
              <w:spacing w:after="7" w:line="245" w:lineRule="auto"/>
            </w:pPr>
            <w:r>
              <w:rPr>
                <w:color w:val="000000"/>
                <w:sz w:val="14"/>
              </w:rPr>
              <w:t>3. Ciljna: okoli ovir vodim ali kotalim žogo, jo ustavim in usmerim v velik cilj skladno s ciljem »kotalim, mečem in lovim«.</w:t>
            </w:r>
          </w:p>
          <w:p w14:paraId="0DAFD971" w14:textId="77777777" w:rsidR="00623E5F" w:rsidRDefault="00000000">
            <w:pPr>
              <w:spacing w:after="7" w:line="245" w:lineRule="auto"/>
            </w:pPr>
            <w:r>
              <w:rPr>
                <w:color w:val="000000"/>
                <w:sz w:val="14"/>
              </w:rPr>
              <w:t>4. Igra z žogo brez izločanja: menjam vloge, vključujem soigralce in pokažem, kako »varno sodelujem«.</w:t>
            </w:r>
          </w:p>
          <w:p w14:paraId="2E357DBF" w14:textId="77777777" w:rsidR="00623E5F" w:rsidRDefault="00000000">
            <w:pPr>
              <w:spacing w:after="20" w:line="245" w:lineRule="auto"/>
            </w:pPr>
            <w:r>
              <w:rPr>
                <w:b/>
                <w:color w:val="000000"/>
                <w:sz w:val="16"/>
              </w:rPr>
              <w:t>DIFERENCIACIJA IN VKLJUČEVANJE</w:t>
            </w:r>
          </w:p>
          <w:p w14:paraId="5525DCFB"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289B65CC" w14:textId="77777777" w:rsidR="00623E5F" w:rsidRDefault="00000000">
            <w:pPr>
              <w:spacing w:after="20" w:line="245" w:lineRule="auto"/>
            </w:pPr>
            <w:r>
              <w:rPr>
                <w:b/>
                <w:color w:val="000000"/>
                <w:sz w:val="16"/>
              </w:rPr>
              <w:t>SPREMLJANJE</w:t>
            </w:r>
          </w:p>
          <w:p w14:paraId="6C9D0A10"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5F98088A"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50C70FE" w14:textId="77777777">
              <w:trPr>
                <w:jc w:val="center"/>
              </w:trPr>
              <w:tc>
                <w:tcPr>
                  <w:tcW w:w="7087" w:type="dxa"/>
                  <w:shd w:val="clear" w:color="auto" w:fill="C6E7F3"/>
                  <w:tcMar>
                    <w:top w:w="45" w:type="dxa"/>
                    <w:left w:w="70" w:type="dxa"/>
                    <w:bottom w:w="45" w:type="dxa"/>
                    <w:right w:w="70" w:type="dxa"/>
                  </w:tcMar>
                </w:tcPr>
                <w:p w14:paraId="668C725E" w14:textId="77777777" w:rsidR="00623E5F" w:rsidRDefault="00000000">
                  <w:pPr>
                    <w:keepNext/>
                  </w:pPr>
                  <w:r>
                    <w:rPr>
                      <w:b/>
                      <w:color w:val="000000"/>
                      <w:sz w:val="16"/>
                    </w:rPr>
                    <w:t>GLAVNI DEL – GIBALNI IZZIV, VADBA NA ŠTIRIH POSTAJAH IN IGRA (2 šolski uri)</w:t>
                  </w:r>
                </w:p>
              </w:tc>
            </w:tr>
          </w:tbl>
          <w:p w14:paraId="395788E1" w14:textId="77777777" w:rsidR="00623E5F" w:rsidRDefault="00623E5F">
            <w:pPr>
              <w:spacing w:line="20" w:lineRule="exact"/>
            </w:pPr>
          </w:p>
          <w:p w14:paraId="6E2AF9F3" w14:textId="77777777" w:rsidR="00623E5F" w:rsidRDefault="00000000">
            <w:pPr>
              <w:keepNext/>
              <w:spacing w:before="16" w:after="6" w:line="245" w:lineRule="auto"/>
            </w:pPr>
            <w:r>
              <w:rPr>
                <w:b/>
                <w:color w:val="000000"/>
                <w:sz w:val="15"/>
              </w:rPr>
              <w:t>1. URA – Igre z žogo – Ogrejem se in usvojim gib</w:t>
            </w:r>
          </w:p>
          <w:p w14:paraId="01C3D3CC"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»Mojca Pokrajculja« – slovenska ljudska pravljica. Osrednji del 30': 32' – Preveri prostor in opremo, predstavi varnostni znak ter skozi gibalno zgodbo modelira ključno prvino po korakih.</w:t>
            </w:r>
          </w:p>
          <w:p w14:paraId="50A0D79B"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457C2C61" w14:textId="77777777" w:rsidR="00623E5F" w:rsidRDefault="00000000">
            <w:pPr>
              <w:spacing w:after="15" w:line="245" w:lineRule="auto"/>
            </w:pPr>
            <w:r>
              <w:rPr>
                <w:i/>
                <w:color w:val="D95BC6"/>
                <w:sz w:val="14"/>
              </w:rPr>
              <w:t>Predvideni dokaz: varen odziv na znak, začetni poskus prvine in ustno varnostno pravilo..</w:t>
            </w:r>
          </w:p>
          <w:p w14:paraId="47BF5244" w14:textId="77777777" w:rsidR="00623E5F" w:rsidRDefault="00000000">
            <w:pPr>
              <w:keepNext/>
              <w:spacing w:before="16" w:after="6" w:line="245" w:lineRule="auto"/>
            </w:pPr>
            <w:r>
              <w:rPr>
                <w:b/>
                <w:color w:val="000000"/>
                <w:sz w:val="15"/>
              </w:rPr>
              <w:t>2. URA – Igre z žogo – Uporabim v igri</w:t>
            </w:r>
          </w:p>
          <w:p w14:paraId="11C3CA0E"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»Mojca Pokrajculja« – slovenska ljudska pravljica. Osrednji del 30': 32' – Organizira vključujočo igro ali izziv brez izločanja, spremlja varnost, pošteno igro in uporabo naučene prvine.</w:t>
            </w:r>
          </w:p>
          <w:p w14:paraId="1F2B3C47"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58B42451"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2AA2F985" w14:textId="77777777">
              <w:trPr>
                <w:jc w:val="center"/>
              </w:trPr>
              <w:tc>
                <w:tcPr>
                  <w:tcW w:w="7087" w:type="dxa"/>
                  <w:shd w:val="clear" w:color="auto" w:fill="EDC9EA"/>
                  <w:tcMar>
                    <w:top w:w="45" w:type="dxa"/>
                    <w:left w:w="70" w:type="dxa"/>
                    <w:bottom w:w="45" w:type="dxa"/>
                    <w:right w:w="70" w:type="dxa"/>
                  </w:tcMar>
                </w:tcPr>
                <w:p w14:paraId="11E21DEE" w14:textId="77777777" w:rsidR="00623E5F" w:rsidRDefault="00000000">
                  <w:pPr>
                    <w:keepNext/>
                  </w:pPr>
                  <w:r>
                    <w:rPr>
                      <w:b/>
                      <w:color w:val="000000"/>
                      <w:sz w:val="16"/>
                    </w:rPr>
                    <w:t>ORGANIZACIJA POSTAJ, PREHODOV IN AKTIVNEGA ČASA</w:t>
                  </w:r>
                </w:p>
              </w:tc>
            </w:tr>
          </w:tbl>
          <w:p w14:paraId="494B36C9" w14:textId="77777777" w:rsidR="00623E5F" w:rsidRDefault="00623E5F"/>
          <w:p w14:paraId="6581A432" w14:textId="77777777" w:rsidR="00623E5F" w:rsidRDefault="00000000">
            <w:pPr>
              <w:spacing w:before="5" w:after="6" w:line="245" w:lineRule="auto"/>
            </w:pPr>
            <w:r>
              <w:rPr>
                <w:color w:val="000000"/>
                <w:sz w:val="14"/>
              </w:rPr>
              <w:t>Postaja 1: Občutek za žogo: z dlanmi, stopali ali obema rokama varno ustavim, kotalim in usmerjam mehko žogo.</w:t>
            </w:r>
          </w:p>
          <w:p w14:paraId="3984F093" w14:textId="77777777" w:rsidR="00623E5F" w:rsidRDefault="00000000">
            <w:pPr>
              <w:spacing w:before="5" w:after="6" w:line="245" w:lineRule="auto"/>
            </w:pPr>
            <w:r>
              <w:rPr>
                <w:color w:val="000000"/>
                <w:sz w:val="14"/>
              </w:rPr>
              <w:t>Postaja 2: Parna: prilagodim moč in razdaljo pri podaji oziroma lovljenju ter vadim cilj »usmerja žogo v cilj«.</w:t>
            </w:r>
          </w:p>
          <w:p w14:paraId="3C0E0C26" w14:textId="77777777" w:rsidR="00623E5F" w:rsidRDefault="00000000">
            <w:pPr>
              <w:spacing w:before="5" w:after="6" w:line="245" w:lineRule="auto"/>
            </w:pPr>
            <w:r>
              <w:rPr>
                <w:color w:val="000000"/>
                <w:sz w:val="14"/>
              </w:rPr>
              <w:t>Postaja 3: Ciljna: okoli ovir vodim ali kotalim žogo, jo ustavim in usmerim v velik cilj skladno s ciljem »kotalim, mečem in lovim«.</w:t>
            </w:r>
          </w:p>
          <w:p w14:paraId="01F4D1FE" w14:textId="77777777" w:rsidR="00623E5F" w:rsidRDefault="00000000">
            <w:pPr>
              <w:spacing w:before="5" w:after="6" w:line="245" w:lineRule="auto"/>
            </w:pPr>
            <w:r>
              <w:rPr>
                <w:color w:val="000000"/>
                <w:sz w:val="14"/>
              </w:rPr>
              <w:t>Postaja 4: Igra z žogo brez izločanja: menjam vloge, vključujem soigralce in pokažem, kako »varno sodelujem«.</w:t>
            </w:r>
          </w:p>
          <w:p w14:paraId="2828BBFD"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3DC0B407" w14:textId="77777777" w:rsidR="00623E5F" w:rsidRDefault="00623E5F"/>
          <w:p w14:paraId="24C7363A" w14:textId="77777777" w:rsidR="00623E5F" w:rsidRDefault="00000000">
            <w:pPr>
              <w:spacing w:after="5" w:line="245" w:lineRule="auto"/>
            </w:pPr>
            <w:r>
              <w:rPr>
                <w:b/>
                <w:color w:val="000000"/>
                <w:sz w:val="15"/>
              </w:rPr>
              <w:t>1. URA – Igre z žogo – Ogrejem se in usvojim gib</w:t>
            </w:r>
          </w:p>
          <w:p w14:paraId="09782611"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159093B" w14:textId="77777777" w:rsidR="00623E5F" w:rsidRDefault="00000000">
            <w:pPr>
              <w:spacing w:after="14" w:line="245" w:lineRule="auto"/>
            </w:pPr>
            <w:r>
              <w:rPr>
                <w:color w:val="D95BC6"/>
                <w:sz w:val="13"/>
              </w:rPr>
              <w:t>Dokaz: varen odziv na znak, začetni poskus prvine in ustno varnostno pravilo.</w:t>
            </w:r>
          </w:p>
          <w:p w14:paraId="2FC3F8F9" w14:textId="77777777" w:rsidR="00623E5F" w:rsidRDefault="00000000">
            <w:pPr>
              <w:spacing w:after="5" w:line="245" w:lineRule="auto"/>
            </w:pPr>
            <w:r>
              <w:rPr>
                <w:b/>
                <w:color w:val="000000"/>
                <w:sz w:val="15"/>
              </w:rPr>
              <w:t>2. URA – Igre z žogo – Uporabim v igri</w:t>
            </w:r>
          </w:p>
          <w:p w14:paraId="0C332873"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21A37BE7" w14:textId="77777777" w:rsidR="00623E5F" w:rsidRDefault="00000000">
            <w:pPr>
              <w:spacing w:after="14" w:line="245" w:lineRule="auto"/>
            </w:pPr>
            <w:r>
              <w:rPr>
                <w:color w:val="D95BC6"/>
                <w:sz w:val="13"/>
              </w:rPr>
              <w:t>Dokaz: uporaba prvine v igri, sodelovanje, upoštevanje pravil in osebno.</w:t>
            </w:r>
          </w:p>
          <w:p w14:paraId="17D50245" w14:textId="77777777" w:rsidR="00623E5F" w:rsidRDefault="00000000">
            <w:pPr>
              <w:spacing w:before="30" w:after="14" w:line="245" w:lineRule="auto"/>
            </w:pPr>
            <w:r>
              <w:rPr>
                <w:b/>
                <w:color w:val="D95BC6"/>
                <w:sz w:val="16"/>
              </w:rPr>
              <w:t>MOJ KROG POSTAJ</w:t>
            </w:r>
          </w:p>
          <w:p w14:paraId="61C4D121" w14:textId="77777777" w:rsidR="00623E5F" w:rsidRDefault="00000000">
            <w:pPr>
              <w:spacing w:after="8" w:line="245" w:lineRule="auto"/>
            </w:pPr>
            <w:r>
              <w:rPr>
                <w:color w:val="000000"/>
                <w:sz w:val="13"/>
              </w:rPr>
              <w:t>1. Občutek za žogo: z dlanmi, stopali ali obema rokama varno ustavim.</w:t>
            </w:r>
          </w:p>
          <w:p w14:paraId="5697C471" w14:textId="77777777" w:rsidR="00623E5F" w:rsidRDefault="00000000">
            <w:pPr>
              <w:spacing w:after="8" w:line="245" w:lineRule="auto"/>
            </w:pPr>
            <w:r>
              <w:rPr>
                <w:color w:val="000000"/>
                <w:sz w:val="13"/>
              </w:rPr>
              <w:t>2. Parna: prilagodim moč in razdaljo pri podaji oziroma lovljenju ter vadim cilj.</w:t>
            </w:r>
          </w:p>
          <w:p w14:paraId="1757FAA5" w14:textId="77777777" w:rsidR="00623E5F" w:rsidRDefault="00000000">
            <w:pPr>
              <w:spacing w:after="8" w:line="245" w:lineRule="auto"/>
            </w:pPr>
            <w:r>
              <w:rPr>
                <w:color w:val="000000"/>
                <w:sz w:val="13"/>
              </w:rPr>
              <w:t>3. Ciljna: okoli ovir vodim ali kotalim žogo, jo ustavim in usmerim v velik cilj.</w:t>
            </w:r>
          </w:p>
          <w:p w14:paraId="25374C62" w14:textId="77777777" w:rsidR="00623E5F" w:rsidRDefault="00000000">
            <w:pPr>
              <w:spacing w:after="8" w:line="245" w:lineRule="auto"/>
            </w:pPr>
            <w:r>
              <w:rPr>
                <w:color w:val="000000"/>
                <w:sz w:val="13"/>
              </w:rPr>
              <w:t>4. Igra z žogo brez izločanja: menjam vloge, vključujem soigralce in pokažem.</w:t>
            </w:r>
          </w:p>
          <w:p w14:paraId="557A072B"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4571E5F8" w14:textId="77777777" w:rsidR="00623E5F" w:rsidRDefault="00000000">
            <w:pPr>
              <w:spacing w:after="14" w:line="245" w:lineRule="auto"/>
            </w:pPr>
            <w:r>
              <w:rPr>
                <w:b/>
                <w:color w:val="D95BC6"/>
                <w:sz w:val="16"/>
              </w:rPr>
              <w:t>DOKAZ O UČENJU</w:t>
            </w:r>
          </w:p>
          <w:p w14:paraId="3D9043C5"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16E975E1"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B4639B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55C046B"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62241E2" w14:textId="77777777" w:rsidR="00623E5F" w:rsidRDefault="00000000">
            <w:pPr>
              <w:jc w:val="center"/>
            </w:pPr>
            <w:r>
              <w:rPr>
                <w:b/>
                <w:color w:val="000000"/>
                <w:sz w:val="20"/>
              </w:rPr>
              <w:t>UČNE DEJAVNOSTI, METODE IN FORMATIVNO SPREMLJANJE</w:t>
            </w:r>
          </w:p>
        </w:tc>
      </w:tr>
      <w:tr w:rsidR="00623E5F" w14:paraId="37C1B3C9" w14:textId="77777777">
        <w:trPr>
          <w:tblHeader/>
          <w:jc w:val="center"/>
        </w:trPr>
        <w:tc>
          <w:tcPr>
            <w:tcW w:w="4422" w:type="dxa"/>
            <w:vMerge/>
            <w:tcMar>
              <w:top w:w="70" w:type="dxa"/>
              <w:left w:w="90" w:type="dxa"/>
              <w:bottom w:w="70" w:type="dxa"/>
              <w:right w:w="90" w:type="dxa"/>
            </w:tcMar>
            <w:vAlign w:val="center"/>
          </w:tcPr>
          <w:p w14:paraId="0022022C" w14:textId="77777777" w:rsidR="00623E5F" w:rsidRDefault="00623E5F"/>
        </w:tc>
        <w:tc>
          <w:tcPr>
            <w:tcW w:w="7087" w:type="dxa"/>
            <w:shd w:val="clear" w:color="auto" w:fill="FFFFFF"/>
            <w:tcMar>
              <w:top w:w="70" w:type="dxa"/>
              <w:left w:w="90" w:type="dxa"/>
              <w:bottom w:w="70" w:type="dxa"/>
              <w:right w:w="90" w:type="dxa"/>
            </w:tcMar>
            <w:vAlign w:val="center"/>
          </w:tcPr>
          <w:p w14:paraId="33BA04DD"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2595294" w14:textId="77777777" w:rsidR="00623E5F" w:rsidRDefault="00000000">
            <w:pPr>
              <w:jc w:val="center"/>
            </w:pPr>
            <w:r>
              <w:rPr>
                <w:b/>
                <w:color w:val="000000"/>
              </w:rPr>
              <w:t>UČENEC</w:t>
            </w:r>
          </w:p>
        </w:tc>
      </w:tr>
      <w:tr w:rsidR="00623E5F" w14:paraId="7E856358" w14:textId="77777777">
        <w:trPr>
          <w:jc w:val="center"/>
        </w:trPr>
        <w:tc>
          <w:tcPr>
            <w:tcW w:w="4422" w:type="dxa"/>
            <w:tcMar>
              <w:top w:w="70" w:type="dxa"/>
              <w:left w:w="90" w:type="dxa"/>
              <w:bottom w:w="70" w:type="dxa"/>
              <w:right w:w="90" w:type="dxa"/>
            </w:tcMar>
          </w:tcPr>
          <w:p w14:paraId="1D1AEC75" w14:textId="77777777" w:rsidR="00623E5F" w:rsidRDefault="00623E5F"/>
          <w:p w14:paraId="2CEE0518" w14:textId="77777777" w:rsidR="00623E5F" w:rsidRDefault="00000000">
            <w:pPr>
              <w:spacing w:after="40" w:line="245" w:lineRule="auto"/>
            </w:pPr>
            <w:r>
              <w:rPr>
                <w:b/>
                <w:color w:val="000000"/>
              </w:rPr>
              <w:t>FORMATIVNO SPREMLJANJE</w:t>
            </w:r>
          </w:p>
          <w:p w14:paraId="42463339" w14:textId="77777777" w:rsidR="00623E5F" w:rsidRDefault="00000000">
            <w:pPr>
              <w:pStyle w:val="Oznaenseznam"/>
              <w:spacing w:after="16"/>
            </w:pPr>
            <w:r>
              <w:rPr>
                <w:color w:val="000000"/>
                <w:sz w:val="15"/>
              </w:rPr>
              <w:t>predznanje: gibalni prikaz, odziv na znak, izbira kartice, začetni poskus ali kratka razlaga</w:t>
            </w:r>
          </w:p>
          <w:p w14:paraId="1A27F2D1" w14:textId="77777777" w:rsidR="00623E5F" w:rsidRDefault="00000000">
            <w:pPr>
              <w:pStyle w:val="Oznaenseznam"/>
              <w:spacing w:after="16"/>
            </w:pPr>
            <w:r>
              <w:rPr>
                <w:color w:val="000000"/>
                <w:sz w:val="15"/>
              </w:rPr>
              <w:t>nameni in merila: kratka poved, slikovni znak, model varne izvedbe in en opazljiv tehnični poudarek</w:t>
            </w:r>
          </w:p>
          <w:p w14:paraId="099AFEFE"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1A34F931" w14:textId="77777777" w:rsidR="00623E5F" w:rsidRDefault="00000000">
            <w:pPr>
              <w:pStyle w:val="Oznaenseznam"/>
              <w:spacing w:after="16"/>
            </w:pPr>
            <w:r>
              <w:rPr>
                <w:color w:val="000000"/>
                <w:sz w:val="15"/>
              </w:rPr>
              <w:t>povratna informacija: opis opaženega, povezava z enim merilom in takoj izvedljiv ponovni poskus</w:t>
            </w:r>
          </w:p>
          <w:p w14:paraId="7D489900" w14:textId="77777777" w:rsidR="00623E5F" w:rsidRDefault="00000000">
            <w:pPr>
              <w:pStyle w:val="Oznaenseznam"/>
              <w:spacing w:after="16"/>
            </w:pPr>
            <w:r>
              <w:rPr>
                <w:color w:val="000000"/>
                <w:sz w:val="15"/>
              </w:rPr>
              <w:t>samovrednotenje: semafor napora in varnosti, lestvica samostojnosti, izbran dokaz ter osebni naslednji korak</w:t>
            </w:r>
          </w:p>
          <w:p w14:paraId="65228AC9" w14:textId="77777777" w:rsidR="00623E5F" w:rsidRDefault="00000000">
            <w:pPr>
              <w:spacing w:before="40" w:after="20" w:line="245" w:lineRule="auto"/>
            </w:pPr>
            <w:r>
              <w:rPr>
                <w:b/>
                <w:color w:val="000000"/>
                <w:sz w:val="17"/>
              </w:rPr>
              <w:t>VARNOST, POČUTJE IN HIGIENA</w:t>
            </w:r>
          </w:p>
          <w:p w14:paraId="79332F89"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Uporabljajo se mehke žoge primerne velikosti; ciljanje v obraz ali telo ni dovoljeno, razdalje med pari so označene.</w:t>
            </w:r>
          </w:p>
          <w:p w14:paraId="3BB397E6" w14:textId="77777777" w:rsidR="00623E5F" w:rsidRDefault="00000000">
            <w:pPr>
              <w:spacing w:after="20" w:line="245" w:lineRule="auto"/>
            </w:pPr>
            <w:r>
              <w:rPr>
                <w:b/>
                <w:color w:val="000000"/>
                <w:sz w:val="17"/>
              </w:rPr>
              <w:t>EVIDENCA PO IZVEDBI</w:t>
            </w:r>
          </w:p>
          <w:p w14:paraId="73D73994"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22C8D99B" w14:textId="77777777" w:rsidR="00623E5F" w:rsidRDefault="00000000">
            <w:pPr>
              <w:spacing w:before="40" w:after="20" w:line="245" w:lineRule="auto"/>
            </w:pPr>
            <w:r>
              <w:rPr>
                <w:b/>
                <w:color w:val="000000"/>
                <w:sz w:val="17"/>
              </w:rPr>
              <w:t>RAVEN DOSEGANJA</w:t>
            </w:r>
          </w:p>
          <w:p w14:paraId="0E50C616"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4BCBE500"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EB6DA73" w14:textId="77777777">
              <w:trPr>
                <w:jc w:val="center"/>
              </w:trPr>
              <w:tc>
                <w:tcPr>
                  <w:tcW w:w="7087" w:type="dxa"/>
                  <w:shd w:val="clear" w:color="auto" w:fill="EDC9EA"/>
                  <w:tcMar>
                    <w:top w:w="45" w:type="dxa"/>
                    <w:left w:w="70" w:type="dxa"/>
                    <w:bottom w:w="45" w:type="dxa"/>
                    <w:right w:w="70" w:type="dxa"/>
                  </w:tcMar>
                </w:tcPr>
                <w:p w14:paraId="681D14E1" w14:textId="77777777" w:rsidR="00623E5F" w:rsidRDefault="00000000">
                  <w:pPr>
                    <w:keepNext/>
                  </w:pPr>
                  <w:r>
                    <w:rPr>
                      <w:b/>
                      <w:color w:val="000000"/>
                    </w:rPr>
                    <w:t>VPRAŠANJA V PODPORO GIBALNEMU UČENJU</w:t>
                  </w:r>
                </w:p>
              </w:tc>
            </w:tr>
          </w:tbl>
          <w:p w14:paraId="07E73809" w14:textId="77777777" w:rsidR="00623E5F" w:rsidRDefault="00623E5F">
            <w:pPr>
              <w:spacing w:line="20" w:lineRule="exact"/>
            </w:pPr>
          </w:p>
          <w:p w14:paraId="4C5D64F8" w14:textId="77777777" w:rsidR="00623E5F" w:rsidRDefault="00000000">
            <w:pPr>
              <w:pStyle w:val="Oznaenseznam"/>
              <w:spacing w:after="16"/>
            </w:pPr>
            <w:r>
              <w:rPr>
                <w:color w:val="000000"/>
                <w:sz w:val="15"/>
              </w:rPr>
              <w:t>Kaj si pri prvem poskusu začutil/-a ali opazil/-a v položaju telesa, ravnotežju, smeri, ritmu ali naporu?</w:t>
            </w:r>
          </w:p>
          <w:p w14:paraId="35F764AC" w14:textId="77777777" w:rsidR="00623E5F" w:rsidRDefault="00000000">
            <w:pPr>
              <w:pStyle w:val="Oznaenseznam"/>
              <w:spacing w:after="16"/>
            </w:pPr>
            <w:r>
              <w:rPr>
                <w:color w:val="000000"/>
                <w:sz w:val="15"/>
              </w:rPr>
              <w:t>Katero varnostno pravilo in kateri gibalni korak sta bila danes najpomembnejša?</w:t>
            </w:r>
          </w:p>
          <w:p w14:paraId="6EDDE782" w14:textId="77777777" w:rsidR="00623E5F" w:rsidRDefault="00000000">
            <w:pPr>
              <w:pStyle w:val="Oznaenseznam"/>
              <w:spacing w:after="16"/>
            </w:pPr>
            <w:r>
              <w:rPr>
                <w:color w:val="000000"/>
                <w:sz w:val="15"/>
              </w:rPr>
              <w:t>Katero raven si izbral/-a, zakaj je bila primerna in kaj si pri naslednjem poskusu spremenil/-a?</w:t>
            </w:r>
          </w:p>
          <w:p w14:paraId="52075BF0" w14:textId="77777777" w:rsidR="00623E5F" w:rsidRDefault="00000000">
            <w:pPr>
              <w:pStyle w:val="Oznaenseznam"/>
              <w:spacing w:after="16"/>
            </w:pPr>
            <w:r>
              <w:rPr>
                <w:color w:val="000000"/>
                <w:sz w:val="15"/>
              </w:rPr>
              <w:t>Kateri tvoj gibalni dokaz najjasneje pokaže dogovorjeno merilo?</w:t>
            </w:r>
          </w:p>
          <w:p w14:paraId="7F5EEDCF"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6D8CB966" w14:textId="77777777">
              <w:trPr>
                <w:jc w:val="center"/>
              </w:trPr>
              <w:tc>
                <w:tcPr>
                  <w:tcW w:w="7087" w:type="dxa"/>
                  <w:shd w:val="clear" w:color="auto" w:fill="C6E7F3"/>
                  <w:tcMar>
                    <w:top w:w="45" w:type="dxa"/>
                    <w:left w:w="70" w:type="dxa"/>
                    <w:bottom w:w="45" w:type="dxa"/>
                    <w:right w:w="70" w:type="dxa"/>
                  </w:tcMar>
                </w:tcPr>
                <w:p w14:paraId="77D6266A" w14:textId="77777777" w:rsidR="00623E5F" w:rsidRDefault="00000000">
                  <w:pPr>
                    <w:keepNext/>
                  </w:pPr>
                  <w:r>
                    <w:rPr>
                      <w:b/>
                      <w:color w:val="000000"/>
                    </w:rPr>
                    <w:t>ZAKLJUČNI DEL – UMIRJANJE, RAZTEZANJE, DOKAZ IN REFLEKSIJA (8–10 min)</w:t>
                  </w:r>
                </w:p>
              </w:tc>
            </w:tr>
          </w:tbl>
          <w:p w14:paraId="4AB178DD" w14:textId="77777777" w:rsidR="00623E5F" w:rsidRDefault="00623E5F">
            <w:pPr>
              <w:spacing w:line="20" w:lineRule="exact"/>
            </w:pPr>
          </w:p>
          <w:p w14:paraId="1576850A"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1F7E1E2F" w14:textId="77777777">
              <w:trPr>
                <w:jc w:val="center"/>
              </w:trPr>
              <w:tc>
                <w:tcPr>
                  <w:tcW w:w="7087" w:type="dxa"/>
                  <w:shd w:val="clear" w:color="auto" w:fill="EDC9EA"/>
                  <w:tcMar>
                    <w:top w:w="45" w:type="dxa"/>
                    <w:left w:w="70" w:type="dxa"/>
                    <w:bottom w:w="45" w:type="dxa"/>
                    <w:right w:w="70" w:type="dxa"/>
                  </w:tcMar>
                </w:tcPr>
                <w:p w14:paraId="7EDA806F" w14:textId="77777777" w:rsidR="00623E5F" w:rsidRDefault="00000000">
                  <w:pPr>
                    <w:keepNext/>
                  </w:pPr>
                  <w:r>
                    <w:rPr>
                      <w:b/>
                      <w:color w:val="000000"/>
                    </w:rPr>
                    <w:t>SAMOVREDNOTENJE</w:t>
                  </w:r>
                </w:p>
              </w:tc>
            </w:tr>
          </w:tbl>
          <w:p w14:paraId="4458AE4A" w14:textId="77777777" w:rsidR="00623E5F" w:rsidRDefault="00623E5F">
            <w:pPr>
              <w:spacing w:line="20" w:lineRule="exact"/>
            </w:pPr>
          </w:p>
          <w:p w14:paraId="19233616"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556E54B6" w14:textId="77777777">
              <w:trPr>
                <w:jc w:val="center"/>
              </w:trPr>
              <w:tc>
                <w:tcPr>
                  <w:tcW w:w="7087" w:type="dxa"/>
                  <w:shd w:val="clear" w:color="auto" w:fill="EDC9EA"/>
                  <w:tcMar>
                    <w:top w:w="45" w:type="dxa"/>
                    <w:left w:w="70" w:type="dxa"/>
                    <w:bottom w:w="45" w:type="dxa"/>
                    <w:right w:w="70" w:type="dxa"/>
                  </w:tcMar>
                </w:tcPr>
                <w:p w14:paraId="76DE9E5D" w14:textId="77777777" w:rsidR="00623E5F" w:rsidRDefault="00000000">
                  <w:pPr>
                    <w:keepNext/>
                  </w:pPr>
                  <w:r>
                    <w:rPr>
                      <w:b/>
                      <w:color w:val="000000"/>
                    </w:rPr>
                    <w:t>VRSTNIŠKO OPAZOVANJE IN POVRATNA INFORMACIJA</w:t>
                  </w:r>
                </w:p>
              </w:tc>
            </w:tr>
          </w:tbl>
          <w:p w14:paraId="04B4BEEF" w14:textId="77777777" w:rsidR="00623E5F" w:rsidRDefault="00623E5F">
            <w:pPr>
              <w:spacing w:line="20" w:lineRule="exact"/>
            </w:pPr>
          </w:p>
          <w:p w14:paraId="250D911F"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500BA061" w14:textId="77777777">
              <w:trPr>
                <w:jc w:val="center"/>
              </w:trPr>
              <w:tc>
                <w:tcPr>
                  <w:tcW w:w="7087" w:type="dxa"/>
                  <w:shd w:val="clear" w:color="auto" w:fill="EDC9EA"/>
                  <w:tcMar>
                    <w:top w:w="45" w:type="dxa"/>
                    <w:left w:w="70" w:type="dxa"/>
                    <w:bottom w:w="45" w:type="dxa"/>
                    <w:right w:w="70" w:type="dxa"/>
                  </w:tcMar>
                </w:tcPr>
                <w:p w14:paraId="148511E1" w14:textId="77777777" w:rsidR="00623E5F" w:rsidRDefault="00000000">
                  <w:pPr>
                    <w:keepNext/>
                  </w:pPr>
                  <w:r>
                    <w:rPr>
                      <w:b/>
                      <w:color w:val="000000"/>
                    </w:rPr>
                    <w:t>SKUPNI POVZETEK</w:t>
                  </w:r>
                </w:p>
              </w:tc>
            </w:tr>
          </w:tbl>
          <w:p w14:paraId="6914998E" w14:textId="77777777" w:rsidR="00623E5F" w:rsidRDefault="00623E5F"/>
          <w:p w14:paraId="5653C123" w14:textId="77777777" w:rsidR="00623E5F" w:rsidRDefault="00000000">
            <w:pPr>
              <w:spacing w:before="20" w:after="40" w:line="245" w:lineRule="auto"/>
            </w:pPr>
            <w:r>
              <w:rPr>
                <w:b/>
                <w:color w:val="000000"/>
                <w:sz w:val="16"/>
              </w:rPr>
              <w:t>kotalim, mečem in lovim; usmerja žogo v cilj; varno sodelujem. Izbrani gibalni dokaz pojasnim in določim varen naslednji korak.</w:t>
            </w:r>
          </w:p>
        </w:tc>
        <w:tc>
          <w:tcPr>
            <w:tcW w:w="2551" w:type="dxa"/>
            <w:tcMar>
              <w:top w:w="70" w:type="dxa"/>
              <w:left w:w="90" w:type="dxa"/>
              <w:bottom w:w="70" w:type="dxa"/>
              <w:right w:w="90" w:type="dxa"/>
            </w:tcMar>
          </w:tcPr>
          <w:p w14:paraId="662552C6" w14:textId="77777777" w:rsidR="00623E5F" w:rsidRDefault="00623E5F"/>
          <w:p w14:paraId="40E567D2" w14:textId="77777777" w:rsidR="00623E5F" w:rsidRDefault="00000000">
            <w:pPr>
              <w:spacing w:after="80" w:line="245" w:lineRule="auto"/>
            </w:pPr>
            <w:r>
              <w:rPr>
                <w:color w:val="000000"/>
                <w:sz w:val="15"/>
              </w:rPr>
              <w:t>Odgovarja na podporna vprašanja in se sklicuje na svojo izvedbo, počutje, izbrano raven in varnost.</w:t>
            </w:r>
          </w:p>
          <w:p w14:paraId="3BCCC0BA" w14:textId="77777777" w:rsidR="00623E5F" w:rsidRDefault="00000000">
            <w:pPr>
              <w:spacing w:after="80" w:line="245" w:lineRule="auto"/>
            </w:pPr>
            <w:r>
              <w:rPr>
                <w:color w:val="000000"/>
                <w:sz w:val="15"/>
              </w:rPr>
              <w:t>Predstavi izbrani gibalni dokaz ter pokaže ali pove, katero merilo z njim dosega.</w:t>
            </w:r>
          </w:p>
          <w:p w14:paraId="390A6674" w14:textId="77777777" w:rsidR="00623E5F" w:rsidRDefault="00000000">
            <w:pPr>
              <w:spacing w:after="80" w:line="245" w:lineRule="auto"/>
            </w:pPr>
            <w:r>
              <w:rPr>
                <w:color w:val="000000"/>
                <w:sz w:val="15"/>
              </w:rPr>
              <w:t>Opazuje eno dogovorjeno prvino vrstnikove izvedbe in poda kratek, prijazen ter uporaben odziv.</w:t>
            </w:r>
          </w:p>
          <w:p w14:paraId="5F094389"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0170BEFB" w14:textId="77777777" w:rsidR="00623E5F" w:rsidRDefault="00000000">
            <w:pPr>
              <w:spacing w:after="100" w:line="245" w:lineRule="auto"/>
            </w:pPr>
            <w:r>
              <w:rPr>
                <w:color w:val="000000"/>
                <w:sz w:val="15"/>
              </w:rPr>
              <w:t>Umiri dihanje, oceni napor in počutje, izbere raven samostojnosti ter določi varen naslednji korak.</w:t>
            </w:r>
          </w:p>
          <w:p w14:paraId="5D5B5F59" w14:textId="77777777" w:rsidR="00623E5F" w:rsidRDefault="00000000">
            <w:pPr>
              <w:spacing w:after="20" w:line="245" w:lineRule="auto"/>
            </w:pPr>
            <w:r>
              <w:rPr>
                <w:b/>
                <w:color w:val="D95BC6"/>
                <w:sz w:val="17"/>
              </w:rPr>
              <w:t>DOKAZ O UČENJU</w:t>
            </w:r>
          </w:p>
          <w:p w14:paraId="1565D412"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5E4118A2"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75626B80" w14:textId="77777777">
        <w:trPr>
          <w:cantSplit/>
          <w:jc w:val="center"/>
        </w:trPr>
        <w:tc>
          <w:tcPr>
            <w:tcW w:w="14060" w:type="dxa"/>
            <w:gridSpan w:val="6"/>
            <w:tcMar>
              <w:top w:w="70" w:type="dxa"/>
              <w:left w:w="90" w:type="dxa"/>
              <w:bottom w:w="70" w:type="dxa"/>
              <w:right w:w="90" w:type="dxa"/>
            </w:tcMar>
            <w:vAlign w:val="center"/>
          </w:tcPr>
          <w:p w14:paraId="025AEDD3" w14:textId="77777777" w:rsidR="00623E5F" w:rsidRDefault="00000000">
            <w:pPr>
              <w:jc w:val="center"/>
            </w:pPr>
            <w:r>
              <w:rPr>
                <w:b/>
                <w:color w:val="000000"/>
                <w:sz w:val="24"/>
              </w:rPr>
              <w:lastRenderedPageBreak/>
              <w:t>UČNA PRIPRAVA 24/39</w:t>
            </w:r>
          </w:p>
        </w:tc>
      </w:tr>
      <w:tr w:rsidR="00623E5F" w14:paraId="6BCC0CC4" w14:textId="77777777">
        <w:trPr>
          <w:jc w:val="center"/>
        </w:trPr>
        <w:tc>
          <w:tcPr>
            <w:tcW w:w="2665" w:type="dxa"/>
            <w:tcMar>
              <w:top w:w="70" w:type="dxa"/>
              <w:left w:w="90" w:type="dxa"/>
              <w:bottom w:w="70" w:type="dxa"/>
              <w:right w:w="90" w:type="dxa"/>
            </w:tcMar>
            <w:vAlign w:val="center"/>
          </w:tcPr>
          <w:p w14:paraId="5BC30204"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3312F3D"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70EE248E"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7AFD3CEA" w14:textId="77777777" w:rsidR="00623E5F" w:rsidRDefault="00000000">
            <w:r>
              <w:rPr>
                <w:b/>
                <w:color w:val="000000"/>
                <w:sz w:val="16"/>
              </w:rPr>
              <w:t xml:space="preserve">NAČRTOVANI TERMIN: </w:t>
            </w:r>
            <w:r>
              <w:rPr>
                <w:color w:val="000000"/>
                <w:sz w:val="16"/>
              </w:rPr>
              <w:t>24. teden • 1.–5. 3. 2027</w:t>
            </w:r>
          </w:p>
        </w:tc>
        <w:tc>
          <w:tcPr>
            <w:tcW w:w="2268" w:type="dxa"/>
            <w:tcMar>
              <w:top w:w="70" w:type="dxa"/>
              <w:left w:w="90" w:type="dxa"/>
              <w:bottom w:w="70" w:type="dxa"/>
              <w:right w:w="90" w:type="dxa"/>
            </w:tcMar>
            <w:vAlign w:val="center"/>
          </w:tcPr>
          <w:p w14:paraId="6016DB69"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7EC3577" w14:textId="77777777" w:rsidR="00623E5F" w:rsidRDefault="00000000">
            <w:r>
              <w:rPr>
                <w:b/>
                <w:color w:val="000000"/>
                <w:sz w:val="16"/>
              </w:rPr>
              <w:t xml:space="preserve">ŠTEVILO UR: </w:t>
            </w:r>
            <w:r>
              <w:rPr>
                <w:color w:val="000000"/>
                <w:sz w:val="16"/>
              </w:rPr>
              <w:t>3</w:t>
            </w:r>
          </w:p>
        </w:tc>
      </w:tr>
      <w:tr w:rsidR="00623E5F" w14:paraId="7BF7C134" w14:textId="77777777">
        <w:trPr>
          <w:jc w:val="center"/>
        </w:trPr>
        <w:tc>
          <w:tcPr>
            <w:tcW w:w="14061" w:type="dxa"/>
            <w:gridSpan w:val="6"/>
            <w:tcMar>
              <w:top w:w="70" w:type="dxa"/>
              <w:left w:w="90" w:type="dxa"/>
              <w:bottom w:w="70" w:type="dxa"/>
              <w:right w:w="90" w:type="dxa"/>
            </w:tcMar>
            <w:vAlign w:val="center"/>
          </w:tcPr>
          <w:p w14:paraId="0E12A2AF"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7FFCD709" w14:textId="77777777">
        <w:trPr>
          <w:cantSplit/>
          <w:jc w:val="center"/>
        </w:trPr>
        <w:tc>
          <w:tcPr>
            <w:tcW w:w="14060" w:type="dxa"/>
            <w:gridSpan w:val="6"/>
            <w:tcMar>
              <w:top w:w="70" w:type="dxa"/>
              <w:left w:w="90" w:type="dxa"/>
              <w:bottom w:w="70" w:type="dxa"/>
              <w:right w:w="90" w:type="dxa"/>
            </w:tcMar>
            <w:vAlign w:val="center"/>
          </w:tcPr>
          <w:p w14:paraId="6ABBD97B" w14:textId="77777777" w:rsidR="00623E5F" w:rsidRDefault="00623E5F"/>
          <w:p w14:paraId="43932B9C" w14:textId="77777777" w:rsidR="00623E5F" w:rsidRDefault="00000000">
            <w:pPr>
              <w:spacing w:line="245" w:lineRule="auto"/>
            </w:pPr>
            <w:r>
              <w:rPr>
                <w:b/>
                <w:color w:val="000000"/>
                <w:sz w:val="15"/>
              </w:rPr>
              <w:t xml:space="preserve">UČNI SKLOP: </w:t>
            </w:r>
            <w:r>
              <w:rPr>
                <w:color w:val="000000"/>
                <w:sz w:val="15"/>
              </w:rPr>
              <w:t>ŽIVIM ZDRAVO – JAZ IN DOBRO POČUTJE</w:t>
            </w:r>
          </w:p>
        </w:tc>
      </w:tr>
      <w:tr w:rsidR="00623E5F" w14:paraId="5E315C56" w14:textId="77777777">
        <w:trPr>
          <w:cantSplit/>
          <w:jc w:val="center"/>
        </w:trPr>
        <w:tc>
          <w:tcPr>
            <w:tcW w:w="14060" w:type="dxa"/>
            <w:gridSpan w:val="6"/>
            <w:tcMar>
              <w:top w:w="70" w:type="dxa"/>
              <w:left w:w="90" w:type="dxa"/>
              <w:bottom w:w="70" w:type="dxa"/>
              <w:right w:w="90" w:type="dxa"/>
            </w:tcMar>
            <w:vAlign w:val="center"/>
          </w:tcPr>
          <w:p w14:paraId="21D26C88" w14:textId="77777777" w:rsidR="00623E5F" w:rsidRDefault="00623E5F"/>
          <w:p w14:paraId="209A656A" w14:textId="77777777" w:rsidR="00623E5F" w:rsidRDefault="00000000">
            <w:pPr>
              <w:spacing w:line="245" w:lineRule="auto"/>
            </w:pPr>
            <w:r>
              <w:rPr>
                <w:b/>
                <w:color w:val="000000"/>
                <w:sz w:val="15"/>
              </w:rPr>
              <w:t xml:space="preserve">UČNA TEMA: </w:t>
            </w:r>
            <w:r>
              <w:rPr>
                <w:color w:val="000000"/>
                <w:sz w:val="15"/>
              </w:rPr>
              <w:t>GIBALNA UČINKOVITOST</w:t>
            </w:r>
          </w:p>
        </w:tc>
      </w:tr>
      <w:tr w:rsidR="00623E5F" w14:paraId="2A41C850" w14:textId="77777777">
        <w:trPr>
          <w:cantSplit/>
          <w:jc w:val="center"/>
        </w:trPr>
        <w:tc>
          <w:tcPr>
            <w:tcW w:w="14060" w:type="dxa"/>
            <w:gridSpan w:val="6"/>
            <w:tcMar>
              <w:top w:w="70" w:type="dxa"/>
              <w:left w:w="90" w:type="dxa"/>
              <w:bottom w:w="70" w:type="dxa"/>
              <w:right w:w="90" w:type="dxa"/>
            </w:tcMar>
            <w:vAlign w:val="center"/>
          </w:tcPr>
          <w:p w14:paraId="26B03E5D" w14:textId="77777777" w:rsidR="00623E5F" w:rsidRDefault="00623E5F"/>
          <w:p w14:paraId="52553792" w14:textId="77777777" w:rsidR="00623E5F" w:rsidRDefault="00000000">
            <w:pPr>
              <w:spacing w:line="245" w:lineRule="auto"/>
            </w:pPr>
            <w:r>
              <w:rPr>
                <w:b/>
                <w:color w:val="000000"/>
                <w:sz w:val="15"/>
              </w:rPr>
              <w:t xml:space="preserve">KNJIŽEVNO / MOTIVNO IZHODIŠČE: </w:t>
            </w:r>
            <w:r>
              <w:rPr>
                <w:color w:val="000000"/>
                <w:sz w:val="15"/>
              </w:rPr>
              <w:t>»Sapramiška« – Svetlana Makarovič • telo, zobje, čutila, pomoč in vztrajnost</w:t>
            </w:r>
          </w:p>
        </w:tc>
      </w:tr>
      <w:tr w:rsidR="00623E5F" w14:paraId="1F55A2E1" w14:textId="77777777">
        <w:trPr>
          <w:cantSplit/>
          <w:jc w:val="center"/>
        </w:trPr>
        <w:tc>
          <w:tcPr>
            <w:tcW w:w="14060" w:type="dxa"/>
            <w:gridSpan w:val="6"/>
            <w:tcMar>
              <w:top w:w="70" w:type="dxa"/>
              <w:left w:w="90" w:type="dxa"/>
              <w:bottom w:w="70" w:type="dxa"/>
              <w:right w:w="90" w:type="dxa"/>
            </w:tcMar>
            <w:vAlign w:val="center"/>
          </w:tcPr>
          <w:p w14:paraId="38AE6A99" w14:textId="77777777" w:rsidR="00623E5F" w:rsidRDefault="00623E5F"/>
          <w:p w14:paraId="163C38A4" w14:textId="77777777" w:rsidR="00623E5F" w:rsidRDefault="00000000">
            <w:pPr>
              <w:spacing w:line="245" w:lineRule="auto"/>
            </w:pPr>
            <w:r>
              <w:rPr>
                <w:b/>
                <w:color w:val="000000"/>
                <w:sz w:val="15"/>
              </w:rPr>
              <w:t xml:space="preserve">GIBALNO IZHODIŠČE / MOTIVACIJA: </w:t>
            </w:r>
            <w:r>
              <w:rPr>
                <w:color w:val="000000"/>
                <w:sz w:val="15"/>
              </w:rPr>
              <w:t>slikovni utrip in dihanje se spreminjata od miru do napora; učenci s telesnim zaznavanjem odkrivajo temo »gibalna učinkovitost«. Tedenski gibalni izziv: izvede gibalno zgodbo z iskanjem rešitve.</w:t>
            </w:r>
          </w:p>
        </w:tc>
      </w:tr>
      <w:tr w:rsidR="00623E5F" w14:paraId="3FDA4137" w14:textId="77777777">
        <w:trPr>
          <w:cantSplit/>
          <w:jc w:val="center"/>
        </w:trPr>
        <w:tc>
          <w:tcPr>
            <w:tcW w:w="14060" w:type="dxa"/>
            <w:gridSpan w:val="6"/>
            <w:tcMar>
              <w:top w:w="70" w:type="dxa"/>
              <w:left w:w="90" w:type="dxa"/>
              <w:bottom w:w="70" w:type="dxa"/>
              <w:right w:w="90" w:type="dxa"/>
            </w:tcMar>
            <w:vAlign w:val="center"/>
          </w:tcPr>
          <w:p w14:paraId="3356472A" w14:textId="77777777" w:rsidR="00623E5F" w:rsidRDefault="00623E5F"/>
          <w:p w14:paraId="0FF4DD4B" w14:textId="77777777" w:rsidR="00623E5F" w:rsidRDefault="00000000">
            <w:pPr>
              <w:spacing w:line="245" w:lineRule="auto"/>
            </w:pPr>
            <w:r>
              <w:rPr>
                <w:b/>
                <w:color w:val="000000"/>
                <w:sz w:val="15"/>
              </w:rPr>
              <w:t xml:space="preserve">UČNE ENOTE: </w:t>
            </w:r>
            <w:r>
              <w:rPr>
                <w:color w:val="000000"/>
                <w:sz w:val="15"/>
              </w:rPr>
              <w:t>1. ura – Gibalna učinkovitost – Ogrejem se in usvojim gib • 2. ura – Gibalna učinkovitost – Vadim na postajah • 3. ura – Gibalna učinkovitost – Uporabim v igri</w:t>
            </w:r>
          </w:p>
        </w:tc>
      </w:tr>
      <w:tr w:rsidR="00623E5F" w14:paraId="1BD3387E" w14:textId="77777777">
        <w:trPr>
          <w:cantSplit/>
          <w:jc w:val="center"/>
        </w:trPr>
        <w:tc>
          <w:tcPr>
            <w:tcW w:w="14060" w:type="dxa"/>
            <w:gridSpan w:val="6"/>
            <w:tcMar>
              <w:top w:w="70" w:type="dxa"/>
              <w:left w:w="90" w:type="dxa"/>
              <w:bottom w:w="70" w:type="dxa"/>
              <w:right w:w="90" w:type="dxa"/>
            </w:tcMar>
            <w:vAlign w:val="center"/>
          </w:tcPr>
          <w:p w14:paraId="3304B2F3" w14:textId="77777777" w:rsidR="00623E5F" w:rsidRDefault="00623E5F"/>
          <w:p w14:paraId="5651D131"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34410AC2" w14:textId="77777777">
        <w:trPr>
          <w:cantSplit/>
          <w:jc w:val="center"/>
        </w:trPr>
        <w:tc>
          <w:tcPr>
            <w:tcW w:w="14060" w:type="dxa"/>
            <w:gridSpan w:val="6"/>
            <w:tcMar>
              <w:top w:w="70" w:type="dxa"/>
              <w:left w:w="90" w:type="dxa"/>
              <w:bottom w:w="70" w:type="dxa"/>
              <w:right w:w="90" w:type="dxa"/>
            </w:tcMar>
            <w:vAlign w:val="center"/>
          </w:tcPr>
          <w:p w14:paraId="112AFEA3" w14:textId="77777777" w:rsidR="00623E5F" w:rsidRDefault="00623E5F"/>
          <w:p w14:paraId="397763EB"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66813B8C" w14:textId="77777777">
        <w:trPr>
          <w:cantSplit/>
          <w:jc w:val="center"/>
        </w:trPr>
        <w:tc>
          <w:tcPr>
            <w:tcW w:w="14060" w:type="dxa"/>
            <w:gridSpan w:val="6"/>
            <w:tcMar>
              <w:top w:w="70" w:type="dxa"/>
              <w:left w:w="90" w:type="dxa"/>
              <w:bottom w:w="70" w:type="dxa"/>
              <w:right w:w="90" w:type="dxa"/>
            </w:tcMar>
            <w:vAlign w:val="center"/>
          </w:tcPr>
          <w:p w14:paraId="3E468CE4" w14:textId="77777777" w:rsidR="00623E5F" w:rsidRDefault="00623E5F"/>
          <w:p w14:paraId="3397ED8E"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41A83AC5" w14:textId="77777777">
        <w:trPr>
          <w:cantSplit/>
          <w:jc w:val="center"/>
        </w:trPr>
        <w:tc>
          <w:tcPr>
            <w:tcW w:w="14060" w:type="dxa"/>
            <w:gridSpan w:val="6"/>
            <w:tcMar>
              <w:top w:w="70" w:type="dxa"/>
              <w:left w:w="90" w:type="dxa"/>
              <w:bottom w:w="70" w:type="dxa"/>
              <w:right w:w="90" w:type="dxa"/>
            </w:tcMar>
            <w:vAlign w:val="center"/>
          </w:tcPr>
          <w:p w14:paraId="06D65755" w14:textId="77777777" w:rsidR="00623E5F" w:rsidRDefault="00623E5F"/>
          <w:p w14:paraId="67E119D0" w14:textId="77777777" w:rsidR="00623E5F" w:rsidRDefault="00000000">
            <w:pPr>
              <w:spacing w:line="245" w:lineRule="auto"/>
            </w:pPr>
            <w:r>
              <w:rPr>
                <w:b/>
                <w:color w:val="000000"/>
                <w:sz w:val="15"/>
              </w:rPr>
              <w:t xml:space="preserve">MEDPREDMETNE POVEZAVE: </w:t>
            </w:r>
            <w:r>
              <w:rPr>
                <w:color w:val="000000"/>
                <w:sz w:val="15"/>
              </w:rPr>
              <w:t>SPO – telo, zobje, čutila, pomoč in vztrajnost,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1AC28F49" w14:textId="77777777">
        <w:trPr>
          <w:cantSplit/>
          <w:jc w:val="center"/>
        </w:trPr>
        <w:tc>
          <w:tcPr>
            <w:tcW w:w="14060" w:type="dxa"/>
            <w:gridSpan w:val="6"/>
            <w:tcMar>
              <w:top w:w="70" w:type="dxa"/>
              <w:left w:w="90" w:type="dxa"/>
              <w:bottom w:w="70" w:type="dxa"/>
              <w:right w:w="90" w:type="dxa"/>
            </w:tcMar>
            <w:vAlign w:val="center"/>
          </w:tcPr>
          <w:p w14:paraId="6DE37B38" w14:textId="77777777" w:rsidR="00623E5F" w:rsidRDefault="00623E5F"/>
          <w:p w14:paraId="4AFB0383" w14:textId="77777777" w:rsidR="00623E5F" w:rsidRDefault="00000000">
            <w:pPr>
              <w:spacing w:line="245" w:lineRule="auto"/>
            </w:pPr>
            <w:r>
              <w:rPr>
                <w:b/>
                <w:color w:val="000000"/>
                <w:sz w:val="15"/>
              </w:rPr>
              <w:t xml:space="preserve">UČNA SREDSTVA IN PRIPOMOČKI: </w:t>
            </w:r>
            <w:r>
              <w:rPr>
                <w:color w:val="000000"/>
                <w:sz w:val="15"/>
              </w:rPr>
              <w:t>stožci, blazine, obroči, vrvi, semafor napora, kartice ogrevanja, slikovni prikaz dihanja in voda; kartice namena in kriterijev; oznake štirih postaj; opazovalni list; semafor napora in mapa dokazov</w:t>
            </w:r>
          </w:p>
        </w:tc>
      </w:tr>
      <w:tr w:rsidR="00623E5F" w14:paraId="2C84DF3C" w14:textId="77777777">
        <w:trPr>
          <w:cantSplit/>
          <w:jc w:val="center"/>
        </w:trPr>
        <w:tc>
          <w:tcPr>
            <w:tcW w:w="14060" w:type="dxa"/>
            <w:gridSpan w:val="6"/>
            <w:tcMar>
              <w:top w:w="70" w:type="dxa"/>
              <w:left w:w="90" w:type="dxa"/>
              <w:bottom w:w="70" w:type="dxa"/>
              <w:right w:w="90" w:type="dxa"/>
            </w:tcMar>
            <w:vAlign w:val="center"/>
          </w:tcPr>
          <w:p w14:paraId="34FF9D11" w14:textId="77777777" w:rsidR="00623E5F" w:rsidRDefault="00623E5F"/>
          <w:p w14:paraId="4D395BD5"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698B2E80" w14:textId="77777777">
        <w:trPr>
          <w:cantSplit/>
          <w:jc w:val="center"/>
        </w:trPr>
        <w:tc>
          <w:tcPr>
            <w:tcW w:w="14060" w:type="dxa"/>
            <w:gridSpan w:val="6"/>
            <w:tcMar>
              <w:top w:w="70" w:type="dxa"/>
              <w:left w:w="90" w:type="dxa"/>
              <w:bottom w:w="70" w:type="dxa"/>
              <w:right w:w="90" w:type="dxa"/>
            </w:tcMar>
            <w:vAlign w:val="center"/>
          </w:tcPr>
          <w:p w14:paraId="0074C702" w14:textId="77777777" w:rsidR="00623E5F" w:rsidRDefault="00623E5F"/>
          <w:p w14:paraId="1B0352C6"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1E72A6B4" w14:textId="77777777">
        <w:trPr>
          <w:cantSplit/>
          <w:jc w:val="center"/>
        </w:trPr>
        <w:tc>
          <w:tcPr>
            <w:tcW w:w="14060" w:type="dxa"/>
            <w:gridSpan w:val="6"/>
            <w:tcMar>
              <w:top w:w="70" w:type="dxa"/>
              <w:left w:w="90" w:type="dxa"/>
              <w:bottom w:w="70" w:type="dxa"/>
              <w:right w:w="90" w:type="dxa"/>
            </w:tcMar>
            <w:vAlign w:val="center"/>
          </w:tcPr>
          <w:p w14:paraId="1B83CF2A" w14:textId="77777777" w:rsidR="00623E5F" w:rsidRDefault="00623E5F"/>
          <w:p w14:paraId="2AAF3435"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2F720BE0"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909AFF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53E6AF7"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69A505D" w14:textId="77777777" w:rsidR="00623E5F" w:rsidRDefault="00000000">
            <w:pPr>
              <w:jc w:val="center"/>
            </w:pPr>
            <w:r>
              <w:rPr>
                <w:b/>
                <w:color w:val="000000"/>
                <w:sz w:val="20"/>
              </w:rPr>
              <w:t>UČNE DEJAVNOSTI, METODE IN FORMATIVNO SPREMLJANJE</w:t>
            </w:r>
          </w:p>
        </w:tc>
      </w:tr>
      <w:tr w:rsidR="00623E5F" w14:paraId="769A9929" w14:textId="77777777">
        <w:trPr>
          <w:tblHeader/>
          <w:jc w:val="center"/>
        </w:trPr>
        <w:tc>
          <w:tcPr>
            <w:tcW w:w="4422" w:type="dxa"/>
            <w:vMerge/>
            <w:tcMar>
              <w:top w:w="70" w:type="dxa"/>
              <w:left w:w="90" w:type="dxa"/>
              <w:bottom w:w="70" w:type="dxa"/>
              <w:right w:w="90" w:type="dxa"/>
            </w:tcMar>
            <w:vAlign w:val="center"/>
          </w:tcPr>
          <w:p w14:paraId="33B068B4" w14:textId="77777777" w:rsidR="00623E5F" w:rsidRDefault="00623E5F"/>
        </w:tc>
        <w:tc>
          <w:tcPr>
            <w:tcW w:w="7087" w:type="dxa"/>
            <w:shd w:val="clear" w:color="auto" w:fill="FFFFFF"/>
            <w:tcMar>
              <w:top w:w="70" w:type="dxa"/>
              <w:left w:w="90" w:type="dxa"/>
              <w:bottom w:w="70" w:type="dxa"/>
              <w:right w:w="90" w:type="dxa"/>
            </w:tcMar>
            <w:vAlign w:val="center"/>
          </w:tcPr>
          <w:p w14:paraId="11AD904B"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A854AFD" w14:textId="77777777" w:rsidR="00623E5F" w:rsidRDefault="00000000">
            <w:pPr>
              <w:jc w:val="center"/>
            </w:pPr>
            <w:r>
              <w:rPr>
                <w:b/>
                <w:color w:val="000000"/>
              </w:rPr>
              <w:t>UČENEC</w:t>
            </w:r>
          </w:p>
        </w:tc>
      </w:tr>
      <w:tr w:rsidR="00623E5F" w14:paraId="138FF008" w14:textId="77777777">
        <w:trPr>
          <w:jc w:val="center"/>
        </w:trPr>
        <w:tc>
          <w:tcPr>
            <w:tcW w:w="4422" w:type="dxa"/>
            <w:tcMar>
              <w:top w:w="70" w:type="dxa"/>
              <w:left w:w="90" w:type="dxa"/>
              <w:bottom w:w="70" w:type="dxa"/>
              <w:right w:w="90" w:type="dxa"/>
            </w:tcMar>
          </w:tcPr>
          <w:p w14:paraId="23F29E27" w14:textId="77777777" w:rsidR="00623E5F" w:rsidRDefault="00623E5F"/>
          <w:p w14:paraId="2DA9F325" w14:textId="77777777" w:rsidR="00623E5F" w:rsidRDefault="00000000">
            <w:pPr>
              <w:spacing w:after="60" w:line="245" w:lineRule="auto"/>
            </w:pPr>
            <w:r>
              <w:rPr>
                <w:b/>
                <w:color w:val="000000"/>
              </w:rPr>
              <w:t>UČNI CILJI</w:t>
            </w:r>
          </w:p>
          <w:p w14:paraId="6BE19606" w14:textId="77777777" w:rsidR="00623E5F" w:rsidRDefault="00000000">
            <w:pPr>
              <w:spacing w:after="20" w:line="245" w:lineRule="auto"/>
            </w:pPr>
            <w:r>
              <w:rPr>
                <w:b/>
                <w:color w:val="000000"/>
                <w:sz w:val="17"/>
              </w:rPr>
              <w:t>SPLOŠNI</w:t>
            </w:r>
          </w:p>
          <w:p w14:paraId="48455E3D"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283D1FF4" w14:textId="77777777" w:rsidR="00623E5F" w:rsidRDefault="00000000">
            <w:pPr>
              <w:pStyle w:val="Oznaenseznam"/>
              <w:spacing w:after="16"/>
            </w:pPr>
            <w:r>
              <w:rPr>
                <w:color w:val="000000"/>
                <w:sz w:val="15"/>
              </w:rPr>
              <w:t>varno hodi, teče, skače, meče, pleza, se plazi, lovi, ravnoteži, pleše in uporablja različne rekvizite</w:t>
            </w:r>
          </w:p>
          <w:p w14:paraId="4BFFACA8" w14:textId="77777777" w:rsidR="00623E5F" w:rsidRDefault="00000000">
            <w:pPr>
              <w:pStyle w:val="Oznaenseznam"/>
              <w:spacing w:after="16"/>
            </w:pPr>
            <w:r>
              <w:rPr>
                <w:color w:val="000000"/>
                <w:sz w:val="15"/>
              </w:rPr>
              <w:t>razume pomen rednega gibanja, ogrevanja, higiene, primerne opreme, počitka in varnega ravnanja</w:t>
            </w:r>
          </w:p>
          <w:p w14:paraId="2A8F7AC8"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5D6604A6" w14:textId="77777777" w:rsidR="00623E5F" w:rsidRDefault="00000000">
            <w:pPr>
              <w:spacing w:before="40" w:after="20" w:line="245" w:lineRule="auto"/>
            </w:pPr>
            <w:r>
              <w:rPr>
                <w:b/>
                <w:color w:val="000000"/>
                <w:sz w:val="17"/>
              </w:rPr>
              <w:t>OPERATIVNI</w:t>
            </w:r>
          </w:p>
          <w:p w14:paraId="2DCD44C6" w14:textId="77777777" w:rsidR="00623E5F" w:rsidRDefault="00000000">
            <w:pPr>
              <w:pStyle w:val="Oznaenseznam"/>
              <w:spacing w:after="16"/>
            </w:pPr>
            <w:r>
              <w:rPr>
                <w:color w:val="000000"/>
                <w:sz w:val="15"/>
              </w:rPr>
              <w:t>povezuje osnovne oblike gibanja</w:t>
            </w:r>
          </w:p>
          <w:p w14:paraId="36D42C0F" w14:textId="77777777" w:rsidR="00623E5F" w:rsidRDefault="00000000">
            <w:pPr>
              <w:pStyle w:val="Oznaenseznam"/>
              <w:spacing w:after="16"/>
            </w:pPr>
            <w:r>
              <w:rPr>
                <w:color w:val="000000"/>
                <w:sz w:val="15"/>
              </w:rPr>
              <w:t>opazuje odziv telesa</w:t>
            </w:r>
          </w:p>
          <w:p w14:paraId="04AB03E9" w14:textId="77777777" w:rsidR="00623E5F" w:rsidRDefault="00000000">
            <w:pPr>
              <w:pStyle w:val="Oznaenseznam"/>
              <w:spacing w:after="16"/>
            </w:pPr>
            <w:r>
              <w:rPr>
                <w:color w:val="000000"/>
                <w:sz w:val="15"/>
              </w:rPr>
              <w:t>skrbi za hidracijo</w:t>
            </w:r>
          </w:p>
          <w:p w14:paraId="2FC1A78F" w14:textId="77777777" w:rsidR="00623E5F" w:rsidRDefault="00000000">
            <w:pPr>
              <w:spacing w:before="40" w:after="20" w:line="245" w:lineRule="auto"/>
            </w:pPr>
            <w:r>
              <w:rPr>
                <w:b/>
                <w:color w:val="000000"/>
                <w:sz w:val="17"/>
              </w:rPr>
              <w:t>PRIČAKOVANI DOSEŽKI / MINIMALNI POUDARKI</w:t>
            </w:r>
          </w:p>
          <w:p w14:paraId="3345EF58" w14:textId="77777777" w:rsidR="00623E5F" w:rsidRDefault="00000000">
            <w:pPr>
              <w:pStyle w:val="Oznaenseznam"/>
              <w:spacing w:after="16"/>
            </w:pPr>
            <w:r>
              <w:rPr>
                <w:color w:val="000000"/>
                <w:sz w:val="15"/>
              </w:rPr>
              <w:t>učenec samostojno oziroma z dogovorjeno oporo povezuje osnovne oblike gibanja</w:t>
            </w:r>
          </w:p>
          <w:p w14:paraId="1CFBC702" w14:textId="77777777" w:rsidR="00623E5F" w:rsidRDefault="00000000">
            <w:pPr>
              <w:pStyle w:val="Oznaenseznam"/>
              <w:spacing w:after="16"/>
            </w:pPr>
            <w:r>
              <w:rPr>
                <w:color w:val="000000"/>
                <w:sz w:val="15"/>
              </w:rPr>
              <w:t>učenec samostojno oziroma z dogovorjeno oporo opazuje odziv telesa</w:t>
            </w:r>
          </w:p>
          <w:p w14:paraId="020E4882" w14:textId="77777777" w:rsidR="00623E5F" w:rsidRDefault="00000000">
            <w:pPr>
              <w:pStyle w:val="Oznaenseznam"/>
              <w:spacing w:after="16"/>
            </w:pPr>
            <w:r>
              <w:rPr>
                <w:color w:val="000000"/>
                <w:sz w:val="15"/>
              </w:rPr>
              <w:t>učenec samostojno oziroma z dogovorjeno oporo skrbi za hidracijo</w:t>
            </w:r>
          </w:p>
        </w:tc>
        <w:tc>
          <w:tcPr>
            <w:tcW w:w="7087" w:type="dxa"/>
            <w:tcMar>
              <w:top w:w="70" w:type="dxa"/>
              <w:left w:w="90" w:type="dxa"/>
              <w:bottom w:w="70" w:type="dxa"/>
              <w:right w:w="90" w:type="dxa"/>
            </w:tcMar>
          </w:tcPr>
          <w:p w14:paraId="79006037"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0562353" w14:textId="77777777">
              <w:trPr>
                <w:jc w:val="center"/>
              </w:trPr>
              <w:tc>
                <w:tcPr>
                  <w:tcW w:w="7087" w:type="dxa"/>
                  <w:shd w:val="clear" w:color="auto" w:fill="C6E7F3"/>
                  <w:tcMar>
                    <w:top w:w="45" w:type="dxa"/>
                    <w:left w:w="70" w:type="dxa"/>
                    <w:bottom w:w="45" w:type="dxa"/>
                    <w:right w:w="70" w:type="dxa"/>
                  </w:tcMar>
                </w:tcPr>
                <w:p w14:paraId="1E7818A5" w14:textId="77777777" w:rsidR="00623E5F" w:rsidRDefault="00000000">
                  <w:pPr>
                    <w:keepNext/>
                  </w:pPr>
                  <w:r>
                    <w:rPr>
                      <w:b/>
                      <w:color w:val="000000"/>
                    </w:rPr>
                    <w:t>UVODNI DEL – POČUTJE, GIBALNI NAMIG, PREDZNANJE IN NAMEN UČENJA (7–10 min)</w:t>
                  </w:r>
                </w:p>
              </w:tc>
            </w:tr>
          </w:tbl>
          <w:p w14:paraId="0395CF2B" w14:textId="77777777" w:rsidR="00623E5F" w:rsidRDefault="00623E5F">
            <w:pPr>
              <w:spacing w:line="20" w:lineRule="exact"/>
            </w:pPr>
          </w:p>
          <w:p w14:paraId="253957F3" w14:textId="77777777" w:rsidR="00623E5F" w:rsidRDefault="00000000">
            <w:pPr>
              <w:spacing w:before="40" w:after="60" w:line="245" w:lineRule="auto"/>
            </w:pPr>
            <w:r>
              <w:rPr>
                <w:color w:val="000000"/>
                <w:sz w:val="15"/>
              </w:rPr>
              <w:t>Ob književnem motivu »Sapramiška« – Svetlana Makarovič učenci vstopijo v temo telo, zobje, čutila, pomoč in vztrajnost. Učiteljica pripravi kratek gibalni namig: slikovni utrip in dihanje se spreminjata od miru do napora; učenci s telesnim zaznavanjem odkrivajo temo »gibalna učinkovitost«. Tedenski gibalni izziv: izvede gibalno zgodbo z iskanjem rešitve.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4326B6E9" w14:textId="77777777">
              <w:trPr>
                <w:jc w:val="center"/>
              </w:trPr>
              <w:tc>
                <w:tcPr>
                  <w:tcW w:w="7087" w:type="dxa"/>
                  <w:shd w:val="clear" w:color="auto" w:fill="EDC9EA"/>
                  <w:tcMar>
                    <w:top w:w="45" w:type="dxa"/>
                    <w:left w:w="70" w:type="dxa"/>
                    <w:bottom w:w="45" w:type="dxa"/>
                    <w:right w:w="70" w:type="dxa"/>
                  </w:tcMar>
                </w:tcPr>
                <w:p w14:paraId="23EFD763" w14:textId="77777777" w:rsidR="00623E5F" w:rsidRDefault="00000000">
                  <w:pPr>
                    <w:keepNext/>
                  </w:pPr>
                  <w:r>
                    <w:rPr>
                      <w:b/>
                      <w:color w:val="000000"/>
                    </w:rPr>
                    <w:t>NAMENI UČENJA</w:t>
                  </w:r>
                </w:p>
              </w:tc>
            </w:tr>
          </w:tbl>
          <w:p w14:paraId="3F43E4D8" w14:textId="77777777" w:rsidR="00623E5F" w:rsidRDefault="00623E5F">
            <w:pPr>
              <w:spacing w:line="20" w:lineRule="exact"/>
            </w:pPr>
          </w:p>
          <w:p w14:paraId="2AAF0CAF"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188663BA" w14:textId="77777777" w:rsidR="00623E5F" w:rsidRDefault="00000000">
            <w:pPr>
              <w:pStyle w:val="Oznaenseznam"/>
              <w:spacing w:after="16"/>
            </w:pPr>
            <w:r>
              <w:rPr>
                <w:color w:val="000000"/>
                <w:sz w:val="15"/>
              </w:rPr>
              <w:t>povezujem osnovne oblike gibanja</w:t>
            </w:r>
          </w:p>
          <w:p w14:paraId="76AC9B5A" w14:textId="77777777" w:rsidR="00623E5F" w:rsidRDefault="00000000">
            <w:pPr>
              <w:pStyle w:val="Oznaenseznam"/>
              <w:spacing w:after="16"/>
            </w:pPr>
            <w:r>
              <w:rPr>
                <w:color w:val="000000"/>
                <w:sz w:val="15"/>
              </w:rPr>
              <w:t>opazuje odziv telesa</w:t>
            </w:r>
          </w:p>
          <w:p w14:paraId="56D0C228" w14:textId="77777777" w:rsidR="00623E5F" w:rsidRDefault="00000000">
            <w:pPr>
              <w:pStyle w:val="Oznaenseznam"/>
              <w:spacing w:after="16"/>
            </w:pPr>
            <w:r>
              <w:rPr>
                <w:color w:val="000000"/>
                <w:sz w:val="15"/>
              </w:rPr>
              <w:t>skrbim za hidracijo</w:t>
            </w:r>
          </w:p>
          <w:tbl>
            <w:tblPr>
              <w:tblStyle w:val="Tabelamrea"/>
              <w:tblW w:w="0" w:type="auto"/>
              <w:jc w:val="center"/>
              <w:tblLayout w:type="fixed"/>
              <w:tblLook w:val="04A0" w:firstRow="1" w:lastRow="0" w:firstColumn="1" w:lastColumn="0" w:noHBand="0" w:noVBand="1"/>
            </w:tblPr>
            <w:tblGrid>
              <w:gridCol w:w="7087"/>
            </w:tblGrid>
            <w:tr w:rsidR="00623E5F" w14:paraId="45288C8B" w14:textId="77777777">
              <w:trPr>
                <w:jc w:val="center"/>
              </w:trPr>
              <w:tc>
                <w:tcPr>
                  <w:tcW w:w="7087" w:type="dxa"/>
                  <w:shd w:val="clear" w:color="auto" w:fill="EDC9EA"/>
                  <w:tcMar>
                    <w:top w:w="45" w:type="dxa"/>
                    <w:left w:w="70" w:type="dxa"/>
                    <w:bottom w:w="45" w:type="dxa"/>
                    <w:right w:w="70" w:type="dxa"/>
                  </w:tcMar>
                </w:tcPr>
                <w:p w14:paraId="21B5591E" w14:textId="77777777" w:rsidR="00623E5F" w:rsidRDefault="00000000">
                  <w:pPr>
                    <w:keepNext/>
                  </w:pPr>
                  <w:r>
                    <w:rPr>
                      <w:b/>
                      <w:color w:val="000000"/>
                    </w:rPr>
                    <w:t>PREVERJANJE PREDZNANJA</w:t>
                  </w:r>
                </w:p>
              </w:tc>
            </w:tr>
          </w:tbl>
          <w:p w14:paraId="3FA496A0" w14:textId="77777777" w:rsidR="00623E5F" w:rsidRDefault="00623E5F">
            <w:pPr>
              <w:spacing w:line="20" w:lineRule="exact"/>
            </w:pPr>
          </w:p>
          <w:p w14:paraId="283341B5" w14:textId="77777777" w:rsidR="00623E5F" w:rsidRDefault="00000000">
            <w:pPr>
              <w:pStyle w:val="Oznaenseznam"/>
              <w:spacing w:after="16"/>
            </w:pPr>
            <w:r>
              <w:rPr>
                <w:color w:val="000000"/>
                <w:sz w:val="15"/>
              </w:rPr>
              <w:t>Kaj moje telo in prostor že znata pokazati pri temi »GIBALNA UČINKOVITOST«?</w:t>
            </w:r>
          </w:p>
          <w:p w14:paraId="516C7E77" w14:textId="77777777" w:rsidR="00623E5F" w:rsidRDefault="00000000">
            <w:pPr>
              <w:pStyle w:val="Oznaenseznam"/>
              <w:spacing w:after="16"/>
            </w:pPr>
            <w:r>
              <w:rPr>
                <w:color w:val="000000"/>
                <w:sz w:val="15"/>
              </w:rPr>
              <w:t>Katero varnostno pravilo, gibalni korak ali strategijo že obvladam in kaj bi najprej preizkusil/-a?</w:t>
            </w:r>
          </w:p>
          <w:p w14:paraId="4A3C8089"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5C3E0B47" w14:textId="77777777">
              <w:trPr>
                <w:jc w:val="center"/>
              </w:trPr>
              <w:tc>
                <w:tcPr>
                  <w:tcW w:w="7087" w:type="dxa"/>
                  <w:shd w:val="clear" w:color="auto" w:fill="EDC9EA"/>
                  <w:tcMar>
                    <w:top w:w="45" w:type="dxa"/>
                    <w:left w:w="70" w:type="dxa"/>
                    <w:bottom w:w="45" w:type="dxa"/>
                    <w:right w:w="70" w:type="dxa"/>
                  </w:tcMar>
                </w:tcPr>
                <w:p w14:paraId="0E1BD16D" w14:textId="77777777" w:rsidR="00623E5F" w:rsidRDefault="00000000">
                  <w:pPr>
                    <w:keepNext/>
                  </w:pPr>
                  <w:r>
                    <w:rPr>
                      <w:b/>
                      <w:color w:val="000000"/>
                    </w:rPr>
                    <w:t>KRITERIJI USPEŠNOSTI</w:t>
                  </w:r>
                </w:p>
              </w:tc>
            </w:tr>
          </w:tbl>
          <w:p w14:paraId="534383F9" w14:textId="77777777" w:rsidR="00623E5F" w:rsidRDefault="00623E5F"/>
          <w:p w14:paraId="602AD7D9" w14:textId="77777777" w:rsidR="00623E5F" w:rsidRDefault="00000000">
            <w:pPr>
              <w:spacing w:before="20" w:after="20" w:line="245" w:lineRule="auto"/>
            </w:pPr>
            <w:r>
              <w:rPr>
                <w:b/>
                <w:color w:val="000000"/>
                <w:sz w:val="16"/>
              </w:rPr>
              <w:t>Uspešen/-na bom, ko:</w:t>
            </w:r>
          </w:p>
          <w:p w14:paraId="66A78B5A" w14:textId="77777777" w:rsidR="00623E5F" w:rsidRDefault="00000000">
            <w:pPr>
              <w:pStyle w:val="Oznaenseznam"/>
              <w:spacing w:after="16"/>
            </w:pPr>
            <w:r>
              <w:rPr>
                <w:color w:val="000000"/>
                <w:sz w:val="15"/>
              </w:rPr>
              <w:t>povezujem osnovne oblike gibanja</w:t>
            </w:r>
          </w:p>
          <w:p w14:paraId="4499EEA3" w14:textId="77777777" w:rsidR="00623E5F" w:rsidRDefault="00000000">
            <w:pPr>
              <w:pStyle w:val="Oznaenseznam"/>
              <w:spacing w:after="16"/>
            </w:pPr>
            <w:r>
              <w:rPr>
                <w:color w:val="000000"/>
                <w:sz w:val="15"/>
              </w:rPr>
              <w:t>opazuje odziv telesa</w:t>
            </w:r>
          </w:p>
          <w:p w14:paraId="6064AF1E" w14:textId="77777777" w:rsidR="00623E5F" w:rsidRDefault="00000000">
            <w:pPr>
              <w:pStyle w:val="Oznaenseznam"/>
              <w:spacing w:after="16"/>
            </w:pPr>
            <w:r>
              <w:rPr>
                <w:color w:val="000000"/>
                <w:sz w:val="15"/>
              </w:rPr>
              <w:t>skrbim za hidracijo</w:t>
            </w:r>
          </w:p>
          <w:p w14:paraId="119EEBD1" w14:textId="77777777" w:rsidR="00623E5F" w:rsidRDefault="00000000">
            <w:pPr>
              <w:pStyle w:val="Oznaenseznam"/>
              <w:spacing w:after="16"/>
            </w:pPr>
            <w:r>
              <w:rPr>
                <w:color w:val="000000"/>
                <w:sz w:val="15"/>
              </w:rPr>
              <w:t>pred začetkom preverim prostor in opremo, ohranjam razdaljo ter se na znak varno ustavim</w:t>
            </w:r>
          </w:p>
          <w:p w14:paraId="18C96335"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00EF972A" w14:textId="77777777" w:rsidR="00623E5F" w:rsidRDefault="00623E5F"/>
          <w:p w14:paraId="0286CE80"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08ACA65F"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62774D62" w14:textId="77777777" w:rsidR="00623E5F" w:rsidRDefault="00000000">
            <w:pPr>
              <w:spacing w:after="100" w:line="245" w:lineRule="auto"/>
            </w:pPr>
            <w:r>
              <w:rPr>
                <w:color w:val="000000"/>
                <w:sz w:val="15"/>
              </w:rPr>
              <w:t>Sodeluje pri razumevanju namena, vidnih meril, varnostnih pravil, prehodov in načina dokazovanja.</w:t>
            </w:r>
          </w:p>
          <w:p w14:paraId="15E08304" w14:textId="77777777" w:rsidR="00623E5F" w:rsidRDefault="00000000">
            <w:pPr>
              <w:spacing w:after="20" w:line="245" w:lineRule="auto"/>
            </w:pPr>
            <w:r>
              <w:rPr>
                <w:b/>
                <w:color w:val="D95BC6"/>
                <w:sz w:val="17"/>
              </w:rPr>
              <w:t>DOKAZ O UČENJU</w:t>
            </w:r>
          </w:p>
          <w:p w14:paraId="610EE5BA"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13F8261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AE2061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1DB241E"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F0556DC" w14:textId="77777777" w:rsidR="00623E5F" w:rsidRDefault="00000000">
            <w:pPr>
              <w:jc w:val="center"/>
            </w:pPr>
            <w:r>
              <w:rPr>
                <w:b/>
                <w:color w:val="000000"/>
                <w:sz w:val="20"/>
              </w:rPr>
              <w:t>UČNE DEJAVNOSTI, METODE IN FORMATIVNO SPREMLJANJE</w:t>
            </w:r>
          </w:p>
        </w:tc>
      </w:tr>
      <w:tr w:rsidR="00623E5F" w14:paraId="020E1B4D" w14:textId="77777777">
        <w:trPr>
          <w:tblHeader/>
          <w:jc w:val="center"/>
        </w:trPr>
        <w:tc>
          <w:tcPr>
            <w:tcW w:w="4422" w:type="dxa"/>
            <w:vMerge/>
            <w:tcMar>
              <w:top w:w="70" w:type="dxa"/>
              <w:left w:w="90" w:type="dxa"/>
              <w:bottom w:w="70" w:type="dxa"/>
              <w:right w:w="90" w:type="dxa"/>
            </w:tcMar>
            <w:vAlign w:val="center"/>
          </w:tcPr>
          <w:p w14:paraId="5C10AE31" w14:textId="77777777" w:rsidR="00623E5F" w:rsidRDefault="00623E5F"/>
        </w:tc>
        <w:tc>
          <w:tcPr>
            <w:tcW w:w="7087" w:type="dxa"/>
            <w:shd w:val="clear" w:color="auto" w:fill="FFFFFF"/>
            <w:tcMar>
              <w:top w:w="70" w:type="dxa"/>
              <w:left w:w="90" w:type="dxa"/>
              <w:bottom w:w="70" w:type="dxa"/>
              <w:right w:w="90" w:type="dxa"/>
            </w:tcMar>
            <w:vAlign w:val="center"/>
          </w:tcPr>
          <w:p w14:paraId="06F78816"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12C7840" w14:textId="77777777" w:rsidR="00623E5F" w:rsidRDefault="00000000">
            <w:pPr>
              <w:jc w:val="center"/>
            </w:pPr>
            <w:r>
              <w:rPr>
                <w:b/>
                <w:color w:val="000000"/>
              </w:rPr>
              <w:t>UČENEC</w:t>
            </w:r>
          </w:p>
        </w:tc>
      </w:tr>
      <w:tr w:rsidR="00623E5F" w14:paraId="3F098C6C" w14:textId="77777777">
        <w:trPr>
          <w:jc w:val="center"/>
        </w:trPr>
        <w:tc>
          <w:tcPr>
            <w:tcW w:w="4422" w:type="dxa"/>
            <w:tcMar>
              <w:top w:w="70" w:type="dxa"/>
              <w:left w:w="90" w:type="dxa"/>
              <w:bottom w:w="70" w:type="dxa"/>
              <w:right w:w="90" w:type="dxa"/>
            </w:tcMar>
          </w:tcPr>
          <w:p w14:paraId="723A0999" w14:textId="77777777" w:rsidR="00623E5F" w:rsidRDefault="00623E5F"/>
          <w:p w14:paraId="378F2E5E" w14:textId="77777777" w:rsidR="00623E5F" w:rsidRDefault="00000000">
            <w:pPr>
              <w:spacing w:after="40" w:line="245" w:lineRule="auto"/>
            </w:pPr>
            <w:r>
              <w:rPr>
                <w:b/>
                <w:color w:val="000000"/>
                <w:sz w:val="17"/>
              </w:rPr>
              <w:t>KLJUČNI ŠPORTNI IN GIBALNI POJMI</w:t>
            </w:r>
          </w:p>
          <w:p w14:paraId="0AF29967"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srčni utrip, dihanje, hidracija, gibljivost, moč, vzdržljivost, osebni cilj, napredek</w:t>
            </w:r>
          </w:p>
          <w:p w14:paraId="17F3C250" w14:textId="77777777" w:rsidR="00623E5F" w:rsidRDefault="00000000">
            <w:pPr>
              <w:spacing w:after="20" w:line="245" w:lineRule="auto"/>
            </w:pPr>
            <w:r>
              <w:rPr>
                <w:b/>
                <w:color w:val="000000"/>
                <w:sz w:val="17"/>
              </w:rPr>
              <w:t>DOKAZI O UČENJU</w:t>
            </w:r>
          </w:p>
          <w:p w14:paraId="7D722BE2" w14:textId="77777777" w:rsidR="00623E5F" w:rsidRDefault="00000000">
            <w:pPr>
              <w:pStyle w:val="Oznaenseznam"/>
              <w:spacing w:after="7"/>
            </w:pPr>
            <w:r>
              <w:rPr>
                <w:color w:val="000000"/>
                <w:sz w:val="14"/>
              </w:rPr>
              <w:t>varen odziv na znak, začetni poskus prvine in ustno varnostno pravilo.</w:t>
            </w:r>
          </w:p>
          <w:p w14:paraId="200A7F7B" w14:textId="77777777" w:rsidR="00623E5F" w:rsidRDefault="00000000">
            <w:pPr>
              <w:pStyle w:val="Oznaenseznam"/>
              <w:spacing w:after="7"/>
            </w:pPr>
            <w:r>
              <w:rPr>
                <w:color w:val="000000"/>
                <w:sz w:val="14"/>
              </w:rPr>
              <w:t>opazovalna kartica, izvedba na izbrani ravni in učiteljev zapis o napredku.</w:t>
            </w:r>
          </w:p>
          <w:p w14:paraId="4DC94742" w14:textId="77777777" w:rsidR="00623E5F" w:rsidRDefault="00000000">
            <w:pPr>
              <w:pStyle w:val="Oznaenseznam"/>
              <w:spacing w:after="7"/>
            </w:pPr>
            <w:r>
              <w:rPr>
                <w:color w:val="000000"/>
                <w:sz w:val="14"/>
              </w:rPr>
              <w:t>uporaba prvine v igri, sodelovanje, upoštevanje pravil in osebno samovrednotenje.</w:t>
            </w:r>
          </w:p>
          <w:p w14:paraId="3DBF83F2" w14:textId="77777777" w:rsidR="00623E5F" w:rsidRDefault="00000000">
            <w:pPr>
              <w:spacing w:before="40" w:after="20" w:line="245" w:lineRule="auto"/>
            </w:pPr>
            <w:r>
              <w:rPr>
                <w:b/>
                <w:color w:val="000000"/>
                <w:sz w:val="16"/>
              </w:rPr>
              <w:t>GIBALNO DOŽIVETJE IN IZKUŠENJSKI POUK</w:t>
            </w:r>
          </w:p>
          <w:p w14:paraId="7735B400"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62476314" w14:textId="77777777" w:rsidR="00623E5F" w:rsidRDefault="00000000">
            <w:pPr>
              <w:spacing w:after="20" w:line="245" w:lineRule="auto"/>
            </w:pPr>
            <w:r>
              <w:rPr>
                <w:b/>
                <w:color w:val="000000"/>
                <w:sz w:val="16"/>
              </w:rPr>
              <w:t>POUČEVANJE V GIBANJU</w:t>
            </w:r>
          </w:p>
          <w:p w14:paraId="67B0D280"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05886959" w14:textId="77777777" w:rsidR="00623E5F" w:rsidRDefault="00000000">
            <w:pPr>
              <w:spacing w:after="20" w:line="245" w:lineRule="auto"/>
            </w:pPr>
            <w:r>
              <w:rPr>
                <w:b/>
                <w:color w:val="000000"/>
                <w:sz w:val="16"/>
              </w:rPr>
              <w:t>DELO PO ŠTIRIH POSTAJAH</w:t>
            </w:r>
          </w:p>
          <w:p w14:paraId="5D3E1D93"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33016A9E" w14:textId="77777777" w:rsidR="00623E5F" w:rsidRDefault="00000000">
            <w:pPr>
              <w:spacing w:after="7" w:line="245" w:lineRule="auto"/>
            </w:pPr>
            <w:r>
              <w:rPr>
                <w:color w:val="000000"/>
                <w:sz w:val="14"/>
              </w:rPr>
              <w:t>1. Ogrevalna: po karticah sestavim varen niz za večje sklepe in mišične skupine ter spremljam dihanje.</w:t>
            </w:r>
          </w:p>
          <w:p w14:paraId="5863FD8C" w14:textId="77777777" w:rsidR="00623E5F" w:rsidRDefault="00000000">
            <w:pPr>
              <w:spacing w:after="7" w:line="245" w:lineRule="auto"/>
            </w:pPr>
            <w:r>
              <w:rPr>
                <w:color w:val="000000"/>
                <w:sz w:val="14"/>
              </w:rPr>
              <w:t>2. Gibalna učinkovitost: na osebni ravni vadim cilj »povezujem osnovne oblike gibanja« in med ponovitvami ohranjam kakovost gibanja.</w:t>
            </w:r>
          </w:p>
          <w:p w14:paraId="0F02CF03" w14:textId="77777777" w:rsidR="00623E5F" w:rsidRDefault="00000000">
            <w:pPr>
              <w:spacing w:after="7" w:line="245" w:lineRule="auto"/>
            </w:pPr>
            <w:r>
              <w:rPr>
                <w:color w:val="000000"/>
                <w:sz w:val="14"/>
              </w:rPr>
              <w:t>3. Telo in napor: primerjam počutje pred, med in po dejavnosti ter uporabim pogovorni tempo in semafor napora.</w:t>
            </w:r>
          </w:p>
          <w:p w14:paraId="79CC4FD2" w14:textId="77777777" w:rsidR="00623E5F" w:rsidRDefault="00000000">
            <w:pPr>
              <w:spacing w:after="7" w:line="245" w:lineRule="auto"/>
            </w:pPr>
            <w:r>
              <w:rPr>
                <w:color w:val="000000"/>
                <w:sz w:val="14"/>
              </w:rPr>
              <w:t>4. Napredek in cilj: izberem dokaz, ne primerjam se z drugimi in pojasnim, kako »skrbim za hidracijo«.</w:t>
            </w:r>
          </w:p>
          <w:p w14:paraId="2E1F3229" w14:textId="77777777" w:rsidR="00623E5F" w:rsidRDefault="00000000">
            <w:pPr>
              <w:spacing w:after="20" w:line="245" w:lineRule="auto"/>
            </w:pPr>
            <w:r>
              <w:rPr>
                <w:b/>
                <w:color w:val="000000"/>
                <w:sz w:val="16"/>
              </w:rPr>
              <w:t>DIFERENCIACIJA IN VKLJUČEVANJE</w:t>
            </w:r>
          </w:p>
          <w:p w14:paraId="7DD426EF"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4EE68912" w14:textId="77777777" w:rsidR="00623E5F" w:rsidRDefault="00000000">
            <w:pPr>
              <w:spacing w:after="20" w:line="245" w:lineRule="auto"/>
            </w:pPr>
            <w:r>
              <w:rPr>
                <w:b/>
                <w:color w:val="000000"/>
                <w:sz w:val="16"/>
              </w:rPr>
              <w:t>SPREMLJANJE</w:t>
            </w:r>
          </w:p>
          <w:p w14:paraId="7D256741"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1EF72226"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17FD571" w14:textId="77777777">
              <w:trPr>
                <w:jc w:val="center"/>
              </w:trPr>
              <w:tc>
                <w:tcPr>
                  <w:tcW w:w="7087" w:type="dxa"/>
                  <w:shd w:val="clear" w:color="auto" w:fill="C6E7F3"/>
                  <w:tcMar>
                    <w:top w:w="45" w:type="dxa"/>
                    <w:left w:w="70" w:type="dxa"/>
                    <w:bottom w:w="45" w:type="dxa"/>
                    <w:right w:w="70" w:type="dxa"/>
                  </w:tcMar>
                </w:tcPr>
                <w:p w14:paraId="09E5D743" w14:textId="77777777" w:rsidR="00623E5F" w:rsidRDefault="00000000">
                  <w:pPr>
                    <w:keepNext/>
                  </w:pPr>
                  <w:r>
                    <w:rPr>
                      <w:b/>
                      <w:color w:val="000000"/>
                      <w:sz w:val="16"/>
                    </w:rPr>
                    <w:t>GLAVNI DEL – GIBALNI IZZIV, VADBA NA ŠTIRIH POSTAJAH IN IGRA (3 šolske ure)</w:t>
                  </w:r>
                </w:p>
              </w:tc>
            </w:tr>
          </w:tbl>
          <w:p w14:paraId="302C416B" w14:textId="77777777" w:rsidR="00623E5F" w:rsidRDefault="00623E5F">
            <w:pPr>
              <w:spacing w:line="20" w:lineRule="exact"/>
            </w:pPr>
          </w:p>
          <w:p w14:paraId="2CD678E5" w14:textId="77777777" w:rsidR="00623E5F" w:rsidRDefault="00000000">
            <w:pPr>
              <w:keepNext/>
              <w:spacing w:before="16" w:after="6" w:line="245" w:lineRule="auto"/>
            </w:pPr>
            <w:r>
              <w:rPr>
                <w:b/>
                <w:color w:val="000000"/>
                <w:sz w:val="15"/>
              </w:rPr>
              <w:t>1. URA – Gibalna učinkovitost – Ogrejem se in usvojim gib</w:t>
            </w:r>
          </w:p>
          <w:p w14:paraId="3AE8A68F"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»Sapramiška« – Svetlana Makarovič. Osrednji del 30': 32' – Preveri prostor in opremo, predstavi varnostni znak ter skozi gibalno zgodbo modelira ključno prvino po korakih.</w:t>
            </w:r>
          </w:p>
          <w:p w14:paraId="0A4A8CBA"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690567B3" w14:textId="77777777" w:rsidR="00623E5F" w:rsidRDefault="00000000">
            <w:pPr>
              <w:spacing w:after="15" w:line="245" w:lineRule="auto"/>
            </w:pPr>
            <w:r>
              <w:rPr>
                <w:i/>
                <w:color w:val="D95BC6"/>
                <w:sz w:val="14"/>
              </w:rPr>
              <w:t>Predvideni dokaz: varen odziv na znak, začetni poskus prvine in ustno varnostno pravilo..</w:t>
            </w:r>
          </w:p>
          <w:p w14:paraId="0F683DB5" w14:textId="77777777" w:rsidR="00623E5F" w:rsidRDefault="00000000">
            <w:pPr>
              <w:keepNext/>
              <w:spacing w:before="16" w:after="6" w:line="245" w:lineRule="auto"/>
            </w:pPr>
            <w:r>
              <w:rPr>
                <w:b/>
                <w:color w:val="000000"/>
                <w:sz w:val="15"/>
              </w:rPr>
              <w:t>2. URA – Gibalna učinkovitost – Vadim na postajah</w:t>
            </w:r>
          </w:p>
          <w:p w14:paraId="2D141003"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»Sapramiška« – Svetlana Makarovič. Osrednji del 30': 32' – Pripravi 4–6 postaj z enosmernimi prehodi, pokaže tri ravni izziva in opazovalcu dodeli en jasen kriterij.</w:t>
            </w:r>
          </w:p>
          <w:p w14:paraId="75B712F6"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0B5F5956" w14:textId="77777777" w:rsidR="00623E5F" w:rsidRDefault="00000000">
            <w:pPr>
              <w:spacing w:after="15" w:line="245" w:lineRule="auto"/>
            </w:pPr>
            <w:r>
              <w:rPr>
                <w:i/>
                <w:color w:val="D95BC6"/>
                <w:sz w:val="14"/>
              </w:rPr>
              <w:t>Predvideni dokaz: opazovalna kartica, izvedba na izbrani ravni in učiteljev zapis o napredku..</w:t>
            </w:r>
          </w:p>
          <w:p w14:paraId="63F2F65B" w14:textId="77777777" w:rsidR="00623E5F" w:rsidRDefault="00000000">
            <w:pPr>
              <w:keepNext/>
              <w:spacing w:before="16" w:after="6" w:line="245" w:lineRule="auto"/>
            </w:pPr>
            <w:r>
              <w:rPr>
                <w:b/>
                <w:color w:val="000000"/>
                <w:sz w:val="15"/>
              </w:rPr>
              <w:t>3. URA – Gibalna učinkovitost – Uporabim v igri</w:t>
            </w:r>
          </w:p>
          <w:p w14:paraId="7AE1F126"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»Sapramiška« – Svetlana Makarovič. Osrednji del 30': 32' – Organizira vključujočo igro ali izziv brez izločanja, spremlja varnost, pošteno igro in uporabo naučene prvine.</w:t>
            </w:r>
          </w:p>
          <w:p w14:paraId="48ED34D1"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4F101310"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506AD4F4" w14:textId="77777777">
              <w:trPr>
                <w:jc w:val="center"/>
              </w:trPr>
              <w:tc>
                <w:tcPr>
                  <w:tcW w:w="7087" w:type="dxa"/>
                  <w:shd w:val="clear" w:color="auto" w:fill="EDC9EA"/>
                  <w:tcMar>
                    <w:top w:w="45" w:type="dxa"/>
                    <w:left w:w="70" w:type="dxa"/>
                    <w:bottom w:w="45" w:type="dxa"/>
                    <w:right w:w="70" w:type="dxa"/>
                  </w:tcMar>
                </w:tcPr>
                <w:p w14:paraId="36B81E2F" w14:textId="77777777" w:rsidR="00623E5F" w:rsidRDefault="00000000">
                  <w:pPr>
                    <w:keepNext/>
                  </w:pPr>
                  <w:r>
                    <w:rPr>
                      <w:b/>
                      <w:color w:val="000000"/>
                      <w:sz w:val="16"/>
                    </w:rPr>
                    <w:t>ORGANIZACIJA POSTAJ, PREHODOV IN AKTIVNEGA ČASA</w:t>
                  </w:r>
                </w:p>
              </w:tc>
            </w:tr>
          </w:tbl>
          <w:p w14:paraId="2D78735A" w14:textId="77777777" w:rsidR="00623E5F" w:rsidRDefault="00623E5F"/>
          <w:p w14:paraId="00EE0DF4" w14:textId="77777777" w:rsidR="00623E5F" w:rsidRDefault="00000000">
            <w:pPr>
              <w:spacing w:before="5" w:after="6" w:line="245" w:lineRule="auto"/>
            </w:pPr>
            <w:r>
              <w:rPr>
                <w:color w:val="000000"/>
                <w:sz w:val="14"/>
              </w:rPr>
              <w:t>Postaja 1: Ogrevalna: po karticah sestavim varen niz za večje sklepe in mišične skupine ter spremljam dihanje.</w:t>
            </w:r>
          </w:p>
          <w:p w14:paraId="4799FD57" w14:textId="77777777" w:rsidR="00623E5F" w:rsidRDefault="00000000">
            <w:pPr>
              <w:spacing w:before="5" w:after="6" w:line="245" w:lineRule="auto"/>
            </w:pPr>
            <w:r>
              <w:rPr>
                <w:color w:val="000000"/>
                <w:sz w:val="14"/>
              </w:rPr>
              <w:t>Postaja 2: Gibalna učinkovitost: na osebni ravni vadim cilj »povezujem osnovne oblike gibanja« in med ponovitvami ohranjam kakovost gibanja.</w:t>
            </w:r>
          </w:p>
          <w:p w14:paraId="7998D92E" w14:textId="77777777" w:rsidR="00623E5F" w:rsidRDefault="00000000">
            <w:pPr>
              <w:spacing w:before="5" w:after="6" w:line="245" w:lineRule="auto"/>
            </w:pPr>
            <w:r>
              <w:rPr>
                <w:color w:val="000000"/>
                <w:sz w:val="14"/>
              </w:rPr>
              <w:t>Postaja 3: Telo in napor: primerjam počutje pred, med in po dejavnosti ter uporabim pogovorni tempo in semafor napora.</w:t>
            </w:r>
          </w:p>
          <w:p w14:paraId="77D0B890" w14:textId="77777777" w:rsidR="00623E5F" w:rsidRDefault="00000000">
            <w:pPr>
              <w:spacing w:before="5" w:after="6" w:line="245" w:lineRule="auto"/>
            </w:pPr>
            <w:r>
              <w:rPr>
                <w:color w:val="000000"/>
                <w:sz w:val="14"/>
              </w:rPr>
              <w:t>Postaja 4: Napredek in cilj: izberem dokaz, ne primerjam se z drugimi in pojasnim, kako »skrbim za hidracijo«.</w:t>
            </w:r>
          </w:p>
          <w:p w14:paraId="1D455A16"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089DB585" w14:textId="77777777" w:rsidR="00623E5F" w:rsidRDefault="00623E5F"/>
          <w:p w14:paraId="25495349" w14:textId="77777777" w:rsidR="00623E5F" w:rsidRDefault="00000000">
            <w:pPr>
              <w:spacing w:after="5" w:line="245" w:lineRule="auto"/>
            </w:pPr>
            <w:r>
              <w:rPr>
                <w:b/>
                <w:color w:val="000000"/>
                <w:sz w:val="15"/>
              </w:rPr>
              <w:t>1. URA – Gibalna učinkovitost – Ogrejem se in usvojim gib</w:t>
            </w:r>
          </w:p>
          <w:p w14:paraId="090CD231"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BE85DE5" w14:textId="77777777" w:rsidR="00623E5F" w:rsidRDefault="00000000">
            <w:pPr>
              <w:spacing w:after="14" w:line="245" w:lineRule="auto"/>
            </w:pPr>
            <w:r>
              <w:rPr>
                <w:color w:val="D95BC6"/>
                <w:sz w:val="13"/>
              </w:rPr>
              <w:t>Dokaz: varen odziv na znak, začetni poskus prvine in ustno varnostno pravilo.</w:t>
            </w:r>
          </w:p>
          <w:p w14:paraId="2C66E798" w14:textId="77777777" w:rsidR="00623E5F" w:rsidRDefault="00000000">
            <w:pPr>
              <w:spacing w:after="5" w:line="245" w:lineRule="auto"/>
            </w:pPr>
            <w:r>
              <w:rPr>
                <w:b/>
                <w:color w:val="000000"/>
                <w:sz w:val="15"/>
              </w:rPr>
              <w:t>2. URA – Gibalna učinkovitost – Vadim na postajah</w:t>
            </w:r>
          </w:p>
          <w:p w14:paraId="02CF7E0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D23654D" w14:textId="77777777" w:rsidR="00623E5F" w:rsidRDefault="00000000">
            <w:pPr>
              <w:spacing w:after="14" w:line="245" w:lineRule="auto"/>
            </w:pPr>
            <w:r>
              <w:rPr>
                <w:color w:val="D95BC6"/>
                <w:sz w:val="13"/>
              </w:rPr>
              <w:t>Dokaz: opazovalna kartica, izvedba na izbrani ravni in učiteljev zapis o napredku.</w:t>
            </w:r>
          </w:p>
          <w:p w14:paraId="01F23E1B" w14:textId="77777777" w:rsidR="00623E5F" w:rsidRDefault="00000000">
            <w:pPr>
              <w:spacing w:after="5" w:line="245" w:lineRule="auto"/>
            </w:pPr>
            <w:r>
              <w:rPr>
                <w:b/>
                <w:color w:val="000000"/>
                <w:sz w:val="15"/>
              </w:rPr>
              <w:t>3. URA – Gibalna učinkovitost – Uporabim v igri</w:t>
            </w:r>
          </w:p>
          <w:p w14:paraId="4545310E"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0A77B61E" w14:textId="77777777" w:rsidR="00623E5F" w:rsidRDefault="00000000">
            <w:pPr>
              <w:spacing w:after="14" w:line="245" w:lineRule="auto"/>
            </w:pPr>
            <w:r>
              <w:rPr>
                <w:color w:val="D95BC6"/>
                <w:sz w:val="13"/>
              </w:rPr>
              <w:t>Dokaz: uporaba prvine v igri, sodelovanje, upoštevanje pravil in osebno.</w:t>
            </w:r>
          </w:p>
          <w:p w14:paraId="2D9240B7" w14:textId="77777777" w:rsidR="00623E5F" w:rsidRDefault="00000000">
            <w:pPr>
              <w:spacing w:before="30" w:after="14" w:line="245" w:lineRule="auto"/>
            </w:pPr>
            <w:r>
              <w:rPr>
                <w:b/>
                <w:color w:val="D95BC6"/>
                <w:sz w:val="16"/>
              </w:rPr>
              <w:t>MOJ KROG POSTAJ</w:t>
            </w:r>
          </w:p>
          <w:p w14:paraId="5EC97F93" w14:textId="77777777" w:rsidR="00623E5F" w:rsidRDefault="00000000">
            <w:pPr>
              <w:spacing w:after="8" w:line="245" w:lineRule="auto"/>
            </w:pPr>
            <w:r>
              <w:rPr>
                <w:color w:val="000000"/>
                <w:sz w:val="13"/>
              </w:rPr>
              <w:t>1. Ogrevalna: po karticah sestavim varen niz za večje sklepe in mišične skupine ter.</w:t>
            </w:r>
          </w:p>
          <w:p w14:paraId="73301519" w14:textId="77777777" w:rsidR="00623E5F" w:rsidRDefault="00000000">
            <w:pPr>
              <w:spacing w:after="8" w:line="245" w:lineRule="auto"/>
            </w:pPr>
            <w:r>
              <w:rPr>
                <w:color w:val="000000"/>
                <w:sz w:val="13"/>
              </w:rPr>
              <w:t>2. Gibalna učinkovitost: na osebni ravni vadim cilj »povezujem osnovne oblike.</w:t>
            </w:r>
          </w:p>
          <w:p w14:paraId="16A6531A" w14:textId="77777777" w:rsidR="00623E5F" w:rsidRDefault="00000000">
            <w:pPr>
              <w:spacing w:after="8" w:line="245" w:lineRule="auto"/>
            </w:pPr>
            <w:r>
              <w:rPr>
                <w:color w:val="000000"/>
                <w:sz w:val="13"/>
              </w:rPr>
              <w:t>3. Telo in napor: primerjam počutje pred, med in po dejavnosti ter uporabim pogovorni.</w:t>
            </w:r>
          </w:p>
          <w:p w14:paraId="05CEB908" w14:textId="77777777" w:rsidR="00623E5F" w:rsidRDefault="00000000">
            <w:pPr>
              <w:spacing w:after="8" w:line="245" w:lineRule="auto"/>
            </w:pPr>
            <w:r>
              <w:rPr>
                <w:color w:val="000000"/>
                <w:sz w:val="13"/>
              </w:rPr>
              <w:t>4. Napredek in cilj: izberem dokaz, ne primerjam se z drugimi in pojasnim.</w:t>
            </w:r>
          </w:p>
          <w:p w14:paraId="669D1E4D"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34A06B3B" w14:textId="77777777" w:rsidR="00623E5F" w:rsidRDefault="00000000">
            <w:pPr>
              <w:spacing w:after="14" w:line="245" w:lineRule="auto"/>
            </w:pPr>
            <w:r>
              <w:rPr>
                <w:b/>
                <w:color w:val="D95BC6"/>
                <w:sz w:val="16"/>
              </w:rPr>
              <w:t>DOKAZ O UČENJU</w:t>
            </w:r>
          </w:p>
          <w:p w14:paraId="093E888F"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6C5CE71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2ACE25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31A7815"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97D9AEA" w14:textId="77777777" w:rsidR="00623E5F" w:rsidRDefault="00000000">
            <w:pPr>
              <w:jc w:val="center"/>
            </w:pPr>
            <w:r>
              <w:rPr>
                <w:b/>
                <w:color w:val="000000"/>
                <w:sz w:val="20"/>
              </w:rPr>
              <w:t>UČNE DEJAVNOSTI, METODE IN FORMATIVNO SPREMLJANJE</w:t>
            </w:r>
          </w:p>
        </w:tc>
      </w:tr>
      <w:tr w:rsidR="00623E5F" w14:paraId="2FCD54CC" w14:textId="77777777">
        <w:trPr>
          <w:tblHeader/>
          <w:jc w:val="center"/>
        </w:trPr>
        <w:tc>
          <w:tcPr>
            <w:tcW w:w="4422" w:type="dxa"/>
            <w:vMerge/>
            <w:tcMar>
              <w:top w:w="70" w:type="dxa"/>
              <w:left w:w="90" w:type="dxa"/>
              <w:bottom w:w="70" w:type="dxa"/>
              <w:right w:w="90" w:type="dxa"/>
            </w:tcMar>
            <w:vAlign w:val="center"/>
          </w:tcPr>
          <w:p w14:paraId="0D731911" w14:textId="77777777" w:rsidR="00623E5F" w:rsidRDefault="00623E5F"/>
        </w:tc>
        <w:tc>
          <w:tcPr>
            <w:tcW w:w="7087" w:type="dxa"/>
            <w:shd w:val="clear" w:color="auto" w:fill="FFFFFF"/>
            <w:tcMar>
              <w:top w:w="70" w:type="dxa"/>
              <w:left w:w="90" w:type="dxa"/>
              <w:bottom w:w="70" w:type="dxa"/>
              <w:right w:w="90" w:type="dxa"/>
            </w:tcMar>
            <w:vAlign w:val="center"/>
          </w:tcPr>
          <w:p w14:paraId="13955A46"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3B4F2A3" w14:textId="77777777" w:rsidR="00623E5F" w:rsidRDefault="00000000">
            <w:pPr>
              <w:jc w:val="center"/>
            </w:pPr>
            <w:r>
              <w:rPr>
                <w:b/>
                <w:color w:val="000000"/>
              </w:rPr>
              <w:t>UČENEC</w:t>
            </w:r>
          </w:p>
        </w:tc>
      </w:tr>
      <w:tr w:rsidR="00623E5F" w14:paraId="2F407903" w14:textId="77777777">
        <w:trPr>
          <w:jc w:val="center"/>
        </w:trPr>
        <w:tc>
          <w:tcPr>
            <w:tcW w:w="4422" w:type="dxa"/>
            <w:tcMar>
              <w:top w:w="70" w:type="dxa"/>
              <w:left w:w="90" w:type="dxa"/>
              <w:bottom w:w="70" w:type="dxa"/>
              <w:right w:w="90" w:type="dxa"/>
            </w:tcMar>
          </w:tcPr>
          <w:p w14:paraId="733ADA11" w14:textId="77777777" w:rsidR="00623E5F" w:rsidRDefault="00623E5F"/>
          <w:p w14:paraId="33CCB4B7" w14:textId="77777777" w:rsidR="00623E5F" w:rsidRDefault="00000000">
            <w:pPr>
              <w:spacing w:after="40" w:line="245" w:lineRule="auto"/>
            </w:pPr>
            <w:r>
              <w:rPr>
                <w:b/>
                <w:color w:val="000000"/>
              </w:rPr>
              <w:t>FORMATIVNO SPREMLJANJE</w:t>
            </w:r>
          </w:p>
          <w:p w14:paraId="4F3D91BE" w14:textId="77777777" w:rsidR="00623E5F" w:rsidRDefault="00000000">
            <w:pPr>
              <w:pStyle w:val="Oznaenseznam"/>
              <w:spacing w:after="16"/>
            </w:pPr>
            <w:r>
              <w:rPr>
                <w:color w:val="000000"/>
                <w:sz w:val="15"/>
              </w:rPr>
              <w:t>predznanje: gibalni prikaz, odziv na znak, izbira kartice, začetni poskus ali kratka razlaga</w:t>
            </w:r>
          </w:p>
          <w:p w14:paraId="080D07E2" w14:textId="77777777" w:rsidR="00623E5F" w:rsidRDefault="00000000">
            <w:pPr>
              <w:pStyle w:val="Oznaenseznam"/>
              <w:spacing w:after="16"/>
            </w:pPr>
            <w:r>
              <w:rPr>
                <w:color w:val="000000"/>
                <w:sz w:val="15"/>
              </w:rPr>
              <w:t>nameni in merila: kratka poved, slikovni znak, model varne izvedbe in en opazljiv tehnični poudarek</w:t>
            </w:r>
          </w:p>
          <w:p w14:paraId="76F4251E"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0F40DCB3" w14:textId="77777777" w:rsidR="00623E5F" w:rsidRDefault="00000000">
            <w:pPr>
              <w:pStyle w:val="Oznaenseznam"/>
              <w:spacing w:after="16"/>
            </w:pPr>
            <w:r>
              <w:rPr>
                <w:color w:val="000000"/>
                <w:sz w:val="15"/>
              </w:rPr>
              <w:t>povratna informacija: opis opaženega, povezava z enim merilom in takoj izvedljiv ponovni poskus</w:t>
            </w:r>
          </w:p>
          <w:p w14:paraId="465F689D" w14:textId="77777777" w:rsidR="00623E5F" w:rsidRDefault="00000000">
            <w:pPr>
              <w:pStyle w:val="Oznaenseznam"/>
              <w:spacing w:after="16"/>
            </w:pPr>
            <w:r>
              <w:rPr>
                <w:color w:val="000000"/>
                <w:sz w:val="15"/>
              </w:rPr>
              <w:t>samovrednotenje: semafor napora in varnosti, lestvica samostojnosti, izbran dokaz ter osebni naslednji korak</w:t>
            </w:r>
          </w:p>
          <w:p w14:paraId="553D219B" w14:textId="77777777" w:rsidR="00623E5F" w:rsidRDefault="00000000">
            <w:pPr>
              <w:spacing w:before="40" w:after="20" w:line="245" w:lineRule="auto"/>
            </w:pPr>
            <w:r>
              <w:rPr>
                <w:b/>
                <w:color w:val="000000"/>
                <w:sz w:val="17"/>
              </w:rPr>
              <w:t>VARNOST, POČUTJE IN HIGIENA</w:t>
            </w:r>
          </w:p>
          <w:p w14:paraId="253F1798"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Intenzivnost se uravnava po pogovornem tempu in semaforju počutja; utrujenost ni razlog za primerjanje ali kaznovanje.</w:t>
            </w:r>
          </w:p>
          <w:p w14:paraId="0078E55C" w14:textId="77777777" w:rsidR="00623E5F" w:rsidRDefault="00000000">
            <w:pPr>
              <w:spacing w:after="20" w:line="245" w:lineRule="auto"/>
            </w:pPr>
            <w:r>
              <w:rPr>
                <w:b/>
                <w:color w:val="000000"/>
                <w:sz w:val="17"/>
              </w:rPr>
              <w:t>EVIDENCA PO IZVEDBI</w:t>
            </w:r>
          </w:p>
          <w:p w14:paraId="3903A44F"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5BC332C8" w14:textId="77777777" w:rsidR="00623E5F" w:rsidRDefault="00000000">
            <w:pPr>
              <w:spacing w:before="40" w:after="20" w:line="245" w:lineRule="auto"/>
            </w:pPr>
            <w:r>
              <w:rPr>
                <w:b/>
                <w:color w:val="000000"/>
                <w:sz w:val="17"/>
              </w:rPr>
              <w:t>RAVEN DOSEGANJA</w:t>
            </w:r>
          </w:p>
          <w:p w14:paraId="6A7FFDEB"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4B3D035A"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74755EF" w14:textId="77777777">
              <w:trPr>
                <w:jc w:val="center"/>
              </w:trPr>
              <w:tc>
                <w:tcPr>
                  <w:tcW w:w="7087" w:type="dxa"/>
                  <w:shd w:val="clear" w:color="auto" w:fill="EDC9EA"/>
                  <w:tcMar>
                    <w:top w:w="45" w:type="dxa"/>
                    <w:left w:w="70" w:type="dxa"/>
                    <w:bottom w:w="45" w:type="dxa"/>
                    <w:right w:w="70" w:type="dxa"/>
                  </w:tcMar>
                </w:tcPr>
                <w:p w14:paraId="7EB66B82" w14:textId="77777777" w:rsidR="00623E5F" w:rsidRDefault="00000000">
                  <w:pPr>
                    <w:keepNext/>
                  </w:pPr>
                  <w:r>
                    <w:rPr>
                      <w:b/>
                      <w:color w:val="000000"/>
                    </w:rPr>
                    <w:t>VPRAŠANJA V PODPORO GIBALNEMU UČENJU</w:t>
                  </w:r>
                </w:p>
              </w:tc>
            </w:tr>
          </w:tbl>
          <w:p w14:paraId="46B88778" w14:textId="77777777" w:rsidR="00623E5F" w:rsidRDefault="00623E5F">
            <w:pPr>
              <w:spacing w:line="20" w:lineRule="exact"/>
            </w:pPr>
          </w:p>
          <w:p w14:paraId="3031D1AC" w14:textId="77777777" w:rsidR="00623E5F" w:rsidRDefault="00000000">
            <w:pPr>
              <w:pStyle w:val="Oznaenseznam"/>
              <w:spacing w:after="16"/>
            </w:pPr>
            <w:r>
              <w:rPr>
                <w:color w:val="000000"/>
                <w:sz w:val="15"/>
              </w:rPr>
              <w:t>Kaj si pri prvem poskusu začutil/-a ali opazil/-a v položaju telesa, ravnotežju, smeri, ritmu ali naporu?</w:t>
            </w:r>
          </w:p>
          <w:p w14:paraId="02458D7A" w14:textId="77777777" w:rsidR="00623E5F" w:rsidRDefault="00000000">
            <w:pPr>
              <w:pStyle w:val="Oznaenseznam"/>
              <w:spacing w:after="16"/>
            </w:pPr>
            <w:r>
              <w:rPr>
                <w:color w:val="000000"/>
                <w:sz w:val="15"/>
              </w:rPr>
              <w:t>Katero varnostno pravilo in kateri gibalni korak sta bila danes najpomembnejša?</w:t>
            </w:r>
          </w:p>
          <w:p w14:paraId="41513A91" w14:textId="77777777" w:rsidR="00623E5F" w:rsidRDefault="00000000">
            <w:pPr>
              <w:pStyle w:val="Oznaenseznam"/>
              <w:spacing w:after="16"/>
            </w:pPr>
            <w:r>
              <w:rPr>
                <w:color w:val="000000"/>
                <w:sz w:val="15"/>
              </w:rPr>
              <w:t>Katero raven si izbral/-a, zakaj je bila primerna in kaj si pri naslednjem poskusu spremenil/-a?</w:t>
            </w:r>
          </w:p>
          <w:p w14:paraId="64409DD3" w14:textId="77777777" w:rsidR="00623E5F" w:rsidRDefault="00000000">
            <w:pPr>
              <w:pStyle w:val="Oznaenseznam"/>
              <w:spacing w:after="16"/>
            </w:pPr>
            <w:r>
              <w:rPr>
                <w:color w:val="000000"/>
                <w:sz w:val="15"/>
              </w:rPr>
              <w:t>Kateri tvoj gibalni dokaz najjasneje pokaže dogovorjeno merilo?</w:t>
            </w:r>
          </w:p>
          <w:p w14:paraId="1DF38DA2"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7C304116" w14:textId="77777777">
              <w:trPr>
                <w:jc w:val="center"/>
              </w:trPr>
              <w:tc>
                <w:tcPr>
                  <w:tcW w:w="7087" w:type="dxa"/>
                  <w:shd w:val="clear" w:color="auto" w:fill="C6E7F3"/>
                  <w:tcMar>
                    <w:top w:w="45" w:type="dxa"/>
                    <w:left w:w="70" w:type="dxa"/>
                    <w:bottom w:w="45" w:type="dxa"/>
                    <w:right w:w="70" w:type="dxa"/>
                  </w:tcMar>
                </w:tcPr>
                <w:p w14:paraId="238D3B7F" w14:textId="77777777" w:rsidR="00623E5F" w:rsidRDefault="00000000">
                  <w:pPr>
                    <w:keepNext/>
                  </w:pPr>
                  <w:r>
                    <w:rPr>
                      <w:b/>
                      <w:color w:val="000000"/>
                    </w:rPr>
                    <w:t>ZAKLJUČNI DEL – UMIRJANJE, RAZTEZANJE, DOKAZ IN REFLEKSIJA (8–10 min)</w:t>
                  </w:r>
                </w:p>
              </w:tc>
            </w:tr>
          </w:tbl>
          <w:p w14:paraId="623DF3E8" w14:textId="77777777" w:rsidR="00623E5F" w:rsidRDefault="00623E5F">
            <w:pPr>
              <w:spacing w:line="20" w:lineRule="exact"/>
            </w:pPr>
          </w:p>
          <w:p w14:paraId="7DC3027D"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5FF57A80" w14:textId="77777777">
              <w:trPr>
                <w:jc w:val="center"/>
              </w:trPr>
              <w:tc>
                <w:tcPr>
                  <w:tcW w:w="7087" w:type="dxa"/>
                  <w:shd w:val="clear" w:color="auto" w:fill="EDC9EA"/>
                  <w:tcMar>
                    <w:top w:w="45" w:type="dxa"/>
                    <w:left w:w="70" w:type="dxa"/>
                    <w:bottom w:w="45" w:type="dxa"/>
                    <w:right w:w="70" w:type="dxa"/>
                  </w:tcMar>
                </w:tcPr>
                <w:p w14:paraId="3D43753D" w14:textId="77777777" w:rsidR="00623E5F" w:rsidRDefault="00000000">
                  <w:pPr>
                    <w:keepNext/>
                  </w:pPr>
                  <w:r>
                    <w:rPr>
                      <w:b/>
                      <w:color w:val="000000"/>
                    </w:rPr>
                    <w:t>SAMOVREDNOTENJE</w:t>
                  </w:r>
                </w:p>
              </w:tc>
            </w:tr>
          </w:tbl>
          <w:p w14:paraId="67697C6E" w14:textId="77777777" w:rsidR="00623E5F" w:rsidRDefault="00623E5F">
            <w:pPr>
              <w:spacing w:line="20" w:lineRule="exact"/>
            </w:pPr>
          </w:p>
          <w:p w14:paraId="54D7726F"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10278390" w14:textId="77777777">
              <w:trPr>
                <w:jc w:val="center"/>
              </w:trPr>
              <w:tc>
                <w:tcPr>
                  <w:tcW w:w="7087" w:type="dxa"/>
                  <w:shd w:val="clear" w:color="auto" w:fill="EDC9EA"/>
                  <w:tcMar>
                    <w:top w:w="45" w:type="dxa"/>
                    <w:left w:w="70" w:type="dxa"/>
                    <w:bottom w:w="45" w:type="dxa"/>
                    <w:right w:w="70" w:type="dxa"/>
                  </w:tcMar>
                </w:tcPr>
                <w:p w14:paraId="684DEA6F" w14:textId="77777777" w:rsidR="00623E5F" w:rsidRDefault="00000000">
                  <w:pPr>
                    <w:keepNext/>
                  </w:pPr>
                  <w:r>
                    <w:rPr>
                      <w:b/>
                      <w:color w:val="000000"/>
                    </w:rPr>
                    <w:t>VRSTNIŠKO OPAZOVANJE IN POVRATNA INFORMACIJA</w:t>
                  </w:r>
                </w:p>
              </w:tc>
            </w:tr>
          </w:tbl>
          <w:p w14:paraId="56EED99E" w14:textId="77777777" w:rsidR="00623E5F" w:rsidRDefault="00623E5F">
            <w:pPr>
              <w:spacing w:line="20" w:lineRule="exact"/>
            </w:pPr>
          </w:p>
          <w:p w14:paraId="241F65FB"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5BD1C78E" w14:textId="77777777">
              <w:trPr>
                <w:jc w:val="center"/>
              </w:trPr>
              <w:tc>
                <w:tcPr>
                  <w:tcW w:w="7087" w:type="dxa"/>
                  <w:shd w:val="clear" w:color="auto" w:fill="EDC9EA"/>
                  <w:tcMar>
                    <w:top w:w="45" w:type="dxa"/>
                    <w:left w:w="70" w:type="dxa"/>
                    <w:bottom w:w="45" w:type="dxa"/>
                    <w:right w:w="70" w:type="dxa"/>
                  </w:tcMar>
                </w:tcPr>
                <w:p w14:paraId="63981105" w14:textId="77777777" w:rsidR="00623E5F" w:rsidRDefault="00000000">
                  <w:pPr>
                    <w:keepNext/>
                  </w:pPr>
                  <w:r>
                    <w:rPr>
                      <w:b/>
                      <w:color w:val="000000"/>
                    </w:rPr>
                    <w:t>SKUPNI POVZETEK</w:t>
                  </w:r>
                </w:p>
              </w:tc>
            </w:tr>
          </w:tbl>
          <w:p w14:paraId="19E16B27" w14:textId="77777777" w:rsidR="00623E5F" w:rsidRDefault="00623E5F"/>
          <w:p w14:paraId="77D88577" w14:textId="77777777" w:rsidR="00623E5F" w:rsidRDefault="00000000">
            <w:pPr>
              <w:spacing w:before="20" w:after="40" w:line="245" w:lineRule="auto"/>
            </w:pPr>
            <w:r>
              <w:rPr>
                <w:b/>
                <w:color w:val="000000"/>
                <w:sz w:val="16"/>
              </w:rPr>
              <w:t>povezujem osnovne oblike gibanja; opazuje odziv telesa; skrbim za hidracijo. Izbrani gibalni dokaz pojasnim in določim varen naslednji korak.</w:t>
            </w:r>
          </w:p>
        </w:tc>
        <w:tc>
          <w:tcPr>
            <w:tcW w:w="2551" w:type="dxa"/>
            <w:tcMar>
              <w:top w:w="70" w:type="dxa"/>
              <w:left w:w="90" w:type="dxa"/>
              <w:bottom w:w="70" w:type="dxa"/>
              <w:right w:w="90" w:type="dxa"/>
            </w:tcMar>
          </w:tcPr>
          <w:p w14:paraId="48851F50" w14:textId="77777777" w:rsidR="00623E5F" w:rsidRDefault="00623E5F"/>
          <w:p w14:paraId="360F2E48" w14:textId="77777777" w:rsidR="00623E5F" w:rsidRDefault="00000000">
            <w:pPr>
              <w:spacing w:after="80" w:line="245" w:lineRule="auto"/>
            </w:pPr>
            <w:r>
              <w:rPr>
                <w:color w:val="000000"/>
                <w:sz w:val="15"/>
              </w:rPr>
              <w:t>Odgovarja na podporna vprašanja in se sklicuje na svojo izvedbo, počutje, izbrano raven in varnost.</w:t>
            </w:r>
          </w:p>
          <w:p w14:paraId="7F6F6169" w14:textId="77777777" w:rsidR="00623E5F" w:rsidRDefault="00000000">
            <w:pPr>
              <w:spacing w:after="80" w:line="245" w:lineRule="auto"/>
            </w:pPr>
            <w:r>
              <w:rPr>
                <w:color w:val="000000"/>
                <w:sz w:val="15"/>
              </w:rPr>
              <w:t>Predstavi izbrani gibalni dokaz ter pokaže ali pove, katero merilo z njim dosega.</w:t>
            </w:r>
          </w:p>
          <w:p w14:paraId="6EF8F081" w14:textId="77777777" w:rsidR="00623E5F" w:rsidRDefault="00000000">
            <w:pPr>
              <w:spacing w:after="80" w:line="245" w:lineRule="auto"/>
            </w:pPr>
            <w:r>
              <w:rPr>
                <w:color w:val="000000"/>
                <w:sz w:val="15"/>
              </w:rPr>
              <w:t>Opazuje eno dogovorjeno prvino vrstnikove izvedbe in poda kratek, prijazen ter uporaben odziv.</w:t>
            </w:r>
          </w:p>
          <w:p w14:paraId="5F2F6C56"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395C199A" w14:textId="77777777" w:rsidR="00623E5F" w:rsidRDefault="00000000">
            <w:pPr>
              <w:spacing w:after="100" w:line="245" w:lineRule="auto"/>
            </w:pPr>
            <w:r>
              <w:rPr>
                <w:color w:val="000000"/>
                <w:sz w:val="15"/>
              </w:rPr>
              <w:t>Umiri dihanje, oceni napor in počutje, izbere raven samostojnosti ter določi varen naslednji korak.</w:t>
            </w:r>
          </w:p>
          <w:p w14:paraId="1D4EF42D" w14:textId="77777777" w:rsidR="00623E5F" w:rsidRDefault="00000000">
            <w:pPr>
              <w:spacing w:after="20" w:line="245" w:lineRule="auto"/>
            </w:pPr>
            <w:r>
              <w:rPr>
                <w:b/>
                <w:color w:val="D95BC6"/>
                <w:sz w:val="17"/>
              </w:rPr>
              <w:t>DOKAZ O UČENJU</w:t>
            </w:r>
          </w:p>
          <w:p w14:paraId="78FA23E8"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576F3A2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29D3021D" w14:textId="77777777">
        <w:trPr>
          <w:cantSplit/>
          <w:jc w:val="center"/>
        </w:trPr>
        <w:tc>
          <w:tcPr>
            <w:tcW w:w="14060" w:type="dxa"/>
            <w:gridSpan w:val="6"/>
            <w:tcMar>
              <w:top w:w="70" w:type="dxa"/>
              <w:left w:w="90" w:type="dxa"/>
              <w:bottom w:w="70" w:type="dxa"/>
              <w:right w:w="90" w:type="dxa"/>
            </w:tcMar>
            <w:vAlign w:val="center"/>
          </w:tcPr>
          <w:p w14:paraId="61162695" w14:textId="77777777" w:rsidR="00623E5F" w:rsidRDefault="00000000">
            <w:pPr>
              <w:jc w:val="center"/>
            </w:pPr>
            <w:r>
              <w:rPr>
                <w:b/>
                <w:color w:val="000000"/>
                <w:sz w:val="24"/>
              </w:rPr>
              <w:lastRenderedPageBreak/>
              <w:t>UČNA PRIPRAVA 25/39</w:t>
            </w:r>
          </w:p>
        </w:tc>
      </w:tr>
      <w:tr w:rsidR="00623E5F" w14:paraId="2305C485" w14:textId="77777777">
        <w:trPr>
          <w:jc w:val="center"/>
        </w:trPr>
        <w:tc>
          <w:tcPr>
            <w:tcW w:w="2665" w:type="dxa"/>
            <w:tcMar>
              <w:top w:w="70" w:type="dxa"/>
              <w:left w:w="90" w:type="dxa"/>
              <w:bottom w:w="70" w:type="dxa"/>
              <w:right w:w="90" w:type="dxa"/>
            </w:tcMar>
            <w:vAlign w:val="center"/>
          </w:tcPr>
          <w:p w14:paraId="1F04E02A"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91865A1"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57FF9812"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379C86E" w14:textId="77777777" w:rsidR="00623E5F" w:rsidRDefault="00000000">
            <w:r>
              <w:rPr>
                <w:b/>
                <w:color w:val="000000"/>
                <w:sz w:val="16"/>
              </w:rPr>
              <w:t xml:space="preserve">NAČRTOVANI TERMIN: </w:t>
            </w:r>
            <w:r>
              <w:rPr>
                <w:color w:val="000000"/>
                <w:sz w:val="16"/>
              </w:rPr>
              <w:t>25. teden • 8.–12. 3. 2027</w:t>
            </w:r>
          </w:p>
        </w:tc>
        <w:tc>
          <w:tcPr>
            <w:tcW w:w="2268" w:type="dxa"/>
            <w:tcMar>
              <w:top w:w="70" w:type="dxa"/>
              <w:left w:w="90" w:type="dxa"/>
              <w:bottom w:w="70" w:type="dxa"/>
              <w:right w:w="90" w:type="dxa"/>
            </w:tcMar>
            <w:vAlign w:val="center"/>
          </w:tcPr>
          <w:p w14:paraId="720AC7EC"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2A4B022" w14:textId="77777777" w:rsidR="00623E5F" w:rsidRDefault="00000000">
            <w:r>
              <w:rPr>
                <w:b/>
                <w:color w:val="000000"/>
                <w:sz w:val="16"/>
              </w:rPr>
              <w:t xml:space="preserve">ŠTEVILO UR: </w:t>
            </w:r>
            <w:r>
              <w:rPr>
                <w:color w:val="000000"/>
                <w:sz w:val="16"/>
              </w:rPr>
              <w:t>3</w:t>
            </w:r>
          </w:p>
        </w:tc>
      </w:tr>
      <w:tr w:rsidR="00623E5F" w14:paraId="501485A5" w14:textId="77777777">
        <w:trPr>
          <w:jc w:val="center"/>
        </w:trPr>
        <w:tc>
          <w:tcPr>
            <w:tcW w:w="14061" w:type="dxa"/>
            <w:gridSpan w:val="6"/>
            <w:tcMar>
              <w:top w:w="70" w:type="dxa"/>
              <w:left w:w="90" w:type="dxa"/>
              <w:bottom w:w="70" w:type="dxa"/>
              <w:right w:w="90" w:type="dxa"/>
            </w:tcMar>
            <w:vAlign w:val="center"/>
          </w:tcPr>
          <w:p w14:paraId="2F50F6B0"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4C08D96B" w14:textId="77777777">
        <w:trPr>
          <w:cantSplit/>
          <w:jc w:val="center"/>
        </w:trPr>
        <w:tc>
          <w:tcPr>
            <w:tcW w:w="14060" w:type="dxa"/>
            <w:gridSpan w:val="6"/>
            <w:tcMar>
              <w:top w:w="70" w:type="dxa"/>
              <w:left w:w="90" w:type="dxa"/>
              <w:bottom w:w="70" w:type="dxa"/>
              <w:right w:w="90" w:type="dxa"/>
            </w:tcMar>
            <w:vAlign w:val="center"/>
          </w:tcPr>
          <w:p w14:paraId="3E57DE43" w14:textId="77777777" w:rsidR="00623E5F" w:rsidRDefault="00623E5F"/>
          <w:p w14:paraId="4BF68994" w14:textId="77777777" w:rsidR="00623E5F" w:rsidRDefault="00000000">
            <w:pPr>
              <w:spacing w:line="245" w:lineRule="auto"/>
            </w:pPr>
            <w:r>
              <w:rPr>
                <w:b/>
                <w:color w:val="000000"/>
                <w:sz w:val="15"/>
              </w:rPr>
              <w:t xml:space="preserve">UČNI SKLOP: </w:t>
            </w:r>
            <w:r>
              <w:rPr>
                <w:color w:val="000000"/>
                <w:sz w:val="15"/>
              </w:rPr>
              <w:t>ŽIVIM ZDRAVO – JAZ IN DOBRO POČUTJE</w:t>
            </w:r>
          </w:p>
        </w:tc>
      </w:tr>
      <w:tr w:rsidR="00623E5F" w14:paraId="4DECE54D" w14:textId="77777777">
        <w:trPr>
          <w:cantSplit/>
          <w:jc w:val="center"/>
        </w:trPr>
        <w:tc>
          <w:tcPr>
            <w:tcW w:w="14060" w:type="dxa"/>
            <w:gridSpan w:val="6"/>
            <w:tcMar>
              <w:top w:w="70" w:type="dxa"/>
              <w:left w:w="90" w:type="dxa"/>
              <w:bottom w:w="70" w:type="dxa"/>
              <w:right w:w="90" w:type="dxa"/>
            </w:tcMar>
            <w:vAlign w:val="center"/>
          </w:tcPr>
          <w:p w14:paraId="0A89B1DF" w14:textId="77777777" w:rsidR="00623E5F" w:rsidRDefault="00623E5F"/>
          <w:p w14:paraId="5F795CE0" w14:textId="77777777" w:rsidR="00623E5F" w:rsidRDefault="00000000">
            <w:pPr>
              <w:spacing w:line="245" w:lineRule="auto"/>
            </w:pPr>
            <w:r>
              <w:rPr>
                <w:b/>
                <w:color w:val="000000"/>
                <w:sz w:val="15"/>
              </w:rPr>
              <w:t xml:space="preserve">UČNA TEMA: </w:t>
            </w:r>
            <w:r>
              <w:rPr>
                <w:color w:val="000000"/>
                <w:sz w:val="15"/>
              </w:rPr>
              <w:t>VADBA ZA ZDRAVJE</w:t>
            </w:r>
          </w:p>
        </w:tc>
      </w:tr>
      <w:tr w:rsidR="00623E5F" w14:paraId="46504DCB" w14:textId="77777777">
        <w:trPr>
          <w:cantSplit/>
          <w:jc w:val="center"/>
        </w:trPr>
        <w:tc>
          <w:tcPr>
            <w:tcW w:w="14060" w:type="dxa"/>
            <w:gridSpan w:val="6"/>
            <w:tcMar>
              <w:top w:w="70" w:type="dxa"/>
              <w:left w:w="90" w:type="dxa"/>
              <w:bottom w:w="70" w:type="dxa"/>
              <w:right w:w="90" w:type="dxa"/>
            </w:tcMar>
            <w:vAlign w:val="center"/>
          </w:tcPr>
          <w:p w14:paraId="14259258" w14:textId="77777777" w:rsidR="00623E5F" w:rsidRDefault="00623E5F"/>
          <w:p w14:paraId="006BE582" w14:textId="77777777" w:rsidR="00623E5F" w:rsidRDefault="00000000">
            <w:pPr>
              <w:spacing w:line="245" w:lineRule="auto"/>
            </w:pPr>
            <w:r>
              <w:rPr>
                <w:b/>
                <w:color w:val="000000"/>
                <w:sz w:val="15"/>
              </w:rPr>
              <w:t xml:space="preserve">KNJIŽEVNO / MOTIVNO IZHODIŠČE: </w:t>
            </w:r>
            <w:r>
              <w:rPr>
                <w:color w:val="000000"/>
                <w:sz w:val="15"/>
              </w:rPr>
              <w:t>»Mislice« – Feri Lainšček • čustva, misli, zdrave navade in notranji svet</w:t>
            </w:r>
          </w:p>
        </w:tc>
      </w:tr>
      <w:tr w:rsidR="00623E5F" w14:paraId="3F58A5DE" w14:textId="77777777">
        <w:trPr>
          <w:cantSplit/>
          <w:jc w:val="center"/>
        </w:trPr>
        <w:tc>
          <w:tcPr>
            <w:tcW w:w="14060" w:type="dxa"/>
            <w:gridSpan w:val="6"/>
            <w:tcMar>
              <w:top w:w="70" w:type="dxa"/>
              <w:left w:w="90" w:type="dxa"/>
              <w:bottom w:w="70" w:type="dxa"/>
              <w:right w:w="90" w:type="dxa"/>
            </w:tcMar>
            <w:vAlign w:val="center"/>
          </w:tcPr>
          <w:p w14:paraId="11C54CFA" w14:textId="77777777" w:rsidR="00623E5F" w:rsidRDefault="00623E5F"/>
          <w:p w14:paraId="5926C4CC" w14:textId="77777777" w:rsidR="00623E5F" w:rsidRDefault="00000000">
            <w:pPr>
              <w:spacing w:line="245" w:lineRule="auto"/>
            </w:pPr>
            <w:r>
              <w:rPr>
                <w:b/>
                <w:color w:val="000000"/>
                <w:sz w:val="15"/>
              </w:rPr>
              <w:t xml:space="preserve">GIBALNO IZHODIŠČE / MOTIVACIJA: </w:t>
            </w:r>
            <w:r>
              <w:rPr>
                <w:color w:val="000000"/>
                <w:sz w:val="15"/>
              </w:rPr>
              <w:t>slikovni utrip in dihanje se spreminjata od miru do napora; učenci s telesnim zaznavanjem odkrivajo temo »vadba za zdravje«. Tedenski gibalni izziv: izvede vadbo za dobro počutje in umirjanje.</w:t>
            </w:r>
          </w:p>
        </w:tc>
      </w:tr>
      <w:tr w:rsidR="00623E5F" w14:paraId="0DB3F35E" w14:textId="77777777">
        <w:trPr>
          <w:cantSplit/>
          <w:jc w:val="center"/>
        </w:trPr>
        <w:tc>
          <w:tcPr>
            <w:tcW w:w="14060" w:type="dxa"/>
            <w:gridSpan w:val="6"/>
            <w:tcMar>
              <w:top w:w="70" w:type="dxa"/>
              <w:left w:w="90" w:type="dxa"/>
              <w:bottom w:w="70" w:type="dxa"/>
              <w:right w:w="90" w:type="dxa"/>
            </w:tcMar>
            <w:vAlign w:val="center"/>
          </w:tcPr>
          <w:p w14:paraId="46E014BB" w14:textId="77777777" w:rsidR="00623E5F" w:rsidRDefault="00623E5F"/>
          <w:p w14:paraId="1D883708" w14:textId="77777777" w:rsidR="00623E5F" w:rsidRDefault="00000000">
            <w:pPr>
              <w:spacing w:line="245" w:lineRule="auto"/>
            </w:pPr>
            <w:r>
              <w:rPr>
                <w:b/>
                <w:color w:val="000000"/>
                <w:sz w:val="15"/>
              </w:rPr>
              <w:t xml:space="preserve">UČNE ENOTE: </w:t>
            </w:r>
            <w:r>
              <w:rPr>
                <w:color w:val="000000"/>
                <w:sz w:val="15"/>
              </w:rPr>
              <w:t>1. ura – Vadba za zdravje – Ogrejem se in usvojim gib • 2. ura – Vadba za zdravje – Vadim na postajah • 3. ura – Vadba za zdravje – Uporabim v igri</w:t>
            </w:r>
          </w:p>
        </w:tc>
      </w:tr>
      <w:tr w:rsidR="00623E5F" w14:paraId="1616632E" w14:textId="77777777">
        <w:trPr>
          <w:cantSplit/>
          <w:jc w:val="center"/>
        </w:trPr>
        <w:tc>
          <w:tcPr>
            <w:tcW w:w="14060" w:type="dxa"/>
            <w:gridSpan w:val="6"/>
            <w:tcMar>
              <w:top w:w="70" w:type="dxa"/>
              <w:left w:w="90" w:type="dxa"/>
              <w:bottom w:w="70" w:type="dxa"/>
              <w:right w:w="90" w:type="dxa"/>
            </w:tcMar>
            <w:vAlign w:val="center"/>
          </w:tcPr>
          <w:p w14:paraId="4B8C1F3C" w14:textId="77777777" w:rsidR="00623E5F" w:rsidRDefault="00623E5F"/>
          <w:p w14:paraId="59972294"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3CE1D009" w14:textId="77777777">
        <w:trPr>
          <w:cantSplit/>
          <w:jc w:val="center"/>
        </w:trPr>
        <w:tc>
          <w:tcPr>
            <w:tcW w:w="14060" w:type="dxa"/>
            <w:gridSpan w:val="6"/>
            <w:tcMar>
              <w:top w:w="70" w:type="dxa"/>
              <w:left w:w="90" w:type="dxa"/>
              <w:bottom w:w="70" w:type="dxa"/>
              <w:right w:w="90" w:type="dxa"/>
            </w:tcMar>
            <w:vAlign w:val="center"/>
          </w:tcPr>
          <w:p w14:paraId="73E7A643" w14:textId="77777777" w:rsidR="00623E5F" w:rsidRDefault="00623E5F"/>
          <w:p w14:paraId="18E24E48"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5C23E408" w14:textId="77777777">
        <w:trPr>
          <w:cantSplit/>
          <w:jc w:val="center"/>
        </w:trPr>
        <w:tc>
          <w:tcPr>
            <w:tcW w:w="14060" w:type="dxa"/>
            <w:gridSpan w:val="6"/>
            <w:tcMar>
              <w:top w:w="70" w:type="dxa"/>
              <w:left w:w="90" w:type="dxa"/>
              <w:bottom w:w="70" w:type="dxa"/>
              <w:right w:w="90" w:type="dxa"/>
            </w:tcMar>
            <w:vAlign w:val="center"/>
          </w:tcPr>
          <w:p w14:paraId="3DF6C5BB" w14:textId="77777777" w:rsidR="00623E5F" w:rsidRDefault="00623E5F"/>
          <w:p w14:paraId="3F0C7651"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111A4BA8" w14:textId="77777777">
        <w:trPr>
          <w:cantSplit/>
          <w:jc w:val="center"/>
        </w:trPr>
        <w:tc>
          <w:tcPr>
            <w:tcW w:w="14060" w:type="dxa"/>
            <w:gridSpan w:val="6"/>
            <w:tcMar>
              <w:top w:w="70" w:type="dxa"/>
              <w:left w:w="90" w:type="dxa"/>
              <w:bottom w:w="70" w:type="dxa"/>
              <w:right w:w="90" w:type="dxa"/>
            </w:tcMar>
            <w:vAlign w:val="center"/>
          </w:tcPr>
          <w:p w14:paraId="67EFE23E" w14:textId="77777777" w:rsidR="00623E5F" w:rsidRDefault="00623E5F"/>
          <w:p w14:paraId="78C74E78" w14:textId="77777777" w:rsidR="00623E5F" w:rsidRDefault="00000000">
            <w:pPr>
              <w:spacing w:line="245" w:lineRule="auto"/>
            </w:pPr>
            <w:r>
              <w:rPr>
                <w:b/>
                <w:color w:val="000000"/>
                <w:sz w:val="15"/>
              </w:rPr>
              <w:t xml:space="preserve">MEDPREDMETNE POVEZAVE: </w:t>
            </w:r>
            <w:r>
              <w:rPr>
                <w:color w:val="000000"/>
                <w:sz w:val="15"/>
              </w:rPr>
              <w:t>SPO – čustva, misli, zdrave navade in notranji svet,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1690EDDA" w14:textId="77777777">
        <w:trPr>
          <w:cantSplit/>
          <w:jc w:val="center"/>
        </w:trPr>
        <w:tc>
          <w:tcPr>
            <w:tcW w:w="14060" w:type="dxa"/>
            <w:gridSpan w:val="6"/>
            <w:tcMar>
              <w:top w:w="70" w:type="dxa"/>
              <w:left w:w="90" w:type="dxa"/>
              <w:bottom w:w="70" w:type="dxa"/>
              <w:right w:w="90" w:type="dxa"/>
            </w:tcMar>
            <w:vAlign w:val="center"/>
          </w:tcPr>
          <w:p w14:paraId="38D51B76" w14:textId="77777777" w:rsidR="00623E5F" w:rsidRDefault="00623E5F"/>
          <w:p w14:paraId="628B56E1" w14:textId="77777777" w:rsidR="00623E5F" w:rsidRDefault="00000000">
            <w:pPr>
              <w:spacing w:line="245" w:lineRule="auto"/>
            </w:pPr>
            <w:r>
              <w:rPr>
                <w:b/>
                <w:color w:val="000000"/>
                <w:sz w:val="15"/>
              </w:rPr>
              <w:t xml:space="preserve">UČNA SREDSTVA IN PRIPOMOČKI: </w:t>
            </w:r>
            <w:r>
              <w:rPr>
                <w:color w:val="000000"/>
                <w:sz w:val="15"/>
              </w:rPr>
              <w:t>stožci, blazine, obroči, vrvi, semafor napora, kartice ogrevanja, slikovni prikaz dihanja in voda; kartice namena in kriterijev; oznake štirih postaj; opazovalni list; semafor napora in mapa dokazov</w:t>
            </w:r>
          </w:p>
        </w:tc>
      </w:tr>
      <w:tr w:rsidR="00623E5F" w14:paraId="24977B69" w14:textId="77777777">
        <w:trPr>
          <w:cantSplit/>
          <w:jc w:val="center"/>
        </w:trPr>
        <w:tc>
          <w:tcPr>
            <w:tcW w:w="14060" w:type="dxa"/>
            <w:gridSpan w:val="6"/>
            <w:tcMar>
              <w:top w:w="70" w:type="dxa"/>
              <w:left w:w="90" w:type="dxa"/>
              <w:bottom w:w="70" w:type="dxa"/>
              <w:right w:w="90" w:type="dxa"/>
            </w:tcMar>
            <w:vAlign w:val="center"/>
          </w:tcPr>
          <w:p w14:paraId="51017E30" w14:textId="77777777" w:rsidR="00623E5F" w:rsidRDefault="00623E5F"/>
          <w:p w14:paraId="4152E7E8"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0D42CC1A" w14:textId="77777777">
        <w:trPr>
          <w:cantSplit/>
          <w:jc w:val="center"/>
        </w:trPr>
        <w:tc>
          <w:tcPr>
            <w:tcW w:w="14060" w:type="dxa"/>
            <w:gridSpan w:val="6"/>
            <w:tcMar>
              <w:top w:w="70" w:type="dxa"/>
              <w:left w:w="90" w:type="dxa"/>
              <w:bottom w:w="70" w:type="dxa"/>
              <w:right w:w="90" w:type="dxa"/>
            </w:tcMar>
            <w:vAlign w:val="center"/>
          </w:tcPr>
          <w:p w14:paraId="62663399" w14:textId="77777777" w:rsidR="00623E5F" w:rsidRDefault="00623E5F"/>
          <w:p w14:paraId="05D6673A"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534E4002" w14:textId="77777777">
        <w:trPr>
          <w:cantSplit/>
          <w:jc w:val="center"/>
        </w:trPr>
        <w:tc>
          <w:tcPr>
            <w:tcW w:w="14060" w:type="dxa"/>
            <w:gridSpan w:val="6"/>
            <w:tcMar>
              <w:top w:w="70" w:type="dxa"/>
              <w:left w:w="90" w:type="dxa"/>
              <w:bottom w:w="70" w:type="dxa"/>
              <w:right w:w="90" w:type="dxa"/>
            </w:tcMar>
            <w:vAlign w:val="center"/>
          </w:tcPr>
          <w:p w14:paraId="569CC57B" w14:textId="77777777" w:rsidR="00623E5F" w:rsidRDefault="00623E5F"/>
          <w:p w14:paraId="5750D6D3"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7BFA610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3A6556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F68E3EB"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5FC85D1" w14:textId="77777777" w:rsidR="00623E5F" w:rsidRDefault="00000000">
            <w:pPr>
              <w:jc w:val="center"/>
            </w:pPr>
            <w:r>
              <w:rPr>
                <w:b/>
                <w:color w:val="000000"/>
                <w:sz w:val="20"/>
              </w:rPr>
              <w:t>UČNE DEJAVNOSTI, METODE IN FORMATIVNO SPREMLJANJE</w:t>
            </w:r>
          </w:p>
        </w:tc>
      </w:tr>
      <w:tr w:rsidR="00623E5F" w14:paraId="1A1959FE" w14:textId="77777777">
        <w:trPr>
          <w:tblHeader/>
          <w:jc w:val="center"/>
        </w:trPr>
        <w:tc>
          <w:tcPr>
            <w:tcW w:w="4422" w:type="dxa"/>
            <w:vMerge/>
            <w:tcMar>
              <w:top w:w="70" w:type="dxa"/>
              <w:left w:w="90" w:type="dxa"/>
              <w:bottom w:w="70" w:type="dxa"/>
              <w:right w:w="90" w:type="dxa"/>
            </w:tcMar>
            <w:vAlign w:val="center"/>
          </w:tcPr>
          <w:p w14:paraId="5F2820C5" w14:textId="77777777" w:rsidR="00623E5F" w:rsidRDefault="00623E5F"/>
        </w:tc>
        <w:tc>
          <w:tcPr>
            <w:tcW w:w="7087" w:type="dxa"/>
            <w:shd w:val="clear" w:color="auto" w:fill="FFFFFF"/>
            <w:tcMar>
              <w:top w:w="70" w:type="dxa"/>
              <w:left w:w="90" w:type="dxa"/>
              <w:bottom w:w="70" w:type="dxa"/>
              <w:right w:w="90" w:type="dxa"/>
            </w:tcMar>
            <w:vAlign w:val="center"/>
          </w:tcPr>
          <w:p w14:paraId="217E0E2B"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BF250F9" w14:textId="77777777" w:rsidR="00623E5F" w:rsidRDefault="00000000">
            <w:pPr>
              <w:jc w:val="center"/>
            </w:pPr>
            <w:r>
              <w:rPr>
                <w:b/>
                <w:color w:val="000000"/>
              </w:rPr>
              <w:t>UČENEC</w:t>
            </w:r>
          </w:p>
        </w:tc>
      </w:tr>
      <w:tr w:rsidR="00623E5F" w14:paraId="63E3290B" w14:textId="77777777">
        <w:trPr>
          <w:jc w:val="center"/>
        </w:trPr>
        <w:tc>
          <w:tcPr>
            <w:tcW w:w="4422" w:type="dxa"/>
            <w:tcMar>
              <w:top w:w="70" w:type="dxa"/>
              <w:left w:w="90" w:type="dxa"/>
              <w:bottom w:w="70" w:type="dxa"/>
              <w:right w:w="90" w:type="dxa"/>
            </w:tcMar>
          </w:tcPr>
          <w:p w14:paraId="599E30BA" w14:textId="77777777" w:rsidR="00623E5F" w:rsidRDefault="00623E5F"/>
          <w:p w14:paraId="24C0260A" w14:textId="77777777" w:rsidR="00623E5F" w:rsidRDefault="00000000">
            <w:pPr>
              <w:spacing w:after="60" w:line="245" w:lineRule="auto"/>
            </w:pPr>
            <w:r>
              <w:rPr>
                <w:b/>
                <w:color w:val="000000"/>
              </w:rPr>
              <w:t>UČNI CILJI</w:t>
            </w:r>
          </w:p>
          <w:p w14:paraId="7A8018A2" w14:textId="77777777" w:rsidR="00623E5F" w:rsidRDefault="00000000">
            <w:pPr>
              <w:spacing w:after="20" w:line="245" w:lineRule="auto"/>
            </w:pPr>
            <w:r>
              <w:rPr>
                <w:b/>
                <w:color w:val="000000"/>
                <w:sz w:val="17"/>
              </w:rPr>
              <w:t>SPLOŠNI</w:t>
            </w:r>
          </w:p>
          <w:p w14:paraId="1F3DF83D"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2768F987" w14:textId="77777777" w:rsidR="00623E5F" w:rsidRDefault="00000000">
            <w:pPr>
              <w:pStyle w:val="Oznaenseznam"/>
              <w:spacing w:after="16"/>
            </w:pPr>
            <w:r>
              <w:rPr>
                <w:color w:val="000000"/>
                <w:sz w:val="15"/>
              </w:rPr>
              <w:t>varno hodi, teče, skače, meče, pleza, se plazi, lovi, ravnoteži, pleše in uporablja različne rekvizite</w:t>
            </w:r>
          </w:p>
          <w:p w14:paraId="013980D2" w14:textId="77777777" w:rsidR="00623E5F" w:rsidRDefault="00000000">
            <w:pPr>
              <w:pStyle w:val="Oznaenseznam"/>
              <w:spacing w:after="16"/>
            </w:pPr>
            <w:r>
              <w:rPr>
                <w:color w:val="000000"/>
                <w:sz w:val="15"/>
              </w:rPr>
              <w:t>razume pomen rednega gibanja, ogrevanja, higiene, primerne opreme, počitka in varnega ravnanja</w:t>
            </w:r>
          </w:p>
          <w:p w14:paraId="160FA46D"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71239C8C" w14:textId="77777777" w:rsidR="00623E5F" w:rsidRDefault="00000000">
            <w:pPr>
              <w:spacing w:before="40" w:after="20" w:line="245" w:lineRule="auto"/>
            </w:pPr>
            <w:r>
              <w:rPr>
                <w:b/>
                <w:color w:val="000000"/>
                <w:sz w:val="17"/>
              </w:rPr>
              <w:t>OPERATIVNI</w:t>
            </w:r>
          </w:p>
          <w:p w14:paraId="7E399FFA" w14:textId="77777777" w:rsidR="00623E5F" w:rsidRDefault="00000000">
            <w:pPr>
              <w:pStyle w:val="Oznaenseznam"/>
              <w:spacing w:after="16"/>
            </w:pPr>
            <w:r>
              <w:rPr>
                <w:color w:val="000000"/>
                <w:sz w:val="15"/>
              </w:rPr>
              <w:t>izvede ogrevanje</w:t>
            </w:r>
          </w:p>
          <w:p w14:paraId="03BB3ED2" w14:textId="77777777" w:rsidR="00623E5F" w:rsidRDefault="00000000">
            <w:pPr>
              <w:pStyle w:val="Oznaenseznam"/>
              <w:spacing w:after="16"/>
            </w:pPr>
            <w:r>
              <w:rPr>
                <w:color w:val="000000"/>
                <w:sz w:val="15"/>
              </w:rPr>
              <w:t>prepozna pomen rednega gibanja</w:t>
            </w:r>
          </w:p>
          <w:p w14:paraId="4165C1A6" w14:textId="77777777" w:rsidR="00623E5F" w:rsidRDefault="00000000">
            <w:pPr>
              <w:pStyle w:val="Oznaenseznam"/>
              <w:spacing w:after="16"/>
            </w:pPr>
            <w:r>
              <w:rPr>
                <w:color w:val="000000"/>
                <w:sz w:val="15"/>
              </w:rPr>
              <w:t>vadi primerno svojim zmožnostim</w:t>
            </w:r>
          </w:p>
          <w:p w14:paraId="77C2E274" w14:textId="77777777" w:rsidR="00623E5F" w:rsidRDefault="00000000">
            <w:pPr>
              <w:spacing w:before="40" w:after="20" w:line="245" w:lineRule="auto"/>
            </w:pPr>
            <w:r>
              <w:rPr>
                <w:b/>
                <w:color w:val="000000"/>
                <w:sz w:val="17"/>
              </w:rPr>
              <w:t>PRIČAKOVANI DOSEŽKI / MINIMALNI POUDARKI</w:t>
            </w:r>
          </w:p>
          <w:p w14:paraId="0A768497" w14:textId="77777777" w:rsidR="00623E5F" w:rsidRDefault="00000000">
            <w:pPr>
              <w:pStyle w:val="Oznaenseznam"/>
              <w:spacing w:after="16"/>
            </w:pPr>
            <w:r>
              <w:rPr>
                <w:color w:val="000000"/>
                <w:sz w:val="15"/>
              </w:rPr>
              <w:t>učenec samostojno oziroma z dogovorjeno oporo izvede ogrevanje</w:t>
            </w:r>
          </w:p>
          <w:p w14:paraId="7FC93F7C" w14:textId="77777777" w:rsidR="00623E5F" w:rsidRDefault="00000000">
            <w:pPr>
              <w:pStyle w:val="Oznaenseznam"/>
              <w:spacing w:after="16"/>
            </w:pPr>
            <w:r>
              <w:rPr>
                <w:color w:val="000000"/>
                <w:sz w:val="15"/>
              </w:rPr>
              <w:t>učenec samostojno oziroma z dogovorjeno oporo prepozna pomen rednega gibanja</w:t>
            </w:r>
          </w:p>
          <w:p w14:paraId="669585CF" w14:textId="77777777" w:rsidR="00623E5F" w:rsidRDefault="00000000">
            <w:pPr>
              <w:pStyle w:val="Oznaenseznam"/>
              <w:spacing w:after="16"/>
            </w:pPr>
            <w:r>
              <w:rPr>
                <w:color w:val="000000"/>
                <w:sz w:val="15"/>
              </w:rPr>
              <w:t>učenec samostojno oziroma z dogovorjeno oporo vadi primerno svojim zmožnostim</w:t>
            </w:r>
          </w:p>
        </w:tc>
        <w:tc>
          <w:tcPr>
            <w:tcW w:w="7087" w:type="dxa"/>
            <w:tcMar>
              <w:top w:w="70" w:type="dxa"/>
              <w:left w:w="90" w:type="dxa"/>
              <w:bottom w:w="70" w:type="dxa"/>
              <w:right w:w="90" w:type="dxa"/>
            </w:tcMar>
          </w:tcPr>
          <w:p w14:paraId="113B4984"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EBF498E" w14:textId="77777777">
              <w:trPr>
                <w:jc w:val="center"/>
              </w:trPr>
              <w:tc>
                <w:tcPr>
                  <w:tcW w:w="7087" w:type="dxa"/>
                  <w:shd w:val="clear" w:color="auto" w:fill="C6E7F3"/>
                  <w:tcMar>
                    <w:top w:w="45" w:type="dxa"/>
                    <w:left w:w="70" w:type="dxa"/>
                    <w:bottom w:w="45" w:type="dxa"/>
                    <w:right w:w="70" w:type="dxa"/>
                  </w:tcMar>
                </w:tcPr>
                <w:p w14:paraId="2A801556" w14:textId="77777777" w:rsidR="00623E5F" w:rsidRDefault="00000000">
                  <w:pPr>
                    <w:keepNext/>
                  </w:pPr>
                  <w:r>
                    <w:rPr>
                      <w:b/>
                      <w:color w:val="000000"/>
                    </w:rPr>
                    <w:t>UVODNI DEL – POČUTJE, GIBALNI NAMIG, PREDZNANJE IN NAMEN UČENJA (7–10 min)</w:t>
                  </w:r>
                </w:p>
              </w:tc>
            </w:tr>
          </w:tbl>
          <w:p w14:paraId="5B7580BC" w14:textId="77777777" w:rsidR="00623E5F" w:rsidRDefault="00623E5F">
            <w:pPr>
              <w:spacing w:line="20" w:lineRule="exact"/>
            </w:pPr>
          </w:p>
          <w:p w14:paraId="45D89652" w14:textId="77777777" w:rsidR="00623E5F" w:rsidRDefault="00000000">
            <w:pPr>
              <w:spacing w:before="40" w:after="60" w:line="245" w:lineRule="auto"/>
            </w:pPr>
            <w:r>
              <w:rPr>
                <w:color w:val="000000"/>
                <w:sz w:val="15"/>
              </w:rPr>
              <w:t>Ob književnem motivu »Mislice« – Feri Lainšček učenci vstopijo v temo čustva, misli, zdrave navade in notranji svet. Učiteljica pripravi kratek gibalni namig: slikovni utrip in dihanje se spreminjata od miru do napora; učenci s telesnim zaznavanjem odkrivajo temo »vadba za zdravje«. Tedenski gibalni izziv: izvede vadbo za dobro počutje in umirjanje.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56640DBD" w14:textId="77777777">
              <w:trPr>
                <w:jc w:val="center"/>
              </w:trPr>
              <w:tc>
                <w:tcPr>
                  <w:tcW w:w="7087" w:type="dxa"/>
                  <w:shd w:val="clear" w:color="auto" w:fill="EDC9EA"/>
                  <w:tcMar>
                    <w:top w:w="45" w:type="dxa"/>
                    <w:left w:w="70" w:type="dxa"/>
                    <w:bottom w:w="45" w:type="dxa"/>
                    <w:right w:w="70" w:type="dxa"/>
                  </w:tcMar>
                </w:tcPr>
                <w:p w14:paraId="210BA274" w14:textId="77777777" w:rsidR="00623E5F" w:rsidRDefault="00000000">
                  <w:pPr>
                    <w:keepNext/>
                  </w:pPr>
                  <w:r>
                    <w:rPr>
                      <w:b/>
                      <w:color w:val="000000"/>
                    </w:rPr>
                    <w:t>NAMENI UČENJA</w:t>
                  </w:r>
                </w:p>
              </w:tc>
            </w:tr>
          </w:tbl>
          <w:p w14:paraId="576FDE15" w14:textId="77777777" w:rsidR="00623E5F" w:rsidRDefault="00623E5F">
            <w:pPr>
              <w:spacing w:line="20" w:lineRule="exact"/>
            </w:pPr>
          </w:p>
          <w:p w14:paraId="79A79DF9"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2E644B33" w14:textId="77777777" w:rsidR="00623E5F" w:rsidRDefault="00000000">
            <w:pPr>
              <w:pStyle w:val="Oznaenseznam"/>
              <w:spacing w:after="16"/>
            </w:pPr>
            <w:r>
              <w:rPr>
                <w:color w:val="000000"/>
                <w:sz w:val="15"/>
              </w:rPr>
              <w:t>izvedem ogrevanje</w:t>
            </w:r>
          </w:p>
          <w:p w14:paraId="58A5B32D" w14:textId="77777777" w:rsidR="00623E5F" w:rsidRDefault="00000000">
            <w:pPr>
              <w:pStyle w:val="Oznaenseznam"/>
              <w:spacing w:after="16"/>
            </w:pPr>
            <w:r>
              <w:rPr>
                <w:color w:val="000000"/>
                <w:sz w:val="15"/>
              </w:rPr>
              <w:t>prepoznam pomen rednega gibanja</w:t>
            </w:r>
          </w:p>
          <w:p w14:paraId="67D7A268" w14:textId="77777777" w:rsidR="00623E5F" w:rsidRDefault="00000000">
            <w:pPr>
              <w:pStyle w:val="Oznaenseznam"/>
              <w:spacing w:after="16"/>
            </w:pPr>
            <w:r>
              <w:rPr>
                <w:color w:val="000000"/>
                <w:sz w:val="15"/>
              </w:rPr>
              <w:t>vadi primerno svojim zmožnostim</w:t>
            </w:r>
          </w:p>
          <w:tbl>
            <w:tblPr>
              <w:tblStyle w:val="Tabelamrea"/>
              <w:tblW w:w="0" w:type="auto"/>
              <w:jc w:val="center"/>
              <w:tblLayout w:type="fixed"/>
              <w:tblLook w:val="04A0" w:firstRow="1" w:lastRow="0" w:firstColumn="1" w:lastColumn="0" w:noHBand="0" w:noVBand="1"/>
            </w:tblPr>
            <w:tblGrid>
              <w:gridCol w:w="7087"/>
            </w:tblGrid>
            <w:tr w:rsidR="00623E5F" w14:paraId="494AC2DC" w14:textId="77777777">
              <w:trPr>
                <w:jc w:val="center"/>
              </w:trPr>
              <w:tc>
                <w:tcPr>
                  <w:tcW w:w="7087" w:type="dxa"/>
                  <w:shd w:val="clear" w:color="auto" w:fill="EDC9EA"/>
                  <w:tcMar>
                    <w:top w:w="45" w:type="dxa"/>
                    <w:left w:w="70" w:type="dxa"/>
                    <w:bottom w:w="45" w:type="dxa"/>
                    <w:right w:w="70" w:type="dxa"/>
                  </w:tcMar>
                </w:tcPr>
                <w:p w14:paraId="567E608C" w14:textId="77777777" w:rsidR="00623E5F" w:rsidRDefault="00000000">
                  <w:pPr>
                    <w:keepNext/>
                  </w:pPr>
                  <w:r>
                    <w:rPr>
                      <w:b/>
                      <w:color w:val="000000"/>
                    </w:rPr>
                    <w:t>PREVERJANJE PREDZNANJA</w:t>
                  </w:r>
                </w:p>
              </w:tc>
            </w:tr>
          </w:tbl>
          <w:p w14:paraId="54225041" w14:textId="77777777" w:rsidR="00623E5F" w:rsidRDefault="00623E5F">
            <w:pPr>
              <w:spacing w:line="20" w:lineRule="exact"/>
            </w:pPr>
          </w:p>
          <w:p w14:paraId="436DC1C1" w14:textId="77777777" w:rsidR="00623E5F" w:rsidRDefault="00000000">
            <w:pPr>
              <w:pStyle w:val="Oznaenseznam"/>
              <w:spacing w:after="16"/>
            </w:pPr>
            <w:r>
              <w:rPr>
                <w:color w:val="000000"/>
                <w:sz w:val="15"/>
              </w:rPr>
              <w:t>Kaj moje telo in prostor že znata pokazati pri temi »VADBA ZA ZDRAVJE«?</w:t>
            </w:r>
          </w:p>
          <w:p w14:paraId="64AED16B" w14:textId="77777777" w:rsidR="00623E5F" w:rsidRDefault="00000000">
            <w:pPr>
              <w:pStyle w:val="Oznaenseznam"/>
              <w:spacing w:after="16"/>
            </w:pPr>
            <w:r>
              <w:rPr>
                <w:color w:val="000000"/>
                <w:sz w:val="15"/>
              </w:rPr>
              <w:t>Katero varnostno pravilo, gibalni korak ali strategijo že obvladam in kaj bi najprej preizkusil/-a?</w:t>
            </w:r>
          </w:p>
          <w:p w14:paraId="21A4DA94"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6A40FAEB" w14:textId="77777777">
              <w:trPr>
                <w:jc w:val="center"/>
              </w:trPr>
              <w:tc>
                <w:tcPr>
                  <w:tcW w:w="7087" w:type="dxa"/>
                  <w:shd w:val="clear" w:color="auto" w:fill="EDC9EA"/>
                  <w:tcMar>
                    <w:top w:w="45" w:type="dxa"/>
                    <w:left w:w="70" w:type="dxa"/>
                    <w:bottom w:w="45" w:type="dxa"/>
                    <w:right w:w="70" w:type="dxa"/>
                  </w:tcMar>
                </w:tcPr>
                <w:p w14:paraId="4C621809" w14:textId="77777777" w:rsidR="00623E5F" w:rsidRDefault="00000000">
                  <w:pPr>
                    <w:keepNext/>
                  </w:pPr>
                  <w:r>
                    <w:rPr>
                      <w:b/>
                      <w:color w:val="000000"/>
                    </w:rPr>
                    <w:t>KRITERIJI USPEŠNOSTI</w:t>
                  </w:r>
                </w:p>
              </w:tc>
            </w:tr>
          </w:tbl>
          <w:p w14:paraId="59E6E78E" w14:textId="77777777" w:rsidR="00623E5F" w:rsidRDefault="00623E5F"/>
          <w:p w14:paraId="0A4E18CB" w14:textId="77777777" w:rsidR="00623E5F" w:rsidRDefault="00000000">
            <w:pPr>
              <w:spacing w:before="20" w:after="20" w:line="245" w:lineRule="auto"/>
            </w:pPr>
            <w:r>
              <w:rPr>
                <w:b/>
                <w:color w:val="000000"/>
                <w:sz w:val="16"/>
              </w:rPr>
              <w:t>Uspešen/-na bom, ko:</w:t>
            </w:r>
          </w:p>
          <w:p w14:paraId="7119CDEE" w14:textId="77777777" w:rsidR="00623E5F" w:rsidRDefault="00000000">
            <w:pPr>
              <w:pStyle w:val="Oznaenseznam"/>
              <w:spacing w:after="16"/>
            </w:pPr>
            <w:r>
              <w:rPr>
                <w:color w:val="000000"/>
                <w:sz w:val="15"/>
              </w:rPr>
              <w:t>izvedem ogrevanje</w:t>
            </w:r>
          </w:p>
          <w:p w14:paraId="05FE076B" w14:textId="77777777" w:rsidR="00623E5F" w:rsidRDefault="00000000">
            <w:pPr>
              <w:pStyle w:val="Oznaenseznam"/>
              <w:spacing w:after="16"/>
            </w:pPr>
            <w:r>
              <w:rPr>
                <w:color w:val="000000"/>
                <w:sz w:val="15"/>
              </w:rPr>
              <w:t>prepoznam pomen rednega gibanja</w:t>
            </w:r>
          </w:p>
          <w:p w14:paraId="7D6F5355" w14:textId="77777777" w:rsidR="00623E5F" w:rsidRDefault="00000000">
            <w:pPr>
              <w:pStyle w:val="Oznaenseznam"/>
              <w:spacing w:after="16"/>
            </w:pPr>
            <w:r>
              <w:rPr>
                <w:color w:val="000000"/>
                <w:sz w:val="15"/>
              </w:rPr>
              <w:t>vadi primerno svojim zmožnostim</w:t>
            </w:r>
          </w:p>
          <w:p w14:paraId="32DCDE50" w14:textId="77777777" w:rsidR="00623E5F" w:rsidRDefault="00000000">
            <w:pPr>
              <w:pStyle w:val="Oznaenseznam"/>
              <w:spacing w:after="16"/>
            </w:pPr>
            <w:r>
              <w:rPr>
                <w:color w:val="000000"/>
                <w:sz w:val="15"/>
              </w:rPr>
              <w:t>pred začetkom preverim prostor in opremo, ohranjam razdaljo ter se na znak varno ustavim</w:t>
            </w:r>
          </w:p>
          <w:p w14:paraId="5E497568"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432A0886" w14:textId="77777777" w:rsidR="00623E5F" w:rsidRDefault="00623E5F"/>
          <w:p w14:paraId="3E95CC2E"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13C6CFD7"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4D201763" w14:textId="77777777" w:rsidR="00623E5F" w:rsidRDefault="00000000">
            <w:pPr>
              <w:spacing w:after="100" w:line="245" w:lineRule="auto"/>
            </w:pPr>
            <w:r>
              <w:rPr>
                <w:color w:val="000000"/>
                <w:sz w:val="15"/>
              </w:rPr>
              <w:t>Sodeluje pri razumevanju namena, vidnih meril, varnostnih pravil, prehodov in načina dokazovanja.</w:t>
            </w:r>
          </w:p>
          <w:p w14:paraId="632E1837" w14:textId="77777777" w:rsidR="00623E5F" w:rsidRDefault="00000000">
            <w:pPr>
              <w:spacing w:after="20" w:line="245" w:lineRule="auto"/>
            </w:pPr>
            <w:r>
              <w:rPr>
                <w:b/>
                <w:color w:val="D95BC6"/>
                <w:sz w:val="17"/>
              </w:rPr>
              <w:t>DOKAZ O UČENJU</w:t>
            </w:r>
          </w:p>
          <w:p w14:paraId="7A63DB5B"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1CAA75EC"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8A1D20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27A99ED"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47005F8" w14:textId="77777777" w:rsidR="00623E5F" w:rsidRDefault="00000000">
            <w:pPr>
              <w:jc w:val="center"/>
            </w:pPr>
            <w:r>
              <w:rPr>
                <w:b/>
                <w:color w:val="000000"/>
                <w:sz w:val="20"/>
              </w:rPr>
              <w:t>UČNE DEJAVNOSTI, METODE IN FORMATIVNO SPREMLJANJE</w:t>
            </w:r>
          </w:p>
        </w:tc>
      </w:tr>
      <w:tr w:rsidR="00623E5F" w14:paraId="53FE7F6D" w14:textId="77777777">
        <w:trPr>
          <w:tblHeader/>
          <w:jc w:val="center"/>
        </w:trPr>
        <w:tc>
          <w:tcPr>
            <w:tcW w:w="4422" w:type="dxa"/>
            <w:vMerge/>
            <w:tcMar>
              <w:top w:w="70" w:type="dxa"/>
              <w:left w:w="90" w:type="dxa"/>
              <w:bottom w:w="70" w:type="dxa"/>
              <w:right w:w="90" w:type="dxa"/>
            </w:tcMar>
            <w:vAlign w:val="center"/>
          </w:tcPr>
          <w:p w14:paraId="13028B8B" w14:textId="77777777" w:rsidR="00623E5F" w:rsidRDefault="00623E5F"/>
        </w:tc>
        <w:tc>
          <w:tcPr>
            <w:tcW w:w="7087" w:type="dxa"/>
            <w:shd w:val="clear" w:color="auto" w:fill="FFFFFF"/>
            <w:tcMar>
              <w:top w:w="70" w:type="dxa"/>
              <w:left w:w="90" w:type="dxa"/>
              <w:bottom w:w="70" w:type="dxa"/>
              <w:right w:w="90" w:type="dxa"/>
            </w:tcMar>
            <w:vAlign w:val="center"/>
          </w:tcPr>
          <w:p w14:paraId="63B00DCA"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40DE45B" w14:textId="77777777" w:rsidR="00623E5F" w:rsidRDefault="00000000">
            <w:pPr>
              <w:jc w:val="center"/>
            </w:pPr>
            <w:r>
              <w:rPr>
                <w:b/>
                <w:color w:val="000000"/>
              </w:rPr>
              <w:t>UČENEC</w:t>
            </w:r>
          </w:p>
        </w:tc>
      </w:tr>
      <w:tr w:rsidR="00623E5F" w14:paraId="702E6F67" w14:textId="77777777">
        <w:trPr>
          <w:jc w:val="center"/>
        </w:trPr>
        <w:tc>
          <w:tcPr>
            <w:tcW w:w="4422" w:type="dxa"/>
            <w:tcMar>
              <w:top w:w="70" w:type="dxa"/>
              <w:left w:w="90" w:type="dxa"/>
              <w:bottom w:w="70" w:type="dxa"/>
              <w:right w:w="90" w:type="dxa"/>
            </w:tcMar>
          </w:tcPr>
          <w:p w14:paraId="656B68EA" w14:textId="77777777" w:rsidR="00623E5F" w:rsidRDefault="00623E5F"/>
          <w:p w14:paraId="64A4BD8F" w14:textId="77777777" w:rsidR="00623E5F" w:rsidRDefault="00000000">
            <w:pPr>
              <w:spacing w:after="40" w:line="245" w:lineRule="auto"/>
            </w:pPr>
            <w:r>
              <w:rPr>
                <w:b/>
                <w:color w:val="000000"/>
                <w:sz w:val="17"/>
              </w:rPr>
              <w:t>KLJUČNI ŠPORTNI IN GIBALNI POJMI</w:t>
            </w:r>
          </w:p>
          <w:p w14:paraId="1F090E03"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srčni utrip, dihanje, hidracija, gibljivost, moč, vzdržljivost, osebni cilj, napredek</w:t>
            </w:r>
          </w:p>
          <w:p w14:paraId="396B549E" w14:textId="77777777" w:rsidR="00623E5F" w:rsidRDefault="00000000">
            <w:pPr>
              <w:spacing w:after="20" w:line="245" w:lineRule="auto"/>
            </w:pPr>
            <w:r>
              <w:rPr>
                <w:b/>
                <w:color w:val="000000"/>
                <w:sz w:val="17"/>
              </w:rPr>
              <w:t>DOKAZI O UČENJU</w:t>
            </w:r>
          </w:p>
          <w:p w14:paraId="659A0ED5" w14:textId="77777777" w:rsidR="00623E5F" w:rsidRDefault="00000000">
            <w:pPr>
              <w:pStyle w:val="Oznaenseznam"/>
              <w:spacing w:after="7"/>
            </w:pPr>
            <w:r>
              <w:rPr>
                <w:color w:val="000000"/>
                <w:sz w:val="14"/>
              </w:rPr>
              <w:t>varen odziv na znak, začetni poskus prvine in ustno varnostno pravilo.</w:t>
            </w:r>
          </w:p>
          <w:p w14:paraId="6237EE9F" w14:textId="77777777" w:rsidR="00623E5F" w:rsidRDefault="00000000">
            <w:pPr>
              <w:pStyle w:val="Oznaenseznam"/>
              <w:spacing w:after="7"/>
            </w:pPr>
            <w:r>
              <w:rPr>
                <w:color w:val="000000"/>
                <w:sz w:val="14"/>
              </w:rPr>
              <w:t>opazovalna kartica, izvedba na izbrani ravni in učiteljev zapis o napredku.</w:t>
            </w:r>
          </w:p>
          <w:p w14:paraId="16CA4386" w14:textId="77777777" w:rsidR="00623E5F" w:rsidRDefault="00000000">
            <w:pPr>
              <w:pStyle w:val="Oznaenseznam"/>
              <w:spacing w:after="7"/>
            </w:pPr>
            <w:r>
              <w:rPr>
                <w:color w:val="000000"/>
                <w:sz w:val="14"/>
              </w:rPr>
              <w:t>uporaba prvine v igri, sodelovanje, upoštevanje pravil in osebno samovrednotenje.</w:t>
            </w:r>
          </w:p>
          <w:p w14:paraId="688D2586" w14:textId="77777777" w:rsidR="00623E5F" w:rsidRDefault="00000000">
            <w:pPr>
              <w:spacing w:before="40" w:after="20" w:line="245" w:lineRule="auto"/>
            </w:pPr>
            <w:r>
              <w:rPr>
                <w:b/>
                <w:color w:val="000000"/>
                <w:sz w:val="16"/>
              </w:rPr>
              <w:t>GIBALNO DOŽIVETJE IN IZKUŠENJSKI POUK</w:t>
            </w:r>
          </w:p>
          <w:p w14:paraId="09E56837"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40DBB3FD" w14:textId="77777777" w:rsidR="00623E5F" w:rsidRDefault="00000000">
            <w:pPr>
              <w:spacing w:after="20" w:line="245" w:lineRule="auto"/>
            </w:pPr>
            <w:r>
              <w:rPr>
                <w:b/>
                <w:color w:val="000000"/>
                <w:sz w:val="16"/>
              </w:rPr>
              <w:t>POUČEVANJE V GIBANJU</w:t>
            </w:r>
          </w:p>
          <w:p w14:paraId="4794B89E"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2F7B58B8" w14:textId="77777777" w:rsidR="00623E5F" w:rsidRDefault="00000000">
            <w:pPr>
              <w:spacing w:after="20" w:line="245" w:lineRule="auto"/>
            </w:pPr>
            <w:r>
              <w:rPr>
                <w:b/>
                <w:color w:val="000000"/>
                <w:sz w:val="16"/>
              </w:rPr>
              <w:t>DELO PO ŠTIRIH POSTAJAH</w:t>
            </w:r>
          </w:p>
          <w:p w14:paraId="2A076416"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78976047" w14:textId="77777777" w:rsidR="00623E5F" w:rsidRDefault="00000000">
            <w:pPr>
              <w:spacing w:after="7" w:line="245" w:lineRule="auto"/>
            </w:pPr>
            <w:r>
              <w:rPr>
                <w:color w:val="000000"/>
                <w:sz w:val="14"/>
              </w:rPr>
              <w:t>1. Ogrevalna: po karticah sestavim varen niz za večje sklepe in mišične skupine ter spremljam dihanje.</w:t>
            </w:r>
          </w:p>
          <w:p w14:paraId="62557E26" w14:textId="77777777" w:rsidR="00623E5F" w:rsidRDefault="00000000">
            <w:pPr>
              <w:spacing w:after="7" w:line="245" w:lineRule="auto"/>
            </w:pPr>
            <w:r>
              <w:rPr>
                <w:color w:val="000000"/>
                <w:sz w:val="14"/>
              </w:rPr>
              <w:t>2. Gibalna učinkovitost: na osebni ravni vadim cilj »izvedem ogrevanje« in med ponovitvami ohranjam kakovost gibanja.</w:t>
            </w:r>
          </w:p>
          <w:p w14:paraId="04D5697A" w14:textId="77777777" w:rsidR="00623E5F" w:rsidRDefault="00000000">
            <w:pPr>
              <w:spacing w:after="7" w:line="245" w:lineRule="auto"/>
            </w:pPr>
            <w:r>
              <w:rPr>
                <w:color w:val="000000"/>
                <w:sz w:val="14"/>
              </w:rPr>
              <w:t>3. Telo in napor: primerjam počutje pred, med in po dejavnosti ter uporabim pogovorni tempo in semafor napora.</w:t>
            </w:r>
          </w:p>
          <w:p w14:paraId="0A3C0F7E" w14:textId="77777777" w:rsidR="00623E5F" w:rsidRDefault="00000000">
            <w:pPr>
              <w:spacing w:after="7" w:line="245" w:lineRule="auto"/>
            </w:pPr>
            <w:r>
              <w:rPr>
                <w:color w:val="000000"/>
                <w:sz w:val="14"/>
              </w:rPr>
              <w:t>4. Napredek in cilj: izberem dokaz, ne primerjam se z drugimi in pojasnim, kako »vadi primerno svojim zmožnostim«.</w:t>
            </w:r>
          </w:p>
          <w:p w14:paraId="3D2B01A8" w14:textId="77777777" w:rsidR="00623E5F" w:rsidRDefault="00000000">
            <w:pPr>
              <w:spacing w:after="20" w:line="245" w:lineRule="auto"/>
            </w:pPr>
            <w:r>
              <w:rPr>
                <w:b/>
                <w:color w:val="000000"/>
                <w:sz w:val="16"/>
              </w:rPr>
              <w:t>DIFERENCIACIJA IN VKLJUČEVANJE</w:t>
            </w:r>
          </w:p>
          <w:p w14:paraId="35EB5C4E"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2140E0BF" w14:textId="77777777" w:rsidR="00623E5F" w:rsidRDefault="00000000">
            <w:pPr>
              <w:spacing w:after="20" w:line="245" w:lineRule="auto"/>
            </w:pPr>
            <w:r>
              <w:rPr>
                <w:b/>
                <w:color w:val="000000"/>
                <w:sz w:val="16"/>
              </w:rPr>
              <w:t>SPREMLJANJE</w:t>
            </w:r>
          </w:p>
          <w:p w14:paraId="50FAD302"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417DC27A"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5D8C8E8" w14:textId="77777777">
              <w:trPr>
                <w:jc w:val="center"/>
              </w:trPr>
              <w:tc>
                <w:tcPr>
                  <w:tcW w:w="7087" w:type="dxa"/>
                  <w:shd w:val="clear" w:color="auto" w:fill="C6E7F3"/>
                  <w:tcMar>
                    <w:top w:w="45" w:type="dxa"/>
                    <w:left w:w="70" w:type="dxa"/>
                    <w:bottom w:w="45" w:type="dxa"/>
                    <w:right w:w="70" w:type="dxa"/>
                  </w:tcMar>
                </w:tcPr>
                <w:p w14:paraId="109A987E" w14:textId="77777777" w:rsidR="00623E5F" w:rsidRDefault="00000000">
                  <w:pPr>
                    <w:keepNext/>
                  </w:pPr>
                  <w:r>
                    <w:rPr>
                      <w:b/>
                      <w:color w:val="000000"/>
                      <w:sz w:val="16"/>
                    </w:rPr>
                    <w:t>GLAVNI DEL – GIBALNI IZZIV, VADBA NA ŠTIRIH POSTAJAH IN IGRA (3 šolske ure)</w:t>
                  </w:r>
                </w:p>
              </w:tc>
            </w:tr>
          </w:tbl>
          <w:p w14:paraId="38A0296C" w14:textId="77777777" w:rsidR="00623E5F" w:rsidRDefault="00623E5F">
            <w:pPr>
              <w:spacing w:line="20" w:lineRule="exact"/>
            </w:pPr>
          </w:p>
          <w:p w14:paraId="7361F676" w14:textId="77777777" w:rsidR="00623E5F" w:rsidRDefault="00000000">
            <w:pPr>
              <w:keepNext/>
              <w:spacing w:before="16" w:after="6" w:line="245" w:lineRule="auto"/>
            </w:pPr>
            <w:r>
              <w:rPr>
                <w:b/>
                <w:color w:val="000000"/>
                <w:sz w:val="15"/>
              </w:rPr>
              <w:t>1. URA – Vadba za zdravje – Ogrejem se in usvojim gib</w:t>
            </w:r>
          </w:p>
          <w:p w14:paraId="10391218"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»Mislice« – Feri Lainšček. Osrednji del 30': 32' – Preveri prostor in opremo, predstavi varnostni znak ter skozi gibalno zgodbo modelira ključno prvino po korakih.</w:t>
            </w:r>
          </w:p>
          <w:p w14:paraId="7877D4B1"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2827906D" w14:textId="77777777" w:rsidR="00623E5F" w:rsidRDefault="00000000">
            <w:pPr>
              <w:spacing w:after="15" w:line="245" w:lineRule="auto"/>
            </w:pPr>
            <w:r>
              <w:rPr>
                <w:i/>
                <w:color w:val="D95BC6"/>
                <w:sz w:val="14"/>
              </w:rPr>
              <w:t>Predvideni dokaz: varen odziv na znak, začetni poskus prvine in ustno varnostno pravilo..</w:t>
            </w:r>
          </w:p>
          <w:p w14:paraId="10DC5E79" w14:textId="77777777" w:rsidR="00623E5F" w:rsidRDefault="00000000">
            <w:pPr>
              <w:keepNext/>
              <w:spacing w:before="16" w:after="6" w:line="245" w:lineRule="auto"/>
            </w:pPr>
            <w:r>
              <w:rPr>
                <w:b/>
                <w:color w:val="000000"/>
                <w:sz w:val="15"/>
              </w:rPr>
              <w:t>2. URA – Vadba za zdravje – Vadim na postajah</w:t>
            </w:r>
          </w:p>
          <w:p w14:paraId="7120F643"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»Mislice« – Feri Lainšček. Osrednji del 30': 32' – Pripravi 4–6 postaj z enosmernimi prehodi, pokaže tri ravni izziva in opazovalcu dodeli en jasen kriterij.</w:t>
            </w:r>
          </w:p>
          <w:p w14:paraId="18944BEC"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0C315FA6" w14:textId="77777777" w:rsidR="00623E5F" w:rsidRDefault="00000000">
            <w:pPr>
              <w:spacing w:after="15" w:line="245" w:lineRule="auto"/>
            </w:pPr>
            <w:r>
              <w:rPr>
                <w:i/>
                <w:color w:val="D95BC6"/>
                <w:sz w:val="14"/>
              </w:rPr>
              <w:t>Predvideni dokaz: opazovalna kartica, izvedba na izbrani ravni in učiteljev zapis o napredku..</w:t>
            </w:r>
          </w:p>
          <w:p w14:paraId="5D2F1EA5" w14:textId="77777777" w:rsidR="00623E5F" w:rsidRDefault="00000000">
            <w:pPr>
              <w:keepNext/>
              <w:spacing w:before="16" w:after="6" w:line="245" w:lineRule="auto"/>
            </w:pPr>
            <w:r>
              <w:rPr>
                <w:b/>
                <w:color w:val="000000"/>
                <w:sz w:val="15"/>
              </w:rPr>
              <w:t>3. URA – Vadba za zdravje – Uporabim v igri</w:t>
            </w:r>
          </w:p>
          <w:p w14:paraId="73B79ABF"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»Mislice« – Feri Lainšček. Osrednji del 30': 32' – Organizira vključujočo igro ali izziv brez izločanja, spremlja varnost, pošteno igro in uporabo naučene prvine.</w:t>
            </w:r>
          </w:p>
          <w:p w14:paraId="65B8866C"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7309D2F2"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091D3146" w14:textId="77777777">
              <w:trPr>
                <w:jc w:val="center"/>
              </w:trPr>
              <w:tc>
                <w:tcPr>
                  <w:tcW w:w="7087" w:type="dxa"/>
                  <w:shd w:val="clear" w:color="auto" w:fill="EDC9EA"/>
                  <w:tcMar>
                    <w:top w:w="45" w:type="dxa"/>
                    <w:left w:w="70" w:type="dxa"/>
                    <w:bottom w:w="45" w:type="dxa"/>
                    <w:right w:w="70" w:type="dxa"/>
                  </w:tcMar>
                </w:tcPr>
                <w:p w14:paraId="5AEE7577" w14:textId="77777777" w:rsidR="00623E5F" w:rsidRDefault="00000000">
                  <w:pPr>
                    <w:keepNext/>
                  </w:pPr>
                  <w:r>
                    <w:rPr>
                      <w:b/>
                      <w:color w:val="000000"/>
                      <w:sz w:val="16"/>
                    </w:rPr>
                    <w:t>ORGANIZACIJA POSTAJ, PREHODOV IN AKTIVNEGA ČASA</w:t>
                  </w:r>
                </w:p>
              </w:tc>
            </w:tr>
          </w:tbl>
          <w:p w14:paraId="3FF7F224" w14:textId="77777777" w:rsidR="00623E5F" w:rsidRDefault="00623E5F"/>
          <w:p w14:paraId="26113342" w14:textId="77777777" w:rsidR="00623E5F" w:rsidRDefault="00000000">
            <w:pPr>
              <w:spacing w:before="5" w:after="6" w:line="245" w:lineRule="auto"/>
            </w:pPr>
            <w:r>
              <w:rPr>
                <w:color w:val="000000"/>
                <w:sz w:val="14"/>
              </w:rPr>
              <w:t>Postaja 1: Ogrevalna: po karticah sestavim varen niz za večje sklepe in mišične skupine ter spremljam dihanje.</w:t>
            </w:r>
          </w:p>
          <w:p w14:paraId="7CE83F31" w14:textId="77777777" w:rsidR="00623E5F" w:rsidRDefault="00000000">
            <w:pPr>
              <w:spacing w:before="5" w:after="6" w:line="245" w:lineRule="auto"/>
            </w:pPr>
            <w:r>
              <w:rPr>
                <w:color w:val="000000"/>
                <w:sz w:val="14"/>
              </w:rPr>
              <w:t>Postaja 2: Gibalna učinkovitost: na osebni ravni vadim cilj »izvedem ogrevanje« in med ponovitvami ohranjam kakovost gibanja.</w:t>
            </w:r>
          </w:p>
          <w:p w14:paraId="74CD414B" w14:textId="77777777" w:rsidR="00623E5F" w:rsidRDefault="00000000">
            <w:pPr>
              <w:spacing w:before="5" w:after="6" w:line="245" w:lineRule="auto"/>
            </w:pPr>
            <w:r>
              <w:rPr>
                <w:color w:val="000000"/>
                <w:sz w:val="14"/>
              </w:rPr>
              <w:t>Postaja 3: Telo in napor: primerjam počutje pred, med in po dejavnosti ter uporabim pogovorni tempo in semafor napora.</w:t>
            </w:r>
          </w:p>
          <w:p w14:paraId="014EDC40" w14:textId="77777777" w:rsidR="00623E5F" w:rsidRDefault="00000000">
            <w:pPr>
              <w:spacing w:before="5" w:after="6" w:line="245" w:lineRule="auto"/>
            </w:pPr>
            <w:r>
              <w:rPr>
                <w:color w:val="000000"/>
                <w:sz w:val="14"/>
              </w:rPr>
              <w:t>Postaja 4: Napredek in cilj: izberem dokaz, ne primerjam se z drugimi in pojasnim, kako »vadi primerno svojim zmožnostim«.</w:t>
            </w:r>
          </w:p>
          <w:p w14:paraId="49643C6C"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256EC56B" w14:textId="77777777" w:rsidR="00623E5F" w:rsidRDefault="00623E5F"/>
          <w:p w14:paraId="25985212" w14:textId="77777777" w:rsidR="00623E5F" w:rsidRDefault="00000000">
            <w:pPr>
              <w:spacing w:after="5" w:line="245" w:lineRule="auto"/>
            </w:pPr>
            <w:r>
              <w:rPr>
                <w:b/>
                <w:color w:val="000000"/>
                <w:sz w:val="15"/>
              </w:rPr>
              <w:t>1. URA – Vadba za zdravje – Ogrejem se in usvojim gib</w:t>
            </w:r>
          </w:p>
          <w:p w14:paraId="5F9138DB"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13F0BDD" w14:textId="77777777" w:rsidR="00623E5F" w:rsidRDefault="00000000">
            <w:pPr>
              <w:spacing w:after="14" w:line="245" w:lineRule="auto"/>
            </w:pPr>
            <w:r>
              <w:rPr>
                <w:color w:val="D95BC6"/>
                <w:sz w:val="13"/>
              </w:rPr>
              <w:t>Dokaz: varen odziv na znak, začetni poskus prvine in ustno varnostno pravilo.</w:t>
            </w:r>
          </w:p>
          <w:p w14:paraId="4AB7031D" w14:textId="77777777" w:rsidR="00623E5F" w:rsidRDefault="00000000">
            <w:pPr>
              <w:spacing w:after="5" w:line="245" w:lineRule="auto"/>
            </w:pPr>
            <w:r>
              <w:rPr>
                <w:b/>
                <w:color w:val="000000"/>
                <w:sz w:val="15"/>
              </w:rPr>
              <w:t>2. URA – Vadba za zdravje – Vadim na postajah</w:t>
            </w:r>
          </w:p>
          <w:p w14:paraId="69FF439A"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00D16382" w14:textId="77777777" w:rsidR="00623E5F" w:rsidRDefault="00000000">
            <w:pPr>
              <w:spacing w:after="14" w:line="245" w:lineRule="auto"/>
            </w:pPr>
            <w:r>
              <w:rPr>
                <w:color w:val="D95BC6"/>
                <w:sz w:val="13"/>
              </w:rPr>
              <w:t>Dokaz: opazovalna kartica, izvedba na izbrani ravni in učiteljev zapis o napredku.</w:t>
            </w:r>
          </w:p>
          <w:p w14:paraId="7BE32FAA" w14:textId="77777777" w:rsidR="00623E5F" w:rsidRDefault="00000000">
            <w:pPr>
              <w:spacing w:after="5" w:line="245" w:lineRule="auto"/>
            </w:pPr>
            <w:r>
              <w:rPr>
                <w:b/>
                <w:color w:val="000000"/>
                <w:sz w:val="15"/>
              </w:rPr>
              <w:t>3. URA – Vadba za zdravje – Uporabim v igri</w:t>
            </w:r>
          </w:p>
          <w:p w14:paraId="55A88AD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3DE41A46" w14:textId="77777777" w:rsidR="00623E5F" w:rsidRDefault="00000000">
            <w:pPr>
              <w:spacing w:after="14" w:line="245" w:lineRule="auto"/>
            </w:pPr>
            <w:r>
              <w:rPr>
                <w:color w:val="D95BC6"/>
                <w:sz w:val="13"/>
              </w:rPr>
              <w:t>Dokaz: uporaba prvine v igri, sodelovanje, upoštevanje pravil in osebno.</w:t>
            </w:r>
          </w:p>
          <w:p w14:paraId="72D0CF09" w14:textId="77777777" w:rsidR="00623E5F" w:rsidRDefault="00000000">
            <w:pPr>
              <w:spacing w:before="30" w:after="14" w:line="245" w:lineRule="auto"/>
            </w:pPr>
            <w:r>
              <w:rPr>
                <w:b/>
                <w:color w:val="D95BC6"/>
                <w:sz w:val="16"/>
              </w:rPr>
              <w:t>MOJ KROG POSTAJ</w:t>
            </w:r>
          </w:p>
          <w:p w14:paraId="4FA383C8" w14:textId="77777777" w:rsidR="00623E5F" w:rsidRDefault="00000000">
            <w:pPr>
              <w:spacing w:after="8" w:line="245" w:lineRule="auto"/>
            </w:pPr>
            <w:r>
              <w:rPr>
                <w:color w:val="000000"/>
                <w:sz w:val="13"/>
              </w:rPr>
              <w:t>1. Ogrevalna: po karticah sestavim varen niz za večje sklepe in mišične skupine ter.</w:t>
            </w:r>
          </w:p>
          <w:p w14:paraId="4F035EB4" w14:textId="77777777" w:rsidR="00623E5F" w:rsidRDefault="00000000">
            <w:pPr>
              <w:spacing w:after="8" w:line="245" w:lineRule="auto"/>
            </w:pPr>
            <w:r>
              <w:rPr>
                <w:color w:val="000000"/>
                <w:sz w:val="13"/>
              </w:rPr>
              <w:t>2. Gibalna učinkovitost: na osebni ravni vadim cilj »izvedem ogrevanje« in med.</w:t>
            </w:r>
          </w:p>
          <w:p w14:paraId="4F55116E" w14:textId="77777777" w:rsidR="00623E5F" w:rsidRDefault="00000000">
            <w:pPr>
              <w:spacing w:after="8" w:line="245" w:lineRule="auto"/>
            </w:pPr>
            <w:r>
              <w:rPr>
                <w:color w:val="000000"/>
                <w:sz w:val="13"/>
              </w:rPr>
              <w:t>3. Telo in napor: primerjam počutje pred, med in po dejavnosti ter uporabim pogovorni.</w:t>
            </w:r>
          </w:p>
          <w:p w14:paraId="0D8A9456" w14:textId="77777777" w:rsidR="00623E5F" w:rsidRDefault="00000000">
            <w:pPr>
              <w:spacing w:after="8" w:line="245" w:lineRule="auto"/>
            </w:pPr>
            <w:r>
              <w:rPr>
                <w:color w:val="000000"/>
                <w:sz w:val="13"/>
              </w:rPr>
              <w:t>4. Napredek in cilj: izberem dokaz, ne primerjam se z drugimi in pojasnim.</w:t>
            </w:r>
          </w:p>
          <w:p w14:paraId="186965E3"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1E766340" w14:textId="77777777" w:rsidR="00623E5F" w:rsidRDefault="00000000">
            <w:pPr>
              <w:spacing w:after="14" w:line="245" w:lineRule="auto"/>
            </w:pPr>
            <w:r>
              <w:rPr>
                <w:b/>
                <w:color w:val="D95BC6"/>
                <w:sz w:val="16"/>
              </w:rPr>
              <w:t>DOKAZ O UČENJU</w:t>
            </w:r>
          </w:p>
          <w:p w14:paraId="3ECA410D"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4074C0E6"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1B30C0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A190268"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C7E3B3B" w14:textId="77777777" w:rsidR="00623E5F" w:rsidRDefault="00000000">
            <w:pPr>
              <w:jc w:val="center"/>
            </w:pPr>
            <w:r>
              <w:rPr>
                <w:b/>
                <w:color w:val="000000"/>
                <w:sz w:val="20"/>
              </w:rPr>
              <w:t>UČNE DEJAVNOSTI, METODE IN FORMATIVNO SPREMLJANJE</w:t>
            </w:r>
          </w:p>
        </w:tc>
      </w:tr>
      <w:tr w:rsidR="00623E5F" w14:paraId="33AAAC5E" w14:textId="77777777">
        <w:trPr>
          <w:tblHeader/>
          <w:jc w:val="center"/>
        </w:trPr>
        <w:tc>
          <w:tcPr>
            <w:tcW w:w="4422" w:type="dxa"/>
            <w:vMerge/>
            <w:tcMar>
              <w:top w:w="70" w:type="dxa"/>
              <w:left w:w="90" w:type="dxa"/>
              <w:bottom w:w="70" w:type="dxa"/>
              <w:right w:w="90" w:type="dxa"/>
            </w:tcMar>
            <w:vAlign w:val="center"/>
          </w:tcPr>
          <w:p w14:paraId="2CE1D205" w14:textId="77777777" w:rsidR="00623E5F" w:rsidRDefault="00623E5F"/>
        </w:tc>
        <w:tc>
          <w:tcPr>
            <w:tcW w:w="7087" w:type="dxa"/>
            <w:shd w:val="clear" w:color="auto" w:fill="FFFFFF"/>
            <w:tcMar>
              <w:top w:w="70" w:type="dxa"/>
              <w:left w:w="90" w:type="dxa"/>
              <w:bottom w:w="70" w:type="dxa"/>
              <w:right w:w="90" w:type="dxa"/>
            </w:tcMar>
            <w:vAlign w:val="center"/>
          </w:tcPr>
          <w:p w14:paraId="6E42E35A"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718F639" w14:textId="77777777" w:rsidR="00623E5F" w:rsidRDefault="00000000">
            <w:pPr>
              <w:jc w:val="center"/>
            </w:pPr>
            <w:r>
              <w:rPr>
                <w:b/>
                <w:color w:val="000000"/>
              </w:rPr>
              <w:t>UČENEC</w:t>
            </w:r>
          </w:p>
        </w:tc>
      </w:tr>
      <w:tr w:rsidR="00623E5F" w14:paraId="443EBDA5" w14:textId="77777777">
        <w:trPr>
          <w:jc w:val="center"/>
        </w:trPr>
        <w:tc>
          <w:tcPr>
            <w:tcW w:w="4422" w:type="dxa"/>
            <w:tcMar>
              <w:top w:w="70" w:type="dxa"/>
              <w:left w:w="90" w:type="dxa"/>
              <w:bottom w:w="70" w:type="dxa"/>
              <w:right w:w="90" w:type="dxa"/>
            </w:tcMar>
          </w:tcPr>
          <w:p w14:paraId="35A36CD0" w14:textId="77777777" w:rsidR="00623E5F" w:rsidRDefault="00623E5F"/>
          <w:p w14:paraId="59923928" w14:textId="77777777" w:rsidR="00623E5F" w:rsidRDefault="00000000">
            <w:pPr>
              <w:spacing w:after="40" w:line="245" w:lineRule="auto"/>
            </w:pPr>
            <w:r>
              <w:rPr>
                <w:b/>
                <w:color w:val="000000"/>
              </w:rPr>
              <w:t>FORMATIVNO SPREMLJANJE</w:t>
            </w:r>
          </w:p>
          <w:p w14:paraId="59A7AC50" w14:textId="77777777" w:rsidR="00623E5F" w:rsidRDefault="00000000">
            <w:pPr>
              <w:pStyle w:val="Oznaenseznam"/>
              <w:spacing w:after="16"/>
            </w:pPr>
            <w:r>
              <w:rPr>
                <w:color w:val="000000"/>
                <w:sz w:val="15"/>
              </w:rPr>
              <w:t>predznanje: gibalni prikaz, odziv na znak, izbira kartice, začetni poskus ali kratka razlaga</w:t>
            </w:r>
          </w:p>
          <w:p w14:paraId="108A71C6" w14:textId="77777777" w:rsidR="00623E5F" w:rsidRDefault="00000000">
            <w:pPr>
              <w:pStyle w:val="Oznaenseznam"/>
              <w:spacing w:after="16"/>
            </w:pPr>
            <w:r>
              <w:rPr>
                <w:color w:val="000000"/>
                <w:sz w:val="15"/>
              </w:rPr>
              <w:t>nameni in merila: kratka poved, slikovni znak, model varne izvedbe in en opazljiv tehnični poudarek</w:t>
            </w:r>
          </w:p>
          <w:p w14:paraId="2A3B844F"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484F9A33" w14:textId="77777777" w:rsidR="00623E5F" w:rsidRDefault="00000000">
            <w:pPr>
              <w:pStyle w:val="Oznaenseznam"/>
              <w:spacing w:after="16"/>
            </w:pPr>
            <w:r>
              <w:rPr>
                <w:color w:val="000000"/>
                <w:sz w:val="15"/>
              </w:rPr>
              <w:t>povratna informacija: opis opaženega, povezava z enim merilom in takoj izvedljiv ponovni poskus</w:t>
            </w:r>
          </w:p>
          <w:p w14:paraId="30DB65A7" w14:textId="77777777" w:rsidR="00623E5F" w:rsidRDefault="00000000">
            <w:pPr>
              <w:pStyle w:val="Oznaenseznam"/>
              <w:spacing w:after="16"/>
            </w:pPr>
            <w:r>
              <w:rPr>
                <w:color w:val="000000"/>
                <w:sz w:val="15"/>
              </w:rPr>
              <w:t>samovrednotenje: semafor napora in varnosti, lestvica samostojnosti, izbran dokaz ter osebni naslednji korak</w:t>
            </w:r>
          </w:p>
          <w:p w14:paraId="6BD78A50" w14:textId="77777777" w:rsidR="00623E5F" w:rsidRDefault="00000000">
            <w:pPr>
              <w:spacing w:before="40" w:after="20" w:line="245" w:lineRule="auto"/>
            </w:pPr>
            <w:r>
              <w:rPr>
                <w:b/>
                <w:color w:val="000000"/>
                <w:sz w:val="17"/>
              </w:rPr>
              <w:t>VARNOST, POČUTJE IN HIGIENA</w:t>
            </w:r>
          </w:p>
          <w:p w14:paraId="46E20650"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Intenzivnost se uravnava po pogovornem tempu in semaforju počutja; utrujenost ni razlog za primerjanje ali kaznovanje.</w:t>
            </w:r>
          </w:p>
          <w:p w14:paraId="68191097" w14:textId="77777777" w:rsidR="00623E5F" w:rsidRDefault="00000000">
            <w:pPr>
              <w:spacing w:after="20" w:line="245" w:lineRule="auto"/>
            </w:pPr>
            <w:r>
              <w:rPr>
                <w:b/>
                <w:color w:val="000000"/>
                <w:sz w:val="17"/>
              </w:rPr>
              <w:t>EVIDENCA PO IZVEDBI</w:t>
            </w:r>
          </w:p>
          <w:p w14:paraId="249E4F6B"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68597830" w14:textId="77777777" w:rsidR="00623E5F" w:rsidRDefault="00000000">
            <w:pPr>
              <w:spacing w:before="40" w:after="20" w:line="245" w:lineRule="auto"/>
            </w:pPr>
            <w:r>
              <w:rPr>
                <w:b/>
                <w:color w:val="000000"/>
                <w:sz w:val="17"/>
              </w:rPr>
              <w:t>RAVEN DOSEGANJA</w:t>
            </w:r>
          </w:p>
          <w:p w14:paraId="4B64ABBE"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701D7DD9"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4AE84B0D" w14:textId="77777777">
              <w:trPr>
                <w:jc w:val="center"/>
              </w:trPr>
              <w:tc>
                <w:tcPr>
                  <w:tcW w:w="7087" w:type="dxa"/>
                  <w:shd w:val="clear" w:color="auto" w:fill="EDC9EA"/>
                  <w:tcMar>
                    <w:top w:w="45" w:type="dxa"/>
                    <w:left w:w="70" w:type="dxa"/>
                    <w:bottom w:w="45" w:type="dxa"/>
                    <w:right w:w="70" w:type="dxa"/>
                  </w:tcMar>
                </w:tcPr>
                <w:p w14:paraId="3671E844" w14:textId="77777777" w:rsidR="00623E5F" w:rsidRDefault="00000000">
                  <w:pPr>
                    <w:keepNext/>
                  </w:pPr>
                  <w:r>
                    <w:rPr>
                      <w:b/>
                      <w:color w:val="000000"/>
                    </w:rPr>
                    <w:t>VPRAŠANJA V PODPORO GIBALNEMU UČENJU</w:t>
                  </w:r>
                </w:p>
              </w:tc>
            </w:tr>
          </w:tbl>
          <w:p w14:paraId="4C93FD1A" w14:textId="77777777" w:rsidR="00623E5F" w:rsidRDefault="00623E5F">
            <w:pPr>
              <w:spacing w:line="20" w:lineRule="exact"/>
            </w:pPr>
          </w:p>
          <w:p w14:paraId="64619DF1" w14:textId="77777777" w:rsidR="00623E5F" w:rsidRDefault="00000000">
            <w:pPr>
              <w:pStyle w:val="Oznaenseznam"/>
              <w:spacing w:after="16"/>
            </w:pPr>
            <w:r>
              <w:rPr>
                <w:color w:val="000000"/>
                <w:sz w:val="15"/>
              </w:rPr>
              <w:t>Kaj si pri prvem poskusu začutil/-a ali opazil/-a v položaju telesa, ravnotežju, smeri, ritmu ali naporu?</w:t>
            </w:r>
          </w:p>
          <w:p w14:paraId="0FF51C0B" w14:textId="77777777" w:rsidR="00623E5F" w:rsidRDefault="00000000">
            <w:pPr>
              <w:pStyle w:val="Oznaenseznam"/>
              <w:spacing w:after="16"/>
            </w:pPr>
            <w:r>
              <w:rPr>
                <w:color w:val="000000"/>
                <w:sz w:val="15"/>
              </w:rPr>
              <w:t>Katero varnostno pravilo in kateri gibalni korak sta bila danes najpomembnejša?</w:t>
            </w:r>
          </w:p>
          <w:p w14:paraId="49417E47" w14:textId="77777777" w:rsidR="00623E5F" w:rsidRDefault="00000000">
            <w:pPr>
              <w:pStyle w:val="Oznaenseznam"/>
              <w:spacing w:after="16"/>
            </w:pPr>
            <w:r>
              <w:rPr>
                <w:color w:val="000000"/>
                <w:sz w:val="15"/>
              </w:rPr>
              <w:t>Katero raven si izbral/-a, zakaj je bila primerna in kaj si pri naslednjem poskusu spremenil/-a?</w:t>
            </w:r>
          </w:p>
          <w:p w14:paraId="7096510B" w14:textId="77777777" w:rsidR="00623E5F" w:rsidRDefault="00000000">
            <w:pPr>
              <w:pStyle w:val="Oznaenseznam"/>
              <w:spacing w:after="16"/>
            </w:pPr>
            <w:r>
              <w:rPr>
                <w:color w:val="000000"/>
                <w:sz w:val="15"/>
              </w:rPr>
              <w:t>Kateri tvoj gibalni dokaz najjasneje pokaže dogovorjeno merilo?</w:t>
            </w:r>
          </w:p>
          <w:p w14:paraId="51AFF860"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12D811EF" w14:textId="77777777">
              <w:trPr>
                <w:jc w:val="center"/>
              </w:trPr>
              <w:tc>
                <w:tcPr>
                  <w:tcW w:w="7087" w:type="dxa"/>
                  <w:shd w:val="clear" w:color="auto" w:fill="C6E7F3"/>
                  <w:tcMar>
                    <w:top w:w="45" w:type="dxa"/>
                    <w:left w:w="70" w:type="dxa"/>
                    <w:bottom w:w="45" w:type="dxa"/>
                    <w:right w:w="70" w:type="dxa"/>
                  </w:tcMar>
                </w:tcPr>
                <w:p w14:paraId="66D84B92" w14:textId="77777777" w:rsidR="00623E5F" w:rsidRDefault="00000000">
                  <w:pPr>
                    <w:keepNext/>
                  </w:pPr>
                  <w:r>
                    <w:rPr>
                      <w:b/>
                      <w:color w:val="000000"/>
                    </w:rPr>
                    <w:t>ZAKLJUČNI DEL – UMIRJANJE, RAZTEZANJE, DOKAZ IN REFLEKSIJA (8–10 min)</w:t>
                  </w:r>
                </w:p>
              </w:tc>
            </w:tr>
          </w:tbl>
          <w:p w14:paraId="0634B4E6" w14:textId="77777777" w:rsidR="00623E5F" w:rsidRDefault="00623E5F">
            <w:pPr>
              <w:spacing w:line="20" w:lineRule="exact"/>
            </w:pPr>
          </w:p>
          <w:p w14:paraId="2F0CA270"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7C7EE3D5" w14:textId="77777777">
              <w:trPr>
                <w:jc w:val="center"/>
              </w:trPr>
              <w:tc>
                <w:tcPr>
                  <w:tcW w:w="7087" w:type="dxa"/>
                  <w:shd w:val="clear" w:color="auto" w:fill="EDC9EA"/>
                  <w:tcMar>
                    <w:top w:w="45" w:type="dxa"/>
                    <w:left w:w="70" w:type="dxa"/>
                    <w:bottom w:w="45" w:type="dxa"/>
                    <w:right w:w="70" w:type="dxa"/>
                  </w:tcMar>
                </w:tcPr>
                <w:p w14:paraId="12C07616" w14:textId="77777777" w:rsidR="00623E5F" w:rsidRDefault="00000000">
                  <w:pPr>
                    <w:keepNext/>
                  </w:pPr>
                  <w:r>
                    <w:rPr>
                      <w:b/>
                      <w:color w:val="000000"/>
                    </w:rPr>
                    <w:t>SAMOVREDNOTENJE</w:t>
                  </w:r>
                </w:p>
              </w:tc>
            </w:tr>
          </w:tbl>
          <w:p w14:paraId="2AF76B46" w14:textId="77777777" w:rsidR="00623E5F" w:rsidRDefault="00623E5F">
            <w:pPr>
              <w:spacing w:line="20" w:lineRule="exact"/>
            </w:pPr>
          </w:p>
          <w:p w14:paraId="70DB30DF"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1BB05213" w14:textId="77777777">
              <w:trPr>
                <w:jc w:val="center"/>
              </w:trPr>
              <w:tc>
                <w:tcPr>
                  <w:tcW w:w="7087" w:type="dxa"/>
                  <w:shd w:val="clear" w:color="auto" w:fill="EDC9EA"/>
                  <w:tcMar>
                    <w:top w:w="45" w:type="dxa"/>
                    <w:left w:w="70" w:type="dxa"/>
                    <w:bottom w:w="45" w:type="dxa"/>
                    <w:right w:w="70" w:type="dxa"/>
                  </w:tcMar>
                </w:tcPr>
                <w:p w14:paraId="23EED00D" w14:textId="77777777" w:rsidR="00623E5F" w:rsidRDefault="00000000">
                  <w:pPr>
                    <w:keepNext/>
                  </w:pPr>
                  <w:r>
                    <w:rPr>
                      <w:b/>
                      <w:color w:val="000000"/>
                    </w:rPr>
                    <w:t>VRSTNIŠKO OPAZOVANJE IN POVRATNA INFORMACIJA</w:t>
                  </w:r>
                </w:p>
              </w:tc>
            </w:tr>
          </w:tbl>
          <w:p w14:paraId="56496417" w14:textId="77777777" w:rsidR="00623E5F" w:rsidRDefault="00623E5F">
            <w:pPr>
              <w:spacing w:line="20" w:lineRule="exact"/>
            </w:pPr>
          </w:p>
          <w:p w14:paraId="5891A13E"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6A980899" w14:textId="77777777">
              <w:trPr>
                <w:jc w:val="center"/>
              </w:trPr>
              <w:tc>
                <w:tcPr>
                  <w:tcW w:w="7087" w:type="dxa"/>
                  <w:shd w:val="clear" w:color="auto" w:fill="EDC9EA"/>
                  <w:tcMar>
                    <w:top w:w="45" w:type="dxa"/>
                    <w:left w:w="70" w:type="dxa"/>
                    <w:bottom w:w="45" w:type="dxa"/>
                    <w:right w:w="70" w:type="dxa"/>
                  </w:tcMar>
                </w:tcPr>
                <w:p w14:paraId="65E3AE06" w14:textId="77777777" w:rsidR="00623E5F" w:rsidRDefault="00000000">
                  <w:pPr>
                    <w:keepNext/>
                  </w:pPr>
                  <w:r>
                    <w:rPr>
                      <w:b/>
                      <w:color w:val="000000"/>
                    </w:rPr>
                    <w:t>SKUPNI POVZETEK</w:t>
                  </w:r>
                </w:p>
              </w:tc>
            </w:tr>
          </w:tbl>
          <w:p w14:paraId="658ECF6A" w14:textId="77777777" w:rsidR="00623E5F" w:rsidRDefault="00623E5F"/>
          <w:p w14:paraId="32B7FCAF" w14:textId="77777777" w:rsidR="00623E5F" w:rsidRDefault="00000000">
            <w:pPr>
              <w:spacing w:before="20" w:after="40" w:line="245" w:lineRule="auto"/>
            </w:pPr>
            <w:r>
              <w:rPr>
                <w:b/>
                <w:color w:val="000000"/>
                <w:sz w:val="16"/>
              </w:rPr>
              <w:t>izvedem ogrevanje; prepoznam pomen rednega gibanja; vadi primerno svojim zmožnostim. Izbrani gibalni dokaz pojasnim in določim varen naslednji korak.</w:t>
            </w:r>
          </w:p>
        </w:tc>
        <w:tc>
          <w:tcPr>
            <w:tcW w:w="2551" w:type="dxa"/>
            <w:tcMar>
              <w:top w:w="70" w:type="dxa"/>
              <w:left w:w="90" w:type="dxa"/>
              <w:bottom w:w="70" w:type="dxa"/>
              <w:right w:w="90" w:type="dxa"/>
            </w:tcMar>
          </w:tcPr>
          <w:p w14:paraId="5765A3FC" w14:textId="77777777" w:rsidR="00623E5F" w:rsidRDefault="00623E5F"/>
          <w:p w14:paraId="7150CF4A" w14:textId="77777777" w:rsidR="00623E5F" w:rsidRDefault="00000000">
            <w:pPr>
              <w:spacing w:after="80" w:line="245" w:lineRule="auto"/>
            </w:pPr>
            <w:r>
              <w:rPr>
                <w:color w:val="000000"/>
                <w:sz w:val="15"/>
              </w:rPr>
              <w:t>Odgovarja na podporna vprašanja in se sklicuje na svojo izvedbo, počutje, izbrano raven in varnost.</w:t>
            </w:r>
          </w:p>
          <w:p w14:paraId="442D346E" w14:textId="77777777" w:rsidR="00623E5F" w:rsidRDefault="00000000">
            <w:pPr>
              <w:spacing w:after="80" w:line="245" w:lineRule="auto"/>
            </w:pPr>
            <w:r>
              <w:rPr>
                <w:color w:val="000000"/>
                <w:sz w:val="15"/>
              </w:rPr>
              <w:t>Predstavi izbrani gibalni dokaz ter pokaže ali pove, katero merilo z njim dosega.</w:t>
            </w:r>
          </w:p>
          <w:p w14:paraId="15414531" w14:textId="77777777" w:rsidR="00623E5F" w:rsidRDefault="00000000">
            <w:pPr>
              <w:spacing w:after="80" w:line="245" w:lineRule="auto"/>
            </w:pPr>
            <w:r>
              <w:rPr>
                <w:color w:val="000000"/>
                <w:sz w:val="15"/>
              </w:rPr>
              <w:t>Opazuje eno dogovorjeno prvino vrstnikove izvedbe in poda kratek, prijazen ter uporaben odziv.</w:t>
            </w:r>
          </w:p>
          <w:p w14:paraId="04082B7E"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48792736" w14:textId="77777777" w:rsidR="00623E5F" w:rsidRDefault="00000000">
            <w:pPr>
              <w:spacing w:after="100" w:line="245" w:lineRule="auto"/>
            </w:pPr>
            <w:r>
              <w:rPr>
                <w:color w:val="000000"/>
                <w:sz w:val="15"/>
              </w:rPr>
              <w:t>Umiri dihanje, oceni napor in počutje, izbere raven samostojnosti ter določi varen naslednji korak.</w:t>
            </w:r>
          </w:p>
          <w:p w14:paraId="6AE2236C" w14:textId="77777777" w:rsidR="00623E5F" w:rsidRDefault="00000000">
            <w:pPr>
              <w:spacing w:after="20" w:line="245" w:lineRule="auto"/>
            </w:pPr>
            <w:r>
              <w:rPr>
                <w:b/>
                <w:color w:val="D95BC6"/>
                <w:sz w:val="17"/>
              </w:rPr>
              <w:t>DOKAZ O UČENJU</w:t>
            </w:r>
          </w:p>
          <w:p w14:paraId="0075DA27"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35FE349E"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3C46A409" w14:textId="77777777">
        <w:trPr>
          <w:cantSplit/>
          <w:jc w:val="center"/>
        </w:trPr>
        <w:tc>
          <w:tcPr>
            <w:tcW w:w="14060" w:type="dxa"/>
            <w:gridSpan w:val="6"/>
            <w:tcMar>
              <w:top w:w="70" w:type="dxa"/>
              <w:left w:w="90" w:type="dxa"/>
              <w:bottom w:w="70" w:type="dxa"/>
              <w:right w:w="90" w:type="dxa"/>
            </w:tcMar>
            <w:vAlign w:val="center"/>
          </w:tcPr>
          <w:p w14:paraId="74354FE3" w14:textId="77777777" w:rsidR="00623E5F" w:rsidRDefault="00000000">
            <w:pPr>
              <w:jc w:val="center"/>
            </w:pPr>
            <w:r>
              <w:rPr>
                <w:b/>
                <w:color w:val="000000"/>
                <w:sz w:val="24"/>
              </w:rPr>
              <w:lastRenderedPageBreak/>
              <w:t>UČNA PRIPRAVA 26/39</w:t>
            </w:r>
          </w:p>
        </w:tc>
      </w:tr>
      <w:tr w:rsidR="00623E5F" w14:paraId="7FF4C9BB" w14:textId="77777777">
        <w:trPr>
          <w:jc w:val="center"/>
        </w:trPr>
        <w:tc>
          <w:tcPr>
            <w:tcW w:w="2665" w:type="dxa"/>
            <w:tcMar>
              <w:top w:w="70" w:type="dxa"/>
              <w:left w:w="90" w:type="dxa"/>
              <w:bottom w:w="70" w:type="dxa"/>
              <w:right w:w="90" w:type="dxa"/>
            </w:tcMar>
            <w:vAlign w:val="center"/>
          </w:tcPr>
          <w:p w14:paraId="7D0FCEBF"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27B81A7"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3729BEB5"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785F3D4" w14:textId="77777777" w:rsidR="00623E5F" w:rsidRDefault="00000000">
            <w:r>
              <w:rPr>
                <w:b/>
                <w:color w:val="000000"/>
                <w:sz w:val="16"/>
              </w:rPr>
              <w:t xml:space="preserve">NAČRTOVANI TERMIN: </w:t>
            </w:r>
            <w:r>
              <w:rPr>
                <w:color w:val="000000"/>
                <w:sz w:val="16"/>
              </w:rPr>
              <w:t>26. teden • 15.–19. 3. 2027</w:t>
            </w:r>
          </w:p>
        </w:tc>
        <w:tc>
          <w:tcPr>
            <w:tcW w:w="2268" w:type="dxa"/>
            <w:tcMar>
              <w:top w:w="70" w:type="dxa"/>
              <w:left w:w="90" w:type="dxa"/>
              <w:bottom w:w="70" w:type="dxa"/>
              <w:right w:w="90" w:type="dxa"/>
            </w:tcMar>
            <w:vAlign w:val="center"/>
          </w:tcPr>
          <w:p w14:paraId="48E7F032"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04F68263" w14:textId="77777777" w:rsidR="00623E5F" w:rsidRDefault="00000000">
            <w:r>
              <w:rPr>
                <w:b/>
                <w:color w:val="000000"/>
                <w:sz w:val="16"/>
              </w:rPr>
              <w:t xml:space="preserve">ŠTEVILO UR: </w:t>
            </w:r>
            <w:r>
              <w:rPr>
                <w:color w:val="000000"/>
                <w:sz w:val="16"/>
              </w:rPr>
              <w:t>3</w:t>
            </w:r>
          </w:p>
        </w:tc>
      </w:tr>
      <w:tr w:rsidR="00623E5F" w14:paraId="36B62C90" w14:textId="77777777">
        <w:trPr>
          <w:jc w:val="center"/>
        </w:trPr>
        <w:tc>
          <w:tcPr>
            <w:tcW w:w="14061" w:type="dxa"/>
            <w:gridSpan w:val="6"/>
            <w:tcMar>
              <w:top w:w="70" w:type="dxa"/>
              <w:left w:w="90" w:type="dxa"/>
              <w:bottom w:w="70" w:type="dxa"/>
              <w:right w:w="90" w:type="dxa"/>
            </w:tcMar>
            <w:vAlign w:val="center"/>
          </w:tcPr>
          <w:p w14:paraId="6CEC0CDB"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50B6DF0E" w14:textId="77777777">
        <w:trPr>
          <w:cantSplit/>
          <w:jc w:val="center"/>
        </w:trPr>
        <w:tc>
          <w:tcPr>
            <w:tcW w:w="14060" w:type="dxa"/>
            <w:gridSpan w:val="6"/>
            <w:tcMar>
              <w:top w:w="70" w:type="dxa"/>
              <w:left w:w="90" w:type="dxa"/>
              <w:bottom w:w="70" w:type="dxa"/>
              <w:right w:w="90" w:type="dxa"/>
            </w:tcMar>
            <w:vAlign w:val="center"/>
          </w:tcPr>
          <w:p w14:paraId="05D865A9" w14:textId="77777777" w:rsidR="00623E5F" w:rsidRDefault="00623E5F"/>
          <w:p w14:paraId="59C0B399" w14:textId="77777777" w:rsidR="00623E5F" w:rsidRDefault="00000000">
            <w:pPr>
              <w:spacing w:line="245" w:lineRule="auto"/>
            </w:pPr>
            <w:r>
              <w:rPr>
                <w:b/>
                <w:color w:val="000000"/>
                <w:sz w:val="15"/>
              </w:rPr>
              <w:t xml:space="preserve">UČNI SKLOP: </w:t>
            </w:r>
            <w:r>
              <w:rPr>
                <w:color w:val="000000"/>
                <w:sz w:val="15"/>
              </w:rPr>
              <w:t>ŽIVIM ZDRAVO – JAZ IN DOBRO POČUTJE</w:t>
            </w:r>
          </w:p>
        </w:tc>
      </w:tr>
      <w:tr w:rsidR="00623E5F" w14:paraId="4A3530B9" w14:textId="77777777">
        <w:trPr>
          <w:cantSplit/>
          <w:jc w:val="center"/>
        </w:trPr>
        <w:tc>
          <w:tcPr>
            <w:tcW w:w="14060" w:type="dxa"/>
            <w:gridSpan w:val="6"/>
            <w:tcMar>
              <w:top w:w="70" w:type="dxa"/>
              <w:left w:w="90" w:type="dxa"/>
              <w:bottom w:w="70" w:type="dxa"/>
              <w:right w:w="90" w:type="dxa"/>
            </w:tcMar>
            <w:vAlign w:val="center"/>
          </w:tcPr>
          <w:p w14:paraId="1297FA33" w14:textId="77777777" w:rsidR="00623E5F" w:rsidRDefault="00623E5F"/>
          <w:p w14:paraId="6B662F65" w14:textId="77777777" w:rsidR="00623E5F" w:rsidRDefault="00000000">
            <w:pPr>
              <w:spacing w:line="245" w:lineRule="auto"/>
            </w:pPr>
            <w:r>
              <w:rPr>
                <w:b/>
                <w:color w:val="000000"/>
                <w:sz w:val="15"/>
              </w:rPr>
              <w:t xml:space="preserve">UČNA TEMA: </w:t>
            </w:r>
            <w:r>
              <w:rPr>
                <w:color w:val="000000"/>
                <w:sz w:val="15"/>
              </w:rPr>
              <w:t>SODELOVALNE IGRE</w:t>
            </w:r>
          </w:p>
        </w:tc>
      </w:tr>
      <w:tr w:rsidR="00623E5F" w14:paraId="7C0C6702" w14:textId="77777777">
        <w:trPr>
          <w:cantSplit/>
          <w:jc w:val="center"/>
        </w:trPr>
        <w:tc>
          <w:tcPr>
            <w:tcW w:w="14060" w:type="dxa"/>
            <w:gridSpan w:val="6"/>
            <w:tcMar>
              <w:top w:w="70" w:type="dxa"/>
              <w:left w:w="90" w:type="dxa"/>
              <w:bottom w:w="70" w:type="dxa"/>
              <w:right w:w="90" w:type="dxa"/>
            </w:tcMar>
            <w:vAlign w:val="center"/>
          </w:tcPr>
          <w:p w14:paraId="759B0CEF" w14:textId="77777777" w:rsidR="00623E5F" w:rsidRDefault="00623E5F"/>
          <w:p w14:paraId="584C23F6" w14:textId="77777777" w:rsidR="00623E5F" w:rsidRDefault="00000000">
            <w:pPr>
              <w:spacing w:line="245" w:lineRule="auto"/>
            </w:pPr>
            <w:r>
              <w:rPr>
                <w:b/>
                <w:color w:val="000000"/>
                <w:sz w:val="15"/>
              </w:rPr>
              <w:t xml:space="preserve">KNJIŽEVNO / MOTIVNO IZHODIŠČE: </w:t>
            </w:r>
            <w:r>
              <w:rPr>
                <w:color w:val="000000"/>
                <w:sz w:val="15"/>
              </w:rPr>
              <w:t>»Žabji kralj« – brata Grimm • obljuba, pomoč, občutki in sprememba</w:t>
            </w:r>
          </w:p>
        </w:tc>
      </w:tr>
      <w:tr w:rsidR="00623E5F" w14:paraId="0D9B76EB" w14:textId="77777777">
        <w:trPr>
          <w:cantSplit/>
          <w:jc w:val="center"/>
        </w:trPr>
        <w:tc>
          <w:tcPr>
            <w:tcW w:w="14060" w:type="dxa"/>
            <w:gridSpan w:val="6"/>
            <w:tcMar>
              <w:top w:w="70" w:type="dxa"/>
              <w:left w:w="90" w:type="dxa"/>
              <w:bottom w:w="70" w:type="dxa"/>
              <w:right w:w="90" w:type="dxa"/>
            </w:tcMar>
            <w:vAlign w:val="center"/>
          </w:tcPr>
          <w:p w14:paraId="02D8C558" w14:textId="77777777" w:rsidR="00623E5F" w:rsidRDefault="00623E5F"/>
          <w:p w14:paraId="51178022" w14:textId="77777777" w:rsidR="00623E5F" w:rsidRDefault="00000000">
            <w:pPr>
              <w:spacing w:line="245" w:lineRule="auto"/>
            </w:pPr>
            <w:r>
              <w:rPr>
                <w:b/>
                <w:color w:val="000000"/>
                <w:sz w:val="15"/>
              </w:rPr>
              <w:t xml:space="preserve">GIBALNO IZHODIŠČE / MOTIVACIJA: </w:t>
            </w:r>
            <w:r>
              <w:rPr>
                <w:color w:val="000000"/>
                <w:sz w:val="15"/>
              </w:rPr>
              <w:t>lik iz zgodbe potrebuje skupino, ki zna upoštevati znak, pravilo in vlogo; učenci s kratko igro brez izločanja odkrijejo temo »sodelovalne igre«. Tedenski gibalni izziv: izvede žabje skoke in sodelovalne naloge.</w:t>
            </w:r>
          </w:p>
        </w:tc>
      </w:tr>
      <w:tr w:rsidR="00623E5F" w14:paraId="040877C5" w14:textId="77777777">
        <w:trPr>
          <w:cantSplit/>
          <w:jc w:val="center"/>
        </w:trPr>
        <w:tc>
          <w:tcPr>
            <w:tcW w:w="14060" w:type="dxa"/>
            <w:gridSpan w:val="6"/>
            <w:tcMar>
              <w:top w:w="70" w:type="dxa"/>
              <w:left w:w="90" w:type="dxa"/>
              <w:bottom w:w="70" w:type="dxa"/>
              <w:right w:w="90" w:type="dxa"/>
            </w:tcMar>
            <w:vAlign w:val="center"/>
          </w:tcPr>
          <w:p w14:paraId="202DC255" w14:textId="77777777" w:rsidR="00623E5F" w:rsidRDefault="00623E5F"/>
          <w:p w14:paraId="1684E9C2" w14:textId="77777777" w:rsidR="00623E5F" w:rsidRDefault="00000000">
            <w:pPr>
              <w:spacing w:line="245" w:lineRule="auto"/>
            </w:pPr>
            <w:r>
              <w:rPr>
                <w:b/>
                <w:color w:val="000000"/>
                <w:sz w:val="15"/>
              </w:rPr>
              <w:t xml:space="preserve">UČNE ENOTE: </w:t>
            </w:r>
            <w:r>
              <w:rPr>
                <w:color w:val="000000"/>
                <w:sz w:val="15"/>
              </w:rPr>
              <w:t>1. ura – Sodelovalne igre – Ogrejem se in usvojim gib • 2. ura – Sodelovalne igre – Vadim na postajah • 3. ura – Sodelovalne igre – Uporabim v igri</w:t>
            </w:r>
          </w:p>
        </w:tc>
      </w:tr>
      <w:tr w:rsidR="00623E5F" w14:paraId="48FB850A" w14:textId="77777777">
        <w:trPr>
          <w:cantSplit/>
          <w:jc w:val="center"/>
        </w:trPr>
        <w:tc>
          <w:tcPr>
            <w:tcW w:w="14060" w:type="dxa"/>
            <w:gridSpan w:val="6"/>
            <w:tcMar>
              <w:top w:w="70" w:type="dxa"/>
              <w:left w:w="90" w:type="dxa"/>
              <w:bottom w:w="70" w:type="dxa"/>
              <w:right w:w="90" w:type="dxa"/>
            </w:tcMar>
            <w:vAlign w:val="center"/>
          </w:tcPr>
          <w:p w14:paraId="53E76E32" w14:textId="77777777" w:rsidR="00623E5F" w:rsidRDefault="00623E5F"/>
          <w:p w14:paraId="707B65C1"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0D727E88" w14:textId="77777777">
        <w:trPr>
          <w:cantSplit/>
          <w:jc w:val="center"/>
        </w:trPr>
        <w:tc>
          <w:tcPr>
            <w:tcW w:w="14060" w:type="dxa"/>
            <w:gridSpan w:val="6"/>
            <w:tcMar>
              <w:top w:w="70" w:type="dxa"/>
              <w:left w:w="90" w:type="dxa"/>
              <w:bottom w:w="70" w:type="dxa"/>
              <w:right w:w="90" w:type="dxa"/>
            </w:tcMar>
            <w:vAlign w:val="center"/>
          </w:tcPr>
          <w:p w14:paraId="742BA812" w14:textId="77777777" w:rsidR="00623E5F" w:rsidRDefault="00623E5F"/>
          <w:p w14:paraId="49DBB9C4"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0C07E681" w14:textId="77777777">
        <w:trPr>
          <w:cantSplit/>
          <w:jc w:val="center"/>
        </w:trPr>
        <w:tc>
          <w:tcPr>
            <w:tcW w:w="14060" w:type="dxa"/>
            <w:gridSpan w:val="6"/>
            <w:tcMar>
              <w:top w:w="70" w:type="dxa"/>
              <w:left w:w="90" w:type="dxa"/>
              <w:bottom w:w="70" w:type="dxa"/>
              <w:right w:w="90" w:type="dxa"/>
            </w:tcMar>
            <w:vAlign w:val="center"/>
          </w:tcPr>
          <w:p w14:paraId="7C6CD136" w14:textId="77777777" w:rsidR="00623E5F" w:rsidRDefault="00623E5F"/>
          <w:p w14:paraId="75A31274"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1C879365" w14:textId="77777777">
        <w:trPr>
          <w:cantSplit/>
          <w:jc w:val="center"/>
        </w:trPr>
        <w:tc>
          <w:tcPr>
            <w:tcW w:w="14060" w:type="dxa"/>
            <w:gridSpan w:val="6"/>
            <w:tcMar>
              <w:top w:w="70" w:type="dxa"/>
              <w:left w:w="90" w:type="dxa"/>
              <w:bottom w:w="70" w:type="dxa"/>
              <w:right w:w="90" w:type="dxa"/>
            </w:tcMar>
            <w:vAlign w:val="center"/>
          </w:tcPr>
          <w:p w14:paraId="262287CE" w14:textId="77777777" w:rsidR="00623E5F" w:rsidRDefault="00623E5F"/>
          <w:p w14:paraId="15C0B25F" w14:textId="77777777" w:rsidR="00623E5F" w:rsidRDefault="00000000">
            <w:pPr>
              <w:spacing w:line="245" w:lineRule="auto"/>
            </w:pPr>
            <w:r>
              <w:rPr>
                <w:b/>
                <w:color w:val="000000"/>
                <w:sz w:val="15"/>
              </w:rPr>
              <w:t xml:space="preserve">MEDPREDMETNE POVEZAVE: </w:t>
            </w:r>
            <w:r>
              <w:rPr>
                <w:color w:val="000000"/>
                <w:sz w:val="15"/>
              </w:rPr>
              <w:t>SPO – obljuba, pomoč, občutki in sprememba,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7A6C53B2" w14:textId="77777777">
        <w:trPr>
          <w:cantSplit/>
          <w:jc w:val="center"/>
        </w:trPr>
        <w:tc>
          <w:tcPr>
            <w:tcW w:w="14060" w:type="dxa"/>
            <w:gridSpan w:val="6"/>
            <w:tcMar>
              <w:top w:w="70" w:type="dxa"/>
              <w:left w:w="90" w:type="dxa"/>
              <w:bottom w:w="70" w:type="dxa"/>
              <w:right w:w="90" w:type="dxa"/>
            </w:tcMar>
            <w:vAlign w:val="center"/>
          </w:tcPr>
          <w:p w14:paraId="182E5BF7" w14:textId="77777777" w:rsidR="00623E5F" w:rsidRDefault="00623E5F"/>
          <w:p w14:paraId="458AD724" w14:textId="77777777" w:rsidR="00623E5F" w:rsidRDefault="00000000">
            <w:pPr>
              <w:spacing w:line="245" w:lineRule="auto"/>
            </w:pPr>
            <w:r>
              <w:rPr>
                <w:b/>
                <w:color w:val="000000"/>
                <w:sz w:val="15"/>
              </w:rPr>
              <w:t xml:space="preserve">UČNA SREDSTVA IN PRIPOMOČKI: </w:t>
            </w:r>
            <w:r>
              <w:rPr>
                <w:color w:val="000000"/>
                <w:sz w:val="15"/>
              </w:rPr>
              <w:t>stožci, rutice, mehke žoge, obroči, vrvi, označevalni trakovi, kartice pravil in vlog; kartice namena in kriterijev; oznake štirih postaj; opazovalni list; semafor napora in mapa dokazov</w:t>
            </w:r>
          </w:p>
        </w:tc>
      </w:tr>
      <w:tr w:rsidR="00623E5F" w14:paraId="6F80743A" w14:textId="77777777">
        <w:trPr>
          <w:cantSplit/>
          <w:jc w:val="center"/>
        </w:trPr>
        <w:tc>
          <w:tcPr>
            <w:tcW w:w="14060" w:type="dxa"/>
            <w:gridSpan w:val="6"/>
            <w:tcMar>
              <w:top w:w="70" w:type="dxa"/>
              <w:left w:w="90" w:type="dxa"/>
              <w:bottom w:w="70" w:type="dxa"/>
              <w:right w:w="90" w:type="dxa"/>
            </w:tcMar>
            <w:vAlign w:val="center"/>
          </w:tcPr>
          <w:p w14:paraId="28D3C8C7" w14:textId="77777777" w:rsidR="00623E5F" w:rsidRDefault="00623E5F"/>
          <w:p w14:paraId="5FCA5089"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43772A9D" w14:textId="77777777">
        <w:trPr>
          <w:cantSplit/>
          <w:jc w:val="center"/>
        </w:trPr>
        <w:tc>
          <w:tcPr>
            <w:tcW w:w="14060" w:type="dxa"/>
            <w:gridSpan w:val="6"/>
            <w:tcMar>
              <w:top w:w="70" w:type="dxa"/>
              <w:left w:w="90" w:type="dxa"/>
              <w:bottom w:w="70" w:type="dxa"/>
              <w:right w:w="90" w:type="dxa"/>
            </w:tcMar>
            <w:vAlign w:val="center"/>
          </w:tcPr>
          <w:p w14:paraId="2DF7DAD2" w14:textId="77777777" w:rsidR="00623E5F" w:rsidRDefault="00623E5F"/>
          <w:p w14:paraId="1892669C"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1C2FFD42" w14:textId="77777777">
        <w:trPr>
          <w:cantSplit/>
          <w:jc w:val="center"/>
        </w:trPr>
        <w:tc>
          <w:tcPr>
            <w:tcW w:w="14060" w:type="dxa"/>
            <w:gridSpan w:val="6"/>
            <w:tcMar>
              <w:top w:w="70" w:type="dxa"/>
              <w:left w:w="90" w:type="dxa"/>
              <w:bottom w:w="70" w:type="dxa"/>
              <w:right w:w="90" w:type="dxa"/>
            </w:tcMar>
            <w:vAlign w:val="center"/>
          </w:tcPr>
          <w:p w14:paraId="4DAAAEDD" w14:textId="77777777" w:rsidR="00623E5F" w:rsidRDefault="00623E5F"/>
          <w:p w14:paraId="2803285B"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78138A6A"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712DE8B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0B2029D"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81B0F7C" w14:textId="77777777" w:rsidR="00623E5F" w:rsidRDefault="00000000">
            <w:pPr>
              <w:jc w:val="center"/>
            </w:pPr>
            <w:r>
              <w:rPr>
                <w:b/>
                <w:color w:val="000000"/>
                <w:sz w:val="20"/>
              </w:rPr>
              <w:t>UČNE DEJAVNOSTI, METODE IN FORMATIVNO SPREMLJANJE</w:t>
            </w:r>
          </w:p>
        </w:tc>
      </w:tr>
      <w:tr w:rsidR="00623E5F" w14:paraId="3BFF067E" w14:textId="77777777">
        <w:trPr>
          <w:tblHeader/>
          <w:jc w:val="center"/>
        </w:trPr>
        <w:tc>
          <w:tcPr>
            <w:tcW w:w="4422" w:type="dxa"/>
            <w:vMerge/>
            <w:tcMar>
              <w:top w:w="70" w:type="dxa"/>
              <w:left w:w="90" w:type="dxa"/>
              <w:bottom w:w="70" w:type="dxa"/>
              <w:right w:w="90" w:type="dxa"/>
            </w:tcMar>
            <w:vAlign w:val="center"/>
          </w:tcPr>
          <w:p w14:paraId="0945275F" w14:textId="77777777" w:rsidR="00623E5F" w:rsidRDefault="00623E5F"/>
        </w:tc>
        <w:tc>
          <w:tcPr>
            <w:tcW w:w="7087" w:type="dxa"/>
            <w:shd w:val="clear" w:color="auto" w:fill="FFFFFF"/>
            <w:tcMar>
              <w:top w:w="70" w:type="dxa"/>
              <w:left w:w="90" w:type="dxa"/>
              <w:bottom w:w="70" w:type="dxa"/>
              <w:right w:w="90" w:type="dxa"/>
            </w:tcMar>
            <w:vAlign w:val="center"/>
          </w:tcPr>
          <w:p w14:paraId="3D04233B"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2C85F5B" w14:textId="77777777" w:rsidR="00623E5F" w:rsidRDefault="00000000">
            <w:pPr>
              <w:jc w:val="center"/>
            </w:pPr>
            <w:r>
              <w:rPr>
                <w:b/>
                <w:color w:val="000000"/>
              </w:rPr>
              <w:t>UČENEC</w:t>
            </w:r>
          </w:p>
        </w:tc>
      </w:tr>
      <w:tr w:rsidR="00623E5F" w14:paraId="0800F1BF" w14:textId="77777777">
        <w:trPr>
          <w:jc w:val="center"/>
        </w:trPr>
        <w:tc>
          <w:tcPr>
            <w:tcW w:w="4422" w:type="dxa"/>
            <w:tcMar>
              <w:top w:w="70" w:type="dxa"/>
              <w:left w:w="90" w:type="dxa"/>
              <w:bottom w:w="70" w:type="dxa"/>
              <w:right w:w="90" w:type="dxa"/>
            </w:tcMar>
          </w:tcPr>
          <w:p w14:paraId="41A8E0D9" w14:textId="77777777" w:rsidR="00623E5F" w:rsidRDefault="00623E5F"/>
          <w:p w14:paraId="06C6ACD8" w14:textId="77777777" w:rsidR="00623E5F" w:rsidRDefault="00000000">
            <w:pPr>
              <w:spacing w:after="60" w:line="245" w:lineRule="auto"/>
            </w:pPr>
            <w:r>
              <w:rPr>
                <w:b/>
                <w:color w:val="000000"/>
              </w:rPr>
              <w:t>UČNI CILJI</w:t>
            </w:r>
          </w:p>
          <w:p w14:paraId="0EE17CF0" w14:textId="77777777" w:rsidR="00623E5F" w:rsidRDefault="00000000">
            <w:pPr>
              <w:spacing w:after="20" w:line="245" w:lineRule="auto"/>
            </w:pPr>
            <w:r>
              <w:rPr>
                <w:b/>
                <w:color w:val="000000"/>
                <w:sz w:val="17"/>
              </w:rPr>
              <w:t>SPLOŠNI</w:t>
            </w:r>
          </w:p>
          <w:p w14:paraId="7B82CBF1"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63D6C4B3" w14:textId="77777777" w:rsidR="00623E5F" w:rsidRDefault="00000000">
            <w:pPr>
              <w:pStyle w:val="Oznaenseznam"/>
              <w:spacing w:after="16"/>
            </w:pPr>
            <w:r>
              <w:rPr>
                <w:color w:val="000000"/>
                <w:sz w:val="15"/>
              </w:rPr>
              <w:t>varno hodi, teče, skače, meče, pleza, se plazi, lovi, ravnoteži, pleše in uporablja različne rekvizite</w:t>
            </w:r>
          </w:p>
          <w:p w14:paraId="4144F373" w14:textId="77777777" w:rsidR="00623E5F" w:rsidRDefault="00000000">
            <w:pPr>
              <w:pStyle w:val="Oznaenseznam"/>
              <w:spacing w:after="16"/>
            </w:pPr>
            <w:r>
              <w:rPr>
                <w:color w:val="000000"/>
                <w:sz w:val="15"/>
              </w:rPr>
              <w:t>razume pomen rednega gibanja, ogrevanja, higiene, primerne opreme, počitka in varnega ravnanja</w:t>
            </w:r>
          </w:p>
          <w:p w14:paraId="0D3C5640"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5EC59610" w14:textId="77777777" w:rsidR="00623E5F" w:rsidRDefault="00000000">
            <w:pPr>
              <w:spacing w:before="40" w:after="20" w:line="245" w:lineRule="auto"/>
            </w:pPr>
            <w:r>
              <w:rPr>
                <w:b/>
                <w:color w:val="000000"/>
                <w:sz w:val="17"/>
              </w:rPr>
              <w:t>OPERATIVNI</w:t>
            </w:r>
          </w:p>
          <w:p w14:paraId="5D1AC238" w14:textId="77777777" w:rsidR="00623E5F" w:rsidRDefault="00000000">
            <w:pPr>
              <w:pStyle w:val="Oznaenseznam"/>
              <w:spacing w:after="16"/>
            </w:pPr>
            <w:r>
              <w:rPr>
                <w:color w:val="000000"/>
                <w:sz w:val="15"/>
              </w:rPr>
              <w:t>sodeluje brez izločanja</w:t>
            </w:r>
          </w:p>
          <w:p w14:paraId="6699D973" w14:textId="77777777" w:rsidR="00623E5F" w:rsidRDefault="00000000">
            <w:pPr>
              <w:pStyle w:val="Oznaenseznam"/>
              <w:spacing w:after="16"/>
            </w:pPr>
            <w:r>
              <w:rPr>
                <w:color w:val="000000"/>
                <w:sz w:val="15"/>
              </w:rPr>
              <w:t>upošteva osebni prostor</w:t>
            </w:r>
          </w:p>
          <w:p w14:paraId="3737FB54" w14:textId="77777777" w:rsidR="00623E5F" w:rsidRDefault="00000000">
            <w:pPr>
              <w:pStyle w:val="Oznaenseznam"/>
              <w:spacing w:after="16"/>
            </w:pPr>
            <w:r>
              <w:rPr>
                <w:color w:val="000000"/>
                <w:sz w:val="15"/>
              </w:rPr>
              <w:t>poda podporno povratno informacijo</w:t>
            </w:r>
          </w:p>
          <w:p w14:paraId="79B1843A" w14:textId="77777777" w:rsidR="00623E5F" w:rsidRDefault="00000000">
            <w:pPr>
              <w:spacing w:before="40" w:after="20" w:line="245" w:lineRule="auto"/>
            </w:pPr>
            <w:r>
              <w:rPr>
                <w:b/>
                <w:color w:val="000000"/>
                <w:sz w:val="17"/>
              </w:rPr>
              <w:t>PRIČAKOVANI DOSEŽKI / MINIMALNI POUDARKI</w:t>
            </w:r>
          </w:p>
          <w:p w14:paraId="2A2AA68C" w14:textId="77777777" w:rsidR="00623E5F" w:rsidRDefault="00000000">
            <w:pPr>
              <w:pStyle w:val="Oznaenseznam"/>
              <w:spacing w:after="16"/>
            </w:pPr>
            <w:r>
              <w:rPr>
                <w:color w:val="000000"/>
                <w:sz w:val="15"/>
              </w:rPr>
              <w:t>učenec samostojno oziroma z dogovorjeno oporo sodeluje brez izločanja</w:t>
            </w:r>
          </w:p>
          <w:p w14:paraId="41441DE7" w14:textId="77777777" w:rsidR="00623E5F" w:rsidRDefault="00000000">
            <w:pPr>
              <w:pStyle w:val="Oznaenseznam"/>
              <w:spacing w:after="16"/>
            </w:pPr>
            <w:r>
              <w:rPr>
                <w:color w:val="000000"/>
                <w:sz w:val="15"/>
              </w:rPr>
              <w:t>učenec samostojno oziroma z dogovorjeno oporo upošteva osebni prostor</w:t>
            </w:r>
          </w:p>
          <w:p w14:paraId="6D3C06F9" w14:textId="77777777" w:rsidR="00623E5F" w:rsidRDefault="00000000">
            <w:pPr>
              <w:pStyle w:val="Oznaenseznam"/>
              <w:spacing w:after="16"/>
            </w:pPr>
            <w:r>
              <w:rPr>
                <w:color w:val="000000"/>
                <w:sz w:val="15"/>
              </w:rPr>
              <w:t>učenec samostojno oziroma z dogovorjeno oporo poda podporno povratno informacijo</w:t>
            </w:r>
          </w:p>
        </w:tc>
        <w:tc>
          <w:tcPr>
            <w:tcW w:w="7087" w:type="dxa"/>
            <w:tcMar>
              <w:top w:w="70" w:type="dxa"/>
              <w:left w:w="90" w:type="dxa"/>
              <w:bottom w:w="70" w:type="dxa"/>
              <w:right w:w="90" w:type="dxa"/>
            </w:tcMar>
          </w:tcPr>
          <w:p w14:paraId="32E4796A"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297B017" w14:textId="77777777">
              <w:trPr>
                <w:jc w:val="center"/>
              </w:trPr>
              <w:tc>
                <w:tcPr>
                  <w:tcW w:w="7087" w:type="dxa"/>
                  <w:shd w:val="clear" w:color="auto" w:fill="C6E7F3"/>
                  <w:tcMar>
                    <w:top w:w="45" w:type="dxa"/>
                    <w:left w:w="70" w:type="dxa"/>
                    <w:bottom w:w="45" w:type="dxa"/>
                    <w:right w:w="70" w:type="dxa"/>
                  </w:tcMar>
                </w:tcPr>
                <w:p w14:paraId="0212B433" w14:textId="77777777" w:rsidR="00623E5F" w:rsidRDefault="00000000">
                  <w:pPr>
                    <w:keepNext/>
                  </w:pPr>
                  <w:r>
                    <w:rPr>
                      <w:b/>
                      <w:color w:val="000000"/>
                    </w:rPr>
                    <w:t>UVODNI DEL – POČUTJE, GIBALNI NAMIG, PREDZNANJE IN NAMEN UČENJA (7–10 min)</w:t>
                  </w:r>
                </w:p>
              </w:tc>
            </w:tr>
          </w:tbl>
          <w:p w14:paraId="304B389A" w14:textId="77777777" w:rsidR="00623E5F" w:rsidRDefault="00623E5F">
            <w:pPr>
              <w:spacing w:line="20" w:lineRule="exact"/>
            </w:pPr>
          </w:p>
          <w:p w14:paraId="50C7390C" w14:textId="77777777" w:rsidR="00623E5F" w:rsidRDefault="00000000">
            <w:pPr>
              <w:spacing w:before="40" w:after="60" w:line="245" w:lineRule="auto"/>
            </w:pPr>
            <w:r>
              <w:rPr>
                <w:color w:val="000000"/>
                <w:sz w:val="15"/>
              </w:rPr>
              <w:t>Ob književnem motivu »Žabji kralj« – brata Grimm učenci vstopijo v temo obljuba, pomoč, občutki in sprememba. Učiteljica pripravi kratek gibalni namig: lik iz zgodbe potrebuje skupino, ki zna upoštevati znak, pravilo in vlogo; učenci s kratko igro brez izločanja odkrijejo temo »sodelovalne igre«. Tedenski gibalni izziv: izvede žabje skoke in sodelovalne naloge.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24046B48" w14:textId="77777777">
              <w:trPr>
                <w:jc w:val="center"/>
              </w:trPr>
              <w:tc>
                <w:tcPr>
                  <w:tcW w:w="7087" w:type="dxa"/>
                  <w:shd w:val="clear" w:color="auto" w:fill="EDC9EA"/>
                  <w:tcMar>
                    <w:top w:w="45" w:type="dxa"/>
                    <w:left w:w="70" w:type="dxa"/>
                    <w:bottom w:w="45" w:type="dxa"/>
                    <w:right w:w="70" w:type="dxa"/>
                  </w:tcMar>
                </w:tcPr>
                <w:p w14:paraId="05E457AE" w14:textId="77777777" w:rsidR="00623E5F" w:rsidRDefault="00000000">
                  <w:pPr>
                    <w:keepNext/>
                  </w:pPr>
                  <w:r>
                    <w:rPr>
                      <w:b/>
                      <w:color w:val="000000"/>
                    </w:rPr>
                    <w:t>NAMENI UČENJA</w:t>
                  </w:r>
                </w:p>
              </w:tc>
            </w:tr>
          </w:tbl>
          <w:p w14:paraId="58945E0E" w14:textId="77777777" w:rsidR="00623E5F" w:rsidRDefault="00623E5F">
            <w:pPr>
              <w:spacing w:line="20" w:lineRule="exact"/>
            </w:pPr>
          </w:p>
          <w:p w14:paraId="4EE92211"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60CCBDFD" w14:textId="77777777" w:rsidR="00623E5F" w:rsidRDefault="00000000">
            <w:pPr>
              <w:pStyle w:val="Oznaenseznam"/>
              <w:spacing w:after="16"/>
            </w:pPr>
            <w:r>
              <w:rPr>
                <w:color w:val="000000"/>
                <w:sz w:val="15"/>
              </w:rPr>
              <w:t>sodelujem brez izločanja</w:t>
            </w:r>
          </w:p>
          <w:p w14:paraId="29A18E9E" w14:textId="77777777" w:rsidR="00623E5F" w:rsidRDefault="00000000">
            <w:pPr>
              <w:pStyle w:val="Oznaenseznam"/>
              <w:spacing w:after="16"/>
            </w:pPr>
            <w:r>
              <w:rPr>
                <w:color w:val="000000"/>
                <w:sz w:val="15"/>
              </w:rPr>
              <w:t>upoštevam osebni prostor</w:t>
            </w:r>
          </w:p>
          <w:p w14:paraId="35E918F8" w14:textId="77777777" w:rsidR="00623E5F" w:rsidRDefault="00000000">
            <w:pPr>
              <w:pStyle w:val="Oznaenseznam"/>
              <w:spacing w:after="16"/>
            </w:pPr>
            <w:r>
              <w:rPr>
                <w:color w:val="000000"/>
                <w:sz w:val="15"/>
              </w:rPr>
              <w:t>podam podporno povratno informacijo</w:t>
            </w:r>
          </w:p>
          <w:tbl>
            <w:tblPr>
              <w:tblStyle w:val="Tabelamrea"/>
              <w:tblW w:w="0" w:type="auto"/>
              <w:jc w:val="center"/>
              <w:tblLayout w:type="fixed"/>
              <w:tblLook w:val="04A0" w:firstRow="1" w:lastRow="0" w:firstColumn="1" w:lastColumn="0" w:noHBand="0" w:noVBand="1"/>
            </w:tblPr>
            <w:tblGrid>
              <w:gridCol w:w="7087"/>
            </w:tblGrid>
            <w:tr w:rsidR="00623E5F" w14:paraId="3847F700" w14:textId="77777777">
              <w:trPr>
                <w:jc w:val="center"/>
              </w:trPr>
              <w:tc>
                <w:tcPr>
                  <w:tcW w:w="7087" w:type="dxa"/>
                  <w:shd w:val="clear" w:color="auto" w:fill="EDC9EA"/>
                  <w:tcMar>
                    <w:top w:w="45" w:type="dxa"/>
                    <w:left w:w="70" w:type="dxa"/>
                    <w:bottom w:w="45" w:type="dxa"/>
                    <w:right w:w="70" w:type="dxa"/>
                  </w:tcMar>
                </w:tcPr>
                <w:p w14:paraId="4A6FA634" w14:textId="77777777" w:rsidR="00623E5F" w:rsidRDefault="00000000">
                  <w:pPr>
                    <w:keepNext/>
                  </w:pPr>
                  <w:r>
                    <w:rPr>
                      <w:b/>
                      <w:color w:val="000000"/>
                    </w:rPr>
                    <w:t>PREVERJANJE PREDZNANJA</w:t>
                  </w:r>
                </w:p>
              </w:tc>
            </w:tr>
          </w:tbl>
          <w:p w14:paraId="3BDB9A3C" w14:textId="77777777" w:rsidR="00623E5F" w:rsidRDefault="00623E5F">
            <w:pPr>
              <w:spacing w:line="20" w:lineRule="exact"/>
            </w:pPr>
          </w:p>
          <w:p w14:paraId="72B8C477" w14:textId="77777777" w:rsidR="00623E5F" w:rsidRDefault="00000000">
            <w:pPr>
              <w:pStyle w:val="Oznaenseznam"/>
              <w:spacing w:after="16"/>
            </w:pPr>
            <w:r>
              <w:rPr>
                <w:color w:val="000000"/>
                <w:sz w:val="15"/>
              </w:rPr>
              <w:t>Kaj moje telo in prostor že znata pokazati pri temi »SODELOVALNE IGRE«?</w:t>
            </w:r>
          </w:p>
          <w:p w14:paraId="3555ECD0" w14:textId="77777777" w:rsidR="00623E5F" w:rsidRDefault="00000000">
            <w:pPr>
              <w:pStyle w:val="Oznaenseznam"/>
              <w:spacing w:after="16"/>
            </w:pPr>
            <w:r>
              <w:rPr>
                <w:color w:val="000000"/>
                <w:sz w:val="15"/>
              </w:rPr>
              <w:t>Katero varnostno pravilo, gibalni korak ali strategijo že obvladam in kaj bi najprej preizkusil/-a?</w:t>
            </w:r>
          </w:p>
          <w:p w14:paraId="3C6AAA79"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151DDF34" w14:textId="77777777">
              <w:trPr>
                <w:jc w:val="center"/>
              </w:trPr>
              <w:tc>
                <w:tcPr>
                  <w:tcW w:w="7087" w:type="dxa"/>
                  <w:shd w:val="clear" w:color="auto" w:fill="EDC9EA"/>
                  <w:tcMar>
                    <w:top w:w="45" w:type="dxa"/>
                    <w:left w:w="70" w:type="dxa"/>
                    <w:bottom w:w="45" w:type="dxa"/>
                    <w:right w:w="70" w:type="dxa"/>
                  </w:tcMar>
                </w:tcPr>
                <w:p w14:paraId="631AC5A9" w14:textId="77777777" w:rsidR="00623E5F" w:rsidRDefault="00000000">
                  <w:pPr>
                    <w:keepNext/>
                  </w:pPr>
                  <w:r>
                    <w:rPr>
                      <w:b/>
                      <w:color w:val="000000"/>
                    </w:rPr>
                    <w:t>KRITERIJI USPEŠNOSTI</w:t>
                  </w:r>
                </w:p>
              </w:tc>
            </w:tr>
          </w:tbl>
          <w:p w14:paraId="36089C91" w14:textId="77777777" w:rsidR="00623E5F" w:rsidRDefault="00623E5F"/>
          <w:p w14:paraId="036B35E1" w14:textId="77777777" w:rsidR="00623E5F" w:rsidRDefault="00000000">
            <w:pPr>
              <w:spacing w:before="20" w:after="20" w:line="245" w:lineRule="auto"/>
            </w:pPr>
            <w:r>
              <w:rPr>
                <w:b/>
                <w:color w:val="000000"/>
                <w:sz w:val="16"/>
              </w:rPr>
              <w:t>Uspešen/-na bom, ko:</w:t>
            </w:r>
          </w:p>
          <w:p w14:paraId="42FEABFD" w14:textId="77777777" w:rsidR="00623E5F" w:rsidRDefault="00000000">
            <w:pPr>
              <w:pStyle w:val="Oznaenseznam"/>
              <w:spacing w:after="16"/>
            </w:pPr>
            <w:r>
              <w:rPr>
                <w:color w:val="000000"/>
                <w:sz w:val="15"/>
              </w:rPr>
              <w:t>sodelujem brez izločanja</w:t>
            </w:r>
          </w:p>
          <w:p w14:paraId="3F18EC0A" w14:textId="77777777" w:rsidR="00623E5F" w:rsidRDefault="00000000">
            <w:pPr>
              <w:pStyle w:val="Oznaenseznam"/>
              <w:spacing w:after="16"/>
            </w:pPr>
            <w:r>
              <w:rPr>
                <w:color w:val="000000"/>
                <w:sz w:val="15"/>
              </w:rPr>
              <w:t>upoštevam osebni prostor</w:t>
            </w:r>
          </w:p>
          <w:p w14:paraId="3A242163" w14:textId="77777777" w:rsidR="00623E5F" w:rsidRDefault="00000000">
            <w:pPr>
              <w:pStyle w:val="Oznaenseznam"/>
              <w:spacing w:after="16"/>
            </w:pPr>
            <w:r>
              <w:rPr>
                <w:color w:val="000000"/>
                <w:sz w:val="15"/>
              </w:rPr>
              <w:t>podam podporno povratno informacijo</w:t>
            </w:r>
          </w:p>
          <w:p w14:paraId="1721A012" w14:textId="77777777" w:rsidR="00623E5F" w:rsidRDefault="00000000">
            <w:pPr>
              <w:pStyle w:val="Oznaenseznam"/>
              <w:spacing w:after="16"/>
            </w:pPr>
            <w:r>
              <w:rPr>
                <w:color w:val="000000"/>
                <w:sz w:val="15"/>
              </w:rPr>
              <w:t>pred začetkom preverim prostor in opremo, ohranjam razdaljo ter se na znak varno ustavim</w:t>
            </w:r>
          </w:p>
          <w:p w14:paraId="0006827F"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14C8FF35" w14:textId="77777777" w:rsidR="00623E5F" w:rsidRDefault="00623E5F"/>
          <w:p w14:paraId="7DF34927"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794A4DCD"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3297AA2F" w14:textId="77777777" w:rsidR="00623E5F" w:rsidRDefault="00000000">
            <w:pPr>
              <w:spacing w:after="100" w:line="245" w:lineRule="auto"/>
            </w:pPr>
            <w:r>
              <w:rPr>
                <w:color w:val="000000"/>
                <w:sz w:val="15"/>
              </w:rPr>
              <w:t>Sodeluje pri razumevanju namena, vidnih meril, varnostnih pravil, prehodov in načina dokazovanja.</w:t>
            </w:r>
          </w:p>
          <w:p w14:paraId="7F689886" w14:textId="77777777" w:rsidR="00623E5F" w:rsidRDefault="00000000">
            <w:pPr>
              <w:spacing w:after="20" w:line="245" w:lineRule="auto"/>
            </w:pPr>
            <w:r>
              <w:rPr>
                <w:b/>
                <w:color w:val="D95BC6"/>
                <w:sz w:val="17"/>
              </w:rPr>
              <w:t>DOKAZ O UČENJU</w:t>
            </w:r>
          </w:p>
          <w:p w14:paraId="6AB04982"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2746E6FC"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1ED062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61806AB"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2C4C602" w14:textId="77777777" w:rsidR="00623E5F" w:rsidRDefault="00000000">
            <w:pPr>
              <w:jc w:val="center"/>
            </w:pPr>
            <w:r>
              <w:rPr>
                <w:b/>
                <w:color w:val="000000"/>
                <w:sz w:val="20"/>
              </w:rPr>
              <w:t>UČNE DEJAVNOSTI, METODE IN FORMATIVNO SPREMLJANJE</w:t>
            </w:r>
          </w:p>
        </w:tc>
      </w:tr>
      <w:tr w:rsidR="00623E5F" w14:paraId="2026E93B" w14:textId="77777777">
        <w:trPr>
          <w:tblHeader/>
          <w:jc w:val="center"/>
        </w:trPr>
        <w:tc>
          <w:tcPr>
            <w:tcW w:w="4422" w:type="dxa"/>
            <w:vMerge/>
            <w:tcMar>
              <w:top w:w="70" w:type="dxa"/>
              <w:left w:w="90" w:type="dxa"/>
              <w:bottom w:w="70" w:type="dxa"/>
              <w:right w:w="90" w:type="dxa"/>
            </w:tcMar>
            <w:vAlign w:val="center"/>
          </w:tcPr>
          <w:p w14:paraId="4D12E92D" w14:textId="77777777" w:rsidR="00623E5F" w:rsidRDefault="00623E5F"/>
        </w:tc>
        <w:tc>
          <w:tcPr>
            <w:tcW w:w="7087" w:type="dxa"/>
            <w:shd w:val="clear" w:color="auto" w:fill="FFFFFF"/>
            <w:tcMar>
              <w:top w:w="70" w:type="dxa"/>
              <w:left w:w="90" w:type="dxa"/>
              <w:bottom w:w="70" w:type="dxa"/>
              <w:right w:w="90" w:type="dxa"/>
            </w:tcMar>
            <w:vAlign w:val="center"/>
          </w:tcPr>
          <w:p w14:paraId="698854B6"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E26C381" w14:textId="77777777" w:rsidR="00623E5F" w:rsidRDefault="00000000">
            <w:pPr>
              <w:jc w:val="center"/>
            </w:pPr>
            <w:r>
              <w:rPr>
                <w:b/>
                <w:color w:val="000000"/>
              </w:rPr>
              <w:t>UČENEC</w:t>
            </w:r>
          </w:p>
        </w:tc>
      </w:tr>
      <w:tr w:rsidR="00623E5F" w14:paraId="7079B4AB" w14:textId="77777777">
        <w:trPr>
          <w:jc w:val="center"/>
        </w:trPr>
        <w:tc>
          <w:tcPr>
            <w:tcW w:w="4422" w:type="dxa"/>
            <w:tcMar>
              <w:top w:w="70" w:type="dxa"/>
              <w:left w:w="90" w:type="dxa"/>
              <w:bottom w:w="70" w:type="dxa"/>
              <w:right w:w="90" w:type="dxa"/>
            </w:tcMar>
          </w:tcPr>
          <w:p w14:paraId="0FCE4D36" w14:textId="77777777" w:rsidR="00623E5F" w:rsidRDefault="00623E5F"/>
          <w:p w14:paraId="7874BCBF" w14:textId="77777777" w:rsidR="00623E5F" w:rsidRDefault="00000000">
            <w:pPr>
              <w:spacing w:after="40" w:line="245" w:lineRule="auto"/>
            </w:pPr>
            <w:r>
              <w:rPr>
                <w:b/>
                <w:color w:val="000000"/>
                <w:sz w:val="17"/>
              </w:rPr>
              <w:t>KLJUČNI ŠPORTNI IN GIBALNI POJMI</w:t>
            </w:r>
          </w:p>
          <w:p w14:paraId="3179EB11"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znak, vloga, lovljenje, umik, prostor, dogovor, igra brez izločanja</w:t>
            </w:r>
          </w:p>
          <w:p w14:paraId="2D3BB26F" w14:textId="77777777" w:rsidR="00623E5F" w:rsidRDefault="00000000">
            <w:pPr>
              <w:spacing w:after="20" w:line="245" w:lineRule="auto"/>
            </w:pPr>
            <w:r>
              <w:rPr>
                <w:b/>
                <w:color w:val="000000"/>
                <w:sz w:val="17"/>
              </w:rPr>
              <w:t>DOKAZI O UČENJU</w:t>
            </w:r>
          </w:p>
          <w:p w14:paraId="66391C32" w14:textId="77777777" w:rsidR="00623E5F" w:rsidRDefault="00000000">
            <w:pPr>
              <w:pStyle w:val="Oznaenseznam"/>
              <w:spacing w:after="7"/>
            </w:pPr>
            <w:r>
              <w:rPr>
                <w:color w:val="000000"/>
                <w:sz w:val="14"/>
              </w:rPr>
              <w:t>varen odziv na znak, začetni poskus prvine in ustno varnostno pravilo.</w:t>
            </w:r>
          </w:p>
          <w:p w14:paraId="37FB9C21" w14:textId="77777777" w:rsidR="00623E5F" w:rsidRDefault="00000000">
            <w:pPr>
              <w:pStyle w:val="Oznaenseznam"/>
              <w:spacing w:after="7"/>
            </w:pPr>
            <w:r>
              <w:rPr>
                <w:color w:val="000000"/>
                <w:sz w:val="14"/>
              </w:rPr>
              <w:t>opazovalna kartica, izvedba na izbrani ravni in učiteljev zapis o napredku.</w:t>
            </w:r>
          </w:p>
          <w:p w14:paraId="4AA18264" w14:textId="77777777" w:rsidR="00623E5F" w:rsidRDefault="00000000">
            <w:pPr>
              <w:pStyle w:val="Oznaenseznam"/>
              <w:spacing w:after="7"/>
            </w:pPr>
            <w:r>
              <w:rPr>
                <w:color w:val="000000"/>
                <w:sz w:val="14"/>
              </w:rPr>
              <w:t>uporaba prvine v igri, sodelovanje, upoštevanje pravil in osebno samovrednotenje.</w:t>
            </w:r>
          </w:p>
          <w:p w14:paraId="31141F74" w14:textId="77777777" w:rsidR="00623E5F" w:rsidRDefault="00000000">
            <w:pPr>
              <w:spacing w:before="40" w:after="20" w:line="245" w:lineRule="auto"/>
            </w:pPr>
            <w:r>
              <w:rPr>
                <w:b/>
                <w:color w:val="000000"/>
                <w:sz w:val="16"/>
              </w:rPr>
              <w:t>GIBALNO DOŽIVETJE IN IZKUŠENJSKI POUK</w:t>
            </w:r>
          </w:p>
          <w:p w14:paraId="6C0778E8"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75B65F54" w14:textId="77777777" w:rsidR="00623E5F" w:rsidRDefault="00000000">
            <w:pPr>
              <w:spacing w:after="20" w:line="245" w:lineRule="auto"/>
            </w:pPr>
            <w:r>
              <w:rPr>
                <w:b/>
                <w:color w:val="000000"/>
                <w:sz w:val="16"/>
              </w:rPr>
              <w:t>POUČEVANJE V GIBANJU</w:t>
            </w:r>
          </w:p>
          <w:p w14:paraId="70740DE0"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2F454E06" w14:textId="77777777" w:rsidR="00623E5F" w:rsidRDefault="00000000">
            <w:pPr>
              <w:spacing w:after="20" w:line="245" w:lineRule="auto"/>
            </w:pPr>
            <w:r>
              <w:rPr>
                <w:b/>
                <w:color w:val="000000"/>
                <w:sz w:val="16"/>
              </w:rPr>
              <w:t>DELO PO ŠTIRIH POSTAJAH</w:t>
            </w:r>
          </w:p>
          <w:p w14:paraId="10CF1B91"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746145EA" w14:textId="77777777" w:rsidR="00623E5F" w:rsidRDefault="00000000">
            <w:pPr>
              <w:spacing w:after="7" w:line="245" w:lineRule="auto"/>
            </w:pPr>
            <w:r>
              <w:rPr>
                <w:color w:val="000000"/>
                <w:sz w:val="14"/>
              </w:rPr>
              <w:t>1. Odzivna: na dogovorjen vidni ali zvočni znak spremenim smer, hitrost, vlogo ali način gibanja.</w:t>
            </w:r>
          </w:p>
          <w:p w14:paraId="52C423B5" w14:textId="77777777" w:rsidR="00623E5F" w:rsidRDefault="00000000">
            <w:pPr>
              <w:spacing w:after="7" w:line="245" w:lineRule="auto"/>
            </w:pPr>
            <w:r>
              <w:rPr>
                <w:color w:val="000000"/>
                <w:sz w:val="14"/>
              </w:rPr>
              <w:t>2. Sodelovalna: v paru ali trojici rešim nalogo, pri kateri »sodelujem brez izločanja« in ohranim osebni prostor.</w:t>
            </w:r>
          </w:p>
          <w:p w14:paraId="499AC0C7" w14:textId="77777777" w:rsidR="00623E5F" w:rsidRDefault="00000000">
            <w:pPr>
              <w:spacing w:after="7" w:line="245" w:lineRule="auto"/>
            </w:pPr>
            <w:r>
              <w:rPr>
                <w:color w:val="000000"/>
                <w:sz w:val="14"/>
              </w:rPr>
              <w:t>3. Pravilna: s slikovnimi karticami sestavim pravilo, ga pokažem v kratki igri in po potrebi izboljšam.</w:t>
            </w:r>
          </w:p>
          <w:p w14:paraId="50E26CF5" w14:textId="77777777" w:rsidR="00623E5F" w:rsidRDefault="00000000">
            <w:pPr>
              <w:spacing w:after="7" w:line="245" w:lineRule="auto"/>
            </w:pPr>
            <w:r>
              <w:rPr>
                <w:color w:val="000000"/>
                <w:sz w:val="14"/>
              </w:rPr>
              <w:t>4. Igra brez izločanja: vsi ostajamo dejavni, menjamo vloge in preverimo, kako »podam podporno povratno informacijo«.</w:t>
            </w:r>
          </w:p>
          <w:p w14:paraId="197AC49A" w14:textId="77777777" w:rsidR="00623E5F" w:rsidRDefault="00000000">
            <w:pPr>
              <w:spacing w:after="20" w:line="245" w:lineRule="auto"/>
            </w:pPr>
            <w:r>
              <w:rPr>
                <w:b/>
                <w:color w:val="000000"/>
                <w:sz w:val="16"/>
              </w:rPr>
              <w:t>DIFERENCIACIJA IN VKLJUČEVANJE</w:t>
            </w:r>
          </w:p>
          <w:p w14:paraId="15D51A5F"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2B615A7F" w14:textId="77777777" w:rsidR="00623E5F" w:rsidRDefault="00000000">
            <w:pPr>
              <w:spacing w:after="20" w:line="245" w:lineRule="auto"/>
            </w:pPr>
            <w:r>
              <w:rPr>
                <w:b/>
                <w:color w:val="000000"/>
                <w:sz w:val="16"/>
              </w:rPr>
              <w:t>SPREMLJANJE</w:t>
            </w:r>
          </w:p>
          <w:p w14:paraId="50D98584"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43E3E874"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88DF85A" w14:textId="77777777">
              <w:trPr>
                <w:jc w:val="center"/>
              </w:trPr>
              <w:tc>
                <w:tcPr>
                  <w:tcW w:w="7087" w:type="dxa"/>
                  <w:shd w:val="clear" w:color="auto" w:fill="C6E7F3"/>
                  <w:tcMar>
                    <w:top w:w="45" w:type="dxa"/>
                    <w:left w:w="70" w:type="dxa"/>
                    <w:bottom w:w="45" w:type="dxa"/>
                    <w:right w:w="70" w:type="dxa"/>
                  </w:tcMar>
                </w:tcPr>
                <w:p w14:paraId="19597945" w14:textId="77777777" w:rsidR="00623E5F" w:rsidRDefault="00000000">
                  <w:pPr>
                    <w:keepNext/>
                  </w:pPr>
                  <w:r>
                    <w:rPr>
                      <w:b/>
                      <w:color w:val="000000"/>
                      <w:sz w:val="16"/>
                    </w:rPr>
                    <w:t>GLAVNI DEL – GIBALNI IZZIV, VADBA NA ŠTIRIH POSTAJAH IN IGRA (3 šolske ure)</w:t>
                  </w:r>
                </w:p>
              </w:tc>
            </w:tr>
          </w:tbl>
          <w:p w14:paraId="197D5596" w14:textId="77777777" w:rsidR="00623E5F" w:rsidRDefault="00623E5F">
            <w:pPr>
              <w:spacing w:line="20" w:lineRule="exact"/>
            </w:pPr>
          </w:p>
          <w:p w14:paraId="78491A81" w14:textId="77777777" w:rsidR="00623E5F" w:rsidRDefault="00000000">
            <w:pPr>
              <w:keepNext/>
              <w:spacing w:before="16" w:after="6" w:line="245" w:lineRule="auto"/>
            </w:pPr>
            <w:r>
              <w:rPr>
                <w:b/>
                <w:color w:val="000000"/>
                <w:sz w:val="15"/>
              </w:rPr>
              <w:t>1. URA – Sodelovalne igre – Ogrejem se in usvojim gib</w:t>
            </w:r>
          </w:p>
          <w:p w14:paraId="278ABDDA"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»Žabji kralj« – brata Grimm. Osrednji del 30': 32' – Preveri prostor in opremo, predstavi varnostni znak ter skozi gibalno zgodbo modelira ključno prvino po korakih.</w:t>
            </w:r>
          </w:p>
          <w:p w14:paraId="10A218C2"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359C85AC" w14:textId="77777777" w:rsidR="00623E5F" w:rsidRDefault="00000000">
            <w:pPr>
              <w:spacing w:after="15" w:line="245" w:lineRule="auto"/>
            </w:pPr>
            <w:r>
              <w:rPr>
                <w:i/>
                <w:color w:val="D95BC6"/>
                <w:sz w:val="14"/>
              </w:rPr>
              <w:t>Predvideni dokaz: varen odziv na znak, začetni poskus prvine in ustno varnostno pravilo..</w:t>
            </w:r>
          </w:p>
          <w:p w14:paraId="50C0DDFE" w14:textId="77777777" w:rsidR="00623E5F" w:rsidRDefault="00000000">
            <w:pPr>
              <w:keepNext/>
              <w:spacing w:before="16" w:after="6" w:line="245" w:lineRule="auto"/>
            </w:pPr>
            <w:r>
              <w:rPr>
                <w:b/>
                <w:color w:val="000000"/>
                <w:sz w:val="15"/>
              </w:rPr>
              <w:t>2. URA – Sodelovalne igre – Vadim na postajah</w:t>
            </w:r>
          </w:p>
          <w:p w14:paraId="12113032"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»Žabji kralj« – brata Grimm. Osrednji del 30': 32' – Pripravi 4–6 postaj z enosmernimi prehodi, pokaže tri ravni izziva in opazovalcu dodeli en jasen kriterij.</w:t>
            </w:r>
          </w:p>
          <w:p w14:paraId="38729640"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1EFAF5E9" w14:textId="77777777" w:rsidR="00623E5F" w:rsidRDefault="00000000">
            <w:pPr>
              <w:spacing w:after="15" w:line="245" w:lineRule="auto"/>
            </w:pPr>
            <w:r>
              <w:rPr>
                <w:i/>
                <w:color w:val="D95BC6"/>
                <w:sz w:val="14"/>
              </w:rPr>
              <w:t>Predvideni dokaz: opazovalna kartica, izvedba na izbrani ravni in učiteljev zapis o napredku..</w:t>
            </w:r>
          </w:p>
          <w:p w14:paraId="1CB8AB43" w14:textId="77777777" w:rsidR="00623E5F" w:rsidRDefault="00000000">
            <w:pPr>
              <w:keepNext/>
              <w:spacing w:before="16" w:after="6" w:line="245" w:lineRule="auto"/>
            </w:pPr>
            <w:r>
              <w:rPr>
                <w:b/>
                <w:color w:val="000000"/>
                <w:sz w:val="15"/>
              </w:rPr>
              <w:t>3. URA – Sodelovalne igre – Uporabim v igri</w:t>
            </w:r>
          </w:p>
          <w:p w14:paraId="738EE4FB"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»Žabji kralj« – brata Grimm. Osrednji del 30': 32' – Organizira vključujočo igro ali izziv brez izločanja, spremlja varnost, pošteno igro in uporabo naučene prvine.</w:t>
            </w:r>
          </w:p>
          <w:p w14:paraId="4BF36180"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52F05021"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4E30C970" w14:textId="77777777">
              <w:trPr>
                <w:jc w:val="center"/>
              </w:trPr>
              <w:tc>
                <w:tcPr>
                  <w:tcW w:w="7087" w:type="dxa"/>
                  <w:shd w:val="clear" w:color="auto" w:fill="EDC9EA"/>
                  <w:tcMar>
                    <w:top w:w="45" w:type="dxa"/>
                    <w:left w:w="70" w:type="dxa"/>
                    <w:bottom w:w="45" w:type="dxa"/>
                    <w:right w:w="70" w:type="dxa"/>
                  </w:tcMar>
                </w:tcPr>
                <w:p w14:paraId="683ED9A7" w14:textId="77777777" w:rsidR="00623E5F" w:rsidRDefault="00000000">
                  <w:pPr>
                    <w:keepNext/>
                  </w:pPr>
                  <w:r>
                    <w:rPr>
                      <w:b/>
                      <w:color w:val="000000"/>
                      <w:sz w:val="16"/>
                    </w:rPr>
                    <w:t>ORGANIZACIJA POSTAJ, PREHODOV IN AKTIVNEGA ČASA</w:t>
                  </w:r>
                </w:p>
              </w:tc>
            </w:tr>
          </w:tbl>
          <w:p w14:paraId="40ACAB7F" w14:textId="77777777" w:rsidR="00623E5F" w:rsidRDefault="00623E5F"/>
          <w:p w14:paraId="3B3C10DC" w14:textId="77777777" w:rsidR="00623E5F" w:rsidRDefault="00000000">
            <w:pPr>
              <w:spacing w:before="5" w:after="6" w:line="245" w:lineRule="auto"/>
            </w:pPr>
            <w:r>
              <w:rPr>
                <w:color w:val="000000"/>
                <w:sz w:val="14"/>
              </w:rPr>
              <w:t>Postaja 1: Odzivna: na dogovorjen vidni ali zvočni znak spremenim smer, hitrost, vlogo ali način gibanja.</w:t>
            </w:r>
          </w:p>
          <w:p w14:paraId="0A5FAD14" w14:textId="77777777" w:rsidR="00623E5F" w:rsidRDefault="00000000">
            <w:pPr>
              <w:spacing w:before="5" w:after="6" w:line="245" w:lineRule="auto"/>
            </w:pPr>
            <w:r>
              <w:rPr>
                <w:color w:val="000000"/>
                <w:sz w:val="14"/>
              </w:rPr>
              <w:t>Postaja 2: Sodelovalna: v paru ali trojici rešim nalogo, pri kateri »sodelujem brez izločanja« in ohranim osebni prostor.</w:t>
            </w:r>
          </w:p>
          <w:p w14:paraId="137F93FD" w14:textId="77777777" w:rsidR="00623E5F" w:rsidRDefault="00000000">
            <w:pPr>
              <w:spacing w:before="5" w:after="6" w:line="245" w:lineRule="auto"/>
            </w:pPr>
            <w:r>
              <w:rPr>
                <w:color w:val="000000"/>
                <w:sz w:val="14"/>
              </w:rPr>
              <w:t>Postaja 3: Pravilna: s slikovnimi karticami sestavim pravilo, ga pokažem v kratki igri in po potrebi izboljšam.</w:t>
            </w:r>
          </w:p>
          <w:p w14:paraId="205CFB79" w14:textId="77777777" w:rsidR="00623E5F" w:rsidRDefault="00000000">
            <w:pPr>
              <w:spacing w:before="5" w:after="6" w:line="245" w:lineRule="auto"/>
            </w:pPr>
            <w:r>
              <w:rPr>
                <w:color w:val="000000"/>
                <w:sz w:val="14"/>
              </w:rPr>
              <w:t>Postaja 4: Igra brez izločanja: vsi ostajamo dejavni, menjamo vloge in preverimo, kako »podam podporno povratno informacijo«.</w:t>
            </w:r>
          </w:p>
          <w:p w14:paraId="2A280B07"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5D3BDC9D" w14:textId="77777777" w:rsidR="00623E5F" w:rsidRDefault="00623E5F"/>
          <w:p w14:paraId="5C8B6167" w14:textId="77777777" w:rsidR="00623E5F" w:rsidRDefault="00000000">
            <w:pPr>
              <w:spacing w:after="5" w:line="245" w:lineRule="auto"/>
            </w:pPr>
            <w:r>
              <w:rPr>
                <w:b/>
                <w:color w:val="000000"/>
                <w:sz w:val="15"/>
              </w:rPr>
              <w:t>1. URA – Sodelovalne igre – Ogrejem se in usvojim gib</w:t>
            </w:r>
          </w:p>
          <w:p w14:paraId="6A249B9C"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19729ECB" w14:textId="77777777" w:rsidR="00623E5F" w:rsidRDefault="00000000">
            <w:pPr>
              <w:spacing w:after="14" w:line="245" w:lineRule="auto"/>
            </w:pPr>
            <w:r>
              <w:rPr>
                <w:color w:val="D95BC6"/>
                <w:sz w:val="13"/>
              </w:rPr>
              <w:t>Dokaz: varen odziv na znak, začetni poskus prvine in ustno varnostno pravilo.</w:t>
            </w:r>
          </w:p>
          <w:p w14:paraId="5D429388" w14:textId="77777777" w:rsidR="00623E5F" w:rsidRDefault="00000000">
            <w:pPr>
              <w:spacing w:after="5" w:line="245" w:lineRule="auto"/>
            </w:pPr>
            <w:r>
              <w:rPr>
                <w:b/>
                <w:color w:val="000000"/>
                <w:sz w:val="15"/>
              </w:rPr>
              <w:t>2. URA – Sodelovalne igre – Vadim na postajah</w:t>
            </w:r>
          </w:p>
          <w:p w14:paraId="5E22B4A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47A3CBE" w14:textId="77777777" w:rsidR="00623E5F" w:rsidRDefault="00000000">
            <w:pPr>
              <w:spacing w:after="14" w:line="245" w:lineRule="auto"/>
            </w:pPr>
            <w:r>
              <w:rPr>
                <w:color w:val="D95BC6"/>
                <w:sz w:val="13"/>
              </w:rPr>
              <w:t>Dokaz: opazovalna kartica, izvedba na izbrani ravni in učiteljev zapis o napredku.</w:t>
            </w:r>
          </w:p>
          <w:p w14:paraId="10793472" w14:textId="77777777" w:rsidR="00623E5F" w:rsidRDefault="00000000">
            <w:pPr>
              <w:spacing w:after="5" w:line="245" w:lineRule="auto"/>
            </w:pPr>
            <w:r>
              <w:rPr>
                <w:b/>
                <w:color w:val="000000"/>
                <w:sz w:val="15"/>
              </w:rPr>
              <w:t>3. URA – Sodelovalne igre – Uporabim v igri</w:t>
            </w:r>
          </w:p>
          <w:p w14:paraId="14DDB0CA"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17D3F1C7" w14:textId="77777777" w:rsidR="00623E5F" w:rsidRDefault="00000000">
            <w:pPr>
              <w:spacing w:after="14" w:line="245" w:lineRule="auto"/>
            </w:pPr>
            <w:r>
              <w:rPr>
                <w:color w:val="D95BC6"/>
                <w:sz w:val="13"/>
              </w:rPr>
              <w:t>Dokaz: uporaba prvine v igri, sodelovanje, upoštevanje pravil in osebno.</w:t>
            </w:r>
          </w:p>
          <w:p w14:paraId="38EF2234" w14:textId="77777777" w:rsidR="00623E5F" w:rsidRDefault="00000000">
            <w:pPr>
              <w:spacing w:before="30" w:after="14" w:line="245" w:lineRule="auto"/>
            </w:pPr>
            <w:r>
              <w:rPr>
                <w:b/>
                <w:color w:val="D95BC6"/>
                <w:sz w:val="16"/>
              </w:rPr>
              <w:t>MOJ KROG POSTAJ</w:t>
            </w:r>
          </w:p>
          <w:p w14:paraId="49000699" w14:textId="77777777" w:rsidR="00623E5F" w:rsidRDefault="00000000">
            <w:pPr>
              <w:spacing w:after="8" w:line="245" w:lineRule="auto"/>
            </w:pPr>
            <w:r>
              <w:rPr>
                <w:color w:val="000000"/>
                <w:sz w:val="13"/>
              </w:rPr>
              <w:t>1. Odzivna: na dogovorjen vidni ali zvočni znak spremenim smer, hitrost.</w:t>
            </w:r>
          </w:p>
          <w:p w14:paraId="2109F007" w14:textId="77777777" w:rsidR="00623E5F" w:rsidRDefault="00000000">
            <w:pPr>
              <w:spacing w:after="8" w:line="245" w:lineRule="auto"/>
            </w:pPr>
            <w:r>
              <w:rPr>
                <w:color w:val="000000"/>
                <w:sz w:val="13"/>
              </w:rPr>
              <w:t>2. Sodelovalna: v paru ali trojici rešim nalogo, pri kateri »sodelujem brez.</w:t>
            </w:r>
          </w:p>
          <w:p w14:paraId="154A0B38" w14:textId="77777777" w:rsidR="00623E5F" w:rsidRDefault="00000000">
            <w:pPr>
              <w:spacing w:after="8" w:line="245" w:lineRule="auto"/>
            </w:pPr>
            <w:r>
              <w:rPr>
                <w:color w:val="000000"/>
                <w:sz w:val="13"/>
              </w:rPr>
              <w:t>3. Pravilna: s slikovnimi karticami sestavim pravilo.</w:t>
            </w:r>
          </w:p>
          <w:p w14:paraId="549D328B" w14:textId="77777777" w:rsidR="00623E5F" w:rsidRDefault="00000000">
            <w:pPr>
              <w:spacing w:after="8" w:line="245" w:lineRule="auto"/>
            </w:pPr>
            <w:r>
              <w:rPr>
                <w:color w:val="000000"/>
                <w:sz w:val="13"/>
              </w:rPr>
              <w:t>4. Igra brez izločanja: vsi ostajamo dejavni, menjamo vloge in preverimo.</w:t>
            </w:r>
          </w:p>
          <w:p w14:paraId="2DA8D81D"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41778D4D" w14:textId="77777777" w:rsidR="00623E5F" w:rsidRDefault="00000000">
            <w:pPr>
              <w:spacing w:after="14" w:line="245" w:lineRule="auto"/>
            </w:pPr>
            <w:r>
              <w:rPr>
                <w:b/>
                <w:color w:val="D95BC6"/>
                <w:sz w:val="16"/>
              </w:rPr>
              <w:t>DOKAZ O UČENJU</w:t>
            </w:r>
          </w:p>
          <w:p w14:paraId="2274A8BA"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081500CE"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35D6FB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8CC9BE7"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C85C82E" w14:textId="77777777" w:rsidR="00623E5F" w:rsidRDefault="00000000">
            <w:pPr>
              <w:jc w:val="center"/>
            </w:pPr>
            <w:r>
              <w:rPr>
                <w:b/>
                <w:color w:val="000000"/>
                <w:sz w:val="20"/>
              </w:rPr>
              <w:t>UČNE DEJAVNOSTI, METODE IN FORMATIVNO SPREMLJANJE</w:t>
            </w:r>
          </w:p>
        </w:tc>
      </w:tr>
      <w:tr w:rsidR="00623E5F" w14:paraId="2CA145B4" w14:textId="77777777">
        <w:trPr>
          <w:tblHeader/>
          <w:jc w:val="center"/>
        </w:trPr>
        <w:tc>
          <w:tcPr>
            <w:tcW w:w="4422" w:type="dxa"/>
            <w:vMerge/>
            <w:tcMar>
              <w:top w:w="70" w:type="dxa"/>
              <w:left w:w="90" w:type="dxa"/>
              <w:bottom w:w="70" w:type="dxa"/>
              <w:right w:w="90" w:type="dxa"/>
            </w:tcMar>
            <w:vAlign w:val="center"/>
          </w:tcPr>
          <w:p w14:paraId="7292B11D" w14:textId="77777777" w:rsidR="00623E5F" w:rsidRDefault="00623E5F"/>
        </w:tc>
        <w:tc>
          <w:tcPr>
            <w:tcW w:w="7087" w:type="dxa"/>
            <w:shd w:val="clear" w:color="auto" w:fill="FFFFFF"/>
            <w:tcMar>
              <w:top w:w="70" w:type="dxa"/>
              <w:left w:w="90" w:type="dxa"/>
              <w:bottom w:w="70" w:type="dxa"/>
              <w:right w:w="90" w:type="dxa"/>
            </w:tcMar>
            <w:vAlign w:val="center"/>
          </w:tcPr>
          <w:p w14:paraId="00A1A13F"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3B39D2A" w14:textId="77777777" w:rsidR="00623E5F" w:rsidRDefault="00000000">
            <w:pPr>
              <w:jc w:val="center"/>
            </w:pPr>
            <w:r>
              <w:rPr>
                <w:b/>
                <w:color w:val="000000"/>
              </w:rPr>
              <w:t>UČENEC</w:t>
            </w:r>
          </w:p>
        </w:tc>
      </w:tr>
      <w:tr w:rsidR="00623E5F" w14:paraId="49D6C561" w14:textId="77777777">
        <w:trPr>
          <w:jc w:val="center"/>
        </w:trPr>
        <w:tc>
          <w:tcPr>
            <w:tcW w:w="4422" w:type="dxa"/>
            <w:tcMar>
              <w:top w:w="70" w:type="dxa"/>
              <w:left w:w="90" w:type="dxa"/>
              <w:bottom w:w="70" w:type="dxa"/>
              <w:right w:w="90" w:type="dxa"/>
            </w:tcMar>
          </w:tcPr>
          <w:p w14:paraId="41FBC97B" w14:textId="77777777" w:rsidR="00623E5F" w:rsidRDefault="00623E5F"/>
          <w:p w14:paraId="736D4B46" w14:textId="77777777" w:rsidR="00623E5F" w:rsidRDefault="00000000">
            <w:pPr>
              <w:spacing w:after="40" w:line="245" w:lineRule="auto"/>
            </w:pPr>
            <w:r>
              <w:rPr>
                <w:b/>
                <w:color w:val="000000"/>
              </w:rPr>
              <w:t>FORMATIVNO SPREMLJANJE</w:t>
            </w:r>
          </w:p>
          <w:p w14:paraId="42EDA33B" w14:textId="77777777" w:rsidR="00623E5F" w:rsidRDefault="00000000">
            <w:pPr>
              <w:pStyle w:val="Oznaenseznam"/>
              <w:spacing w:after="16"/>
            </w:pPr>
            <w:r>
              <w:rPr>
                <w:color w:val="000000"/>
                <w:sz w:val="15"/>
              </w:rPr>
              <w:t>predznanje: gibalni prikaz, odziv na znak, izbira kartice, začetni poskus ali kratka razlaga</w:t>
            </w:r>
          </w:p>
          <w:p w14:paraId="319BF05E" w14:textId="77777777" w:rsidR="00623E5F" w:rsidRDefault="00000000">
            <w:pPr>
              <w:pStyle w:val="Oznaenseznam"/>
              <w:spacing w:after="16"/>
            </w:pPr>
            <w:r>
              <w:rPr>
                <w:color w:val="000000"/>
                <w:sz w:val="15"/>
              </w:rPr>
              <w:t>nameni in merila: kratka poved, slikovni znak, model varne izvedbe in en opazljiv tehnični poudarek</w:t>
            </w:r>
          </w:p>
          <w:p w14:paraId="46610922"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13A84608" w14:textId="77777777" w:rsidR="00623E5F" w:rsidRDefault="00000000">
            <w:pPr>
              <w:pStyle w:val="Oznaenseznam"/>
              <w:spacing w:after="16"/>
            </w:pPr>
            <w:r>
              <w:rPr>
                <w:color w:val="000000"/>
                <w:sz w:val="15"/>
              </w:rPr>
              <w:t>povratna informacija: opis opaženega, povezava z enim merilom in takoj izvedljiv ponovni poskus</w:t>
            </w:r>
          </w:p>
          <w:p w14:paraId="39934ADE" w14:textId="77777777" w:rsidR="00623E5F" w:rsidRDefault="00000000">
            <w:pPr>
              <w:pStyle w:val="Oznaenseznam"/>
              <w:spacing w:after="16"/>
            </w:pPr>
            <w:r>
              <w:rPr>
                <w:color w:val="000000"/>
                <w:sz w:val="15"/>
              </w:rPr>
              <w:t>samovrednotenje: semafor napora in varnosti, lestvica samostojnosti, izbran dokaz ter osebni naslednji korak</w:t>
            </w:r>
          </w:p>
          <w:p w14:paraId="62ABF5B2" w14:textId="77777777" w:rsidR="00623E5F" w:rsidRDefault="00000000">
            <w:pPr>
              <w:spacing w:before="40" w:after="20" w:line="245" w:lineRule="auto"/>
            </w:pPr>
            <w:r>
              <w:rPr>
                <w:b/>
                <w:color w:val="000000"/>
                <w:sz w:val="17"/>
              </w:rPr>
              <w:t>VARNOST, POČUTJE IN HIGIENA</w:t>
            </w:r>
          </w:p>
          <w:p w14:paraId="79FD9FB4"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Igre so brez izločanja; kontakt, lovljenje za oblačila in prehitevanje v ozkih prehodih niso dovoljeni.</w:t>
            </w:r>
          </w:p>
          <w:p w14:paraId="11E4A7C4" w14:textId="77777777" w:rsidR="00623E5F" w:rsidRDefault="00000000">
            <w:pPr>
              <w:spacing w:after="20" w:line="245" w:lineRule="auto"/>
            </w:pPr>
            <w:r>
              <w:rPr>
                <w:b/>
                <w:color w:val="000000"/>
                <w:sz w:val="17"/>
              </w:rPr>
              <w:t>EVIDENCA PO IZVEDBI</w:t>
            </w:r>
          </w:p>
          <w:p w14:paraId="0C04C8EC"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2E9CBA7C" w14:textId="77777777" w:rsidR="00623E5F" w:rsidRDefault="00000000">
            <w:pPr>
              <w:spacing w:before="40" w:after="20" w:line="245" w:lineRule="auto"/>
            </w:pPr>
            <w:r>
              <w:rPr>
                <w:b/>
                <w:color w:val="000000"/>
                <w:sz w:val="17"/>
              </w:rPr>
              <w:t>RAVEN DOSEGANJA</w:t>
            </w:r>
          </w:p>
          <w:p w14:paraId="4DAAFC17"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3395DE6A"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F3A8B0E" w14:textId="77777777">
              <w:trPr>
                <w:jc w:val="center"/>
              </w:trPr>
              <w:tc>
                <w:tcPr>
                  <w:tcW w:w="7087" w:type="dxa"/>
                  <w:shd w:val="clear" w:color="auto" w:fill="EDC9EA"/>
                  <w:tcMar>
                    <w:top w:w="45" w:type="dxa"/>
                    <w:left w:w="70" w:type="dxa"/>
                    <w:bottom w:w="45" w:type="dxa"/>
                    <w:right w:w="70" w:type="dxa"/>
                  </w:tcMar>
                </w:tcPr>
                <w:p w14:paraId="17825D1B" w14:textId="77777777" w:rsidR="00623E5F" w:rsidRDefault="00000000">
                  <w:pPr>
                    <w:keepNext/>
                  </w:pPr>
                  <w:r>
                    <w:rPr>
                      <w:b/>
                      <w:color w:val="000000"/>
                    </w:rPr>
                    <w:t>VPRAŠANJA V PODPORO GIBALNEMU UČENJU</w:t>
                  </w:r>
                </w:p>
              </w:tc>
            </w:tr>
          </w:tbl>
          <w:p w14:paraId="03F58569" w14:textId="77777777" w:rsidR="00623E5F" w:rsidRDefault="00623E5F">
            <w:pPr>
              <w:spacing w:line="20" w:lineRule="exact"/>
            </w:pPr>
          </w:p>
          <w:p w14:paraId="7D0BC137" w14:textId="77777777" w:rsidR="00623E5F" w:rsidRDefault="00000000">
            <w:pPr>
              <w:pStyle w:val="Oznaenseznam"/>
              <w:spacing w:after="16"/>
            </w:pPr>
            <w:r>
              <w:rPr>
                <w:color w:val="000000"/>
                <w:sz w:val="15"/>
              </w:rPr>
              <w:t>Kaj si pri prvem poskusu začutil/-a ali opazil/-a v položaju telesa, ravnotežju, smeri, ritmu ali naporu?</w:t>
            </w:r>
          </w:p>
          <w:p w14:paraId="47006466" w14:textId="77777777" w:rsidR="00623E5F" w:rsidRDefault="00000000">
            <w:pPr>
              <w:pStyle w:val="Oznaenseznam"/>
              <w:spacing w:after="16"/>
            </w:pPr>
            <w:r>
              <w:rPr>
                <w:color w:val="000000"/>
                <w:sz w:val="15"/>
              </w:rPr>
              <w:t>Katero varnostno pravilo in kateri gibalni korak sta bila danes najpomembnejša?</w:t>
            </w:r>
          </w:p>
          <w:p w14:paraId="75187BFC" w14:textId="77777777" w:rsidR="00623E5F" w:rsidRDefault="00000000">
            <w:pPr>
              <w:pStyle w:val="Oznaenseznam"/>
              <w:spacing w:after="16"/>
            </w:pPr>
            <w:r>
              <w:rPr>
                <w:color w:val="000000"/>
                <w:sz w:val="15"/>
              </w:rPr>
              <w:t>Katero raven si izbral/-a, zakaj je bila primerna in kaj si pri naslednjem poskusu spremenil/-a?</w:t>
            </w:r>
          </w:p>
          <w:p w14:paraId="47597812" w14:textId="77777777" w:rsidR="00623E5F" w:rsidRDefault="00000000">
            <w:pPr>
              <w:pStyle w:val="Oznaenseznam"/>
              <w:spacing w:after="16"/>
            </w:pPr>
            <w:r>
              <w:rPr>
                <w:color w:val="000000"/>
                <w:sz w:val="15"/>
              </w:rPr>
              <w:t>Kateri tvoj gibalni dokaz najjasneje pokaže dogovorjeno merilo?</w:t>
            </w:r>
          </w:p>
          <w:p w14:paraId="4E601864"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77898B86" w14:textId="77777777">
              <w:trPr>
                <w:jc w:val="center"/>
              </w:trPr>
              <w:tc>
                <w:tcPr>
                  <w:tcW w:w="7087" w:type="dxa"/>
                  <w:shd w:val="clear" w:color="auto" w:fill="C6E7F3"/>
                  <w:tcMar>
                    <w:top w:w="45" w:type="dxa"/>
                    <w:left w:w="70" w:type="dxa"/>
                    <w:bottom w:w="45" w:type="dxa"/>
                    <w:right w:w="70" w:type="dxa"/>
                  </w:tcMar>
                </w:tcPr>
                <w:p w14:paraId="5794839A" w14:textId="77777777" w:rsidR="00623E5F" w:rsidRDefault="00000000">
                  <w:pPr>
                    <w:keepNext/>
                  </w:pPr>
                  <w:r>
                    <w:rPr>
                      <w:b/>
                      <w:color w:val="000000"/>
                    </w:rPr>
                    <w:t>ZAKLJUČNI DEL – UMIRJANJE, RAZTEZANJE, DOKAZ IN REFLEKSIJA (8–10 min)</w:t>
                  </w:r>
                </w:p>
              </w:tc>
            </w:tr>
          </w:tbl>
          <w:p w14:paraId="72BA990D" w14:textId="77777777" w:rsidR="00623E5F" w:rsidRDefault="00623E5F">
            <w:pPr>
              <w:spacing w:line="20" w:lineRule="exact"/>
            </w:pPr>
          </w:p>
          <w:p w14:paraId="7B8E6DD9"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36352CF4" w14:textId="77777777">
              <w:trPr>
                <w:jc w:val="center"/>
              </w:trPr>
              <w:tc>
                <w:tcPr>
                  <w:tcW w:w="7087" w:type="dxa"/>
                  <w:shd w:val="clear" w:color="auto" w:fill="EDC9EA"/>
                  <w:tcMar>
                    <w:top w:w="45" w:type="dxa"/>
                    <w:left w:w="70" w:type="dxa"/>
                    <w:bottom w:w="45" w:type="dxa"/>
                    <w:right w:w="70" w:type="dxa"/>
                  </w:tcMar>
                </w:tcPr>
                <w:p w14:paraId="22190DDA" w14:textId="77777777" w:rsidR="00623E5F" w:rsidRDefault="00000000">
                  <w:pPr>
                    <w:keepNext/>
                  </w:pPr>
                  <w:r>
                    <w:rPr>
                      <w:b/>
                      <w:color w:val="000000"/>
                    </w:rPr>
                    <w:t>SAMOVREDNOTENJE</w:t>
                  </w:r>
                </w:p>
              </w:tc>
            </w:tr>
          </w:tbl>
          <w:p w14:paraId="310A4E6E" w14:textId="77777777" w:rsidR="00623E5F" w:rsidRDefault="00623E5F">
            <w:pPr>
              <w:spacing w:line="20" w:lineRule="exact"/>
            </w:pPr>
          </w:p>
          <w:p w14:paraId="736F97DE"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0421C2EB" w14:textId="77777777">
              <w:trPr>
                <w:jc w:val="center"/>
              </w:trPr>
              <w:tc>
                <w:tcPr>
                  <w:tcW w:w="7087" w:type="dxa"/>
                  <w:shd w:val="clear" w:color="auto" w:fill="EDC9EA"/>
                  <w:tcMar>
                    <w:top w:w="45" w:type="dxa"/>
                    <w:left w:w="70" w:type="dxa"/>
                    <w:bottom w:w="45" w:type="dxa"/>
                    <w:right w:w="70" w:type="dxa"/>
                  </w:tcMar>
                </w:tcPr>
                <w:p w14:paraId="1B220B8C" w14:textId="77777777" w:rsidR="00623E5F" w:rsidRDefault="00000000">
                  <w:pPr>
                    <w:keepNext/>
                  </w:pPr>
                  <w:r>
                    <w:rPr>
                      <w:b/>
                      <w:color w:val="000000"/>
                    </w:rPr>
                    <w:t>VRSTNIŠKO OPAZOVANJE IN POVRATNA INFORMACIJA</w:t>
                  </w:r>
                </w:p>
              </w:tc>
            </w:tr>
          </w:tbl>
          <w:p w14:paraId="1E3F68AC" w14:textId="77777777" w:rsidR="00623E5F" w:rsidRDefault="00623E5F">
            <w:pPr>
              <w:spacing w:line="20" w:lineRule="exact"/>
            </w:pPr>
          </w:p>
          <w:p w14:paraId="019F43EA"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6742B62E" w14:textId="77777777">
              <w:trPr>
                <w:jc w:val="center"/>
              </w:trPr>
              <w:tc>
                <w:tcPr>
                  <w:tcW w:w="7087" w:type="dxa"/>
                  <w:shd w:val="clear" w:color="auto" w:fill="EDC9EA"/>
                  <w:tcMar>
                    <w:top w:w="45" w:type="dxa"/>
                    <w:left w:w="70" w:type="dxa"/>
                    <w:bottom w:w="45" w:type="dxa"/>
                    <w:right w:w="70" w:type="dxa"/>
                  </w:tcMar>
                </w:tcPr>
                <w:p w14:paraId="55FD08AD" w14:textId="77777777" w:rsidR="00623E5F" w:rsidRDefault="00000000">
                  <w:pPr>
                    <w:keepNext/>
                  </w:pPr>
                  <w:r>
                    <w:rPr>
                      <w:b/>
                      <w:color w:val="000000"/>
                    </w:rPr>
                    <w:t>SKUPNI POVZETEK</w:t>
                  </w:r>
                </w:p>
              </w:tc>
            </w:tr>
          </w:tbl>
          <w:p w14:paraId="0553E625" w14:textId="77777777" w:rsidR="00623E5F" w:rsidRDefault="00623E5F"/>
          <w:p w14:paraId="7EB0CE56" w14:textId="77777777" w:rsidR="00623E5F" w:rsidRDefault="00000000">
            <w:pPr>
              <w:spacing w:before="20" w:after="40" w:line="245" w:lineRule="auto"/>
            </w:pPr>
            <w:r>
              <w:rPr>
                <w:b/>
                <w:color w:val="000000"/>
                <w:sz w:val="16"/>
              </w:rPr>
              <w:t>sodelujem brez izločanja; upoštevam osebni prostor; podam podporno povratno informacijo. Izbrani gibalni dokaz pojasnim in določim varen naslednji korak.</w:t>
            </w:r>
          </w:p>
        </w:tc>
        <w:tc>
          <w:tcPr>
            <w:tcW w:w="2551" w:type="dxa"/>
            <w:tcMar>
              <w:top w:w="70" w:type="dxa"/>
              <w:left w:w="90" w:type="dxa"/>
              <w:bottom w:w="70" w:type="dxa"/>
              <w:right w:w="90" w:type="dxa"/>
            </w:tcMar>
          </w:tcPr>
          <w:p w14:paraId="5FE8C296" w14:textId="77777777" w:rsidR="00623E5F" w:rsidRDefault="00623E5F"/>
          <w:p w14:paraId="7F7DCC61" w14:textId="77777777" w:rsidR="00623E5F" w:rsidRDefault="00000000">
            <w:pPr>
              <w:spacing w:after="80" w:line="245" w:lineRule="auto"/>
            </w:pPr>
            <w:r>
              <w:rPr>
                <w:color w:val="000000"/>
                <w:sz w:val="15"/>
              </w:rPr>
              <w:t>Odgovarja na podporna vprašanja in se sklicuje na svojo izvedbo, počutje, izbrano raven in varnost.</w:t>
            </w:r>
          </w:p>
          <w:p w14:paraId="1816A7EA" w14:textId="77777777" w:rsidR="00623E5F" w:rsidRDefault="00000000">
            <w:pPr>
              <w:spacing w:after="80" w:line="245" w:lineRule="auto"/>
            </w:pPr>
            <w:r>
              <w:rPr>
                <w:color w:val="000000"/>
                <w:sz w:val="15"/>
              </w:rPr>
              <w:t>Predstavi izbrani gibalni dokaz ter pokaže ali pove, katero merilo z njim dosega.</w:t>
            </w:r>
          </w:p>
          <w:p w14:paraId="38348D75" w14:textId="77777777" w:rsidR="00623E5F" w:rsidRDefault="00000000">
            <w:pPr>
              <w:spacing w:after="80" w:line="245" w:lineRule="auto"/>
            </w:pPr>
            <w:r>
              <w:rPr>
                <w:color w:val="000000"/>
                <w:sz w:val="15"/>
              </w:rPr>
              <w:t>Opazuje eno dogovorjeno prvino vrstnikove izvedbe in poda kratek, prijazen ter uporaben odziv.</w:t>
            </w:r>
          </w:p>
          <w:p w14:paraId="532385FD"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14D81580" w14:textId="77777777" w:rsidR="00623E5F" w:rsidRDefault="00000000">
            <w:pPr>
              <w:spacing w:after="100" w:line="245" w:lineRule="auto"/>
            </w:pPr>
            <w:r>
              <w:rPr>
                <w:color w:val="000000"/>
                <w:sz w:val="15"/>
              </w:rPr>
              <w:t>Umiri dihanje, oceni napor in počutje, izbere raven samostojnosti ter določi varen naslednji korak.</w:t>
            </w:r>
          </w:p>
          <w:p w14:paraId="40BD9A21" w14:textId="77777777" w:rsidR="00623E5F" w:rsidRDefault="00000000">
            <w:pPr>
              <w:spacing w:after="20" w:line="245" w:lineRule="auto"/>
            </w:pPr>
            <w:r>
              <w:rPr>
                <w:b/>
                <w:color w:val="D95BC6"/>
                <w:sz w:val="17"/>
              </w:rPr>
              <w:t>DOKAZ O UČENJU</w:t>
            </w:r>
          </w:p>
          <w:p w14:paraId="44CEBA88"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4F5EE92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5C58908A" w14:textId="77777777">
        <w:trPr>
          <w:cantSplit/>
          <w:jc w:val="center"/>
        </w:trPr>
        <w:tc>
          <w:tcPr>
            <w:tcW w:w="14060" w:type="dxa"/>
            <w:gridSpan w:val="6"/>
            <w:tcMar>
              <w:top w:w="70" w:type="dxa"/>
              <w:left w:w="90" w:type="dxa"/>
              <w:bottom w:w="70" w:type="dxa"/>
              <w:right w:w="90" w:type="dxa"/>
            </w:tcMar>
            <w:vAlign w:val="center"/>
          </w:tcPr>
          <w:p w14:paraId="0722C7D3" w14:textId="77777777" w:rsidR="00623E5F" w:rsidRDefault="00000000">
            <w:pPr>
              <w:jc w:val="center"/>
            </w:pPr>
            <w:r>
              <w:rPr>
                <w:b/>
                <w:color w:val="000000"/>
                <w:sz w:val="24"/>
              </w:rPr>
              <w:lastRenderedPageBreak/>
              <w:t>UČNA PRIPRAVA 27/39</w:t>
            </w:r>
          </w:p>
        </w:tc>
      </w:tr>
      <w:tr w:rsidR="00623E5F" w14:paraId="5CE8C508" w14:textId="77777777">
        <w:trPr>
          <w:jc w:val="center"/>
        </w:trPr>
        <w:tc>
          <w:tcPr>
            <w:tcW w:w="2665" w:type="dxa"/>
            <w:tcMar>
              <w:top w:w="70" w:type="dxa"/>
              <w:left w:w="90" w:type="dxa"/>
              <w:bottom w:w="70" w:type="dxa"/>
              <w:right w:w="90" w:type="dxa"/>
            </w:tcMar>
            <w:vAlign w:val="center"/>
          </w:tcPr>
          <w:p w14:paraId="4CADE263"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45D2CB27"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42C8732E"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1EF787A6" w14:textId="77777777" w:rsidR="00623E5F" w:rsidRDefault="00000000">
            <w:r>
              <w:rPr>
                <w:b/>
                <w:color w:val="000000"/>
                <w:sz w:val="16"/>
              </w:rPr>
              <w:t xml:space="preserve">NAČRTOVANI TERMIN: </w:t>
            </w:r>
            <w:r>
              <w:rPr>
                <w:color w:val="000000"/>
                <w:sz w:val="16"/>
              </w:rPr>
              <w:t>27. teden • 22.–26. 3. 2027</w:t>
            </w:r>
          </w:p>
        </w:tc>
        <w:tc>
          <w:tcPr>
            <w:tcW w:w="2268" w:type="dxa"/>
            <w:tcMar>
              <w:top w:w="70" w:type="dxa"/>
              <w:left w:w="90" w:type="dxa"/>
              <w:bottom w:w="70" w:type="dxa"/>
              <w:right w:w="90" w:type="dxa"/>
            </w:tcMar>
            <w:vAlign w:val="center"/>
          </w:tcPr>
          <w:p w14:paraId="191BC047"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8AC1685" w14:textId="77777777" w:rsidR="00623E5F" w:rsidRDefault="00000000">
            <w:r>
              <w:rPr>
                <w:b/>
                <w:color w:val="000000"/>
                <w:sz w:val="16"/>
              </w:rPr>
              <w:t xml:space="preserve">ŠTEVILO UR: </w:t>
            </w:r>
            <w:r>
              <w:rPr>
                <w:color w:val="000000"/>
                <w:sz w:val="16"/>
              </w:rPr>
              <w:t>2</w:t>
            </w:r>
          </w:p>
        </w:tc>
      </w:tr>
      <w:tr w:rsidR="00623E5F" w14:paraId="4C9B75EB" w14:textId="77777777">
        <w:trPr>
          <w:jc w:val="center"/>
        </w:trPr>
        <w:tc>
          <w:tcPr>
            <w:tcW w:w="14061" w:type="dxa"/>
            <w:gridSpan w:val="6"/>
            <w:tcMar>
              <w:top w:w="70" w:type="dxa"/>
              <w:left w:w="90" w:type="dxa"/>
              <w:bottom w:w="70" w:type="dxa"/>
              <w:right w:w="90" w:type="dxa"/>
            </w:tcMar>
            <w:vAlign w:val="center"/>
          </w:tcPr>
          <w:p w14:paraId="68DBA024"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6B92DC70" w14:textId="77777777">
        <w:trPr>
          <w:cantSplit/>
          <w:jc w:val="center"/>
        </w:trPr>
        <w:tc>
          <w:tcPr>
            <w:tcW w:w="14060" w:type="dxa"/>
            <w:gridSpan w:val="6"/>
            <w:tcMar>
              <w:top w:w="70" w:type="dxa"/>
              <w:left w:w="90" w:type="dxa"/>
              <w:bottom w:w="70" w:type="dxa"/>
              <w:right w:w="90" w:type="dxa"/>
            </w:tcMar>
            <w:vAlign w:val="center"/>
          </w:tcPr>
          <w:p w14:paraId="0307A758" w14:textId="77777777" w:rsidR="00623E5F" w:rsidRDefault="00623E5F"/>
          <w:p w14:paraId="57AB8ED1" w14:textId="77777777" w:rsidR="00623E5F" w:rsidRDefault="00000000">
            <w:pPr>
              <w:spacing w:line="245" w:lineRule="auto"/>
            </w:pPr>
            <w:r>
              <w:rPr>
                <w:b/>
                <w:color w:val="000000"/>
                <w:sz w:val="15"/>
              </w:rPr>
              <w:t xml:space="preserve">UČNI SKLOP: </w:t>
            </w:r>
            <w:r>
              <w:rPr>
                <w:color w:val="000000"/>
                <w:sz w:val="15"/>
              </w:rPr>
              <w:t>POMLAD, POJAVI IN ŽIVA BITJA</w:t>
            </w:r>
          </w:p>
        </w:tc>
      </w:tr>
      <w:tr w:rsidR="00623E5F" w14:paraId="508B88FE" w14:textId="77777777">
        <w:trPr>
          <w:cantSplit/>
          <w:jc w:val="center"/>
        </w:trPr>
        <w:tc>
          <w:tcPr>
            <w:tcW w:w="14060" w:type="dxa"/>
            <w:gridSpan w:val="6"/>
            <w:tcMar>
              <w:top w:w="70" w:type="dxa"/>
              <w:left w:w="90" w:type="dxa"/>
              <w:bottom w:w="70" w:type="dxa"/>
              <w:right w:w="90" w:type="dxa"/>
            </w:tcMar>
            <w:vAlign w:val="center"/>
          </w:tcPr>
          <w:p w14:paraId="7C1FB6D6" w14:textId="77777777" w:rsidR="00623E5F" w:rsidRDefault="00623E5F"/>
          <w:p w14:paraId="67B61D36" w14:textId="77777777" w:rsidR="00623E5F" w:rsidRDefault="00000000">
            <w:pPr>
              <w:spacing w:line="245" w:lineRule="auto"/>
            </w:pPr>
            <w:r>
              <w:rPr>
                <w:b/>
                <w:color w:val="000000"/>
                <w:sz w:val="15"/>
              </w:rPr>
              <w:t xml:space="preserve">UČNA TEMA: </w:t>
            </w:r>
            <w:r>
              <w:rPr>
                <w:color w:val="000000"/>
                <w:sz w:val="15"/>
              </w:rPr>
              <w:t>IGRE Z ŽOGO</w:t>
            </w:r>
          </w:p>
        </w:tc>
      </w:tr>
      <w:tr w:rsidR="00623E5F" w14:paraId="4AD5CF39" w14:textId="77777777">
        <w:trPr>
          <w:cantSplit/>
          <w:jc w:val="center"/>
        </w:trPr>
        <w:tc>
          <w:tcPr>
            <w:tcW w:w="14060" w:type="dxa"/>
            <w:gridSpan w:val="6"/>
            <w:tcMar>
              <w:top w:w="70" w:type="dxa"/>
              <w:left w:w="90" w:type="dxa"/>
              <w:bottom w:w="70" w:type="dxa"/>
              <w:right w:w="90" w:type="dxa"/>
            </w:tcMar>
            <w:vAlign w:val="center"/>
          </w:tcPr>
          <w:p w14:paraId="14135317" w14:textId="77777777" w:rsidR="00623E5F" w:rsidRDefault="00623E5F"/>
          <w:p w14:paraId="44675287" w14:textId="77777777" w:rsidR="00623E5F" w:rsidRDefault="00000000">
            <w:pPr>
              <w:spacing w:line="245" w:lineRule="auto"/>
            </w:pPr>
            <w:r>
              <w:rPr>
                <w:b/>
                <w:color w:val="000000"/>
                <w:sz w:val="15"/>
              </w:rPr>
              <w:t xml:space="preserve">KNJIŽEVNO / MOTIVNO IZHODIŠČE: </w:t>
            </w:r>
            <w:r>
              <w:rPr>
                <w:color w:val="000000"/>
                <w:sz w:val="15"/>
              </w:rPr>
              <w:t>»Majnice: fulaste pesmi« – Tone Pavček • pomlad, ritem, igriv jezik in opazovanje narave</w:t>
            </w:r>
          </w:p>
        </w:tc>
      </w:tr>
      <w:tr w:rsidR="00623E5F" w14:paraId="7D73ABA2" w14:textId="77777777">
        <w:trPr>
          <w:cantSplit/>
          <w:jc w:val="center"/>
        </w:trPr>
        <w:tc>
          <w:tcPr>
            <w:tcW w:w="14060" w:type="dxa"/>
            <w:gridSpan w:val="6"/>
            <w:tcMar>
              <w:top w:w="70" w:type="dxa"/>
              <w:left w:w="90" w:type="dxa"/>
              <w:bottom w:w="70" w:type="dxa"/>
              <w:right w:w="90" w:type="dxa"/>
            </w:tcMar>
            <w:vAlign w:val="center"/>
          </w:tcPr>
          <w:p w14:paraId="077B90CE" w14:textId="77777777" w:rsidR="00623E5F" w:rsidRDefault="00623E5F"/>
          <w:p w14:paraId="2A6EF32C" w14:textId="77777777" w:rsidR="00623E5F" w:rsidRDefault="00000000">
            <w:pPr>
              <w:spacing w:line="245" w:lineRule="auto"/>
            </w:pPr>
            <w:r>
              <w:rPr>
                <w:b/>
                <w:color w:val="000000"/>
                <w:sz w:val="15"/>
              </w:rPr>
              <w:t xml:space="preserve">GIBALNO IZHODIŠČE / MOTIVACIJA: </w:t>
            </w:r>
            <w:r>
              <w:rPr>
                <w:color w:val="000000"/>
                <w:sz w:val="15"/>
              </w:rPr>
              <w:t>žoga poišče pot do cilja, vendar se mora najprej ustaviti, spremeniti smer ali varno potovati do soigralca; učenci raziščejo temo »igre z žogo«. Tedenski gibalni izziv: izvede pomladne igre z žogo v naravi.</w:t>
            </w:r>
          </w:p>
        </w:tc>
      </w:tr>
      <w:tr w:rsidR="00623E5F" w14:paraId="274C4BC7" w14:textId="77777777">
        <w:trPr>
          <w:cantSplit/>
          <w:jc w:val="center"/>
        </w:trPr>
        <w:tc>
          <w:tcPr>
            <w:tcW w:w="14060" w:type="dxa"/>
            <w:gridSpan w:val="6"/>
            <w:tcMar>
              <w:top w:w="70" w:type="dxa"/>
              <w:left w:w="90" w:type="dxa"/>
              <w:bottom w:w="70" w:type="dxa"/>
              <w:right w:w="90" w:type="dxa"/>
            </w:tcMar>
            <w:vAlign w:val="center"/>
          </w:tcPr>
          <w:p w14:paraId="598C5F16" w14:textId="77777777" w:rsidR="00623E5F" w:rsidRDefault="00623E5F"/>
          <w:p w14:paraId="7928A4EF" w14:textId="77777777" w:rsidR="00623E5F" w:rsidRDefault="00000000">
            <w:pPr>
              <w:spacing w:line="245" w:lineRule="auto"/>
            </w:pPr>
            <w:r>
              <w:rPr>
                <w:b/>
                <w:color w:val="000000"/>
                <w:sz w:val="15"/>
              </w:rPr>
              <w:t xml:space="preserve">UČNE ENOTE: </w:t>
            </w:r>
            <w:r>
              <w:rPr>
                <w:color w:val="000000"/>
                <w:sz w:val="15"/>
              </w:rPr>
              <w:t>1. ura – Igre z žogo – Ogrejem se in usvojim gib • 2. ura – Igre z žogo – Uporabim v igri</w:t>
            </w:r>
          </w:p>
        </w:tc>
      </w:tr>
      <w:tr w:rsidR="00623E5F" w14:paraId="6774EC2F" w14:textId="77777777">
        <w:trPr>
          <w:cantSplit/>
          <w:jc w:val="center"/>
        </w:trPr>
        <w:tc>
          <w:tcPr>
            <w:tcW w:w="14060" w:type="dxa"/>
            <w:gridSpan w:val="6"/>
            <w:tcMar>
              <w:top w:w="70" w:type="dxa"/>
              <w:left w:w="90" w:type="dxa"/>
              <w:bottom w:w="70" w:type="dxa"/>
              <w:right w:w="90" w:type="dxa"/>
            </w:tcMar>
            <w:vAlign w:val="center"/>
          </w:tcPr>
          <w:p w14:paraId="3503DAF3" w14:textId="77777777" w:rsidR="00623E5F" w:rsidRDefault="00623E5F"/>
          <w:p w14:paraId="6FF364F5"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1DC39195" w14:textId="77777777">
        <w:trPr>
          <w:cantSplit/>
          <w:jc w:val="center"/>
        </w:trPr>
        <w:tc>
          <w:tcPr>
            <w:tcW w:w="14060" w:type="dxa"/>
            <w:gridSpan w:val="6"/>
            <w:tcMar>
              <w:top w:w="70" w:type="dxa"/>
              <w:left w:w="90" w:type="dxa"/>
              <w:bottom w:w="70" w:type="dxa"/>
              <w:right w:w="90" w:type="dxa"/>
            </w:tcMar>
            <w:vAlign w:val="center"/>
          </w:tcPr>
          <w:p w14:paraId="0B95B78C" w14:textId="77777777" w:rsidR="00623E5F" w:rsidRDefault="00623E5F"/>
          <w:p w14:paraId="09AF1BA0"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2ABCB376" w14:textId="77777777">
        <w:trPr>
          <w:cantSplit/>
          <w:jc w:val="center"/>
        </w:trPr>
        <w:tc>
          <w:tcPr>
            <w:tcW w:w="14060" w:type="dxa"/>
            <w:gridSpan w:val="6"/>
            <w:tcMar>
              <w:top w:w="70" w:type="dxa"/>
              <w:left w:w="90" w:type="dxa"/>
              <w:bottom w:w="70" w:type="dxa"/>
              <w:right w:w="90" w:type="dxa"/>
            </w:tcMar>
            <w:vAlign w:val="center"/>
          </w:tcPr>
          <w:p w14:paraId="72B4CD67" w14:textId="77777777" w:rsidR="00623E5F" w:rsidRDefault="00623E5F"/>
          <w:p w14:paraId="1D38E52D"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7F27CEBB" w14:textId="77777777">
        <w:trPr>
          <w:cantSplit/>
          <w:jc w:val="center"/>
        </w:trPr>
        <w:tc>
          <w:tcPr>
            <w:tcW w:w="14060" w:type="dxa"/>
            <w:gridSpan w:val="6"/>
            <w:tcMar>
              <w:top w:w="70" w:type="dxa"/>
              <w:left w:w="90" w:type="dxa"/>
              <w:bottom w:w="70" w:type="dxa"/>
              <w:right w:w="90" w:type="dxa"/>
            </w:tcMar>
            <w:vAlign w:val="center"/>
          </w:tcPr>
          <w:p w14:paraId="243D6D9E" w14:textId="77777777" w:rsidR="00623E5F" w:rsidRDefault="00623E5F"/>
          <w:p w14:paraId="63A2FF44" w14:textId="77777777" w:rsidR="00623E5F" w:rsidRDefault="00000000">
            <w:pPr>
              <w:spacing w:line="245" w:lineRule="auto"/>
            </w:pPr>
            <w:r>
              <w:rPr>
                <w:b/>
                <w:color w:val="000000"/>
                <w:sz w:val="15"/>
              </w:rPr>
              <w:t xml:space="preserve">MEDPREDMETNE POVEZAVE: </w:t>
            </w:r>
            <w:r>
              <w:rPr>
                <w:color w:val="000000"/>
                <w:sz w:val="15"/>
              </w:rPr>
              <w:t>SPO – pomlad, ritem, igriv jezik in opazovanje narave,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142AE104" w14:textId="77777777">
        <w:trPr>
          <w:cantSplit/>
          <w:jc w:val="center"/>
        </w:trPr>
        <w:tc>
          <w:tcPr>
            <w:tcW w:w="14060" w:type="dxa"/>
            <w:gridSpan w:val="6"/>
            <w:tcMar>
              <w:top w:w="70" w:type="dxa"/>
              <w:left w:w="90" w:type="dxa"/>
              <w:bottom w:w="70" w:type="dxa"/>
              <w:right w:w="90" w:type="dxa"/>
            </w:tcMar>
            <w:vAlign w:val="center"/>
          </w:tcPr>
          <w:p w14:paraId="3532E5E1" w14:textId="77777777" w:rsidR="00623E5F" w:rsidRDefault="00623E5F"/>
          <w:p w14:paraId="7CA9ABA5" w14:textId="77777777" w:rsidR="00623E5F" w:rsidRDefault="00000000">
            <w:pPr>
              <w:spacing w:line="245" w:lineRule="auto"/>
            </w:pPr>
            <w:r>
              <w:rPr>
                <w:b/>
                <w:color w:val="000000"/>
                <w:sz w:val="15"/>
              </w:rPr>
              <w:t xml:space="preserve">UČNA SREDSTVA IN PRIPOMOČKI: </w:t>
            </w:r>
            <w:r>
              <w:rPr>
                <w:color w:val="000000"/>
                <w:sz w:val="15"/>
              </w:rPr>
              <w:t>mehke žoge različnih velikosti, stožci, obroči, nizki cilji, talne oznake, košare in označevalni trakovi; kartice namena in kriterijev; oznake štirih postaj; opazovalni list; semafor napora in mapa dokazov</w:t>
            </w:r>
          </w:p>
        </w:tc>
      </w:tr>
      <w:tr w:rsidR="00623E5F" w14:paraId="4474469D" w14:textId="77777777">
        <w:trPr>
          <w:cantSplit/>
          <w:jc w:val="center"/>
        </w:trPr>
        <w:tc>
          <w:tcPr>
            <w:tcW w:w="14060" w:type="dxa"/>
            <w:gridSpan w:val="6"/>
            <w:tcMar>
              <w:top w:w="70" w:type="dxa"/>
              <w:left w:w="90" w:type="dxa"/>
              <w:bottom w:w="70" w:type="dxa"/>
              <w:right w:w="90" w:type="dxa"/>
            </w:tcMar>
            <w:vAlign w:val="center"/>
          </w:tcPr>
          <w:p w14:paraId="4C070489" w14:textId="77777777" w:rsidR="00623E5F" w:rsidRDefault="00623E5F"/>
          <w:p w14:paraId="4445CA72"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3C2C1D14" w14:textId="77777777">
        <w:trPr>
          <w:cantSplit/>
          <w:jc w:val="center"/>
        </w:trPr>
        <w:tc>
          <w:tcPr>
            <w:tcW w:w="14060" w:type="dxa"/>
            <w:gridSpan w:val="6"/>
            <w:tcMar>
              <w:top w:w="70" w:type="dxa"/>
              <w:left w:w="90" w:type="dxa"/>
              <w:bottom w:w="70" w:type="dxa"/>
              <w:right w:w="90" w:type="dxa"/>
            </w:tcMar>
            <w:vAlign w:val="center"/>
          </w:tcPr>
          <w:p w14:paraId="3BC5CEA6" w14:textId="77777777" w:rsidR="00623E5F" w:rsidRDefault="00623E5F"/>
          <w:p w14:paraId="2E959970" w14:textId="77777777" w:rsidR="00623E5F" w:rsidRDefault="00000000">
            <w:pPr>
              <w:spacing w:line="245" w:lineRule="auto"/>
            </w:pPr>
            <w:r>
              <w:rPr>
                <w:b/>
                <w:color w:val="000000"/>
                <w:sz w:val="15"/>
              </w:rPr>
              <w:t xml:space="preserve">OCENJEVANJE / DAN DEJAVNOSTI: </w:t>
            </w:r>
            <w:r>
              <w:rPr>
                <w:color w:val="000000"/>
                <w:sz w:val="15"/>
              </w:rPr>
              <w:t>NARAVOSLOVNI DAN • ŠPORTNI DAN</w:t>
            </w:r>
          </w:p>
        </w:tc>
      </w:tr>
      <w:tr w:rsidR="00623E5F" w14:paraId="1A7631AA" w14:textId="77777777">
        <w:trPr>
          <w:cantSplit/>
          <w:jc w:val="center"/>
        </w:trPr>
        <w:tc>
          <w:tcPr>
            <w:tcW w:w="14060" w:type="dxa"/>
            <w:gridSpan w:val="6"/>
            <w:tcMar>
              <w:top w:w="70" w:type="dxa"/>
              <w:left w:w="90" w:type="dxa"/>
              <w:bottom w:w="70" w:type="dxa"/>
              <w:right w:w="90" w:type="dxa"/>
            </w:tcMar>
            <w:vAlign w:val="center"/>
          </w:tcPr>
          <w:p w14:paraId="0364555F" w14:textId="77777777" w:rsidR="00623E5F" w:rsidRDefault="00623E5F"/>
          <w:p w14:paraId="3B2BCD77"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435BFBA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5095F2A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AD23F03"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EC82DE8" w14:textId="77777777" w:rsidR="00623E5F" w:rsidRDefault="00000000">
            <w:pPr>
              <w:jc w:val="center"/>
            </w:pPr>
            <w:r>
              <w:rPr>
                <w:b/>
                <w:color w:val="000000"/>
                <w:sz w:val="20"/>
              </w:rPr>
              <w:t>UČNE DEJAVNOSTI, METODE IN FORMATIVNO SPREMLJANJE</w:t>
            </w:r>
          </w:p>
        </w:tc>
      </w:tr>
      <w:tr w:rsidR="00623E5F" w14:paraId="0EDE0DDF" w14:textId="77777777">
        <w:trPr>
          <w:tblHeader/>
          <w:jc w:val="center"/>
        </w:trPr>
        <w:tc>
          <w:tcPr>
            <w:tcW w:w="4422" w:type="dxa"/>
            <w:vMerge/>
            <w:tcMar>
              <w:top w:w="70" w:type="dxa"/>
              <w:left w:w="90" w:type="dxa"/>
              <w:bottom w:w="70" w:type="dxa"/>
              <w:right w:w="90" w:type="dxa"/>
            </w:tcMar>
            <w:vAlign w:val="center"/>
          </w:tcPr>
          <w:p w14:paraId="2389B9B2" w14:textId="77777777" w:rsidR="00623E5F" w:rsidRDefault="00623E5F"/>
        </w:tc>
        <w:tc>
          <w:tcPr>
            <w:tcW w:w="7087" w:type="dxa"/>
            <w:shd w:val="clear" w:color="auto" w:fill="FFFFFF"/>
            <w:tcMar>
              <w:top w:w="70" w:type="dxa"/>
              <w:left w:w="90" w:type="dxa"/>
              <w:bottom w:w="70" w:type="dxa"/>
              <w:right w:w="90" w:type="dxa"/>
            </w:tcMar>
            <w:vAlign w:val="center"/>
          </w:tcPr>
          <w:p w14:paraId="75A5A5C5"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ED57B09" w14:textId="77777777" w:rsidR="00623E5F" w:rsidRDefault="00000000">
            <w:pPr>
              <w:jc w:val="center"/>
            </w:pPr>
            <w:r>
              <w:rPr>
                <w:b/>
                <w:color w:val="000000"/>
              </w:rPr>
              <w:t>UČENEC</w:t>
            </w:r>
          </w:p>
        </w:tc>
      </w:tr>
      <w:tr w:rsidR="00623E5F" w14:paraId="4A14DB7A" w14:textId="77777777">
        <w:trPr>
          <w:jc w:val="center"/>
        </w:trPr>
        <w:tc>
          <w:tcPr>
            <w:tcW w:w="4422" w:type="dxa"/>
            <w:tcMar>
              <w:top w:w="70" w:type="dxa"/>
              <w:left w:w="90" w:type="dxa"/>
              <w:bottom w:w="70" w:type="dxa"/>
              <w:right w:w="90" w:type="dxa"/>
            </w:tcMar>
          </w:tcPr>
          <w:p w14:paraId="77C6D264" w14:textId="77777777" w:rsidR="00623E5F" w:rsidRDefault="00623E5F"/>
          <w:p w14:paraId="218230E1" w14:textId="77777777" w:rsidR="00623E5F" w:rsidRDefault="00000000">
            <w:pPr>
              <w:spacing w:after="60" w:line="245" w:lineRule="auto"/>
            </w:pPr>
            <w:r>
              <w:rPr>
                <w:b/>
                <w:color w:val="000000"/>
              </w:rPr>
              <w:t>UČNI CILJI</w:t>
            </w:r>
          </w:p>
          <w:p w14:paraId="1A99E69B" w14:textId="77777777" w:rsidR="00623E5F" w:rsidRDefault="00000000">
            <w:pPr>
              <w:spacing w:after="20" w:line="245" w:lineRule="auto"/>
            </w:pPr>
            <w:r>
              <w:rPr>
                <w:b/>
                <w:color w:val="000000"/>
                <w:sz w:val="17"/>
              </w:rPr>
              <w:t>SPLOŠNI</w:t>
            </w:r>
          </w:p>
          <w:p w14:paraId="1D308AFF"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6A512570" w14:textId="77777777" w:rsidR="00623E5F" w:rsidRDefault="00000000">
            <w:pPr>
              <w:pStyle w:val="Oznaenseznam"/>
              <w:spacing w:after="16"/>
            </w:pPr>
            <w:r>
              <w:rPr>
                <w:color w:val="000000"/>
                <w:sz w:val="15"/>
              </w:rPr>
              <w:t>varno hodi, teče, skače, meče, pleza, se plazi, lovi, ravnoteži, pleše in uporablja različne rekvizite</w:t>
            </w:r>
          </w:p>
          <w:p w14:paraId="46161A7F" w14:textId="77777777" w:rsidR="00623E5F" w:rsidRDefault="00000000">
            <w:pPr>
              <w:pStyle w:val="Oznaenseznam"/>
              <w:spacing w:after="16"/>
            </w:pPr>
            <w:r>
              <w:rPr>
                <w:color w:val="000000"/>
                <w:sz w:val="15"/>
              </w:rPr>
              <w:t>razume pomen rednega gibanja, ogrevanja, higiene, primerne opreme, počitka in varnega ravnanja</w:t>
            </w:r>
          </w:p>
          <w:p w14:paraId="590347B0"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6DE204B3" w14:textId="77777777" w:rsidR="00623E5F" w:rsidRDefault="00000000">
            <w:pPr>
              <w:spacing w:before="40" w:after="20" w:line="245" w:lineRule="auto"/>
            </w:pPr>
            <w:r>
              <w:rPr>
                <w:b/>
                <w:color w:val="000000"/>
                <w:sz w:val="17"/>
              </w:rPr>
              <w:t>OPERATIVNI</w:t>
            </w:r>
          </w:p>
          <w:p w14:paraId="12DB3819" w14:textId="77777777" w:rsidR="00623E5F" w:rsidRDefault="00000000">
            <w:pPr>
              <w:pStyle w:val="Oznaenseznam"/>
              <w:spacing w:after="16"/>
            </w:pPr>
            <w:r>
              <w:rPr>
                <w:color w:val="000000"/>
                <w:sz w:val="15"/>
              </w:rPr>
              <w:t>vodi ali kotali žogo</w:t>
            </w:r>
          </w:p>
          <w:p w14:paraId="7F03CE4D" w14:textId="77777777" w:rsidR="00623E5F" w:rsidRDefault="00000000">
            <w:pPr>
              <w:pStyle w:val="Oznaenseznam"/>
              <w:spacing w:after="16"/>
            </w:pPr>
            <w:r>
              <w:rPr>
                <w:color w:val="000000"/>
                <w:sz w:val="15"/>
              </w:rPr>
              <w:t>podaja in lovi</w:t>
            </w:r>
          </w:p>
          <w:p w14:paraId="500E5B27" w14:textId="77777777" w:rsidR="00623E5F" w:rsidRDefault="00000000">
            <w:pPr>
              <w:pStyle w:val="Oznaenseznam"/>
              <w:spacing w:after="16"/>
            </w:pPr>
            <w:r>
              <w:rPr>
                <w:color w:val="000000"/>
                <w:sz w:val="15"/>
              </w:rPr>
              <w:t>upošteva pravila igre</w:t>
            </w:r>
          </w:p>
          <w:p w14:paraId="51CBD8AF" w14:textId="77777777" w:rsidR="00623E5F" w:rsidRDefault="00000000">
            <w:pPr>
              <w:spacing w:before="40" w:after="20" w:line="245" w:lineRule="auto"/>
            </w:pPr>
            <w:r>
              <w:rPr>
                <w:b/>
                <w:color w:val="000000"/>
                <w:sz w:val="17"/>
              </w:rPr>
              <w:t>PRIČAKOVANI DOSEŽKI / MINIMALNI POUDARKI</w:t>
            </w:r>
          </w:p>
          <w:p w14:paraId="14449289" w14:textId="77777777" w:rsidR="00623E5F" w:rsidRDefault="00000000">
            <w:pPr>
              <w:pStyle w:val="Oznaenseznam"/>
              <w:spacing w:after="16"/>
            </w:pPr>
            <w:r>
              <w:rPr>
                <w:color w:val="000000"/>
                <w:sz w:val="15"/>
              </w:rPr>
              <w:t>učenec samostojno oziroma z dogovorjeno oporo vodi ali kotali žogo</w:t>
            </w:r>
          </w:p>
          <w:p w14:paraId="25B646E5" w14:textId="77777777" w:rsidR="00623E5F" w:rsidRDefault="00000000">
            <w:pPr>
              <w:pStyle w:val="Oznaenseznam"/>
              <w:spacing w:after="16"/>
            </w:pPr>
            <w:r>
              <w:rPr>
                <w:color w:val="000000"/>
                <w:sz w:val="15"/>
              </w:rPr>
              <w:t>učenec samostojno oziroma z dogovorjeno oporo podaja in lovi</w:t>
            </w:r>
          </w:p>
          <w:p w14:paraId="5CCA90B6" w14:textId="77777777" w:rsidR="00623E5F" w:rsidRDefault="00000000">
            <w:pPr>
              <w:pStyle w:val="Oznaenseznam"/>
              <w:spacing w:after="16"/>
            </w:pPr>
            <w:r>
              <w:rPr>
                <w:color w:val="000000"/>
                <w:sz w:val="15"/>
              </w:rPr>
              <w:t>učenec samostojno oziroma z dogovorjeno oporo upošteva pravila igre</w:t>
            </w:r>
          </w:p>
        </w:tc>
        <w:tc>
          <w:tcPr>
            <w:tcW w:w="7087" w:type="dxa"/>
            <w:tcMar>
              <w:top w:w="70" w:type="dxa"/>
              <w:left w:w="90" w:type="dxa"/>
              <w:bottom w:w="70" w:type="dxa"/>
              <w:right w:w="90" w:type="dxa"/>
            </w:tcMar>
          </w:tcPr>
          <w:p w14:paraId="621E87EE"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131B241" w14:textId="77777777">
              <w:trPr>
                <w:jc w:val="center"/>
              </w:trPr>
              <w:tc>
                <w:tcPr>
                  <w:tcW w:w="7087" w:type="dxa"/>
                  <w:shd w:val="clear" w:color="auto" w:fill="C6E7F3"/>
                  <w:tcMar>
                    <w:top w:w="45" w:type="dxa"/>
                    <w:left w:w="70" w:type="dxa"/>
                    <w:bottom w:w="45" w:type="dxa"/>
                    <w:right w:w="70" w:type="dxa"/>
                  </w:tcMar>
                </w:tcPr>
                <w:p w14:paraId="4851B24B" w14:textId="77777777" w:rsidR="00623E5F" w:rsidRDefault="00000000">
                  <w:pPr>
                    <w:keepNext/>
                  </w:pPr>
                  <w:r>
                    <w:rPr>
                      <w:b/>
                      <w:color w:val="000000"/>
                    </w:rPr>
                    <w:t>UVODNI DEL – POČUTJE, GIBALNI NAMIG, PREDZNANJE IN NAMEN UČENJA (7–10 min)</w:t>
                  </w:r>
                </w:p>
              </w:tc>
            </w:tr>
          </w:tbl>
          <w:p w14:paraId="6A901445" w14:textId="77777777" w:rsidR="00623E5F" w:rsidRDefault="00623E5F">
            <w:pPr>
              <w:spacing w:line="20" w:lineRule="exact"/>
            </w:pPr>
          </w:p>
          <w:p w14:paraId="34667ECC" w14:textId="77777777" w:rsidR="00623E5F" w:rsidRDefault="00000000">
            <w:pPr>
              <w:spacing w:before="40" w:after="60" w:line="245" w:lineRule="auto"/>
            </w:pPr>
            <w:r>
              <w:rPr>
                <w:color w:val="000000"/>
                <w:sz w:val="15"/>
              </w:rPr>
              <w:t>Ob književnem motivu »Majnice: fulaste pesmi« – Tone Pavček učenci vstopijo v temo pomlad, ritem, igriv jezik in opazovanje narave. Učiteljica pripravi kratek gibalni namig: žoga poišče pot do cilja, vendar se mora najprej ustaviti, spremeniti smer ali varno potovati do soigralca; učenci raziščejo temo »igre z žogo«. Tedenski gibalni izziv: izvede pomladne igre z žogo v naravi.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3DB404D0" w14:textId="77777777">
              <w:trPr>
                <w:jc w:val="center"/>
              </w:trPr>
              <w:tc>
                <w:tcPr>
                  <w:tcW w:w="7087" w:type="dxa"/>
                  <w:shd w:val="clear" w:color="auto" w:fill="EDC9EA"/>
                  <w:tcMar>
                    <w:top w:w="45" w:type="dxa"/>
                    <w:left w:w="70" w:type="dxa"/>
                    <w:bottom w:w="45" w:type="dxa"/>
                    <w:right w:w="70" w:type="dxa"/>
                  </w:tcMar>
                </w:tcPr>
                <w:p w14:paraId="5B1B3458" w14:textId="77777777" w:rsidR="00623E5F" w:rsidRDefault="00000000">
                  <w:pPr>
                    <w:keepNext/>
                  </w:pPr>
                  <w:r>
                    <w:rPr>
                      <w:b/>
                      <w:color w:val="000000"/>
                    </w:rPr>
                    <w:t>NAMENI UČENJA</w:t>
                  </w:r>
                </w:p>
              </w:tc>
            </w:tr>
          </w:tbl>
          <w:p w14:paraId="3E29682B" w14:textId="77777777" w:rsidR="00623E5F" w:rsidRDefault="00623E5F">
            <w:pPr>
              <w:spacing w:line="20" w:lineRule="exact"/>
            </w:pPr>
          </w:p>
          <w:p w14:paraId="558E13D5"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469BC6E4" w14:textId="77777777" w:rsidR="00623E5F" w:rsidRDefault="00000000">
            <w:pPr>
              <w:pStyle w:val="Oznaenseznam"/>
              <w:spacing w:after="16"/>
            </w:pPr>
            <w:r>
              <w:rPr>
                <w:color w:val="000000"/>
                <w:sz w:val="15"/>
              </w:rPr>
              <w:t>vodim ali kotalim žogo</w:t>
            </w:r>
          </w:p>
          <w:p w14:paraId="612A03F9" w14:textId="77777777" w:rsidR="00623E5F" w:rsidRDefault="00000000">
            <w:pPr>
              <w:pStyle w:val="Oznaenseznam"/>
              <w:spacing w:after="16"/>
            </w:pPr>
            <w:r>
              <w:rPr>
                <w:color w:val="000000"/>
                <w:sz w:val="15"/>
              </w:rPr>
              <w:t>podaja in lovim</w:t>
            </w:r>
          </w:p>
          <w:p w14:paraId="23E75DEC" w14:textId="77777777" w:rsidR="00623E5F" w:rsidRDefault="00000000">
            <w:pPr>
              <w:pStyle w:val="Oznaenseznam"/>
              <w:spacing w:after="16"/>
            </w:pPr>
            <w:r>
              <w:rPr>
                <w:color w:val="000000"/>
                <w:sz w:val="15"/>
              </w:rPr>
              <w:t>upoštevam pravila igre</w:t>
            </w:r>
          </w:p>
          <w:tbl>
            <w:tblPr>
              <w:tblStyle w:val="Tabelamrea"/>
              <w:tblW w:w="0" w:type="auto"/>
              <w:jc w:val="center"/>
              <w:tblLayout w:type="fixed"/>
              <w:tblLook w:val="04A0" w:firstRow="1" w:lastRow="0" w:firstColumn="1" w:lastColumn="0" w:noHBand="0" w:noVBand="1"/>
            </w:tblPr>
            <w:tblGrid>
              <w:gridCol w:w="7087"/>
            </w:tblGrid>
            <w:tr w:rsidR="00623E5F" w14:paraId="0261EFC8" w14:textId="77777777">
              <w:trPr>
                <w:jc w:val="center"/>
              </w:trPr>
              <w:tc>
                <w:tcPr>
                  <w:tcW w:w="7087" w:type="dxa"/>
                  <w:shd w:val="clear" w:color="auto" w:fill="EDC9EA"/>
                  <w:tcMar>
                    <w:top w:w="45" w:type="dxa"/>
                    <w:left w:w="70" w:type="dxa"/>
                    <w:bottom w:w="45" w:type="dxa"/>
                    <w:right w:w="70" w:type="dxa"/>
                  </w:tcMar>
                </w:tcPr>
                <w:p w14:paraId="7E0AE0E0" w14:textId="77777777" w:rsidR="00623E5F" w:rsidRDefault="00000000">
                  <w:pPr>
                    <w:keepNext/>
                  </w:pPr>
                  <w:r>
                    <w:rPr>
                      <w:b/>
                      <w:color w:val="000000"/>
                    </w:rPr>
                    <w:t>PREVERJANJE PREDZNANJA</w:t>
                  </w:r>
                </w:p>
              </w:tc>
            </w:tr>
          </w:tbl>
          <w:p w14:paraId="02388F9F" w14:textId="77777777" w:rsidR="00623E5F" w:rsidRDefault="00623E5F">
            <w:pPr>
              <w:spacing w:line="20" w:lineRule="exact"/>
            </w:pPr>
          </w:p>
          <w:p w14:paraId="4EEA7093" w14:textId="77777777" w:rsidR="00623E5F" w:rsidRDefault="00000000">
            <w:pPr>
              <w:pStyle w:val="Oznaenseznam"/>
              <w:spacing w:after="16"/>
            </w:pPr>
            <w:r>
              <w:rPr>
                <w:color w:val="000000"/>
                <w:sz w:val="15"/>
              </w:rPr>
              <w:t>Kaj moje telo in prostor že znata pokazati pri temi »IGRE Z ŽOGO«?</w:t>
            </w:r>
          </w:p>
          <w:p w14:paraId="12ED8F84" w14:textId="77777777" w:rsidR="00623E5F" w:rsidRDefault="00000000">
            <w:pPr>
              <w:pStyle w:val="Oznaenseznam"/>
              <w:spacing w:after="16"/>
            </w:pPr>
            <w:r>
              <w:rPr>
                <w:color w:val="000000"/>
                <w:sz w:val="15"/>
              </w:rPr>
              <w:t>Katero varnostno pravilo, gibalni korak ali strategijo že obvladam in kaj bi najprej preizkusil/-a?</w:t>
            </w:r>
          </w:p>
          <w:p w14:paraId="3EA77E2A"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23A65448" w14:textId="77777777">
              <w:trPr>
                <w:jc w:val="center"/>
              </w:trPr>
              <w:tc>
                <w:tcPr>
                  <w:tcW w:w="7087" w:type="dxa"/>
                  <w:shd w:val="clear" w:color="auto" w:fill="EDC9EA"/>
                  <w:tcMar>
                    <w:top w:w="45" w:type="dxa"/>
                    <w:left w:w="70" w:type="dxa"/>
                    <w:bottom w:w="45" w:type="dxa"/>
                    <w:right w:w="70" w:type="dxa"/>
                  </w:tcMar>
                </w:tcPr>
                <w:p w14:paraId="3A9FE87A" w14:textId="77777777" w:rsidR="00623E5F" w:rsidRDefault="00000000">
                  <w:pPr>
                    <w:keepNext/>
                  </w:pPr>
                  <w:r>
                    <w:rPr>
                      <w:b/>
                      <w:color w:val="000000"/>
                    </w:rPr>
                    <w:t>KRITERIJI USPEŠNOSTI</w:t>
                  </w:r>
                </w:p>
              </w:tc>
            </w:tr>
          </w:tbl>
          <w:p w14:paraId="3EFC1E54" w14:textId="77777777" w:rsidR="00623E5F" w:rsidRDefault="00623E5F"/>
          <w:p w14:paraId="692463FD" w14:textId="77777777" w:rsidR="00623E5F" w:rsidRDefault="00000000">
            <w:pPr>
              <w:spacing w:before="20" w:after="20" w:line="245" w:lineRule="auto"/>
            </w:pPr>
            <w:r>
              <w:rPr>
                <w:b/>
                <w:color w:val="000000"/>
                <w:sz w:val="16"/>
              </w:rPr>
              <w:t>Uspešen/-na bom, ko:</w:t>
            </w:r>
          </w:p>
          <w:p w14:paraId="341CDB32" w14:textId="77777777" w:rsidR="00623E5F" w:rsidRDefault="00000000">
            <w:pPr>
              <w:pStyle w:val="Oznaenseznam"/>
              <w:spacing w:after="16"/>
            </w:pPr>
            <w:r>
              <w:rPr>
                <w:color w:val="000000"/>
                <w:sz w:val="15"/>
              </w:rPr>
              <w:t>vodim ali kotalim žogo</w:t>
            </w:r>
          </w:p>
          <w:p w14:paraId="5211D16C" w14:textId="77777777" w:rsidR="00623E5F" w:rsidRDefault="00000000">
            <w:pPr>
              <w:pStyle w:val="Oznaenseznam"/>
              <w:spacing w:after="16"/>
            </w:pPr>
            <w:r>
              <w:rPr>
                <w:color w:val="000000"/>
                <w:sz w:val="15"/>
              </w:rPr>
              <w:t>podaja in lovim</w:t>
            </w:r>
          </w:p>
          <w:p w14:paraId="109C0849" w14:textId="77777777" w:rsidR="00623E5F" w:rsidRDefault="00000000">
            <w:pPr>
              <w:pStyle w:val="Oznaenseznam"/>
              <w:spacing w:after="16"/>
            </w:pPr>
            <w:r>
              <w:rPr>
                <w:color w:val="000000"/>
                <w:sz w:val="15"/>
              </w:rPr>
              <w:t>upoštevam pravila igre</w:t>
            </w:r>
          </w:p>
          <w:p w14:paraId="4CF68926" w14:textId="77777777" w:rsidR="00623E5F" w:rsidRDefault="00000000">
            <w:pPr>
              <w:pStyle w:val="Oznaenseznam"/>
              <w:spacing w:after="16"/>
            </w:pPr>
            <w:r>
              <w:rPr>
                <w:color w:val="000000"/>
                <w:sz w:val="15"/>
              </w:rPr>
              <w:t>pred začetkom preverim prostor in opremo, ohranjam razdaljo ter se na znak varno ustavim</w:t>
            </w:r>
          </w:p>
          <w:p w14:paraId="28F84C3A"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5891033E" w14:textId="77777777" w:rsidR="00623E5F" w:rsidRDefault="00623E5F"/>
          <w:p w14:paraId="4E3647E0"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13703ADD"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538EE5A2" w14:textId="77777777" w:rsidR="00623E5F" w:rsidRDefault="00000000">
            <w:pPr>
              <w:spacing w:after="100" w:line="245" w:lineRule="auto"/>
            </w:pPr>
            <w:r>
              <w:rPr>
                <w:color w:val="000000"/>
                <w:sz w:val="15"/>
              </w:rPr>
              <w:t>Sodeluje pri razumevanju namena, vidnih meril, varnostnih pravil, prehodov in načina dokazovanja.</w:t>
            </w:r>
          </w:p>
          <w:p w14:paraId="2C0C5E48" w14:textId="77777777" w:rsidR="00623E5F" w:rsidRDefault="00000000">
            <w:pPr>
              <w:spacing w:after="20" w:line="245" w:lineRule="auto"/>
            </w:pPr>
            <w:r>
              <w:rPr>
                <w:b/>
                <w:color w:val="D95BC6"/>
                <w:sz w:val="17"/>
              </w:rPr>
              <w:t>DOKAZ O UČENJU</w:t>
            </w:r>
          </w:p>
          <w:p w14:paraId="7189AF3E"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1D34BE3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1463CA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716D11"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971E40B" w14:textId="77777777" w:rsidR="00623E5F" w:rsidRDefault="00000000">
            <w:pPr>
              <w:jc w:val="center"/>
            </w:pPr>
            <w:r>
              <w:rPr>
                <w:b/>
                <w:color w:val="000000"/>
                <w:sz w:val="20"/>
              </w:rPr>
              <w:t>UČNE DEJAVNOSTI, METODE IN FORMATIVNO SPREMLJANJE</w:t>
            </w:r>
          </w:p>
        </w:tc>
      </w:tr>
      <w:tr w:rsidR="00623E5F" w14:paraId="2C15E564" w14:textId="77777777">
        <w:trPr>
          <w:tblHeader/>
          <w:jc w:val="center"/>
        </w:trPr>
        <w:tc>
          <w:tcPr>
            <w:tcW w:w="4422" w:type="dxa"/>
            <w:vMerge/>
            <w:tcMar>
              <w:top w:w="70" w:type="dxa"/>
              <w:left w:w="90" w:type="dxa"/>
              <w:bottom w:w="70" w:type="dxa"/>
              <w:right w:w="90" w:type="dxa"/>
            </w:tcMar>
            <w:vAlign w:val="center"/>
          </w:tcPr>
          <w:p w14:paraId="3E92D260" w14:textId="77777777" w:rsidR="00623E5F" w:rsidRDefault="00623E5F"/>
        </w:tc>
        <w:tc>
          <w:tcPr>
            <w:tcW w:w="7087" w:type="dxa"/>
            <w:shd w:val="clear" w:color="auto" w:fill="FFFFFF"/>
            <w:tcMar>
              <w:top w:w="70" w:type="dxa"/>
              <w:left w:w="90" w:type="dxa"/>
              <w:bottom w:w="70" w:type="dxa"/>
              <w:right w:w="90" w:type="dxa"/>
            </w:tcMar>
            <w:vAlign w:val="center"/>
          </w:tcPr>
          <w:p w14:paraId="219D8DAF"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4514020" w14:textId="77777777" w:rsidR="00623E5F" w:rsidRDefault="00000000">
            <w:pPr>
              <w:jc w:val="center"/>
            </w:pPr>
            <w:r>
              <w:rPr>
                <w:b/>
                <w:color w:val="000000"/>
              </w:rPr>
              <w:t>UČENEC</w:t>
            </w:r>
          </w:p>
        </w:tc>
      </w:tr>
      <w:tr w:rsidR="00623E5F" w14:paraId="1DC4D09C" w14:textId="77777777">
        <w:trPr>
          <w:jc w:val="center"/>
        </w:trPr>
        <w:tc>
          <w:tcPr>
            <w:tcW w:w="4422" w:type="dxa"/>
            <w:tcMar>
              <w:top w:w="70" w:type="dxa"/>
              <w:left w:w="90" w:type="dxa"/>
              <w:bottom w:w="70" w:type="dxa"/>
              <w:right w:w="90" w:type="dxa"/>
            </w:tcMar>
          </w:tcPr>
          <w:p w14:paraId="5F0DF808" w14:textId="77777777" w:rsidR="00623E5F" w:rsidRDefault="00623E5F"/>
          <w:p w14:paraId="35F1286B" w14:textId="77777777" w:rsidR="00623E5F" w:rsidRDefault="00000000">
            <w:pPr>
              <w:spacing w:after="40" w:line="245" w:lineRule="auto"/>
            </w:pPr>
            <w:r>
              <w:rPr>
                <w:b/>
                <w:color w:val="000000"/>
                <w:sz w:val="17"/>
              </w:rPr>
              <w:t>KLJUČNI ŠPORTNI IN GIBALNI POJMI</w:t>
            </w:r>
          </w:p>
          <w:p w14:paraId="7FA85EB8"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prijem, kotaljenje, vodenje, podaja, lovljenje, ustavljanje, ciljanje, razdalja</w:t>
            </w:r>
          </w:p>
          <w:p w14:paraId="7946AE7A" w14:textId="77777777" w:rsidR="00623E5F" w:rsidRDefault="00000000">
            <w:pPr>
              <w:spacing w:after="20" w:line="245" w:lineRule="auto"/>
            </w:pPr>
            <w:r>
              <w:rPr>
                <w:b/>
                <w:color w:val="000000"/>
                <w:sz w:val="17"/>
              </w:rPr>
              <w:t>DOKAZI O UČENJU</w:t>
            </w:r>
          </w:p>
          <w:p w14:paraId="27A0856B" w14:textId="77777777" w:rsidR="00623E5F" w:rsidRDefault="00000000">
            <w:pPr>
              <w:pStyle w:val="Oznaenseznam"/>
              <w:spacing w:after="7"/>
            </w:pPr>
            <w:r>
              <w:rPr>
                <w:color w:val="000000"/>
                <w:sz w:val="14"/>
              </w:rPr>
              <w:t>varen odziv na znak, začetni poskus prvine in ustno varnostno pravilo.</w:t>
            </w:r>
          </w:p>
          <w:p w14:paraId="542B2087" w14:textId="77777777" w:rsidR="00623E5F" w:rsidRDefault="00000000">
            <w:pPr>
              <w:pStyle w:val="Oznaenseznam"/>
              <w:spacing w:after="7"/>
            </w:pPr>
            <w:r>
              <w:rPr>
                <w:color w:val="000000"/>
                <w:sz w:val="14"/>
              </w:rPr>
              <w:t>uporaba prvine v igri, sodelovanje, upoštevanje pravil in osebno samovrednotenje.</w:t>
            </w:r>
          </w:p>
          <w:p w14:paraId="158BBFE6" w14:textId="77777777" w:rsidR="00623E5F" w:rsidRDefault="00000000">
            <w:pPr>
              <w:spacing w:before="40" w:after="20" w:line="245" w:lineRule="auto"/>
            </w:pPr>
            <w:r>
              <w:rPr>
                <w:b/>
                <w:color w:val="000000"/>
                <w:sz w:val="16"/>
              </w:rPr>
              <w:t>GIBALNO DOŽIVETJE IN IZKUŠENJSKI POUK</w:t>
            </w:r>
          </w:p>
          <w:p w14:paraId="2D4DA0C4"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161D3A40" w14:textId="77777777" w:rsidR="00623E5F" w:rsidRDefault="00000000">
            <w:pPr>
              <w:spacing w:after="20" w:line="245" w:lineRule="auto"/>
            </w:pPr>
            <w:r>
              <w:rPr>
                <w:b/>
                <w:color w:val="000000"/>
                <w:sz w:val="16"/>
              </w:rPr>
              <w:t>POUČEVANJE V GIBANJU</w:t>
            </w:r>
          </w:p>
          <w:p w14:paraId="7A5061D1"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78C59472" w14:textId="77777777" w:rsidR="00623E5F" w:rsidRDefault="00000000">
            <w:pPr>
              <w:spacing w:after="20" w:line="245" w:lineRule="auto"/>
            </w:pPr>
            <w:r>
              <w:rPr>
                <w:b/>
                <w:color w:val="000000"/>
                <w:sz w:val="16"/>
              </w:rPr>
              <w:t>DELO PO ŠTIRIH POSTAJAH</w:t>
            </w:r>
          </w:p>
          <w:p w14:paraId="4EDCCDA1"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07C968D7" w14:textId="77777777" w:rsidR="00623E5F" w:rsidRDefault="00000000">
            <w:pPr>
              <w:spacing w:after="7" w:line="245" w:lineRule="auto"/>
            </w:pPr>
            <w:r>
              <w:rPr>
                <w:color w:val="000000"/>
                <w:sz w:val="14"/>
              </w:rPr>
              <w:t>1. Občutek za žogo: z dlanmi, stopali ali obema rokama varno ustavim, kotalim in usmerjam mehko žogo.</w:t>
            </w:r>
          </w:p>
          <w:p w14:paraId="54C7C14B" w14:textId="77777777" w:rsidR="00623E5F" w:rsidRDefault="00000000">
            <w:pPr>
              <w:spacing w:after="7" w:line="245" w:lineRule="auto"/>
            </w:pPr>
            <w:r>
              <w:rPr>
                <w:color w:val="000000"/>
                <w:sz w:val="14"/>
              </w:rPr>
              <w:t>2. Parna: prilagodim moč in razdaljo pri podaji oziroma lovljenju ter vadim cilj »podaja in lovim«.</w:t>
            </w:r>
          </w:p>
          <w:p w14:paraId="0E4F3523" w14:textId="77777777" w:rsidR="00623E5F" w:rsidRDefault="00000000">
            <w:pPr>
              <w:spacing w:after="7" w:line="245" w:lineRule="auto"/>
            </w:pPr>
            <w:r>
              <w:rPr>
                <w:color w:val="000000"/>
                <w:sz w:val="14"/>
              </w:rPr>
              <w:t>3. Ciljna: okoli ovir vodim ali kotalim žogo, jo ustavim in usmerim v velik cilj skladno s ciljem »vodim ali kotalim žogo«.</w:t>
            </w:r>
          </w:p>
          <w:p w14:paraId="0FB63FDB" w14:textId="77777777" w:rsidR="00623E5F" w:rsidRDefault="00000000">
            <w:pPr>
              <w:spacing w:after="7" w:line="245" w:lineRule="auto"/>
            </w:pPr>
            <w:r>
              <w:rPr>
                <w:color w:val="000000"/>
                <w:sz w:val="14"/>
              </w:rPr>
              <w:t>4. Igra z žogo brez izločanja: menjam vloge, vključujem soigralce in pokažem, kako »upoštevam pravila igre«.</w:t>
            </w:r>
          </w:p>
          <w:p w14:paraId="5DBC7A9D" w14:textId="77777777" w:rsidR="00623E5F" w:rsidRDefault="00000000">
            <w:pPr>
              <w:spacing w:after="20" w:line="245" w:lineRule="auto"/>
            </w:pPr>
            <w:r>
              <w:rPr>
                <w:b/>
                <w:color w:val="000000"/>
                <w:sz w:val="16"/>
              </w:rPr>
              <w:t>DIFERENCIACIJA IN VKLJUČEVANJE</w:t>
            </w:r>
          </w:p>
          <w:p w14:paraId="22B8D2DF"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277E75D4" w14:textId="77777777" w:rsidR="00623E5F" w:rsidRDefault="00000000">
            <w:pPr>
              <w:spacing w:after="20" w:line="245" w:lineRule="auto"/>
            </w:pPr>
            <w:r>
              <w:rPr>
                <w:b/>
                <w:color w:val="000000"/>
                <w:sz w:val="16"/>
              </w:rPr>
              <w:t>SPREMLJANJE</w:t>
            </w:r>
          </w:p>
          <w:p w14:paraId="397AFE10"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3E71808F"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C87A76E" w14:textId="77777777">
              <w:trPr>
                <w:jc w:val="center"/>
              </w:trPr>
              <w:tc>
                <w:tcPr>
                  <w:tcW w:w="7087" w:type="dxa"/>
                  <w:shd w:val="clear" w:color="auto" w:fill="C6E7F3"/>
                  <w:tcMar>
                    <w:top w:w="45" w:type="dxa"/>
                    <w:left w:w="70" w:type="dxa"/>
                    <w:bottom w:w="45" w:type="dxa"/>
                    <w:right w:w="70" w:type="dxa"/>
                  </w:tcMar>
                </w:tcPr>
                <w:p w14:paraId="235DB223" w14:textId="77777777" w:rsidR="00623E5F" w:rsidRDefault="00000000">
                  <w:pPr>
                    <w:keepNext/>
                  </w:pPr>
                  <w:r>
                    <w:rPr>
                      <w:b/>
                      <w:color w:val="000000"/>
                      <w:sz w:val="16"/>
                    </w:rPr>
                    <w:t>GLAVNI DEL – GIBALNI IZZIV, VADBA NA ŠTIRIH POSTAJAH IN IGRA (2 šolski uri)</w:t>
                  </w:r>
                </w:p>
              </w:tc>
            </w:tr>
          </w:tbl>
          <w:p w14:paraId="5B2F0213" w14:textId="77777777" w:rsidR="00623E5F" w:rsidRDefault="00623E5F">
            <w:pPr>
              <w:spacing w:line="20" w:lineRule="exact"/>
            </w:pPr>
          </w:p>
          <w:p w14:paraId="356F67F2" w14:textId="77777777" w:rsidR="00623E5F" w:rsidRDefault="00000000">
            <w:pPr>
              <w:keepNext/>
              <w:spacing w:before="16" w:after="6" w:line="245" w:lineRule="auto"/>
            </w:pPr>
            <w:r>
              <w:rPr>
                <w:b/>
                <w:color w:val="000000"/>
                <w:sz w:val="15"/>
              </w:rPr>
              <w:t>1. URA – Igre z žogo – Ogrejem se in usvojim gib</w:t>
            </w:r>
          </w:p>
          <w:p w14:paraId="0DF38EFA"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»Majnice: fulaste pesmi« – Tone Pavček. Osrednji del 30': 32' – Preveri prostor in opremo, predstavi varnostni znak ter skozi gibalno zgodbo modelira ključno prvino po korakih.</w:t>
            </w:r>
          </w:p>
          <w:p w14:paraId="53C0BB0D"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23D4BE56" w14:textId="77777777" w:rsidR="00623E5F" w:rsidRDefault="00000000">
            <w:pPr>
              <w:spacing w:after="15" w:line="245" w:lineRule="auto"/>
            </w:pPr>
            <w:r>
              <w:rPr>
                <w:i/>
                <w:color w:val="D95BC6"/>
                <w:sz w:val="14"/>
              </w:rPr>
              <w:t>Predvideni dokaz: varen odziv na znak, začetni poskus prvine in ustno varnostno pravilo..</w:t>
            </w:r>
          </w:p>
          <w:p w14:paraId="3396B033" w14:textId="77777777" w:rsidR="00623E5F" w:rsidRDefault="00000000">
            <w:pPr>
              <w:keepNext/>
              <w:spacing w:before="16" w:after="6" w:line="245" w:lineRule="auto"/>
            </w:pPr>
            <w:r>
              <w:rPr>
                <w:b/>
                <w:color w:val="000000"/>
                <w:sz w:val="15"/>
              </w:rPr>
              <w:t>2. URA – Igre z žogo – Uporabim v igri</w:t>
            </w:r>
          </w:p>
          <w:p w14:paraId="36F26EE4"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»Majnice: fulaste pesmi« – Tone Pavček. Osrednji del 30': 32' – Organizira vključujočo igro ali izziv brez izločanja, spremlja varnost, pošteno igro in uporabo naučene prvine.</w:t>
            </w:r>
          </w:p>
          <w:p w14:paraId="0D94FCEB"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27B77FEA"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7FCE1F05" w14:textId="77777777">
              <w:trPr>
                <w:jc w:val="center"/>
              </w:trPr>
              <w:tc>
                <w:tcPr>
                  <w:tcW w:w="7087" w:type="dxa"/>
                  <w:shd w:val="clear" w:color="auto" w:fill="EDC9EA"/>
                  <w:tcMar>
                    <w:top w:w="45" w:type="dxa"/>
                    <w:left w:w="70" w:type="dxa"/>
                    <w:bottom w:w="45" w:type="dxa"/>
                    <w:right w:w="70" w:type="dxa"/>
                  </w:tcMar>
                </w:tcPr>
                <w:p w14:paraId="45B304DB" w14:textId="77777777" w:rsidR="00623E5F" w:rsidRDefault="00000000">
                  <w:pPr>
                    <w:keepNext/>
                  </w:pPr>
                  <w:r>
                    <w:rPr>
                      <w:b/>
                      <w:color w:val="000000"/>
                      <w:sz w:val="16"/>
                    </w:rPr>
                    <w:t>ORGANIZACIJA POSTAJ, PREHODOV IN AKTIVNEGA ČASA</w:t>
                  </w:r>
                </w:p>
              </w:tc>
            </w:tr>
          </w:tbl>
          <w:p w14:paraId="2188FE60" w14:textId="77777777" w:rsidR="00623E5F" w:rsidRDefault="00623E5F"/>
          <w:p w14:paraId="1F937095" w14:textId="77777777" w:rsidR="00623E5F" w:rsidRDefault="00000000">
            <w:pPr>
              <w:spacing w:before="5" w:after="6" w:line="245" w:lineRule="auto"/>
            </w:pPr>
            <w:r>
              <w:rPr>
                <w:color w:val="000000"/>
                <w:sz w:val="14"/>
              </w:rPr>
              <w:t>Postaja 1: Občutek za žogo: z dlanmi, stopali ali obema rokama varno ustavim, kotalim in usmerjam mehko žogo.</w:t>
            </w:r>
          </w:p>
          <w:p w14:paraId="7652D772" w14:textId="77777777" w:rsidR="00623E5F" w:rsidRDefault="00000000">
            <w:pPr>
              <w:spacing w:before="5" w:after="6" w:line="245" w:lineRule="auto"/>
            </w:pPr>
            <w:r>
              <w:rPr>
                <w:color w:val="000000"/>
                <w:sz w:val="14"/>
              </w:rPr>
              <w:t>Postaja 2: Parna: prilagodim moč in razdaljo pri podaji oziroma lovljenju ter vadim cilj »podaja in lovim«.</w:t>
            </w:r>
          </w:p>
          <w:p w14:paraId="63203004" w14:textId="77777777" w:rsidR="00623E5F" w:rsidRDefault="00000000">
            <w:pPr>
              <w:spacing w:before="5" w:after="6" w:line="245" w:lineRule="auto"/>
            </w:pPr>
            <w:r>
              <w:rPr>
                <w:color w:val="000000"/>
                <w:sz w:val="14"/>
              </w:rPr>
              <w:t>Postaja 3: Ciljna: okoli ovir vodim ali kotalim žogo, jo ustavim in usmerim v velik cilj skladno s ciljem »vodim ali kotalim žogo«.</w:t>
            </w:r>
          </w:p>
          <w:p w14:paraId="64DEF02E" w14:textId="77777777" w:rsidR="00623E5F" w:rsidRDefault="00000000">
            <w:pPr>
              <w:spacing w:before="5" w:after="6" w:line="245" w:lineRule="auto"/>
            </w:pPr>
            <w:r>
              <w:rPr>
                <w:color w:val="000000"/>
                <w:sz w:val="14"/>
              </w:rPr>
              <w:t>Postaja 4: Igra z žogo brez izločanja: menjam vloge, vključujem soigralce in pokažem, kako »upoštevam pravila igre«.</w:t>
            </w:r>
          </w:p>
          <w:p w14:paraId="57B0EFAC"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39E786F5" w14:textId="77777777" w:rsidR="00623E5F" w:rsidRDefault="00623E5F"/>
          <w:p w14:paraId="023126F2" w14:textId="77777777" w:rsidR="00623E5F" w:rsidRDefault="00000000">
            <w:pPr>
              <w:spacing w:after="5" w:line="245" w:lineRule="auto"/>
            </w:pPr>
            <w:r>
              <w:rPr>
                <w:b/>
                <w:color w:val="000000"/>
                <w:sz w:val="15"/>
              </w:rPr>
              <w:t>1. URA – Igre z žogo – Ogrejem se in usvojim gib</w:t>
            </w:r>
          </w:p>
          <w:p w14:paraId="32AFBF66"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1B4E695A" w14:textId="77777777" w:rsidR="00623E5F" w:rsidRDefault="00000000">
            <w:pPr>
              <w:spacing w:after="14" w:line="245" w:lineRule="auto"/>
            </w:pPr>
            <w:r>
              <w:rPr>
                <w:color w:val="D95BC6"/>
                <w:sz w:val="13"/>
              </w:rPr>
              <w:t>Dokaz: varen odziv na znak, začetni poskus prvine in ustno varnostno pravilo.</w:t>
            </w:r>
          </w:p>
          <w:p w14:paraId="2A2C5C24" w14:textId="77777777" w:rsidR="00623E5F" w:rsidRDefault="00000000">
            <w:pPr>
              <w:spacing w:after="5" w:line="245" w:lineRule="auto"/>
            </w:pPr>
            <w:r>
              <w:rPr>
                <w:b/>
                <w:color w:val="000000"/>
                <w:sz w:val="15"/>
              </w:rPr>
              <w:t>2. URA – Igre z žogo – Uporabim v igri</w:t>
            </w:r>
          </w:p>
          <w:p w14:paraId="02D79EA2"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24ED6041" w14:textId="77777777" w:rsidR="00623E5F" w:rsidRDefault="00000000">
            <w:pPr>
              <w:spacing w:after="14" w:line="245" w:lineRule="auto"/>
            </w:pPr>
            <w:r>
              <w:rPr>
                <w:color w:val="D95BC6"/>
                <w:sz w:val="13"/>
              </w:rPr>
              <w:t>Dokaz: uporaba prvine v igri, sodelovanje, upoštevanje pravil in osebno.</w:t>
            </w:r>
          </w:p>
          <w:p w14:paraId="41926852" w14:textId="77777777" w:rsidR="00623E5F" w:rsidRDefault="00000000">
            <w:pPr>
              <w:spacing w:before="30" w:after="14" w:line="245" w:lineRule="auto"/>
            </w:pPr>
            <w:r>
              <w:rPr>
                <w:b/>
                <w:color w:val="D95BC6"/>
                <w:sz w:val="16"/>
              </w:rPr>
              <w:t>MOJ KROG POSTAJ</w:t>
            </w:r>
          </w:p>
          <w:p w14:paraId="28B8DFF1" w14:textId="77777777" w:rsidR="00623E5F" w:rsidRDefault="00000000">
            <w:pPr>
              <w:spacing w:after="8" w:line="245" w:lineRule="auto"/>
            </w:pPr>
            <w:r>
              <w:rPr>
                <w:color w:val="000000"/>
                <w:sz w:val="13"/>
              </w:rPr>
              <w:t>1. Občutek za žogo: z dlanmi, stopali ali obema rokama varno ustavim.</w:t>
            </w:r>
          </w:p>
          <w:p w14:paraId="5773E555" w14:textId="77777777" w:rsidR="00623E5F" w:rsidRDefault="00000000">
            <w:pPr>
              <w:spacing w:after="8" w:line="245" w:lineRule="auto"/>
            </w:pPr>
            <w:r>
              <w:rPr>
                <w:color w:val="000000"/>
                <w:sz w:val="13"/>
              </w:rPr>
              <w:t>2. Parna: prilagodim moč in razdaljo pri podaji oziroma lovljenju ter vadim cilj.</w:t>
            </w:r>
          </w:p>
          <w:p w14:paraId="1431E458" w14:textId="77777777" w:rsidR="00623E5F" w:rsidRDefault="00000000">
            <w:pPr>
              <w:spacing w:after="8" w:line="245" w:lineRule="auto"/>
            </w:pPr>
            <w:r>
              <w:rPr>
                <w:color w:val="000000"/>
                <w:sz w:val="13"/>
              </w:rPr>
              <w:t>3. Ciljna: okoli ovir vodim ali kotalim žogo, jo ustavim in usmerim v velik cilj.</w:t>
            </w:r>
          </w:p>
          <w:p w14:paraId="5911BE1D" w14:textId="77777777" w:rsidR="00623E5F" w:rsidRDefault="00000000">
            <w:pPr>
              <w:spacing w:after="8" w:line="245" w:lineRule="auto"/>
            </w:pPr>
            <w:r>
              <w:rPr>
                <w:color w:val="000000"/>
                <w:sz w:val="13"/>
              </w:rPr>
              <w:t>4. Igra z žogo brez izločanja: menjam vloge, vključujem soigralce in pokažem.</w:t>
            </w:r>
          </w:p>
          <w:p w14:paraId="18B73694"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47B58FA7" w14:textId="77777777" w:rsidR="00623E5F" w:rsidRDefault="00000000">
            <w:pPr>
              <w:spacing w:after="14" w:line="245" w:lineRule="auto"/>
            </w:pPr>
            <w:r>
              <w:rPr>
                <w:b/>
                <w:color w:val="D95BC6"/>
                <w:sz w:val="16"/>
              </w:rPr>
              <w:t>DOKAZ O UČENJU</w:t>
            </w:r>
          </w:p>
          <w:p w14:paraId="1B54C2E0"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2283C43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71E5372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40B6020"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37385EA" w14:textId="77777777" w:rsidR="00623E5F" w:rsidRDefault="00000000">
            <w:pPr>
              <w:jc w:val="center"/>
            </w:pPr>
            <w:r>
              <w:rPr>
                <w:b/>
                <w:color w:val="000000"/>
                <w:sz w:val="20"/>
              </w:rPr>
              <w:t>UČNE DEJAVNOSTI, METODE IN FORMATIVNO SPREMLJANJE</w:t>
            </w:r>
          </w:p>
        </w:tc>
      </w:tr>
      <w:tr w:rsidR="00623E5F" w14:paraId="63DFEEF7" w14:textId="77777777">
        <w:trPr>
          <w:tblHeader/>
          <w:jc w:val="center"/>
        </w:trPr>
        <w:tc>
          <w:tcPr>
            <w:tcW w:w="4422" w:type="dxa"/>
            <w:vMerge/>
            <w:tcMar>
              <w:top w:w="70" w:type="dxa"/>
              <w:left w:w="90" w:type="dxa"/>
              <w:bottom w:w="70" w:type="dxa"/>
              <w:right w:w="90" w:type="dxa"/>
            </w:tcMar>
            <w:vAlign w:val="center"/>
          </w:tcPr>
          <w:p w14:paraId="0180ADA8" w14:textId="77777777" w:rsidR="00623E5F" w:rsidRDefault="00623E5F"/>
        </w:tc>
        <w:tc>
          <w:tcPr>
            <w:tcW w:w="7087" w:type="dxa"/>
            <w:shd w:val="clear" w:color="auto" w:fill="FFFFFF"/>
            <w:tcMar>
              <w:top w:w="70" w:type="dxa"/>
              <w:left w:w="90" w:type="dxa"/>
              <w:bottom w:w="70" w:type="dxa"/>
              <w:right w:w="90" w:type="dxa"/>
            </w:tcMar>
            <w:vAlign w:val="center"/>
          </w:tcPr>
          <w:p w14:paraId="4092B037"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67F11EF" w14:textId="77777777" w:rsidR="00623E5F" w:rsidRDefault="00000000">
            <w:pPr>
              <w:jc w:val="center"/>
            </w:pPr>
            <w:r>
              <w:rPr>
                <w:b/>
                <w:color w:val="000000"/>
              </w:rPr>
              <w:t>UČENEC</w:t>
            </w:r>
          </w:p>
        </w:tc>
      </w:tr>
      <w:tr w:rsidR="00623E5F" w14:paraId="431FFD2E" w14:textId="77777777">
        <w:trPr>
          <w:jc w:val="center"/>
        </w:trPr>
        <w:tc>
          <w:tcPr>
            <w:tcW w:w="4422" w:type="dxa"/>
            <w:tcMar>
              <w:top w:w="70" w:type="dxa"/>
              <w:left w:w="90" w:type="dxa"/>
              <w:bottom w:w="70" w:type="dxa"/>
              <w:right w:w="90" w:type="dxa"/>
            </w:tcMar>
          </w:tcPr>
          <w:p w14:paraId="20DF5E36" w14:textId="77777777" w:rsidR="00623E5F" w:rsidRDefault="00623E5F"/>
          <w:p w14:paraId="342E0759" w14:textId="77777777" w:rsidR="00623E5F" w:rsidRDefault="00000000">
            <w:pPr>
              <w:spacing w:after="40" w:line="245" w:lineRule="auto"/>
            </w:pPr>
            <w:r>
              <w:rPr>
                <w:b/>
                <w:color w:val="000000"/>
              </w:rPr>
              <w:t>FORMATIVNO SPREMLJANJE</w:t>
            </w:r>
          </w:p>
          <w:p w14:paraId="64DCB0FB" w14:textId="77777777" w:rsidR="00623E5F" w:rsidRDefault="00000000">
            <w:pPr>
              <w:pStyle w:val="Oznaenseznam"/>
              <w:spacing w:after="16"/>
            </w:pPr>
            <w:r>
              <w:rPr>
                <w:color w:val="000000"/>
                <w:sz w:val="15"/>
              </w:rPr>
              <w:t>predznanje: gibalni prikaz, odziv na znak, izbira kartice, začetni poskus ali kratka razlaga</w:t>
            </w:r>
          </w:p>
          <w:p w14:paraId="017E6A40" w14:textId="77777777" w:rsidR="00623E5F" w:rsidRDefault="00000000">
            <w:pPr>
              <w:pStyle w:val="Oznaenseznam"/>
              <w:spacing w:after="16"/>
            </w:pPr>
            <w:r>
              <w:rPr>
                <w:color w:val="000000"/>
                <w:sz w:val="15"/>
              </w:rPr>
              <w:t>nameni in merila: kratka poved, slikovni znak, model varne izvedbe in en opazljiv tehnični poudarek</w:t>
            </w:r>
          </w:p>
          <w:p w14:paraId="69BEBD4A"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5570A7E2" w14:textId="77777777" w:rsidR="00623E5F" w:rsidRDefault="00000000">
            <w:pPr>
              <w:pStyle w:val="Oznaenseznam"/>
              <w:spacing w:after="16"/>
            </w:pPr>
            <w:r>
              <w:rPr>
                <w:color w:val="000000"/>
                <w:sz w:val="15"/>
              </w:rPr>
              <w:t>povratna informacija: opis opaženega, povezava z enim merilom in takoj izvedljiv ponovni poskus</w:t>
            </w:r>
          </w:p>
          <w:p w14:paraId="5DE572E6" w14:textId="77777777" w:rsidR="00623E5F" w:rsidRDefault="00000000">
            <w:pPr>
              <w:pStyle w:val="Oznaenseznam"/>
              <w:spacing w:after="16"/>
            </w:pPr>
            <w:r>
              <w:rPr>
                <w:color w:val="000000"/>
                <w:sz w:val="15"/>
              </w:rPr>
              <w:t>samovrednotenje: semafor napora in varnosti, lestvica samostojnosti, izbran dokaz ter osebni naslednji korak</w:t>
            </w:r>
          </w:p>
          <w:p w14:paraId="4675CDAD" w14:textId="77777777" w:rsidR="00623E5F" w:rsidRDefault="00000000">
            <w:pPr>
              <w:spacing w:before="40" w:after="20" w:line="245" w:lineRule="auto"/>
            </w:pPr>
            <w:r>
              <w:rPr>
                <w:b/>
                <w:color w:val="000000"/>
                <w:sz w:val="17"/>
              </w:rPr>
              <w:t>VARNOST, POČUTJE IN HIGIENA</w:t>
            </w:r>
          </w:p>
          <w:p w14:paraId="306043CF"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Uporabljajo se mehke žoge primerne velikosti; ciljanje v obraz ali telo ni dovoljeno, razdalje med pari so označene.</w:t>
            </w:r>
          </w:p>
          <w:p w14:paraId="78162D7E" w14:textId="77777777" w:rsidR="00623E5F" w:rsidRDefault="00000000">
            <w:pPr>
              <w:spacing w:after="20" w:line="245" w:lineRule="auto"/>
            </w:pPr>
            <w:r>
              <w:rPr>
                <w:b/>
                <w:color w:val="000000"/>
                <w:sz w:val="17"/>
              </w:rPr>
              <w:t>EVIDENCA PO IZVEDBI</w:t>
            </w:r>
          </w:p>
          <w:p w14:paraId="05DC3E0D"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6D453530" w14:textId="77777777" w:rsidR="00623E5F" w:rsidRDefault="00000000">
            <w:pPr>
              <w:spacing w:before="40" w:after="20" w:line="245" w:lineRule="auto"/>
            </w:pPr>
            <w:r>
              <w:rPr>
                <w:b/>
                <w:color w:val="000000"/>
                <w:sz w:val="17"/>
              </w:rPr>
              <w:t>RAVEN DOSEGANJA</w:t>
            </w:r>
          </w:p>
          <w:p w14:paraId="131662AF"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5CD48AF2"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A67B166" w14:textId="77777777">
              <w:trPr>
                <w:jc w:val="center"/>
              </w:trPr>
              <w:tc>
                <w:tcPr>
                  <w:tcW w:w="7087" w:type="dxa"/>
                  <w:shd w:val="clear" w:color="auto" w:fill="EDC9EA"/>
                  <w:tcMar>
                    <w:top w:w="45" w:type="dxa"/>
                    <w:left w:w="70" w:type="dxa"/>
                    <w:bottom w:w="45" w:type="dxa"/>
                    <w:right w:w="70" w:type="dxa"/>
                  </w:tcMar>
                </w:tcPr>
                <w:p w14:paraId="60E348AB" w14:textId="77777777" w:rsidR="00623E5F" w:rsidRDefault="00000000">
                  <w:pPr>
                    <w:keepNext/>
                  </w:pPr>
                  <w:r>
                    <w:rPr>
                      <w:b/>
                      <w:color w:val="000000"/>
                    </w:rPr>
                    <w:t>VPRAŠANJA V PODPORO GIBALNEMU UČENJU</w:t>
                  </w:r>
                </w:p>
              </w:tc>
            </w:tr>
          </w:tbl>
          <w:p w14:paraId="470D5166" w14:textId="77777777" w:rsidR="00623E5F" w:rsidRDefault="00623E5F">
            <w:pPr>
              <w:spacing w:line="20" w:lineRule="exact"/>
            </w:pPr>
          </w:p>
          <w:p w14:paraId="64F88A7F" w14:textId="77777777" w:rsidR="00623E5F" w:rsidRDefault="00000000">
            <w:pPr>
              <w:pStyle w:val="Oznaenseznam"/>
              <w:spacing w:after="16"/>
            </w:pPr>
            <w:r>
              <w:rPr>
                <w:color w:val="000000"/>
                <w:sz w:val="15"/>
              </w:rPr>
              <w:t>Kaj si pri prvem poskusu začutil/-a ali opazil/-a v položaju telesa, ravnotežju, smeri, ritmu ali naporu?</w:t>
            </w:r>
          </w:p>
          <w:p w14:paraId="2DE61F2D" w14:textId="77777777" w:rsidR="00623E5F" w:rsidRDefault="00000000">
            <w:pPr>
              <w:pStyle w:val="Oznaenseznam"/>
              <w:spacing w:after="16"/>
            </w:pPr>
            <w:r>
              <w:rPr>
                <w:color w:val="000000"/>
                <w:sz w:val="15"/>
              </w:rPr>
              <w:t>Katero varnostno pravilo in kateri gibalni korak sta bila danes najpomembnejša?</w:t>
            </w:r>
          </w:p>
          <w:p w14:paraId="7046D08B" w14:textId="77777777" w:rsidR="00623E5F" w:rsidRDefault="00000000">
            <w:pPr>
              <w:pStyle w:val="Oznaenseznam"/>
              <w:spacing w:after="16"/>
            </w:pPr>
            <w:r>
              <w:rPr>
                <w:color w:val="000000"/>
                <w:sz w:val="15"/>
              </w:rPr>
              <w:t>Katero raven si izbral/-a, zakaj je bila primerna in kaj si pri naslednjem poskusu spremenil/-a?</w:t>
            </w:r>
          </w:p>
          <w:p w14:paraId="67BB6479" w14:textId="77777777" w:rsidR="00623E5F" w:rsidRDefault="00000000">
            <w:pPr>
              <w:pStyle w:val="Oznaenseznam"/>
              <w:spacing w:after="16"/>
            </w:pPr>
            <w:r>
              <w:rPr>
                <w:color w:val="000000"/>
                <w:sz w:val="15"/>
              </w:rPr>
              <w:t>Kateri tvoj gibalni dokaz najjasneje pokaže dogovorjeno merilo?</w:t>
            </w:r>
          </w:p>
          <w:p w14:paraId="1B0A5917"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1D261A7E" w14:textId="77777777">
              <w:trPr>
                <w:jc w:val="center"/>
              </w:trPr>
              <w:tc>
                <w:tcPr>
                  <w:tcW w:w="7087" w:type="dxa"/>
                  <w:shd w:val="clear" w:color="auto" w:fill="C6E7F3"/>
                  <w:tcMar>
                    <w:top w:w="45" w:type="dxa"/>
                    <w:left w:w="70" w:type="dxa"/>
                    <w:bottom w:w="45" w:type="dxa"/>
                    <w:right w:w="70" w:type="dxa"/>
                  </w:tcMar>
                </w:tcPr>
                <w:p w14:paraId="770886BE" w14:textId="77777777" w:rsidR="00623E5F" w:rsidRDefault="00000000">
                  <w:pPr>
                    <w:keepNext/>
                  </w:pPr>
                  <w:r>
                    <w:rPr>
                      <w:b/>
                      <w:color w:val="000000"/>
                    </w:rPr>
                    <w:t>ZAKLJUČNI DEL – UMIRJANJE, RAZTEZANJE, DOKAZ IN REFLEKSIJA (8–10 min)</w:t>
                  </w:r>
                </w:p>
              </w:tc>
            </w:tr>
          </w:tbl>
          <w:p w14:paraId="59D303CD" w14:textId="77777777" w:rsidR="00623E5F" w:rsidRDefault="00623E5F">
            <w:pPr>
              <w:spacing w:line="20" w:lineRule="exact"/>
            </w:pPr>
          </w:p>
          <w:p w14:paraId="0F45B9E0"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56FFF686" w14:textId="77777777">
              <w:trPr>
                <w:jc w:val="center"/>
              </w:trPr>
              <w:tc>
                <w:tcPr>
                  <w:tcW w:w="7087" w:type="dxa"/>
                  <w:shd w:val="clear" w:color="auto" w:fill="EDC9EA"/>
                  <w:tcMar>
                    <w:top w:w="45" w:type="dxa"/>
                    <w:left w:w="70" w:type="dxa"/>
                    <w:bottom w:w="45" w:type="dxa"/>
                    <w:right w:w="70" w:type="dxa"/>
                  </w:tcMar>
                </w:tcPr>
                <w:p w14:paraId="00F87728" w14:textId="77777777" w:rsidR="00623E5F" w:rsidRDefault="00000000">
                  <w:pPr>
                    <w:keepNext/>
                  </w:pPr>
                  <w:r>
                    <w:rPr>
                      <w:b/>
                      <w:color w:val="000000"/>
                    </w:rPr>
                    <w:t>SAMOVREDNOTENJE</w:t>
                  </w:r>
                </w:p>
              </w:tc>
            </w:tr>
          </w:tbl>
          <w:p w14:paraId="34A146FA" w14:textId="77777777" w:rsidR="00623E5F" w:rsidRDefault="00623E5F">
            <w:pPr>
              <w:spacing w:line="20" w:lineRule="exact"/>
            </w:pPr>
          </w:p>
          <w:p w14:paraId="2A2CB106"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22C0BC77" w14:textId="77777777">
              <w:trPr>
                <w:jc w:val="center"/>
              </w:trPr>
              <w:tc>
                <w:tcPr>
                  <w:tcW w:w="7087" w:type="dxa"/>
                  <w:shd w:val="clear" w:color="auto" w:fill="EDC9EA"/>
                  <w:tcMar>
                    <w:top w:w="45" w:type="dxa"/>
                    <w:left w:w="70" w:type="dxa"/>
                    <w:bottom w:w="45" w:type="dxa"/>
                    <w:right w:w="70" w:type="dxa"/>
                  </w:tcMar>
                </w:tcPr>
                <w:p w14:paraId="0F90029B" w14:textId="77777777" w:rsidR="00623E5F" w:rsidRDefault="00000000">
                  <w:pPr>
                    <w:keepNext/>
                  </w:pPr>
                  <w:r>
                    <w:rPr>
                      <w:b/>
                      <w:color w:val="000000"/>
                    </w:rPr>
                    <w:t>VRSTNIŠKO OPAZOVANJE IN POVRATNA INFORMACIJA</w:t>
                  </w:r>
                </w:p>
              </w:tc>
            </w:tr>
          </w:tbl>
          <w:p w14:paraId="570AF7FF" w14:textId="77777777" w:rsidR="00623E5F" w:rsidRDefault="00623E5F">
            <w:pPr>
              <w:spacing w:line="20" w:lineRule="exact"/>
            </w:pPr>
          </w:p>
          <w:p w14:paraId="5AD8D883"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5E275AA3" w14:textId="77777777">
              <w:trPr>
                <w:jc w:val="center"/>
              </w:trPr>
              <w:tc>
                <w:tcPr>
                  <w:tcW w:w="7087" w:type="dxa"/>
                  <w:shd w:val="clear" w:color="auto" w:fill="EDC9EA"/>
                  <w:tcMar>
                    <w:top w:w="45" w:type="dxa"/>
                    <w:left w:w="70" w:type="dxa"/>
                    <w:bottom w:w="45" w:type="dxa"/>
                    <w:right w:w="70" w:type="dxa"/>
                  </w:tcMar>
                </w:tcPr>
                <w:p w14:paraId="4BF7027D" w14:textId="77777777" w:rsidR="00623E5F" w:rsidRDefault="00000000">
                  <w:pPr>
                    <w:keepNext/>
                  </w:pPr>
                  <w:r>
                    <w:rPr>
                      <w:b/>
                      <w:color w:val="000000"/>
                    </w:rPr>
                    <w:t>SKUPNI POVZETEK</w:t>
                  </w:r>
                </w:p>
              </w:tc>
            </w:tr>
          </w:tbl>
          <w:p w14:paraId="26CD0844" w14:textId="77777777" w:rsidR="00623E5F" w:rsidRDefault="00623E5F"/>
          <w:p w14:paraId="22C2E582" w14:textId="77777777" w:rsidR="00623E5F" w:rsidRDefault="00000000">
            <w:pPr>
              <w:spacing w:before="20" w:after="40" w:line="245" w:lineRule="auto"/>
            </w:pPr>
            <w:r>
              <w:rPr>
                <w:b/>
                <w:color w:val="000000"/>
                <w:sz w:val="16"/>
              </w:rPr>
              <w:t>vodim ali kotalim žogo; podaja in lovim; upoštevam pravila igre. Izbrani gibalni dokaz pojasnim in določim varen naslednji korak.</w:t>
            </w:r>
          </w:p>
        </w:tc>
        <w:tc>
          <w:tcPr>
            <w:tcW w:w="2551" w:type="dxa"/>
            <w:tcMar>
              <w:top w:w="70" w:type="dxa"/>
              <w:left w:w="90" w:type="dxa"/>
              <w:bottom w:w="70" w:type="dxa"/>
              <w:right w:w="90" w:type="dxa"/>
            </w:tcMar>
          </w:tcPr>
          <w:p w14:paraId="29EB66AC" w14:textId="77777777" w:rsidR="00623E5F" w:rsidRDefault="00623E5F"/>
          <w:p w14:paraId="46CEA209" w14:textId="77777777" w:rsidR="00623E5F" w:rsidRDefault="00000000">
            <w:pPr>
              <w:spacing w:after="80" w:line="245" w:lineRule="auto"/>
            </w:pPr>
            <w:r>
              <w:rPr>
                <w:color w:val="000000"/>
                <w:sz w:val="15"/>
              </w:rPr>
              <w:t>Odgovarja na podporna vprašanja in se sklicuje na svojo izvedbo, počutje, izbrano raven in varnost.</w:t>
            </w:r>
          </w:p>
          <w:p w14:paraId="002B0D0A" w14:textId="77777777" w:rsidR="00623E5F" w:rsidRDefault="00000000">
            <w:pPr>
              <w:spacing w:after="80" w:line="245" w:lineRule="auto"/>
            </w:pPr>
            <w:r>
              <w:rPr>
                <w:color w:val="000000"/>
                <w:sz w:val="15"/>
              </w:rPr>
              <w:t>Predstavi izbrani gibalni dokaz ter pokaže ali pove, katero merilo z njim dosega.</w:t>
            </w:r>
          </w:p>
          <w:p w14:paraId="0E9FDCFA" w14:textId="77777777" w:rsidR="00623E5F" w:rsidRDefault="00000000">
            <w:pPr>
              <w:spacing w:after="80" w:line="245" w:lineRule="auto"/>
            </w:pPr>
            <w:r>
              <w:rPr>
                <w:color w:val="000000"/>
                <w:sz w:val="15"/>
              </w:rPr>
              <w:t>Opazuje eno dogovorjeno prvino vrstnikove izvedbe in poda kratek, prijazen ter uporaben odziv.</w:t>
            </w:r>
          </w:p>
          <w:p w14:paraId="25ED19F9"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140A1B51" w14:textId="77777777" w:rsidR="00623E5F" w:rsidRDefault="00000000">
            <w:pPr>
              <w:spacing w:after="100" w:line="245" w:lineRule="auto"/>
            </w:pPr>
            <w:r>
              <w:rPr>
                <w:color w:val="000000"/>
                <w:sz w:val="15"/>
              </w:rPr>
              <w:t>Umiri dihanje, oceni napor in počutje, izbere raven samostojnosti ter določi varen naslednji korak.</w:t>
            </w:r>
          </w:p>
          <w:p w14:paraId="62C69E68" w14:textId="77777777" w:rsidR="00623E5F" w:rsidRDefault="00000000">
            <w:pPr>
              <w:spacing w:after="20" w:line="245" w:lineRule="auto"/>
            </w:pPr>
            <w:r>
              <w:rPr>
                <w:b/>
                <w:color w:val="D95BC6"/>
                <w:sz w:val="17"/>
              </w:rPr>
              <w:t>DOKAZ O UČENJU</w:t>
            </w:r>
          </w:p>
          <w:p w14:paraId="78B7ED85"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3D409CE9"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416F771B" w14:textId="77777777">
        <w:trPr>
          <w:cantSplit/>
          <w:jc w:val="center"/>
        </w:trPr>
        <w:tc>
          <w:tcPr>
            <w:tcW w:w="14060" w:type="dxa"/>
            <w:gridSpan w:val="6"/>
            <w:tcMar>
              <w:top w:w="70" w:type="dxa"/>
              <w:left w:w="90" w:type="dxa"/>
              <w:bottom w:w="70" w:type="dxa"/>
              <w:right w:w="90" w:type="dxa"/>
            </w:tcMar>
            <w:vAlign w:val="center"/>
          </w:tcPr>
          <w:p w14:paraId="72D07042" w14:textId="77777777" w:rsidR="00623E5F" w:rsidRDefault="00000000">
            <w:pPr>
              <w:jc w:val="center"/>
            </w:pPr>
            <w:r>
              <w:rPr>
                <w:b/>
                <w:color w:val="000000"/>
                <w:sz w:val="24"/>
              </w:rPr>
              <w:lastRenderedPageBreak/>
              <w:t>UČNA PRIPRAVA 28/39</w:t>
            </w:r>
          </w:p>
        </w:tc>
      </w:tr>
      <w:tr w:rsidR="00623E5F" w14:paraId="621DAC32" w14:textId="77777777">
        <w:trPr>
          <w:jc w:val="center"/>
        </w:trPr>
        <w:tc>
          <w:tcPr>
            <w:tcW w:w="2665" w:type="dxa"/>
            <w:tcMar>
              <w:top w:w="70" w:type="dxa"/>
              <w:left w:w="90" w:type="dxa"/>
              <w:bottom w:w="70" w:type="dxa"/>
              <w:right w:w="90" w:type="dxa"/>
            </w:tcMar>
            <w:vAlign w:val="center"/>
          </w:tcPr>
          <w:p w14:paraId="6C392CA2"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8723D48"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01A5EBDF"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5566F06" w14:textId="77777777" w:rsidR="00623E5F" w:rsidRDefault="00000000">
            <w:r>
              <w:rPr>
                <w:b/>
                <w:color w:val="000000"/>
                <w:sz w:val="16"/>
              </w:rPr>
              <w:t xml:space="preserve">NAČRTOVANI TERMIN: </w:t>
            </w:r>
            <w:r>
              <w:rPr>
                <w:color w:val="000000"/>
                <w:sz w:val="16"/>
              </w:rPr>
              <w:t>28. teden • 30. 3.–2. 4. 2027</w:t>
            </w:r>
          </w:p>
        </w:tc>
        <w:tc>
          <w:tcPr>
            <w:tcW w:w="2268" w:type="dxa"/>
            <w:tcMar>
              <w:top w:w="70" w:type="dxa"/>
              <w:left w:w="90" w:type="dxa"/>
              <w:bottom w:w="70" w:type="dxa"/>
              <w:right w:w="90" w:type="dxa"/>
            </w:tcMar>
            <w:vAlign w:val="center"/>
          </w:tcPr>
          <w:p w14:paraId="6FEE2F0A"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1F8F9396" w14:textId="77777777" w:rsidR="00623E5F" w:rsidRDefault="00000000">
            <w:r>
              <w:rPr>
                <w:b/>
                <w:color w:val="000000"/>
                <w:sz w:val="16"/>
              </w:rPr>
              <w:t xml:space="preserve">ŠTEVILO UR: </w:t>
            </w:r>
            <w:r>
              <w:rPr>
                <w:color w:val="000000"/>
                <w:sz w:val="16"/>
              </w:rPr>
              <w:t>2</w:t>
            </w:r>
          </w:p>
        </w:tc>
      </w:tr>
      <w:tr w:rsidR="00623E5F" w14:paraId="3C55D5B3" w14:textId="77777777">
        <w:trPr>
          <w:jc w:val="center"/>
        </w:trPr>
        <w:tc>
          <w:tcPr>
            <w:tcW w:w="14061" w:type="dxa"/>
            <w:gridSpan w:val="6"/>
            <w:tcMar>
              <w:top w:w="70" w:type="dxa"/>
              <w:left w:w="90" w:type="dxa"/>
              <w:bottom w:w="70" w:type="dxa"/>
              <w:right w:w="90" w:type="dxa"/>
            </w:tcMar>
            <w:vAlign w:val="center"/>
          </w:tcPr>
          <w:p w14:paraId="2763D7AD"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508A0398" w14:textId="77777777">
        <w:trPr>
          <w:cantSplit/>
          <w:jc w:val="center"/>
        </w:trPr>
        <w:tc>
          <w:tcPr>
            <w:tcW w:w="14060" w:type="dxa"/>
            <w:gridSpan w:val="6"/>
            <w:tcMar>
              <w:top w:w="70" w:type="dxa"/>
              <w:left w:w="90" w:type="dxa"/>
              <w:bottom w:w="70" w:type="dxa"/>
              <w:right w:w="90" w:type="dxa"/>
            </w:tcMar>
            <w:vAlign w:val="center"/>
          </w:tcPr>
          <w:p w14:paraId="43F4034D" w14:textId="77777777" w:rsidR="00623E5F" w:rsidRDefault="00623E5F"/>
          <w:p w14:paraId="032F818F" w14:textId="77777777" w:rsidR="00623E5F" w:rsidRDefault="00000000">
            <w:pPr>
              <w:spacing w:line="245" w:lineRule="auto"/>
            </w:pPr>
            <w:r>
              <w:rPr>
                <w:b/>
                <w:color w:val="000000"/>
                <w:sz w:val="15"/>
              </w:rPr>
              <w:t xml:space="preserve">UČNI SKLOP: </w:t>
            </w:r>
            <w:r>
              <w:rPr>
                <w:color w:val="000000"/>
                <w:sz w:val="15"/>
              </w:rPr>
              <w:t>POMLAD, POJAVI IN ŽIVA BITJA</w:t>
            </w:r>
          </w:p>
        </w:tc>
      </w:tr>
      <w:tr w:rsidR="00623E5F" w14:paraId="6E7F7204" w14:textId="77777777">
        <w:trPr>
          <w:cantSplit/>
          <w:jc w:val="center"/>
        </w:trPr>
        <w:tc>
          <w:tcPr>
            <w:tcW w:w="14060" w:type="dxa"/>
            <w:gridSpan w:val="6"/>
            <w:tcMar>
              <w:top w:w="70" w:type="dxa"/>
              <w:left w:w="90" w:type="dxa"/>
              <w:bottom w:w="70" w:type="dxa"/>
              <w:right w:w="90" w:type="dxa"/>
            </w:tcMar>
            <w:vAlign w:val="center"/>
          </w:tcPr>
          <w:p w14:paraId="59B8C459" w14:textId="77777777" w:rsidR="00623E5F" w:rsidRDefault="00623E5F"/>
          <w:p w14:paraId="20516AEB" w14:textId="77777777" w:rsidR="00623E5F" w:rsidRDefault="00000000">
            <w:pPr>
              <w:spacing w:line="245" w:lineRule="auto"/>
            </w:pPr>
            <w:r>
              <w:rPr>
                <w:b/>
                <w:color w:val="000000"/>
                <w:sz w:val="15"/>
              </w:rPr>
              <w:t xml:space="preserve">UČNA TEMA: </w:t>
            </w:r>
            <w:r>
              <w:rPr>
                <w:color w:val="000000"/>
                <w:sz w:val="15"/>
              </w:rPr>
              <w:t>POLIGON Z ŽOGO</w:t>
            </w:r>
          </w:p>
        </w:tc>
      </w:tr>
      <w:tr w:rsidR="00623E5F" w14:paraId="522361B3" w14:textId="77777777">
        <w:trPr>
          <w:cantSplit/>
          <w:jc w:val="center"/>
        </w:trPr>
        <w:tc>
          <w:tcPr>
            <w:tcW w:w="14060" w:type="dxa"/>
            <w:gridSpan w:val="6"/>
            <w:tcMar>
              <w:top w:w="70" w:type="dxa"/>
              <w:left w:w="90" w:type="dxa"/>
              <w:bottom w:w="70" w:type="dxa"/>
              <w:right w:w="90" w:type="dxa"/>
            </w:tcMar>
            <w:vAlign w:val="center"/>
          </w:tcPr>
          <w:p w14:paraId="2A45E995" w14:textId="77777777" w:rsidR="00623E5F" w:rsidRDefault="00623E5F"/>
          <w:p w14:paraId="571EC2C8" w14:textId="77777777" w:rsidR="00623E5F" w:rsidRDefault="00000000">
            <w:pPr>
              <w:spacing w:line="245" w:lineRule="auto"/>
            </w:pPr>
            <w:r>
              <w:rPr>
                <w:b/>
                <w:color w:val="000000"/>
                <w:sz w:val="15"/>
              </w:rPr>
              <w:t xml:space="preserve">KNJIŽEVNO / MOTIVNO IZHODIŠČE: </w:t>
            </w:r>
            <w:r>
              <w:rPr>
                <w:color w:val="000000"/>
                <w:sz w:val="15"/>
              </w:rPr>
              <w:t>»Štiri črne mravljice« – Anja Štefan • rast, sodelovanje, drobna živa bitja in vzorci</w:t>
            </w:r>
          </w:p>
        </w:tc>
      </w:tr>
      <w:tr w:rsidR="00623E5F" w14:paraId="2AAA9B77" w14:textId="77777777">
        <w:trPr>
          <w:cantSplit/>
          <w:jc w:val="center"/>
        </w:trPr>
        <w:tc>
          <w:tcPr>
            <w:tcW w:w="14060" w:type="dxa"/>
            <w:gridSpan w:val="6"/>
            <w:tcMar>
              <w:top w:w="70" w:type="dxa"/>
              <w:left w:w="90" w:type="dxa"/>
              <w:bottom w:w="70" w:type="dxa"/>
              <w:right w:w="90" w:type="dxa"/>
            </w:tcMar>
            <w:vAlign w:val="center"/>
          </w:tcPr>
          <w:p w14:paraId="3267F136" w14:textId="77777777" w:rsidR="00623E5F" w:rsidRDefault="00623E5F"/>
          <w:p w14:paraId="589D6EA5" w14:textId="77777777" w:rsidR="00623E5F" w:rsidRDefault="00000000">
            <w:pPr>
              <w:spacing w:line="245" w:lineRule="auto"/>
            </w:pPr>
            <w:r>
              <w:rPr>
                <w:b/>
                <w:color w:val="000000"/>
                <w:sz w:val="15"/>
              </w:rPr>
              <w:t xml:space="preserve">GIBALNO IZHODIŠČE / MOTIVACIJA: </w:t>
            </w:r>
            <w:r>
              <w:rPr>
                <w:color w:val="000000"/>
                <w:sz w:val="15"/>
              </w:rPr>
              <w:t>žoga poišče pot do cilja, vendar se mora najprej ustaviti, spremeniti smer ali varno potovati do soigralca; učenci raziščejo temo »poligon z žogo«. Tedenski gibalni izziv: izvede sodelovalni mravljin poligon z žogo.</w:t>
            </w:r>
          </w:p>
        </w:tc>
      </w:tr>
      <w:tr w:rsidR="00623E5F" w14:paraId="61581C6F" w14:textId="77777777">
        <w:trPr>
          <w:cantSplit/>
          <w:jc w:val="center"/>
        </w:trPr>
        <w:tc>
          <w:tcPr>
            <w:tcW w:w="14060" w:type="dxa"/>
            <w:gridSpan w:val="6"/>
            <w:tcMar>
              <w:top w:w="70" w:type="dxa"/>
              <w:left w:w="90" w:type="dxa"/>
              <w:bottom w:w="70" w:type="dxa"/>
              <w:right w:w="90" w:type="dxa"/>
            </w:tcMar>
            <w:vAlign w:val="center"/>
          </w:tcPr>
          <w:p w14:paraId="6E1AF0CE" w14:textId="77777777" w:rsidR="00623E5F" w:rsidRDefault="00623E5F"/>
          <w:p w14:paraId="1A95011B" w14:textId="77777777" w:rsidR="00623E5F" w:rsidRDefault="00000000">
            <w:pPr>
              <w:spacing w:line="245" w:lineRule="auto"/>
            </w:pPr>
            <w:r>
              <w:rPr>
                <w:b/>
                <w:color w:val="000000"/>
                <w:sz w:val="15"/>
              </w:rPr>
              <w:t xml:space="preserve">UČNE ENOTE: </w:t>
            </w:r>
            <w:r>
              <w:rPr>
                <w:color w:val="000000"/>
                <w:sz w:val="15"/>
              </w:rPr>
              <w:t>1. ura – Poligon z žogo – Ogrejem se in usvojim gib • 2. ura – Poligon z žogo – Uporabim v igri</w:t>
            </w:r>
          </w:p>
        </w:tc>
      </w:tr>
      <w:tr w:rsidR="00623E5F" w14:paraId="55C2716E" w14:textId="77777777">
        <w:trPr>
          <w:cantSplit/>
          <w:jc w:val="center"/>
        </w:trPr>
        <w:tc>
          <w:tcPr>
            <w:tcW w:w="14060" w:type="dxa"/>
            <w:gridSpan w:val="6"/>
            <w:tcMar>
              <w:top w:w="70" w:type="dxa"/>
              <w:left w:w="90" w:type="dxa"/>
              <w:bottom w:w="70" w:type="dxa"/>
              <w:right w:w="90" w:type="dxa"/>
            </w:tcMar>
            <w:vAlign w:val="center"/>
          </w:tcPr>
          <w:p w14:paraId="0C47ADF0" w14:textId="77777777" w:rsidR="00623E5F" w:rsidRDefault="00623E5F"/>
          <w:p w14:paraId="34E87AF9"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187F9BB0" w14:textId="77777777">
        <w:trPr>
          <w:cantSplit/>
          <w:jc w:val="center"/>
        </w:trPr>
        <w:tc>
          <w:tcPr>
            <w:tcW w:w="14060" w:type="dxa"/>
            <w:gridSpan w:val="6"/>
            <w:tcMar>
              <w:top w:w="70" w:type="dxa"/>
              <w:left w:w="90" w:type="dxa"/>
              <w:bottom w:w="70" w:type="dxa"/>
              <w:right w:w="90" w:type="dxa"/>
            </w:tcMar>
            <w:vAlign w:val="center"/>
          </w:tcPr>
          <w:p w14:paraId="1F867409" w14:textId="77777777" w:rsidR="00623E5F" w:rsidRDefault="00623E5F"/>
          <w:p w14:paraId="041E4667"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7D8A1558" w14:textId="77777777">
        <w:trPr>
          <w:cantSplit/>
          <w:jc w:val="center"/>
        </w:trPr>
        <w:tc>
          <w:tcPr>
            <w:tcW w:w="14060" w:type="dxa"/>
            <w:gridSpan w:val="6"/>
            <w:tcMar>
              <w:top w:w="70" w:type="dxa"/>
              <w:left w:w="90" w:type="dxa"/>
              <w:bottom w:w="70" w:type="dxa"/>
              <w:right w:w="90" w:type="dxa"/>
            </w:tcMar>
            <w:vAlign w:val="center"/>
          </w:tcPr>
          <w:p w14:paraId="7284603D" w14:textId="77777777" w:rsidR="00623E5F" w:rsidRDefault="00623E5F"/>
          <w:p w14:paraId="5B6CF1EE"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37F3A50E" w14:textId="77777777">
        <w:trPr>
          <w:cantSplit/>
          <w:jc w:val="center"/>
        </w:trPr>
        <w:tc>
          <w:tcPr>
            <w:tcW w:w="14060" w:type="dxa"/>
            <w:gridSpan w:val="6"/>
            <w:tcMar>
              <w:top w:w="70" w:type="dxa"/>
              <w:left w:w="90" w:type="dxa"/>
              <w:bottom w:w="70" w:type="dxa"/>
              <w:right w:w="90" w:type="dxa"/>
            </w:tcMar>
            <w:vAlign w:val="center"/>
          </w:tcPr>
          <w:p w14:paraId="3561C1A9" w14:textId="77777777" w:rsidR="00623E5F" w:rsidRDefault="00623E5F"/>
          <w:p w14:paraId="024F516E" w14:textId="77777777" w:rsidR="00623E5F" w:rsidRDefault="00000000">
            <w:pPr>
              <w:spacing w:line="245" w:lineRule="auto"/>
            </w:pPr>
            <w:r>
              <w:rPr>
                <w:b/>
                <w:color w:val="000000"/>
                <w:sz w:val="15"/>
              </w:rPr>
              <w:t xml:space="preserve">MEDPREDMETNE POVEZAVE: </w:t>
            </w:r>
            <w:r>
              <w:rPr>
                <w:color w:val="000000"/>
                <w:sz w:val="15"/>
              </w:rPr>
              <w:t>SPO – rast, sodelovanje, drobna živa bitja in vzorci,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6F314966" w14:textId="77777777">
        <w:trPr>
          <w:cantSplit/>
          <w:jc w:val="center"/>
        </w:trPr>
        <w:tc>
          <w:tcPr>
            <w:tcW w:w="14060" w:type="dxa"/>
            <w:gridSpan w:val="6"/>
            <w:tcMar>
              <w:top w:w="70" w:type="dxa"/>
              <w:left w:w="90" w:type="dxa"/>
              <w:bottom w:w="70" w:type="dxa"/>
              <w:right w:w="90" w:type="dxa"/>
            </w:tcMar>
            <w:vAlign w:val="center"/>
          </w:tcPr>
          <w:p w14:paraId="190FD77E" w14:textId="77777777" w:rsidR="00623E5F" w:rsidRDefault="00623E5F"/>
          <w:p w14:paraId="0FCAB93E" w14:textId="77777777" w:rsidR="00623E5F" w:rsidRDefault="00000000">
            <w:pPr>
              <w:spacing w:line="245" w:lineRule="auto"/>
            </w:pPr>
            <w:r>
              <w:rPr>
                <w:b/>
                <w:color w:val="000000"/>
                <w:sz w:val="15"/>
              </w:rPr>
              <w:t xml:space="preserve">UČNA SREDSTVA IN PRIPOMOČKI: </w:t>
            </w:r>
            <w:r>
              <w:rPr>
                <w:color w:val="000000"/>
                <w:sz w:val="15"/>
              </w:rPr>
              <w:t>mehke žoge različnih velikosti, stožci, obroči, nizki cilji, talne oznake, košare in označevalni trakovi; kartice namena in kriterijev; oznake štirih postaj; opazovalni list; semafor napora in mapa dokazov</w:t>
            </w:r>
          </w:p>
        </w:tc>
      </w:tr>
      <w:tr w:rsidR="00623E5F" w14:paraId="551FC719" w14:textId="77777777">
        <w:trPr>
          <w:cantSplit/>
          <w:jc w:val="center"/>
        </w:trPr>
        <w:tc>
          <w:tcPr>
            <w:tcW w:w="14060" w:type="dxa"/>
            <w:gridSpan w:val="6"/>
            <w:tcMar>
              <w:top w:w="70" w:type="dxa"/>
              <w:left w:w="90" w:type="dxa"/>
              <w:bottom w:w="70" w:type="dxa"/>
              <w:right w:w="90" w:type="dxa"/>
            </w:tcMar>
            <w:vAlign w:val="center"/>
          </w:tcPr>
          <w:p w14:paraId="50D9D201" w14:textId="77777777" w:rsidR="00623E5F" w:rsidRDefault="00623E5F"/>
          <w:p w14:paraId="4F5A4542"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47EE48CC" w14:textId="77777777">
        <w:trPr>
          <w:cantSplit/>
          <w:jc w:val="center"/>
        </w:trPr>
        <w:tc>
          <w:tcPr>
            <w:tcW w:w="14060" w:type="dxa"/>
            <w:gridSpan w:val="6"/>
            <w:tcMar>
              <w:top w:w="70" w:type="dxa"/>
              <w:left w:w="90" w:type="dxa"/>
              <w:bottom w:w="70" w:type="dxa"/>
              <w:right w:w="90" w:type="dxa"/>
            </w:tcMar>
            <w:vAlign w:val="center"/>
          </w:tcPr>
          <w:p w14:paraId="3F25E6EB" w14:textId="77777777" w:rsidR="00623E5F" w:rsidRDefault="00623E5F"/>
          <w:p w14:paraId="2C18A13C" w14:textId="77777777" w:rsidR="00623E5F" w:rsidRDefault="00000000">
            <w:pPr>
              <w:spacing w:line="245" w:lineRule="auto"/>
            </w:pPr>
            <w:r>
              <w:rPr>
                <w:b/>
                <w:color w:val="000000"/>
                <w:sz w:val="15"/>
              </w:rPr>
              <w:t xml:space="preserve">OCENJEVANJE / DAN DEJAVNOSTI: </w:t>
            </w:r>
            <w:r>
              <w:rPr>
                <w:color w:val="000000"/>
                <w:sz w:val="15"/>
              </w:rPr>
              <w:t>ŠPORTNI DAN • 1. 4. 2027 • Zlati sonček</w:t>
            </w:r>
          </w:p>
        </w:tc>
      </w:tr>
      <w:tr w:rsidR="00623E5F" w14:paraId="4D33BABF" w14:textId="77777777">
        <w:trPr>
          <w:cantSplit/>
          <w:jc w:val="center"/>
        </w:trPr>
        <w:tc>
          <w:tcPr>
            <w:tcW w:w="14060" w:type="dxa"/>
            <w:gridSpan w:val="6"/>
            <w:tcMar>
              <w:top w:w="70" w:type="dxa"/>
              <w:left w:w="90" w:type="dxa"/>
              <w:bottom w:w="70" w:type="dxa"/>
              <w:right w:w="90" w:type="dxa"/>
            </w:tcMar>
            <w:vAlign w:val="center"/>
          </w:tcPr>
          <w:p w14:paraId="1B6B9753" w14:textId="77777777" w:rsidR="00623E5F" w:rsidRDefault="00623E5F"/>
          <w:p w14:paraId="0998FD22"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5490107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56EB1E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5D4B8B1"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CBE23C3" w14:textId="77777777" w:rsidR="00623E5F" w:rsidRDefault="00000000">
            <w:pPr>
              <w:jc w:val="center"/>
            </w:pPr>
            <w:r>
              <w:rPr>
                <w:b/>
                <w:color w:val="000000"/>
                <w:sz w:val="20"/>
              </w:rPr>
              <w:t>UČNE DEJAVNOSTI, METODE IN FORMATIVNO SPREMLJANJE</w:t>
            </w:r>
          </w:p>
        </w:tc>
      </w:tr>
      <w:tr w:rsidR="00623E5F" w14:paraId="2A8147C8" w14:textId="77777777">
        <w:trPr>
          <w:tblHeader/>
          <w:jc w:val="center"/>
        </w:trPr>
        <w:tc>
          <w:tcPr>
            <w:tcW w:w="4422" w:type="dxa"/>
            <w:vMerge/>
            <w:tcMar>
              <w:top w:w="70" w:type="dxa"/>
              <w:left w:w="90" w:type="dxa"/>
              <w:bottom w:w="70" w:type="dxa"/>
              <w:right w:w="90" w:type="dxa"/>
            </w:tcMar>
            <w:vAlign w:val="center"/>
          </w:tcPr>
          <w:p w14:paraId="62ACB2E1" w14:textId="77777777" w:rsidR="00623E5F" w:rsidRDefault="00623E5F"/>
        </w:tc>
        <w:tc>
          <w:tcPr>
            <w:tcW w:w="7087" w:type="dxa"/>
            <w:shd w:val="clear" w:color="auto" w:fill="FFFFFF"/>
            <w:tcMar>
              <w:top w:w="70" w:type="dxa"/>
              <w:left w:w="90" w:type="dxa"/>
              <w:bottom w:w="70" w:type="dxa"/>
              <w:right w:w="90" w:type="dxa"/>
            </w:tcMar>
            <w:vAlign w:val="center"/>
          </w:tcPr>
          <w:p w14:paraId="16573D27"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BD1CBB9" w14:textId="77777777" w:rsidR="00623E5F" w:rsidRDefault="00000000">
            <w:pPr>
              <w:jc w:val="center"/>
            </w:pPr>
            <w:r>
              <w:rPr>
                <w:b/>
                <w:color w:val="000000"/>
              </w:rPr>
              <w:t>UČENEC</w:t>
            </w:r>
          </w:p>
        </w:tc>
      </w:tr>
      <w:tr w:rsidR="00623E5F" w14:paraId="244CE48F" w14:textId="77777777">
        <w:trPr>
          <w:jc w:val="center"/>
        </w:trPr>
        <w:tc>
          <w:tcPr>
            <w:tcW w:w="4422" w:type="dxa"/>
            <w:tcMar>
              <w:top w:w="70" w:type="dxa"/>
              <w:left w:w="90" w:type="dxa"/>
              <w:bottom w:w="70" w:type="dxa"/>
              <w:right w:w="90" w:type="dxa"/>
            </w:tcMar>
          </w:tcPr>
          <w:p w14:paraId="3CAB99C0" w14:textId="77777777" w:rsidR="00623E5F" w:rsidRDefault="00623E5F"/>
          <w:p w14:paraId="1E362947" w14:textId="77777777" w:rsidR="00623E5F" w:rsidRDefault="00000000">
            <w:pPr>
              <w:spacing w:after="60" w:line="245" w:lineRule="auto"/>
            </w:pPr>
            <w:r>
              <w:rPr>
                <w:b/>
                <w:color w:val="000000"/>
              </w:rPr>
              <w:t>UČNI CILJI</w:t>
            </w:r>
          </w:p>
          <w:p w14:paraId="1EDA4A0F" w14:textId="77777777" w:rsidR="00623E5F" w:rsidRDefault="00000000">
            <w:pPr>
              <w:spacing w:after="20" w:line="245" w:lineRule="auto"/>
            </w:pPr>
            <w:r>
              <w:rPr>
                <w:b/>
                <w:color w:val="000000"/>
                <w:sz w:val="17"/>
              </w:rPr>
              <w:t>SPLOŠNI</w:t>
            </w:r>
          </w:p>
          <w:p w14:paraId="3757DCF1"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40C3EBEF" w14:textId="77777777" w:rsidR="00623E5F" w:rsidRDefault="00000000">
            <w:pPr>
              <w:pStyle w:val="Oznaenseznam"/>
              <w:spacing w:after="16"/>
            </w:pPr>
            <w:r>
              <w:rPr>
                <w:color w:val="000000"/>
                <w:sz w:val="15"/>
              </w:rPr>
              <w:t>varno hodi, teče, skače, meče, pleza, se plazi, lovi, ravnoteži, pleše in uporablja različne rekvizite</w:t>
            </w:r>
          </w:p>
          <w:p w14:paraId="373EF642" w14:textId="77777777" w:rsidR="00623E5F" w:rsidRDefault="00000000">
            <w:pPr>
              <w:pStyle w:val="Oznaenseznam"/>
              <w:spacing w:after="16"/>
            </w:pPr>
            <w:r>
              <w:rPr>
                <w:color w:val="000000"/>
                <w:sz w:val="15"/>
              </w:rPr>
              <w:t>razume pomen rednega gibanja, ogrevanja, higiene, primerne opreme, počitka in varnega ravnanja</w:t>
            </w:r>
          </w:p>
          <w:p w14:paraId="057A11EE"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370E83AB" w14:textId="77777777" w:rsidR="00623E5F" w:rsidRDefault="00000000">
            <w:pPr>
              <w:spacing w:before="40" w:after="20" w:line="245" w:lineRule="auto"/>
            </w:pPr>
            <w:r>
              <w:rPr>
                <w:b/>
                <w:color w:val="000000"/>
                <w:sz w:val="17"/>
              </w:rPr>
              <w:t>OPERATIVNI</w:t>
            </w:r>
          </w:p>
          <w:p w14:paraId="42DE1767" w14:textId="77777777" w:rsidR="00623E5F" w:rsidRDefault="00000000">
            <w:pPr>
              <w:pStyle w:val="Oznaenseznam"/>
              <w:spacing w:after="16"/>
            </w:pPr>
            <w:r>
              <w:rPr>
                <w:color w:val="000000"/>
                <w:sz w:val="15"/>
              </w:rPr>
              <w:t>vodi žogo okoli ovir</w:t>
            </w:r>
          </w:p>
          <w:p w14:paraId="5D34B3EA" w14:textId="77777777" w:rsidR="00623E5F" w:rsidRDefault="00000000">
            <w:pPr>
              <w:pStyle w:val="Oznaenseznam"/>
              <w:spacing w:after="16"/>
            </w:pPr>
            <w:r>
              <w:rPr>
                <w:color w:val="000000"/>
                <w:sz w:val="15"/>
              </w:rPr>
              <w:t>ustavi in usmeri žogo</w:t>
            </w:r>
          </w:p>
          <w:p w14:paraId="49E70E9E" w14:textId="77777777" w:rsidR="00623E5F" w:rsidRDefault="00000000">
            <w:pPr>
              <w:pStyle w:val="Oznaenseznam"/>
              <w:spacing w:after="16"/>
            </w:pPr>
            <w:r>
              <w:rPr>
                <w:color w:val="000000"/>
                <w:sz w:val="15"/>
              </w:rPr>
              <w:t>varno čaka na vrsto</w:t>
            </w:r>
          </w:p>
          <w:p w14:paraId="4028B1D8" w14:textId="77777777" w:rsidR="00623E5F" w:rsidRDefault="00000000">
            <w:pPr>
              <w:spacing w:before="40" w:after="20" w:line="245" w:lineRule="auto"/>
            </w:pPr>
            <w:r>
              <w:rPr>
                <w:b/>
                <w:color w:val="000000"/>
                <w:sz w:val="17"/>
              </w:rPr>
              <w:t>PRIČAKOVANI DOSEŽKI / MINIMALNI POUDARKI</w:t>
            </w:r>
          </w:p>
          <w:p w14:paraId="743B7B44" w14:textId="77777777" w:rsidR="00623E5F" w:rsidRDefault="00000000">
            <w:pPr>
              <w:pStyle w:val="Oznaenseznam"/>
              <w:spacing w:after="16"/>
            </w:pPr>
            <w:r>
              <w:rPr>
                <w:color w:val="000000"/>
                <w:sz w:val="15"/>
              </w:rPr>
              <w:t>učenec samostojno oziroma z dogovorjeno oporo vodi žogo okoli ovir</w:t>
            </w:r>
          </w:p>
          <w:p w14:paraId="28F4CAB4" w14:textId="77777777" w:rsidR="00623E5F" w:rsidRDefault="00000000">
            <w:pPr>
              <w:pStyle w:val="Oznaenseznam"/>
              <w:spacing w:after="16"/>
            </w:pPr>
            <w:r>
              <w:rPr>
                <w:color w:val="000000"/>
                <w:sz w:val="15"/>
              </w:rPr>
              <w:t>učenec samostojno oziroma z dogovorjeno oporo ustavi in usmeri žogo</w:t>
            </w:r>
          </w:p>
          <w:p w14:paraId="52111D8D" w14:textId="77777777" w:rsidR="00623E5F" w:rsidRDefault="00000000">
            <w:pPr>
              <w:pStyle w:val="Oznaenseznam"/>
              <w:spacing w:after="16"/>
            </w:pPr>
            <w:r>
              <w:rPr>
                <w:color w:val="000000"/>
                <w:sz w:val="15"/>
              </w:rPr>
              <w:t>učenec samostojno oziroma z dogovorjeno oporo varno čaka na vrsto</w:t>
            </w:r>
          </w:p>
        </w:tc>
        <w:tc>
          <w:tcPr>
            <w:tcW w:w="7087" w:type="dxa"/>
            <w:tcMar>
              <w:top w:w="70" w:type="dxa"/>
              <w:left w:w="90" w:type="dxa"/>
              <w:bottom w:w="70" w:type="dxa"/>
              <w:right w:w="90" w:type="dxa"/>
            </w:tcMar>
          </w:tcPr>
          <w:p w14:paraId="75A792F8"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3875DC0" w14:textId="77777777">
              <w:trPr>
                <w:jc w:val="center"/>
              </w:trPr>
              <w:tc>
                <w:tcPr>
                  <w:tcW w:w="7087" w:type="dxa"/>
                  <w:shd w:val="clear" w:color="auto" w:fill="C6E7F3"/>
                  <w:tcMar>
                    <w:top w:w="45" w:type="dxa"/>
                    <w:left w:w="70" w:type="dxa"/>
                    <w:bottom w:w="45" w:type="dxa"/>
                    <w:right w:w="70" w:type="dxa"/>
                  </w:tcMar>
                </w:tcPr>
                <w:p w14:paraId="38BE31C0" w14:textId="77777777" w:rsidR="00623E5F" w:rsidRDefault="00000000">
                  <w:pPr>
                    <w:keepNext/>
                  </w:pPr>
                  <w:r>
                    <w:rPr>
                      <w:b/>
                      <w:color w:val="000000"/>
                    </w:rPr>
                    <w:t>UVODNI DEL – POČUTJE, GIBALNI NAMIG, PREDZNANJE IN NAMEN UČENJA (7–10 min)</w:t>
                  </w:r>
                </w:p>
              </w:tc>
            </w:tr>
          </w:tbl>
          <w:p w14:paraId="2B248823" w14:textId="77777777" w:rsidR="00623E5F" w:rsidRDefault="00623E5F">
            <w:pPr>
              <w:spacing w:line="20" w:lineRule="exact"/>
            </w:pPr>
          </w:p>
          <w:p w14:paraId="33876415" w14:textId="77777777" w:rsidR="00623E5F" w:rsidRDefault="00000000">
            <w:pPr>
              <w:spacing w:before="40" w:after="60" w:line="245" w:lineRule="auto"/>
            </w:pPr>
            <w:r>
              <w:rPr>
                <w:color w:val="000000"/>
                <w:sz w:val="15"/>
              </w:rPr>
              <w:t>Ob književnem motivu »Štiri črne mravljice« – Anja Štefan učenci vstopijo v temo rast, sodelovanje, drobna živa bitja in vzorci. Učiteljica pripravi kratek gibalni namig: žoga poišče pot do cilja, vendar se mora najprej ustaviti, spremeniti smer ali varno potovati do soigralca; učenci raziščejo temo »poligon z žogo«. Tedenski gibalni izziv: izvede sodelovalni mravljin poligon z žogo.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548E23EA" w14:textId="77777777">
              <w:trPr>
                <w:jc w:val="center"/>
              </w:trPr>
              <w:tc>
                <w:tcPr>
                  <w:tcW w:w="7087" w:type="dxa"/>
                  <w:shd w:val="clear" w:color="auto" w:fill="EDC9EA"/>
                  <w:tcMar>
                    <w:top w:w="45" w:type="dxa"/>
                    <w:left w:w="70" w:type="dxa"/>
                    <w:bottom w:w="45" w:type="dxa"/>
                    <w:right w:w="70" w:type="dxa"/>
                  </w:tcMar>
                </w:tcPr>
                <w:p w14:paraId="6C174A66" w14:textId="77777777" w:rsidR="00623E5F" w:rsidRDefault="00000000">
                  <w:pPr>
                    <w:keepNext/>
                  </w:pPr>
                  <w:r>
                    <w:rPr>
                      <w:b/>
                      <w:color w:val="000000"/>
                    </w:rPr>
                    <w:t>NAMENI UČENJA</w:t>
                  </w:r>
                </w:p>
              </w:tc>
            </w:tr>
          </w:tbl>
          <w:p w14:paraId="6C04A165" w14:textId="77777777" w:rsidR="00623E5F" w:rsidRDefault="00623E5F">
            <w:pPr>
              <w:spacing w:line="20" w:lineRule="exact"/>
            </w:pPr>
          </w:p>
          <w:p w14:paraId="08B09449"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793559E8" w14:textId="77777777" w:rsidR="00623E5F" w:rsidRDefault="00000000">
            <w:pPr>
              <w:pStyle w:val="Oznaenseznam"/>
              <w:spacing w:after="16"/>
            </w:pPr>
            <w:r>
              <w:rPr>
                <w:color w:val="000000"/>
                <w:sz w:val="15"/>
              </w:rPr>
              <w:t>vodim žogo okoli ovir</w:t>
            </w:r>
          </w:p>
          <w:p w14:paraId="0EC70BA0" w14:textId="77777777" w:rsidR="00623E5F" w:rsidRDefault="00000000">
            <w:pPr>
              <w:pStyle w:val="Oznaenseznam"/>
              <w:spacing w:after="16"/>
            </w:pPr>
            <w:r>
              <w:rPr>
                <w:color w:val="000000"/>
                <w:sz w:val="15"/>
              </w:rPr>
              <w:t>ustavi in usmeri žogo</w:t>
            </w:r>
          </w:p>
          <w:p w14:paraId="0515B3CC" w14:textId="77777777" w:rsidR="00623E5F" w:rsidRDefault="00000000">
            <w:pPr>
              <w:pStyle w:val="Oznaenseznam"/>
              <w:spacing w:after="16"/>
            </w:pPr>
            <w:r>
              <w:rPr>
                <w:color w:val="000000"/>
                <w:sz w:val="15"/>
              </w:rPr>
              <w:t>varno čaka na vrsto</w:t>
            </w:r>
          </w:p>
          <w:tbl>
            <w:tblPr>
              <w:tblStyle w:val="Tabelamrea"/>
              <w:tblW w:w="0" w:type="auto"/>
              <w:jc w:val="center"/>
              <w:tblLayout w:type="fixed"/>
              <w:tblLook w:val="04A0" w:firstRow="1" w:lastRow="0" w:firstColumn="1" w:lastColumn="0" w:noHBand="0" w:noVBand="1"/>
            </w:tblPr>
            <w:tblGrid>
              <w:gridCol w:w="7087"/>
            </w:tblGrid>
            <w:tr w:rsidR="00623E5F" w14:paraId="7794794A" w14:textId="77777777">
              <w:trPr>
                <w:jc w:val="center"/>
              </w:trPr>
              <w:tc>
                <w:tcPr>
                  <w:tcW w:w="7087" w:type="dxa"/>
                  <w:shd w:val="clear" w:color="auto" w:fill="EDC9EA"/>
                  <w:tcMar>
                    <w:top w:w="45" w:type="dxa"/>
                    <w:left w:w="70" w:type="dxa"/>
                    <w:bottom w:w="45" w:type="dxa"/>
                    <w:right w:w="70" w:type="dxa"/>
                  </w:tcMar>
                </w:tcPr>
                <w:p w14:paraId="2C9F5534" w14:textId="77777777" w:rsidR="00623E5F" w:rsidRDefault="00000000">
                  <w:pPr>
                    <w:keepNext/>
                  </w:pPr>
                  <w:r>
                    <w:rPr>
                      <w:b/>
                      <w:color w:val="000000"/>
                    </w:rPr>
                    <w:t>PREVERJANJE PREDZNANJA</w:t>
                  </w:r>
                </w:p>
              </w:tc>
            </w:tr>
          </w:tbl>
          <w:p w14:paraId="15FDFE14" w14:textId="77777777" w:rsidR="00623E5F" w:rsidRDefault="00623E5F">
            <w:pPr>
              <w:spacing w:line="20" w:lineRule="exact"/>
            </w:pPr>
          </w:p>
          <w:p w14:paraId="4C08F1D9" w14:textId="77777777" w:rsidR="00623E5F" w:rsidRDefault="00000000">
            <w:pPr>
              <w:pStyle w:val="Oznaenseznam"/>
              <w:spacing w:after="16"/>
            </w:pPr>
            <w:r>
              <w:rPr>
                <w:color w:val="000000"/>
                <w:sz w:val="15"/>
              </w:rPr>
              <w:t>Kaj moje telo in prostor že znata pokazati pri temi »POLIGON Z ŽOGO«?</w:t>
            </w:r>
          </w:p>
          <w:p w14:paraId="0E32EE99" w14:textId="77777777" w:rsidR="00623E5F" w:rsidRDefault="00000000">
            <w:pPr>
              <w:pStyle w:val="Oznaenseznam"/>
              <w:spacing w:after="16"/>
            </w:pPr>
            <w:r>
              <w:rPr>
                <w:color w:val="000000"/>
                <w:sz w:val="15"/>
              </w:rPr>
              <w:t>Katero varnostno pravilo, gibalni korak ali strategijo že obvladam in kaj bi najprej preizkusil/-a?</w:t>
            </w:r>
          </w:p>
          <w:p w14:paraId="52F8121D"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34AE6DDE" w14:textId="77777777">
              <w:trPr>
                <w:jc w:val="center"/>
              </w:trPr>
              <w:tc>
                <w:tcPr>
                  <w:tcW w:w="7087" w:type="dxa"/>
                  <w:shd w:val="clear" w:color="auto" w:fill="EDC9EA"/>
                  <w:tcMar>
                    <w:top w:w="45" w:type="dxa"/>
                    <w:left w:w="70" w:type="dxa"/>
                    <w:bottom w:w="45" w:type="dxa"/>
                    <w:right w:w="70" w:type="dxa"/>
                  </w:tcMar>
                </w:tcPr>
                <w:p w14:paraId="11DBB4A9" w14:textId="77777777" w:rsidR="00623E5F" w:rsidRDefault="00000000">
                  <w:pPr>
                    <w:keepNext/>
                  </w:pPr>
                  <w:r>
                    <w:rPr>
                      <w:b/>
                      <w:color w:val="000000"/>
                    </w:rPr>
                    <w:t>KRITERIJI USPEŠNOSTI</w:t>
                  </w:r>
                </w:p>
              </w:tc>
            </w:tr>
          </w:tbl>
          <w:p w14:paraId="22B9B983" w14:textId="77777777" w:rsidR="00623E5F" w:rsidRDefault="00623E5F"/>
          <w:p w14:paraId="4A0EA497" w14:textId="77777777" w:rsidR="00623E5F" w:rsidRDefault="00000000">
            <w:pPr>
              <w:spacing w:before="20" w:after="20" w:line="245" w:lineRule="auto"/>
            </w:pPr>
            <w:r>
              <w:rPr>
                <w:b/>
                <w:color w:val="000000"/>
                <w:sz w:val="16"/>
              </w:rPr>
              <w:t>Uspešen/-na bom, ko:</w:t>
            </w:r>
          </w:p>
          <w:p w14:paraId="2ECD1211" w14:textId="77777777" w:rsidR="00623E5F" w:rsidRDefault="00000000">
            <w:pPr>
              <w:pStyle w:val="Oznaenseznam"/>
              <w:spacing w:after="16"/>
            </w:pPr>
            <w:r>
              <w:rPr>
                <w:color w:val="000000"/>
                <w:sz w:val="15"/>
              </w:rPr>
              <w:t>vodim žogo okoli ovir</w:t>
            </w:r>
          </w:p>
          <w:p w14:paraId="0C3AEE85" w14:textId="77777777" w:rsidR="00623E5F" w:rsidRDefault="00000000">
            <w:pPr>
              <w:pStyle w:val="Oznaenseznam"/>
              <w:spacing w:after="16"/>
            </w:pPr>
            <w:r>
              <w:rPr>
                <w:color w:val="000000"/>
                <w:sz w:val="15"/>
              </w:rPr>
              <w:t>ustavi in usmeri žogo</w:t>
            </w:r>
          </w:p>
          <w:p w14:paraId="4BDD1DB6" w14:textId="77777777" w:rsidR="00623E5F" w:rsidRDefault="00000000">
            <w:pPr>
              <w:pStyle w:val="Oznaenseznam"/>
              <w:spacing w:after="16"/>
            </w:pPr>
            <w:r>
              <w:rPr>
                <w:color w:val="000000"/>
                <w:sz w:val="15"/>
              </w:rPr>
              <w:t>varno čaka na vrsto</w:t>
            </w:r>
          </w:p>
          <w:p w14:paraId="7CC9AE33" w14:textId="77777777" w:rsidR="00623E5F" w:rsidRDefault="00000000">
            <w:pPr>
              <w:pStyle w:val="Oznaenseznam"/>
              <w:spacing w:after="16"/>
            </w:pPr>
            <w:r>
              <w:rPr>
                <w:color w:val="000000"/>
                <w:sz w:val="15"/>
              </w:rPr>
              <w:t>pred začetkom preverim prostor in opremo, ohranjam razdaljo ter se na znak varno ustavim</w:t>
            </w:r>
          </w:p>
          <w:p w14:paraId="602CC79F"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30F30A96" w14:textId="77777777" w:rsidR="00623E5F" w:rsidRDefault="00623E5F"/>
          <w:p w14:paraId="76E9DE93"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050CB58D"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539D9759" w14:textId="77777777" w:rsidR="00623E5F" w:rsidRDefault="00000000">
            <w:pPr>
              <w:spacing w:after="100" w:line="245" w:lineRule="auto"/>
            </w:pPr>
            <w:r>
              <w:rPr>
                <w:color w:val="000000"/>
                <w:sz w:val="15"/>
              </w:rPr>
              <w:t>Sodeluje pri razumevanju namena, vidnih meril, varnostnih pravil, prehodov in načina dokazovanja.</w:t>
            </w:r>
          </w:p>
          <w:p w14:paraId="5FC402DA" w14:textId="77777777" w:rsidR="00623E5F" w:rsidRDefault="00000000">
            <w:pPr>
              <w:spacing w:after="20" w:line="245" w:lineRule="auto"/>
            </w:pPr>
            <w:r>
              <w:rPr>
                <w:b/>
                <w:color w:val="D95BC6"/>
                <w:sz w:val="17"/>
              </w:rPr>
              <w:t>DOKAZ O UČENJU</w:t>
            </w:r>
          </w:p>
          <w:p w14:paraId="7DAE5702"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34E90D1A"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55812EE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BA87F66"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A2C6DE8" w14:textId="77777777" w:rsidR="00623E5F" w:rsidRDefault="00000000">
            <w:pPr>
              <w:jc w:val="center"/>
            </w:pPr>
            <w:r>
              <w:rPr>
                <w:b/>
                <w:color w:val="000000"/>
                <w:sz w:val="20"/>
              </w:rPr>
              <w:t>UČNE DEJAVNOSTI, METODE IN FORMATIVNO SPREMLJANJE</w:t>
            </w:r>
          </w:p>
        </w:tc>
      </w:tr>
      <w:tr w:rsidR="00623E5F" w14:paraId="6E433D6A" w14:textId="77777777">
        <w:trPr>
          <w:tblHeader/>
          <w:jc w:val="center"/>
        </w:trPr>
        <w:tc>
          <w:tcPr>
            <w:tcW w:w="4422" w:type="dxa"/>
            <w:vMerge/>
            <w:tcMar>
              <w:top w:w="70" w:type="dxa"/>
              <w:left w:w="90" w:type="dxa"/>
              <w:bottom w:w="70" w:type="dxa"/>
              <w:right w:w="90" w:type="dxa"/>
            </w:tcMar>
            <w:vAlign w:val="center"/>
          </w:tcPr>
          <w:p w14:paraId="57F04029" w14:textId="77777777" w:rsidR="00623E5F" w:rsidRDefault="00623E5F"/>
        </w:tc>
        <w:tc>
          <w:tcPr>
            <w:tcW w:w="7087" w:type="dxa"/>
            <w:shd w:val="clear" w:color="auto" w:fill="FFFFFF"/>
            <w:tcMar>
              <w:top w:w="70" w:type="dxa"/>
              <w:left w:w="90" w:type="dxa"/>
              <w:bottom w:w="70" w:type="dxa"/>
              <w:right w:w="90" w:type="dxa"/>
            </w:tcMar>
            <w:vAlign w:val="center"/>
          </w:tcPr>
          <w:p w14:paraId="36DA373E"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C8610E6" w14:textId="77777777" w:rsidR="00623E5F" w:rsidRDefault="00000000">
            <w:pPr>
              <w:jc w:val="center"/>
            </w:pPr>
            <w:r>
              <w:rPr>
                <w:b/>
                <w:color w:val="000000"/>
              </w:rPr>
              <w:t>UČENEC</w:t>
            </w:r>
          </w:p>
        </w:tc>
      </w:tr>
      <w:tr w:rsidR="00623E5F" w14:paraId="30966AAF" w14:textId="77777777">
        <w:trPr>
          <w:jc w:val="center"/>
        </w:trPr>
        <w:tc>
          <w:tcPr>
            <w:tcW w:w="4422" w:type="dxa"/>
            <w:tcMar>
              <w:top w:w="70" w:type="dxa"/>
              <w:left w:w="90" w:type="dxa"/>
              <w:bottom w:w="70" w:type="dxa"/>
              <w:right w:w="90" w:type="dxa"/>
            </w:tcMar>
          </w:tcPr>
          <w:p w14:paraId="24980113" w14:textId="77777777" w:rsidR="00623E5F" w:rsidRDefault="00623E5F"/>
          <w:p w14:paraId="766DE93A" w14:textId="77777777" w:rsidR="00623E5F" w:rsidRDefault="00000000">
            <w:pPr>
              <w:spacing w:after="40" w:line="245" w:lineRule="auto"/>
            </w:pPr>
            <w:r>
              <w:rPr>
                <w:b/>
                <w:color w:val="000000"/>
                <w:sz w:val="17"/>
              </w:rPr>
              <w:t>KLJUČNI ŠPORTNI IN GIBALNI POJMI</w:t>
            </w:r>
          </w:p>
          <w:p w14:paraId="7199402B"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prijem, kotaljenje, vodenje, podaja, lovljenje, ustavljanje, ciljanje, razdalja</w:t>
            </w:r>
          </w:p>
          <w:p w14:paraId="1F3F9341" w14:textId="77777777" w:rsidR="00623E5F" w:rsidRDefault="00000000">
            <w:pPr>
              <w:spacing w:after="20" w:line="245" w:lineRule="auto"/>
            </w:pPr>
            <w:r>
              <w:rPr>
                <w:b/>
                <w:color w:val="000000"/>
                <w:sz w:val="17"/>
              </w:rPr>
              <w:t>DOKAZI O UČENJU</w:t>
            </w:r>
          </w:p>
          <w:p w14:paraId="6500F22A" w14:textId="77777777" w:rsidR="00623E5F" w:rsidRDefault="00000000">
            <w:pPr>
              <w:pStyle w:val="Oznaenseznam"/>
              <w:spacing w:after="7"/>
            </w:pPr>
            <w:r>
              <w:rPr>
                <w:color w:val="000000"/>
                <w:sz w:val="14"/>
              </w:rPr>
              <w:t>varen odziv na znak, začetni poskus prvine in ustno varnostno pravilo.</w:t>
            </w:r>
          </w:p>
          <w:p w14:paraId="70570F05" w14:textId="77777777" w:rsidR="00623E5F" w:rsidRDefault="00000000">
            <w:pPr>
              <w:pStyle w:val="Oznaenseznam"/>
              <w:spacing w:after="7"/>
            </w:pPr>
            <w:r>
              <w:rPr>
                <w:color w:val="000000"/>
                <w:sz w:val="14"/>
              </w:rPr>
              <w:t>uporaba prvine v igri, sodelovanje, upoštevanje pravil in osebno samovrednotenje.</w:t>
            </w:r>
          </w:p>
          <w:p w14:paraId="56E823E2" w14:textId="77777777" w:rsidR="00623E5F" w:rsidRDefault="00000000">
            <w:pPr>
              <w:spacing w:before="40" w:after="20" w:line="245" w:lineRule="auto"/>
            </w:pPr>
            <w:r>
              <w:rPr>
                <w:b/>
                <w:color w:val="000000"/>
                <w:sz w:val="16"/>
              </w:rPr>
              <w:t>GIBALNO DOŽIVETJE IN IZKUŠENJSKI POUK</w:t>
            </w:r>
          </w:p>
          <w:p w14:paraId="22B572B0"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25FD9EC2" w14:textId="77777777" w:rsidR="00623E5F" w:rsidRDefault="00000000">
            <w:pPr>
              <w:spacing w:after="20" w:line="245" w:lineRule="auto"/>
            </w:pPr>
            <w:r>
              <w:rPr>
                <w:b/>
                <w:color w:val="000000"/>
                <w:sz w:val="16"/>
              </w:rPr>
              <w:t>POUČEVANJE V GIBANJU</w:t>
            </w:r>
          </w:p>
          <w:p w14:paraId="0DC043A2"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23EF5873" w14:textId="77777777" w:rsidR="00623E5F" w:rsidRDefault="00000000">
            <w:pPr>
              <w:spacing w:after="20" w:line="245" w:lineRule="auto"/>
            </w:pPr>
            <w:r>
              <w:rPr>
                <w:b/>
                <w:color w:val="000000"/>
                <w:sz w:val="16"/>
              </w:rPr>
              <w:t>DELO PO ŠTIRIH POSTAJAH</w:t>
            </w:r>
          </w:p>
          <w:p w14:paraId="3020E8E7"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7993B770" w14:textId="77777777" w:rsidR="00623E5F" w:rsidRDefault="00000000">
            <w:pPr>
              <w:spacing w:after="7" w:line="245" w:lineRule="auto"/>
            </w:pPr>
            <w:r>
              <w:rPr>
                <w:color w:val="000000"/>
                <w:sz w:val="14"/>
              </w:rPr>
              <w:t>1. Občutek za žogo: z dlanmi, stopali ali obema rokama varno ustavim, kotalim in usmerjam mehko žogo.</w:t>
            </w:r>
          </w:p>
          <w:p w14:paraId="32F13581" w14:textId="77777777" w:rsidR="00623E5F" w:rsidRDefault="00000000">
            <w:pPr>
              <w:spacing w:after="7" w:line="245" w:lineRule="auto"/>
            </w:pPr>
            <w:r>
              <w:rPr>
                <w:color w:val="000000"/>
                <w:sz w:val="14"/>
              </w:rPr>
              <w:t>2. Parna: prilagodim moč in razdaljo pri podaji oziroma lovljenju ter vadim cilj »ustavi in usmeri žogo«.</w:t>
            </w:r>
          </w:p>
          <w:p w14:paraId="6A9E6C67" w14:textId="77777777" w:rsidR="00623E5F" w:rsidRDefault="00000000">
            <w:pPr>
              <w:spacing w:after="7" w:line="245" w:lineRule="auto"/>
            </w:pPr>
            <w:r>
              <w:rPr>
                <w:color w:val="000000"/>
                <w:sz w:val="14"/>
              </w:rPr>
              <w:t>3. Ciljna: okoli ovir vodim ali kotalim žogo, jo ustavim in usmerim v velik cilj skladno s ciljem »vodim žogo okoli ovir«.</w:t>
            </w:r>
          </w:p>
          <w:p w14:paraId="5AB1A3C0" w14:textId="77777777" w:rsidR="00623E5F" w:rsidRDefault="00000000">
            <w:pPr>
              <w:spacing w:after="7" w:line="245" w:lineRule="auto"/>
            </w:pPr>
            <w:r>
              <w:rPr>
                <w:color w:val="000000"/>
                <w:sz w:val="14"/>
              </w:rPr>
              <w:t>4. Igra z žogo brez izločanja: menjam vloge, vključujem soigralce in pokažem, kako »varno čaka na vrsto«.</w:t>
            </w:r>
          </w:p>
          <w:p w14:paraId="6BE3F203" w14:textId="77777777" w:rsidR="00623E5F" w:rsidRDefault="00000000">
            <w:pPr>
              <w:spacing w:after="20" w:line="245" w:lineRule="auto"/>
            </w:pPr>
            <w:r>
              <w:rPr>
                <w:b/>
                <w:color w:val="000000"/>
                <w:sz w:val="16"/>
              </w:rPr>
              <w:t>DIFERENCIACIJA IN VKLJUČEVANJE</w:t>
            </w:r>
          </w:p>
          <w:p w14:paraId="22C84132"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7779E869" w14:textId="77777777" w:rsidR="00623E5F" w:rsidRDefault="00000000">
            <w:pPr>
              <w:spacing w:after="20" w:line="245" w:lineRule="auto"/>
            </w:pPr>
            <w:r>
              <w:rPr>
                <w:b/>
                <w:color w:val="000000"/>
                <w:sz w:val="16"/>
              </w:rPr>
              <w:t>SPREMLJANJE</w:t>
            </w:r>
          </w:p>
          <w:p w14:paraId="1AD60EC4"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21012A2E"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818394D" w14:textId="77777777">
              <w:trPr>
                <w:jc w:val="center"/>
              </w:trPr>
              <w:tc>
                <w:tcPr>
                  <w:tcW w:w="7087" w:type="dxa"/>
                  <w:shd w:val="clear" w:color="auto" w:fill="C6E7F3"/>
                  <w:tcMar>
                    <w:top w:w="45" w:type="dxa"/>
                    <w:left w:w="70" w:type="dxa"/>
                    <w:bottom w:w="45" w:type="dxa"/>
                    <w:right w:w="70" w:type="dxa"/>
                  </w:tcMar>
                </w:tcPr>
                <w:p w14:paraId="44BBEA4C" w14:textId="77777777" w:rsidR="00623E5F" w:rsidRDefault="00000000">
                  <w:pPr>
                    <w:keepNext/>
                  </w:pPr>
                  <w:r>
                    <w:rPr>
                      <w:b/>
                      <w:color w:val="000000"/>
                      <w:sz w:val="16"/>
                    </w:rPr>
                    <w:t>GLAVNI DEL – GIBALNI IZZIV, VADBA NA ŠTIRIH POSTAJAH IN IGRA (2 šolski uri)</w:t>
                  </w:r>
                </w:p>
              </w:tc>
            </w:tr>
          </w:tbl>
          <w:p w14:paraId="545B3B0E" w14:textId="77777777" w:rsidR="00623E5F" w:rsidRDefault="00623E5F">
            <w:pPr>
              <w:spacing w:line="20" w:lineRule="exact"/>
            </w:pPr>
          </w:p>
          <w:p w14:paraId="4AF55A22" w14:textId="77777777" w:rsidR="00623E5F" w:rsidRDefault="00000000">
            <w:pPr>
              <w:keepNext/>
              <w:spacing w:before="16" w:after="6" w:line="245" w:lineRule="auto"/>
            </w:pPr>
            <w:r>
              <w:rPr>
                <w:b/>
                <w:color w:val="000000"/>
                <w:sz w:val="15"/>
              </w:rPr>
              <w:t>1. URA – Poligon z žogo – Ogrejem se in usvojim gib</w:t>
            </w:r>
          </w:p>
          <w:p w14:paraId="418FA038"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»Štiri črne mravljice« – Anja Štefan. Osrednji del 30': 32' – Preveri prostor in opremo, predstavi varnostni znak ter skozi gibalno zgodbo modelira ključno prvino po korakih.</w:t>
            </w:r>
          </w:p>
          <w:p w14:paraId="3E026454"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7CCFB823" w14:textId="77777777" w:rsidR="00623E5F" w:rsidRDefault="00000000">
            <w:pPr>
              <w:spacing w:after="15" w:line="245" w:lineRule="auto"/>
            </w:pPr>
            <w:r>
              <w:rPr>
                <w:i/>
                <w:color w:val="D95BC6"/>
                <w:sz w:val="14"/>
              </w:rPr>
              <w:t>Predvideni dokaz: varen odziv na znak, začetni poskus prvine in ustno varnostno pravilo..</w:t>
            </w:r>
          </w:p>
          <w:p w14:paraId="47D81DCF" w14:textId="77777777" w:rsidR="00623E5F" w:rsidRDefault="00000000">
            <w:pPr>
              <w:keepNext/>
              <w:spacing w:before="16" w:after="6" w:line="245" w:lineRule="auto"/>
            </w:pPr>
            <w:r>
              <w:rPr>
                <w:b/>
                <w:color w:val="000000"/>
                <w:sz w:val="15"/>
              </w:rPr>
              <w:t>2. URA – Poligon z žogo – Uporabim v igri</w:t>
            </w:r>
          </w:p>
          <w:p w14:paraId="48FC7B38"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»Štiri črne mravljice« – Anja Štefan. Osrednji del 30': 32' – Organizira vključujočo igro ali izziv brez izločanja, spremlja varnost, pošteno igro in uporabo naučene prvine.</w:t>
            </w:r>
          </w:p>
          <w:p w14:paraId="190FF833"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14B182BD"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5B58A353" w14:textId="77777777">
              <w:trPr>
                <w:jc w:val="center"/>
              </w:trPr>
              <w:tc>
                <w:tcPr>
                  <w:tcW w:w="7087" w:type="dxa"/>
                  <w:shd w:val="clear" w:color="auto" w:fill="EDC9EA"/>
                  <w:tcMar>
                    <w:top w:w="45" w:type="dxa"/>
                    <w:left w:w="70" w:type="dxa"/>
                    <w:bottom w:w="45" w:type="dxa"/>
                    <w:right w:w="70" w:type="dxa"/>
                  </w:tcMar>
                </w:tcPr>
                <w:p w14:paraId="78F147B3" w14:textId="77777777" w:rsidR="00623E5F" w:rsidRDefault="00000000">
                  <w:pPr>
                    <w:keepNext/>
                  </w:pPr>
                  <w:r>
                    <w:rPr>
                      <w:b/>
                      <w:color w:val="000000"/>
                      <w:sz w:val="16"/>
                    </w:rPr>
                    <w:t>ORGANIZACIJA POSTAJ, PREHODOV IN AKTIVNEGA ČASA</w:t>
                  </w:r>
                </w:p>
              </w:tc>
            </w:tr>
          </w:tbl>
          <w:p w14:paraId="727E8662" w14:textId="77777777" w:rsidR="00623E5F" w:rsidRDefault="00623E5F"/>
          <w:p w14:paraId="7AF658A1" w14:textId="77777777" w:rsidR="00623E5F" w:rsidRDefault="00000000">
            <w:pPr>
              <w:spacing w:before="5" w:after="6" w:line="245" w:lineRule="auto"/>
            </w:pPr>
            <w:r>
              <w:rPr>
                <w:color w:val="000000"/>
                <w:sz w:val="14"/>
              </w:rPr>
              <w:t>Postaja 1: Občutek za žogo: z dlanmi, stopali ali obema rokama varno ustavim, kotalim in usmerjam mehko žogo.</w:t>
            </w:r>
          </w:p>
          <w:p w14:paraId="57B32294" w14:textId="77777777" w:rsidR="00623E5F" w:rsidRDefault="00000000">
            <w:pPr>
              <w:spacing w:before="5" w:after="6" w:line="245" w:lineRule="auto"/>
            </w:pPr>
            <w:r>
              <w:rPr>
                <w:color w:val="000000"/>
                <w:sz w:val="14"/>
              </w:rPr>
              <w:t>Postaja 2: Parna: prilagodim moč in razdaljo pri podaji oziroma lovljenju ter vadim cilj »ustavi in usmeri žogo«.</w:t>
            </w:r>
          </w:p>
          <w:p w14:paraId="0E427EFB" w14:textId="77777777" w:rsidR="00623E5F" w:rsidRDefault="00000000">
            <w:pPr>
              <w:spacing w:before="5" w:after="6" w:line="245" w:lineRule="auto"/>
            </w:pPr>
            <w:r>
              <w:rPr>
                <w:color w:val="000000"/>
                <w:sz w:val="14"/>
              </w:rPr>
              <w:t>Postaja 3: Ciljna: okoli ovir vodim ali kotalim žogo, jo ustavim in usmerim v velik cilj skladno s ciljem »vodim žogo okoli ovir«.</w:t>
            </w:r>
          </w:p>
          <w:p w14:paraId="280E1649" w14:textId="77777777" w:rsidR="00623E5F" w:rsidRDefault="00000000">
            <w:pPr>
              <w:spacing w:before="5" w:after="6" w:line="245" w:lineRule="auto"/>
            </w:pPr>
            <w:r>
              <w:rPr>
                <w:color w:val="000000"/>
                <w:sz w:val="14"/>
              </w:rPr>
              <w:t>Postaja 4: Igra z žogo brez izločanja: menjam vloge, vključujem soigralce in pokažem, kako »varno čaka na vrsto«.</w:t>
            </w:r>
          </w:p>
          <w:p w14:paraId="3F79C3B7"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3D560B1D" w14:textId="77777777" w:rsidR="00623E5F" w:rsidRDefault="00623E5F"/>
          <w:p w14:paraId="28F523E4" w14:textId="77777777" w:rsidR="00623E5F" w:rsidRDefault="00000000">
            <w:pPr>
              <w:spacing w:after="5" w:line="245" w:lineRule="auto"/>
            </w:pPr>
            <w:r>
              <w:rPr>
                <w:b/>
                <w:color w:val="000000"/>
                <w:sz w:val="15"/>
              </w:rPr>
              <w:t>1. URA – Poligon z žogo – Ogrejem se in usvojim gib</w:t>
            </w:r>
          </w:p>
          <w:p w14:paraId="5F6E98D3"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30E9BCEE" w14:textId="77777777" w:rsidR="00623E5F" w:rsidRDefault="00000000">
            <w:pPr>
              <w:spacing w:after="14" w:line="245" w:lineRule="auto"/>
            </w:pPr>
            <w:r>
              <w:rPr>
                <w:color w:val="D95BC6"/>
                <w:sz w:val="13"/>
              </w:rPr>
              <w:t>Dokaz: varen odziv na znak, začetni poskus prvine in ustno varnostno pravilo.</w:t>
            </w:r>
          </w:p>
          <w:p w14:paraId="1201CDFB" w14:textId="77777777" w:rsidR="00623E5F" w:rsidRDefault="00000000">
            <w:pPr>
              <w:spacing w:after="5" w:line="245" w:lineRule="auto"/>
            </w:pPr>
            <w:r>
              <w:rPr>
                <w:b/>
                <w:color w:val="000000"/>
                <w:sz w:val="15"/>
              </w:rPr>
              <w:t>2. URA – Poligon z žogo – Uporabim v igri</w:t>
            </w:r>
          </w:p>
          <w:p w14:paraId="6A47CFA7"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5FF61FB8" w14:textId="77777777" w:rsidR="00623E5F" w:rsidRDefault="00000000">
            <w:pPr>
              <w:spacing w:after="14" w:line="245" w:lineRule="auto"/>
            </w:pPr>
            <w:r>
              <w:rPr>
                <w:color w:val="D95BC6"/>
                <w:sz w:val="13"/>
              </w:rPr>
              <w:t>Dokaz: uporaba prvine v igri, sodelovanje, upoštevanje pravil in osebno.</w:t>
            </w:r>
          </w:p>
          <w:p w14:paraId="002BBED3" w14:textId="77777777" w:rsidR="00623E5F" w:rsidRDefault="00000000">
            <w:pPr>
              <w:spacing w:before="30" w:after="14" w:line="245" w:lineRule="auto"/>
            </w:pPr>
            <w:r>
              <w:rPr>
                <w:b/>
                <w:color w:val="D95BC6"/>
                <w:sz w:val="16"/>
              </w:rPr>
              <w:t>MOJ KROG POSTAJ</w:t>
            </w:r>
          </w:p>
          <w:p w14:paraId="29444420" w14:textId="77777777" w:rsidR="00623E5F" w:rsidRDefault="00000000">
            <w:pPr>
              <w:spacing w:after="8" w:line="245" w:lineRule="auto"/>
            </w:pPr>
            <w:r>
              <w:rPr>
                <w:color w:val="000000"/>
                <w:sz w:val="13"/>
              </w:rPr>
              <w:t>1. Občutek za žogo: z dlanmi, stopali ali obema rokama varno ustavim.</w:t>
            </w:r>
          </w:p>
          <w:p w14:paraId="3AF63E31" w14:textId="77777777" w:rsidR="00623E5F" w:rsidRDefault="00000000">
            <w:pPr>
              <w:spacing w:after="8" w:line="245" w:lineRule="auto"/>
            </w:pPr>
            <w:r>
              <w:rPr>
                <w:color w:val="000000"/>
                <w:sz w:val="13"/>
              </w:rPr>
              <w:t>2. Parna: prilagodim moč in razdaljo pri podaji oziroma lovljenju ter vadim cilj.</w:t>
            </w:r>
          </w:p>
          <w:p w14:paraId="13BCB95E" w14:textId="77777777" w:rsidR="00623E5F" w:rsidRDefault="00000000">
            <w:pPr>
              <w:spacing w:after="8" w:line="245" w:lineRule="auto"/>
            </w:pPr>
            <w:r>
              <w:rPr>
                <w:color w:val="000000"/>
                <w:sz w:val="13"/>
              </w:rPr>
              <w:t>3. Ciljna: okoli ovir vodim ali kotalim žogo, jo ustavim in usmerim v velik cilj.</w:t>
            </w:r>
          </w:p>
          <w:p w14:paraId="4A1FFD46" w14:textId="77777777" w:rsidR="00623E5F" w:rsidRDefault="00000000">
            <w:pPr>
              <w:spacing w:after="8" w:line="245" w:lineRule="auto"/>
            </w:pPr>
            <w:r>
              <w:rPr>
                <w:color w:val="000000"/>
                <w:sz w:val="13"/>
              </w:rPr>
              <w:t>4. Igra z žogo brez izločanja: menjam vloge, vključujem soigralce in pokažem.</w:t>
            </w:r>
          </w:p>
          <w:p w14:paraId="48445420"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005C2679" w14:textId="77777777" w:rsidR="00623E5F" w:rsidRDefault="00000000">
            <w:pPr>
              <w:spacing w:after="14" w:line="245" w:lineRule="auto"/>
            </w:pPr>
            <w:r>
              <w:rPr>
                <w:b/>
                <w:color w:val="D95BC6"/>
                <w:sz w:val="16"/>
              </w:rPr>
              <w:t>DOKAZ O UČENJU</w:t>
            </w:r>
          </w:p>
          <w:p w14:paraId="6A3C9113"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1587893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354E59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BA74A43"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BD8B2ED" w14:textId="77777777" w:rsidR="00623E5F" w:rsidRDefault="00000000">
            <w:pPr>
              <w:jc w:val="center"/>
            </w:pPr>
            <w:r>
              <w:rPr>
                <w:b/>
                <w:color w:val="000000"/>
                <w:sz w:val="20"/>
              </w:rPr>
              <w:t>UČNE DEJAVNOSTI, METODE IN FORMATIVNO SPREMLJANJE</w:t>
            </w:r>
          </w:p>
        </w:tc>
      </w:tr>
      <w:tr w:rsidR="00623E5F" w14:paraId="59300AA2" w14:textId="77777777">
        <w:trPr>
          <w:tblHeader/>
          <w:jc w:val="center"/>
        </w:trPr>
        <w:tc>
          <w:tcPr>
            <w:tcW w:w="4422" w:type="dxa"/>
            <w:vMerge/>
            <w:tcMar>
              <w:top w:w="70" w:type="dxa"/>
              <w:left w:w="90" w:type="dxa"/>
              <w:bottom w:w="70" w:type="dxa"/>
              <w:right w:w="90" w:type="dxa"/>
            </w:tcMar>
            <w:vAlign w:val="center"/>
          </w:tcPr>
          <w:p w14:paraId="5AF9CF17" w14:textId="77777777" w:rsidR="00623E5F" w:rsidRDefault="00623E5F"/>
        </w:tc>
        <w:tc>
          <w:tcPr>
            <w:tcW w:w="7087" w:type="dxa"/>
            <w:shd w:val="clear" w:color="auto" w:fill="FFFFFF"/>
            <w:tcMar>
              <w:top w:w="70" w:type="dxa"/>
              <w:left w:w="90" w:type="dxa"/>
              <w:bottom w:w="70" w:type="dxa"/>
              <w:right w:w="90" w:type="dxa"/>
            </w:tcMar>
            <w:vAlign w:val="center"/>
          </w:tcPr>
          <w:p w14:paraId="3C8A8663"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952666C" w14:textId="77777777" w:rsidR="00623E5F" w:rsidRDefault="00000000">
            <w:pPr>
              <w:jc w:val="center"/>
            </w:pPr>
            <w:r>
              <w:rPr>
                <w:b/>
                <w:color w:val="000000"/>
              </w:rPr>
              <w:t>UČENEC</w:t>
            </w:r>
          </w:p>
        </w:tc>
      </w:tr>
      <w:tr w:rsidR="00623E5F" w14:paraId="01A78053" w14:textId="77777777">
        <w:trPr>
          <w:jc w:val="center"/>
        </w:trPr>
        <w:tc>
          <w:tcPr>
            <w:tcW w:w="4422" w:type="dxa"/>
            <w:tcMar>
              <w:top w:w="70" w:type="dxa"/>
              <w:left w:w="90" w:type="dxa"/>
              <w:bottom w:w="70" w:type="dxa"/>
              <w:right w:w="90" w:type="dxa"/>
            </w:tcMar>
          </w:tcPr>
          <w:p w14:paraId="2314DB0B" w14:textId="77777777" w:rsidR="00623E5F" w:rsidRDefault="00623E5F"/>
          <w:p w14:paraId="722407F0" w14:textId="77777777" w:rsidR="00623E5F" w:rsidRDefault="00000000">
            <w:pPr>
              <w:spacing w:after="40" w:line="245" w:lineRule="auto"/>
            </w:pPr>
            <w:r>
              <w:rPr>
                <w:b/>
                <w:color w:val="000000"/>
              </w:rPr>
              <w:t>FORMATIVNO SPREMLJANJE</w:t>
            </w:r>
          </w:p>
          <w:p w14:paraId="6B51854F" w14:textId="77777777" w:rsidR="00623E5F" w:rsidRDefault="00000000">
            <w:pPr>
              <w:pStyle w:val="Oznaenseznam"/>
              <w:spacing w:after="16"/>
            </w:pPr>
            <w:r>
              <w:rPr>
                <w:color w:val="000000"/>
                <w:sz w:val="15"/>
              </w:rPr>
              <w:t>predznanje: gibalni prikaz, odziv na znak, izbira kartice, začetni poskus ali kratka razlaga</w:t>
            </w:r>
          </w:p>
          <w:p w14:paraId="3174231B" w14:textId="77777777" w:rsidR="00623E5F" w:rsidRDefault="00000000">
            <w:pPr>
              <w:pStyle w:val="Oznaenseznam"/>
              <w:spacing w:after="16"/>
            </w:pPr>
            <w:r>
              <w:rPr>
                <w:color w:val="000000"/>
                <w:sz w:val="15"/>
              </w:rPr>
              <w:t>nameni in merila: kratka poved, slikovni znak, model varne izvedbe in en opazljiv tehnični poudarek</w:t>
            </w:r>
          </w:p>
          <w:p w14:paraId="4F73A2F1"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223ED31E" w14:textId="77777777" w:rsidR="00623E5F" w:rsidRDefault="00000000">
            <w:pPr>
              <w:pStyle w:val="Oznaenseznam"/>
              <w:spacing w:after="16"/>
            </w:pPr>
            <w:r>
              <w:rPr>
                <w:color w:val="000000"/>
                <w:sz w:val="15"/>
              </w:rPr>
              <w:t>povratna informacija: opis opaženega, povezava z enim merilom in takoj izvedljiv ponovni poskus</w:t>
            </w:r>
          </w:p>
          <w:p w14:paraId="5F35D806" w14:textId="77777777" w:rsidR="00623E5F" w:rsidRDefault="00000000">
            <w:pPr>
              <w:pStyle w:val="Oznaenseznam"/>
              <w:spacing w:after="16"/>
            </w:pPr>
            <w:r>
              <w:rPr>
                <w:color w:val="000000"/>
                <w:sz w:val="15"/>
              </w:rPr>
              <w:t>samovrednotenje: semafor napora in varnosti, lestvica samostojnosti, izbran dokaz ter osebni naslednji korak</w:t>
            </w:r>
          </w:p>
          <w:p w14:paraId="2FAD4BE0" w14:textId="77777777" w:rsidR="00623E5F" w:rsidRDefault="00000000">
            <w:pPr>
              <w:spacing w:before="40" w:after="20" w:line="245" w:lineRule="auto"/>
            </w:pPr>
            <w:r>
              <w:rPr>
                <w:b/>
                <w:color w:val="000000"/>
                <w:sz w:val="17"/>
              </w:rPr>
              <w:t>VARNOST, POČUTJE IN HIGIENA</w:t>
            </w:r>
          </w:p>
          <w:p w14:paraId="2644A738"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Uporabljajo se mehke žoge primerne velikosti; ciljanje v obraz ali telo ni dovoljeno, razdalje med pari so označene.</w:t>
            </w:r>
          </w:p>
          <w:p w14:paraId="32CFD6D4" w14:textId="77777777" w:rsidR="00623E5F" w:rsidRDefault="00000000">
            <w:pPr>
              <w:spacing w:after="20" w:line="245" w:lineRule="auto"/>
            </w:pPr>
            <w:r>
              <w:rPr>
                <w:b/>
                <w:color w:val="000000"/>
                <w:sz w:val="17"/>
              </w:rPr>
              <w:t>EVIDENCA PO IZVEDBI</w:t>
            </w:r>
          </w:p>
          <w:p w14:paraId="6A71416E"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15E7FE91" w14:textId="77777777" w:rsidR="00623E5F" w:rsidRDefault="00000000">
            <w:pPr>
              <w:spacing w:before="40" w:after="20" w:line="245" w:lineRule="auto"/>
            </w:pPr>
            <w:r>
              <w:rPr>
                <w:b/>
                <w:color w:val="000000"/>
                <w:sz w:val="17"/>
              </w:rPr>
              <w:t>RAVEN DOSEGANJA</w:t>
            </w:r>
          </w:p>
          <w:p w14:paraId="001DBFD8"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105579AB"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E26265C" w14:textId="77777777">
              <w:trPr>
                <w:jc w:val="center"/>
              </w:trPr>
              <w:tc>
                <w:tcPr>
                  <w:tcW w:w="7087" w:type="dxa"/>
                  <w:shd w:val="clear" w:color="auto" w:fill="EDC9EA"/>
                  <w:tcMar>
                    <w:top w:w="45" w:type="dxa"/>
                    <w:left w:w="70" w:type="dxa"/>
                    <w:bottom w:w="45" w:type="dxa"/>
                    <w:right w:w="70" w:type="dxa"/>
                  </w:tcMar>
                </w:tcPr>
                <w:p w14:paraId="3A295171" w14:textId="77777777" w:rsidR="00623E5F" w:rsidRDefault="00000000">
                  <w:pPr>
                    <w:keepNext/>
                  </w:pPr>
                  <w:r>
                    <w:rPr>
                      <w:b/>
                      <w:color w:val="000000"/>
                    </w:rPr>
                    <w:t>VPRAŠANJA V PODPORO GIBALNEMU UČENJU</w:t>
                  </w:r>
                </w:p>
              </w:tc>
            </w:tr>
          </w:tbl>
          <w:p w14:paraId="789A8051" w14:textId="77777777" w:rsidR="00623E5F" w:rsidRDefault="00623E5F">
            <w:pPr>
              <w:spacing w:line="20" w:lineRule="exact"/>
            </w:pPr>
          </w:p>
          <w:p w14:paraId="5A39AF04" w14:textId="77777777" w:rsidR="00623E5F" w:rsidRDefault="00000000">
            <w:pPr>
              <w:pStyle w:val="Oznaenseznam"/>
              <w:spacing w:after="16"/>
            </w:pPr>
            <w:r>
              <w:rPr>
                <w:color w:val="000000"/>
                <w:sz w:val="15"/>
              </w:rPr>
              <w:t>Kaj si pri prvem poskusu začutil/-a ali opazil/-a v položaju telesa, ravnotežju, smeri, ritmu ali naporu?</w:t>
            </w:r>
          </w:p>
          <w:p w14:paraId="71FC1593" w14:textId="77777777" w:rsidR="00623E5F" w:rsidRDefault="00000000">
            <w:pPr>
              <w:pStyle w:val="Oznaenseznam"/>
              <w:spacing w:after="16"/>
            </w:pPr>
            <w:r>
              <w:rPr>
                <w:color w:val="000000"/>
                <w:sz w:val="15"/>
              </w:rPr>
              <w:t>Katero varnostno pravilo in kateri gibalni korak sta bila danes najpomembnejša?</w:t>
            </w:r>
          </w:p>
          <w:p w14:paraId="6ED4A288" w14:textId="77777777" w:rsidR="00623E5F" w:rsidRDefault="00000000">
            <w:pPr>
              <w:pStyle w:val="Oznaenseznam"/>
              <w:spacing w:after="16"/>
            </w:pPr>
            <w:r>
              <w:rPr>
                <w:color w:val="000000"/>
                <w:sz w:val="15"/>
              </w:rPr>
              <w:t>Katero raven si izbral/-a, zakaj je bila primerna in kaj si pri naslednjem poskusu spremenil/-a?</w:t>
            </w:r>
          </w:p>
          <w:p w14:paraId="6E6C3E9A" w14:textId="77777777" w:rsidR="00623E5F" w:rsidRDefault="00000000">
            <w:pPr>
              <w:pStyle w:val="Oznaenseznam"/>
              <w:spacing w:after="16"/>
            </w:pPr>
            <w:r>
              <w:rPr>
                <w:color w:val="000000"/>
                <w:sz w:val="15"/>
              </w:rPr>
              <w:t>Kateri tvoj gibalni dokaz najjasneje pokaže dogovorjeno merilo?</w:t>
            </w:r>
          </w:p>
          <w:p w14:paraId="49AA9C3F"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70A61784" w14:textId="77777777">
              <w:trPr>
                <w:jc w:val="center"/>
              </w:trPr>
              <w:tc>
                <w:tcPr>
                  <w:tcW w:w="7087" w:type="dxa"/>
                  <w:shd w:val="clear" w:color="auto" w:fill="C6E7F3"/>
                  <w:tcMar>
                    <w:top w:w="45" w:type="dxa"/>
                    <w:left w:w="70" w:type="dxa"/>
                    <w:bottom w:w="45" w:type="dxa"/>
                    <w:right w:w="70" w:type="dxa"/>
                  </w:tcMar>
                </w:tcPr>
                <w:p w14:paraId="3138F1EE" w14:textId="77777777" w:rsidR="00623E5F" w:rsidRDefault="00000000">
                  <w:pPr>
                    <w:keepNext/>
                  </w:pPr>
                  <w:r>
                    <w:rPr>
                      <w:b/>
                      <w:color w:val="000000"/>
                    </w:rPr>
                    <w:t>ZAKLJUČNI DEL – UMIRJANJE, RAZTEZANJE, DOKAZ IN REFLEKSIJA (8–10 min)</w:t>
                  </w:r>
                </w:p>
              </w:tc>
            </w:tr>
          </w:tbl>
          <w:p w14:paraId="2EE11DE9" w14:textId="77777777" w:rsidR="00623E5F" w:rsidRDefault="00623E5F">
            <w:pPr>
              <w:spacing w:line="20" w:lineRule="exact"/>
            </w:pPr>
          </w:p>
          <w:p w14:paraId="0D455056"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056AA715" w14:textId="77777777">
              <w:trPr>
                <w:jc w:val="center"/>
              </w:trPr>
              <w:tc>
                <w:tcPr>
                  <w:tcW w:w="7087" w:type="dxa"/>
                  <w:shd w:val="clear" w:color="auto" w:fill="EDC9EA"/>
                  <w:tcMar>
                    <w:top w:w="45" w:type="dxa"/>
                    <w:left w:w="70" w:type="dxa"/>
                    <w:bottom w:w="45" w:type="dxa"/>
                    <w:right w:w="70" w:type="dxa"/>
                  </w:tcMar>
                </w:tcPr>
                <w:p w14:paraId="37279ACE" w14:textId="77777777" w:rsidR="00623E5F" w:rsidRDefault="00000000">
                  <w:pPr>
                    <w:keepNext/>
                  </w:pPr>
                  <w:r>
                    <w:rPr>
                      <w:b/>
                      <w:color w:val="000000"/>
                    </w:rPr>
                    <w:t>SAMOVREDNOTENJE</w:t>
                  </w:r>
                </w:p>
              </w:tc>
            </w:tr>
          </w:tbl>
          <w:p w14:paraId="679886BA" w14:textId="77777777" w:rsidR="00623E5F" w:rsidRDefault="00623E5F">
            <w:pPr>
              <w:spacing w:line="20" w:lineRule="exact"/>
            </w:pPr>
          </w:p>
          <w:p w14:paraId="61756CF4"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1D0CDF3A" w14:textId="77777777">
              <w:trPr>
                <w:jc w:val="center"/>
              </w:trPr>
              <w:tc>
                <w:tcPr>
                  <w:tcW w:w="7087" w:type="dxa"/>
                  <w:shd w:val="clear" w:color="auto" w:fill="EDC9EA"/>
                  <w:tcMar>
                    <w:top w:w="45" w:type="dxa"/>
                    <w:left w:w="70" w:type="dxa"/>
                    <w:bottom w:w="45" w:type="dxa"/>
                    <w:right w:w="70" w:type="dxa"/>
                  </w:tcMar>
                </w:tcPr>
                <w:p w14:paraId="70E1AF3E" w14:textId="77777777" w:rsidR="00623E5F" w:rsidRDefault="00000000">
                  <w:pPr>
                    <w:keepNext/>
                  </w:pPr>
                  <w:r>
                    <w:rPr>
                      <w:b/>
                      <w:color w:val="000000"/>
                    </w:rPr>
                    <w:t>VRSTNIŠKO OPAZOVANJE IN POVRATNA INFORMACIJA</w:t>
                  </w:r>
                </w:p>
              </w:tc>
            </w:tr>
          </w:tbl>
          <w:p w14:paraId="11DC77BC" w14:textId="77777777" w:rsidR="00623E5F" w:rsidRDefault="00623E5F">
            <w:pPr>
              <w:spacing w:line="20" w:lineRule="exact"/>
            </w:pPr>
          </w:p>
          <w:p w14:paraId="51EA1B99"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11284D23" w14:textId="77777777">
              <w:trPr>
                <w:jc w:val="center"/>
              </w:trPr>
              <w:tc>
                <w:tcPr>
                  <w:tcW w:w="7087" w:type="dxa"/>
                  <w:shd w:val="clear" w:color="auto" w:fill="EDC9EA"/>
                  <w:tcMar>
                    <w:top w:w="45" w:type="dxa"/>
                    <w:left w:w="70" w:type="dxa"/>
                    <w:bottom w:w="45" w:type="dxa"/>
                    <w:right w:w="70" w:type="dxa"/>
                  </w:tcMar>
                </w:tcPr>
                <w:p w14:paraId="1D318E2E" w14:textId="77777777" w:rsidR="00623E5F" w:rsidRDefault="00000000">
                  <w:pPr>
                    <w:keepNext/>
                  </w:pPr>
                  <w:r>
                    <w:rPr>
                      <w:b/>
                      <w:color w:val="000000"/>
                    </w:rPr>
                    <w:t>SKUPNI POVZETEK</w:t>
                  </w:r>
                </w:p>
              </w:tc>
            </w:tr>
          </w:tbl>
          <w:p w14:paraId="5223E3B2" w14:textId="77777777" w:rsidR="00623E5F" w:rsidRDefault="00623E5F"/>
          <w:p w14:paraId="45E31568" w14:textId="77777777" w:rsidR="00623E5F" w:rsidRDefault="00000000">
            <w:pPr>
              <w:spacing w:before="20" w:after="40" w:line="245" w:lineRule="auto"/>
            </w:pPr>
            <w:r>
              <w:rPr>
                <w:b/>
                <w:color w:val="000000"/>
                <w:sz w:val="16"/>
              </w:rPr>
              <w:t>vodim žogo okoli ovir; ustavi in usmeri žogo; varno čaka na vrsto. Izbrani gibalni dokaz pojasnim in določim varen naslednji korak.</w:t>
            </w:r>
          </w:p>
        </w:tc>
        <w:tc>
          <w:tcPr>
            <w:tcW w:w="2551" w:type="dxa"/>
            <w:tcMar>
              <w:top w:w="70" w:type="dxa"/>
              <w:left w:w="90" w:type="dxa"/>
              <w:bottom w:w="70" w:type="dxa"/>
              <w:right w:w="90" w:type="dxa"/>
            </w:tcMar>
          </w:tcPr>
          <w:p w14:paraId="33B90648" w14:textId="77777777" w:rsidR="00623E5F" w:rsidRDefault="00623E5F"/>
          <w:p w14:paraId="5C32C747" w14:textId="77777777" w:rsidR="00623E5F" w:rsidRDefault="00000000">
            <w:pPr>
              <w:spacing w:after="80" w:line="245" w:lineRule="auto"/>
            </w:pPr>
            <w:r>
              <w:rPr>
                <w:color w:val="000000"/>
                <w:sz w:val="15"/>
              </w:rPr>
              <w:t>Odgovarja na podporna vprašanja in se sklicuje na svojo izvedbo, počutje, izbrano raven in varnost.</w:t>
            </w:r>
          </w:p>
          <w:p w14:paraId="2313E7CE" w14:textId="77777777" w:rsidR="00623E5F" w:rsidRDefault="00000000">
            <w:pPr>
              <w:spacing w:after="80" w:line="245" w:lineRule="auto"/>
            </w:pPr>
            <w:r>
              <w:rPr>
                <w:color w:val="000000"/>
                <w:sz w:val="15"/>
              </w:rPr>
              <w:t>Predstavi izbrani gibalni dokaz ter pokaže ali pove, katero merilo z njim dosega.</w:t>
            </w:r>
          </w:p>
          <w:p w14:paraId="4DB08AB9" w14:textId="77777777" w:rsidR="00623E5F" w:rsidRDefault="00000000">
            <w:pPr>
              <w:spacing w:after="80" w:line="245" w:lineRule="auto"/>
            </w:pPr>
            <w:r>
              <w:rPr>
                <w:color w:val="000000"/>
                <w:sz w:val="15"/>
              </w:rPr>
              <w:t>Opazuje eno dogovorjeno prvino vrstnikove izvedbe in poda kratek, prijazen ter uporaben odziv.</w:t>
            </w:r>
          </w:p>
          <w:p w14:paraId="08C6C097"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4BD70B1D" w14:textId="77777777" w:rsidR="00623E5F" w:rsidRDefault="00000000">
            <w:pPr>
              <w:spacing w:after="100" w:line="245" w:lineRule="auto"/>
            </w:pPr>
            <w:r>
              <w:rPr>
                <w:color w:val="000000"/>
                <w:sz w:val="15"/>
              </w:rPr>
              <w:t>Umiri dihanje, oceni napor in počutje, izbere raven samostojnosti ter določi varen naslednji korak.</w:t>
            </w:r>
          </w:p>
          <w:p w14:paraId="13D24276" w14:textId="77777777" w:rsidR="00623E5F" w:rsidRDefault="00000000">
            <w:pPr>
              <w:spacing w:after="20" w:line="245" w:lineRule="auto"/>
            </w:pPr>
            <w:r>
              <w:rPr>
                <w:b/>
                <w:color w:val="D95BC6"/>
                <w:sz w:val="17"/>
              </w:rPr>
              <w:t>DOKAZ O UČENJU</w:t>
            </w:r>
          </w:p>
          <w:p w14:paraId="044C6411"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11F2A0B6"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7D89CD0C" w14:textId="77777777">
        <w:trPr>
          <w:cantSplit/>
          <w:jc w:val="center"/>
        </w:trPr>
        <w:tc>
          <w:tcPr>
            <w:tcW w:w="14060" w:type="dxa"/>
            <w:gridSpan w:val="6"/>
            <w:tcMar>
              <w:top w:w="70" w:type="dxa"/>
              <w:left w:w="90" w:type="dxa"/>
              <w:bottom w:w="70" w:type="dxa"/>
              <w:right w:w="90" w:type="dxa"/>
            </w:tcMar>
            <w:vAlign w:val="center"/>
          </w:tcPr>
          <w:p w14:paraId="240C0E35" w14:textId="77777777" w:rsidR="00623E5F" w:rsidRDefault="00000000">
            <w:pPr>
              <w:jc w:val="center"/>
            </w:pPr>
            <w:r>
              <w:rPr>
                <w:b/>
                <w:color w:val="000000"/>
                <w:sz w:val="24"/>
              </w:rPr>
              <w:lastRenderedPageBreak/>
              <w:t>UČNA PRIPRAVA 29/39</w:t>
            </w:r>
          </w:p>
        </w:tc>
      </w:tr>
      <w:tr w:rsidR="00623E5F" w14:paraId="42B4A9B2" w14:textId="77777777">
        <w:trPr>
          <w:jc w:val="center"/>
        </w:trPr>
        <w:tc>
          <w:tcPr>
            <w:tcW w:w="2665" w:type="dxa"/>
            <w:tcMar>
              <w:top w:w="70" w:type="dxa"/>
              <w:left w:w="90" w:type="dxa"/>
              <w:bottom w:w="70" w:type="dxa"/>
              <w:right w:w="90" w:type="dxa"/>
            </w:tcMar>
            <w:vAlign w:val="center"/>
          </w:tcPr>
          <w:p w14:paraId="2A8C39FD"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60995B13"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7647E2A2"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ECE4EEC" w14:textId="77777777" w:rsidR="00623E5F" w:rsidRDefault="00000000">
            <w:r>
              <w:rPr>
                <w:b/>
                <w:color w:val="000000"/>
                <w:sz w:val="16"/>
              </w:rPr>
              <w:t xml:space="preserve">NAČRTOVANI TERMIN: </w:t>
            </w:r>
            <w:r>
              <w:rPr>
                <w:color w:val="000000"/>
                <w:sz w:val="16"/>
              </w:rPr>
              <w:t>29. teden • 5.–9. 4. 2027</w:t>
            </w:r>
          </w:p>
        </w:tc>
        <w:tc>
          <w:tcPr>
            <w:tcW w:w="2268" w:type="dxa"/>
            <w:tcMar>
              <w:top w:w="70" w:type="dxa"/>
              <w:left w:w="90" w:type="dxa"/>
              <w:bottom w:w="70" w:type="dxa"/>
              <w:right w:w="90" w:type="dxa"/>
            </w:tcMar>
            <w:vAlign w:val="center"/>
          </w:tcPr>
          <w:p w14:paraId="0BB68722"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46ADD31" w14:textId="77777777" w:rsidR="00623E5F" w:rsidRDefault="00000000">
            <w:r>
              <w:rPr>
                <w:b/>
                <w:color w:val="000000"/>
                <w:sz w:val="16"/>
              </w:rPr>
              <w:t xml:space="preserve">ŠTEVILO UR: </w:t>
            </w:r>
            <w:r>
              <w:rPr>
                <w:color w:val="000000"/>
                <w:sz w:val="16"/>
              </w:rPr>
              <w:t>3</w:t>
            </w:r>
          </w:p>
        </w:tc>
      </w:tr>
      <w:tr w:rsidR="00623E5F" w14:paraId="2D2E8ED9" w14:textId="77777777">
        <w:trPr>
          <w:jc w:val="center"/>
        </w:trPr>
        <w:tc>
          <w:tcPr>
            <w:tcW w:w="14061" w:type="dxa"/>
            <w:gridSpan w:val="6"/>
            <w:tcMar>
              <w:top w:w="70" w:type="dxa"/>
              <w:left w:w="90" w:type="dxa"/>
              <w:bottom w:w="70" w:type="dxa"/>
              <w:right w:w="90" w:type="dxa"/>
            </w:tcMar>
            <w:vAlign w:val="center"/>
          </w:tcPr>
          <w:p w14:paraId="27DEE61C" w14:textId="77777777" w:rsidR="00623E5F" w:rsidRDefault="00000000">
            <w:r>
              <w:rPr>
                <w:b/>
                <w:color w:val="000000"/>
                <w:sz w:val="17"/>
              </w:rPr>
              <w:t xml:space="preserve">TIP UČNE URE: </w:t>
            </w:r>
            <w:r>
              <w:rPr>
                <w:color w:val="000000"/>
                <w:sz w:val="17"/>
              </w:rPr>
              <w:t>priprava, individualno praktično opisno ocenjevanje, analiza izvedbe in ponovno učenje</w:t>
            </w:r>
          </w:p>
        </w:tc>
      </w:tr>
      <w:tr w:rsidR="00623E5F" w14:paraId="4976E772" w14:textId="77777777">
        <w:trPr>
          <w:cantSplit/>
          <w:jc w:val="center"/>
        </w:trPr>
        <w:tc>
          <w:tcPr>
            <w:tcW w:w="14060" w:type="dxa"/>
            <w:gridSpan w:val="6"/>
            <w:tcMar>
              <w:top w:w="70" w:type="dxa"/>
              <w:left w:w="90" w:type="dxa"/>
              <w:bottom w:w="70" w:type="dxa"/>
              <w:right w:w="90" w:type="dxa"/>
            </w:tcMar>
            <w:vAlign w:val="center"/>
          </w:tcPr>
          <w:p w14:paraId="6E2AEA07" w14:textId="77777777" w:rsidR="00623E5F" w:rsidRDefault="00623E5F"/>
          <w:p w14:paraId="7F610E84" w14:textId="77777777" w:rsidR="00623E5F" w:rsidRDefault="00000000">
            <w:pPr>
              <w:spacing w:line="245" w:lineRule="auto"/>
            </w:pPr>
            <w:r>
              <w:rPr>
                <w:b/>
                <w:color w:val="000000"/>
                <w:sz w:val="15"/>
              </w:rPr>
              <w:t xml:space="preserve">UČNI SKLOP: </w:t>
            </w:r>
            <w:r>
              <w:rPr>
                <w:color w:val="000000"/>
                <w:sz w:val="15"/>
              </w:rPr>
              <w:t>POMLAD, POJAVI IN ŽIVA BITJA</w:t>
            </w:r>
          </w:p>
        </w:tc>
      </w:tr>
      <w:tr w:rsidR="00623E5F" w14:paraId="25441591" w14:textId="77777777">
        <w:trPr>
          <w:cantSplit/>
          <w:jc w:val="center"/>
        </w:trPr>
        <w:tc>
          <w:tcPr>
            <w:tcW w:w="14060" w:type="dxa"/>
            <w:gridSpan w:val="6"/>
            <w:tcMar>
              <w:top w:w="70" w:type="dxa"/>
              <w:left w:w="90" w:type="dxa"/>
              <w:bottom w:w="70" w:type="dxa"/>
              <w:right w:w="90" w:type="dxa"/>
            </w:tcMar>
            <w:vAlign w:val="center"/>
          </w:tcPr>
          <w:p w14:paraId="7199E63D" w14:textId="77777777" w:rsidR="00623E5F" w:rsidRDefault="00623E5F"/>
          <w:p w14:paraId="3822AC98" w14:textId="77777777" w:rsidR="00623E5F" w:rsidRDefault="00000000">
            <w:pPr>
              <w:spacing w:line="245" w:lineRule="auto"/>
            </w:pPr>
            <w:r>
              <w:rPr>
                <w:b/>
                <w:color w:val="000000"/>
                <w:sz w:val="15"/>
              </w:rPr>
              <w:t xml:space="preserve">UČNA TEMA: </w:t>
            </w:r>
            <w:r>
              <w:rPr>
                <w:color w:val="000000"/>
                <w:sz w:val="15"/>
              </w:rPr>
              <w:t>ATLETSKE IGRE</w:t>
            </w:r>
          </w:p>
        </w:tc>
      </w:tr>
      <w:tr w:rsidR="00623E5F" w14:paraId="24C3309E" w14:textId="77777777">
        <w:trPr>
          <w:cantSplit/>
          <w:jc w:val="center"/>
        </w:trPr>
        <w:tc>
          <w:tcPr>
            <w:tcW w:w="14060" w:type="dxa"/>
            <w:gridSpan w:val="6"/>
            <w:tcMar>
              <w:top w:w="70" w:type="dxa"/>
              <w:left w:w="90" w:type="dxa"/>
              <w:bottom w:w="70" w:type="dxa"/>
              <w:right w:w="90" w:type="dxa"/>
            </w:tcMar>
            <w:vAlign w:val="center"/>
          </w:tcPr>
          <w:p w14:paraId="3FFC270E" w14:textId="77777777" w:rsidR="00623E5F" w:rsidRDefault="00623E5F"/>
          <w:p w14:paraId="47731396" w14:textId="77777777" w:rsidR="00623E5F" w:rsidRDefault="00000000">
            <w:pPr>
              <w:spacing w:line="245" w:lineRule="auto"/>
            </w:pPr>
            <w:r>
              <w:rPr>
                <w:b/>
                <w:color w:val="000000"/>
                <w:sz w:val="15"/>
              </w:rPr>
              <w:t xml:space="preserve">KNJIŽEVNO / MOTIVNO IZHODIŠČE: </w:t>
            </w:r>
            <w:r>
              <w:rPr>
                <w:color w:val="000000"/>
                <w:sz w:val="15"/>
              </w:rPr>
              <w:t>»Živalske novice« – Primož Suhodolčan • živali, življenjska okolja in igrivo informacijsko besedilo</w:t>
            </w:r>
          </w:p>
        </w:tc>
      </w:tr>
      <w:tr w:rsidR="00623E5F" w14:paraId="1FC5FF6B" w14:textId="77777777">
        <w:trPr>
          <w:cantSplit/>
          <w:jc w:val="center"/>
        </w:trPr>
        <w:tc>
          <w:tcPr>
            <w:tcW w:w="14060" w:type="dxa"/>
            <w:gridSpan w:val="6"/>
            <w:tcMar>
              <w:top w:w="70" w:type="dxa"/>
              <w:left w:w="90" w:type="dxa"/>
              <w:bottom w:w="70" w:type="dxa"/>
              <w:right w:w="90" w:type="dxa"/>
            </w:tcMar>
            <w:vAlign w:val="center"/>
          </w:tcPr>
          <w:p w14:paraId="6F2CF00B" w14:textId="77777777" w:rsidR="00623E5F" w:rsidRDefault="00623E5F"/>
          <w:p w14:paraId="2A01BD40" w14:textId="77777777" w:rsidR="00623E5F" w:rsidRDefault="00000000">
            <w:pPr>
              <w:spacing w:line="245" w:lineRule="auto"/>
            </w:pPr>
            <w:r>
              <w:rPr>
                <w:b/>
                <w:color w:val="000000"/>
                <w:sz w:val="15"/>
              </w:rPr>
              <w:t xml:space="preserve">GIBALNO IZHODIŠČE / MOTIVACIJA: </w:t>
            </w:r>
            <w:r>
              <w:rPr>
                <w:color w:val="000000"/>
                <w:sz w:val="15"/>
              </w:rPr>
              <w:t>trije simboli - tek, skok in met - vabijo k napovedi tehnike, varnega prehoda in osebnega izziva pri temi »atletske igre«. Tedenski gibalni izziv: izvede atletske naloge po motivih živalskega gibanja.</w:t>
            </w:r>
          </w:p>
        </w:tc>
      </w:tr>
      <w:tr w:rsidR="00623E5F" w14:paraId="38432DDE" w14:textId="77777777">
        <w:trPr>
          <w:cantSplit/>
          <w:jc w:val="center"/>
        </w:trPr>
        <w:tc>
          <w:tcPr>
            <w:tcW w:w="14060" w:type="dxa"/>
            <w:gridSpan w:val="6"/>
            <w:tcMar>
              <w:top w:w="70" w:type="dxa"/>
              <w:left w:w="90" w:type="dxa"/>
              <w:bottom w:w="70" w:type="dxa"/>
              <w:right w:w="90" w:type="dxa"/>
            </w:tcMar>
            <w:vAlign w:val="center"/>
          </w:tcPr>
          <w:p w14:paraId="09E46412" w14:textId="77777777" w:rsidR="00623E5F" w:rsidRDefault="00623E5F"/>
          <w:p w14:paraId="19DFC2DC" w14:textId="77777777" w:rsidR="00623E5F" w:rsidRDefault="00000000">
            <w:pPr>
              <w:spacing w:line="245" w:lineRule="auto"/>
            </w:pPr>
            <w:r>
              <w:rPr>
                <w:b/>
                <w:color w:val="000000"/>
                <w:sz w:val="15"/>
              </w:rPr>
              <w:t xml:space="preserve">UČNE ENOTE: </w:t>
            </w:r>
            <w:r>
              <w:rPr>
                <w:color w:val="000000"/>
                <w:sz w:val="15"/>
              </w:rPr>
              <w:t>1. ura – Atletske igre – Ogrejem se in usvojim gib • 2. ura – Atletske igre – Vadim na postajah • 3. ura – Atletske postaje in poštena igra – Individualni praktični dokaz</w:t>
            </w:r>
          </w:p>
        </w:tc>
      </w:tr>
      <w:tr w:rsidR="00623E5F" w14:paraId="74760D81" w14:textId="77777777">
        <w:trPr>
          <w:cantSplit/>
          <w:jc w:val="center"/>
        </w:trPr>
        <w:tc>
          <w:tcPr>
            <w:tcW w:w="14060" w:type="dxa"/>
            <w:gridSpan w:val="6"/>
            <w:tcMar>
              <w:top w:w="70" w:type="dxa"/>
              <w:left w:w="90" w:type="dxa"/>
              <w:bottom w:w="70" w:type="dxa"/>
              <w:right w:w="90" w:type="dxa"/>
            </w:tcMar>
            <w:vAlign w:val="center"/>
          </w:tcPr>
          <w:p w14:paraId="04435D1E" w14:textId="77777777" w:rsidR="00623E5F" w:rsidRDefault="00623E5F"/>
          <w:p w14:paraId="2757F59B"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42EB60BC" w14:textId="77777777">
        <w:trPr>
          <w:cantSplit/>
          <w:jc w:val="center"/>
        </w:trPr>
        <w:tc>
          <w:tcPr>
            <w:tcW w:w="14060" w:type="dxa"/>
            <w:gridSpan w:val="6"/>
            <w:tcMar>
              <w:top w:w="70" w:type="dxa"/>
              <w:left w:w="90" w:type="dxa"/>
              <w:bottom w:w="70" w:type="dxa"/>
              <w:right w:w="90" w:type="dxa"/>
            </w:tcMar>
            <w:vAlign w:val="center"/>
          </w:tcPr>
          <w:p w14:paraId="6FF0F1AA" w14:textId="77777777" w:rsidR="00623E5F" w:rsidRDefault="00623E5F"/>
          <w:p w14:paraId="097404DE"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3A4FB968" w14:textId="77777777">
        <w:trPr>
          <w:cantSplit/>
          <w:jc w:val="center"/>
        </w:trPr>
        <w:tc>
          <w:tcPr>
            <w:tcW w:w="14060" w:type="dxa"/>
            <w:gridSpan w:val="6"/>
            <w:tcMar>
              <w:top w:w="70" w:type="dxa"/>
              <w:left w:w="90" w:type="dxa"/>
              <w:bottom w:w="70" w:type="dxa"/>
              <w:right w:w="90" w:type="dxa"/>
            </w:tcMar>
            <w:vAlign w:val="center"/>
          </w:tcPr>
          <w:p w14:paraId="5AEAECF4" w14:textId="77777777" w:rsidR="00623E5F" w:rsidRDefault="00623E5F"/>
          <w:p w14:paraId="0191329F"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16B04C1C" w14:textId="77777777">
        <w:trPr>
          <w:cantSplit/>
          <w:jc w:val="center"/>
        </w:trPr>
        <w:tc>
          <w:tcPr>
            <w:tcW w:w="14060" w:type="dxa"/>
            <w:gridSpan w:val="6"/>
            <w:tcMar>
              <w:top w:w="70" w:type="dxa"/>
              <w:left w:w="90" w:type="dxa"/>
              <w:bottom w:w="70" w:type="dxa"/>
              <w:right w:w="90" w:type="dxa"/>
            </w:tcMar>
            <w:vAlign w:val="center"/>
          </w:tcPr>
          <w:p w14:paraId="1F8894BD" w14:textId="77777777" w:rsidR="00623E5F" w:rsidRDefault="00623E5F"/>
          <w:p w14:paraId="55BEE050" w14:textId="77777777" w:rsidR="00623E5F" w:rsidRDefault="00000000">
            <w:pPr>
              <w:spacing w:line="245" w:lineRule="auto"/>
            </w:pPr>
            <w:r>
              <w:rPr>
                <w:b/>
                <w:color w:val="000000"/>
                <w:sz w:val="15"/>
              </w:rPr>
              <w:t xml:space="preserve">MEDPREDMETNE POVEZAVE: </w:t>
            </w:r>
            <w:r>
              <w:rPr>
                <w:color w:val="000000"/>
                <w:sz w:val="15"/>
              </w:rPr>
              <w:t>SPO – živali, življenjska okolja in igrivo informacijsko besedilo, telo, zdravje, varnost in okolje; SLJ – poslušanje navodila, športno izrazje, kratka razlaga in podporna povratna informacija; MAT – smer, zaporedje, razdalja, merjenje in primerjanje; GUM – ritem, tempo in odziv na zvočni znak.</w:t>
            </w:r>
          </w:p>
        </w:tc>
      </w:tr>
      <w:tr w:rsidR="00623E5F" w14:paraId="2C446F7F" w14:textId="77777777">
        <w:trPr>
          <w:cantSplit/>
          <w:jc w:val="center"/>
        </w:trPr>
        <w:tc>
          <w:tcPr>
            <w:tcW w:w="14060" w:type="dxa"/>
            <w:gridSpan w:val="6"/>
            <w:tcMar>
              <w:top w:w="70" w:type="dxa"/>
              <w:left w:w="90" w:type="dxa"/>
              <w:bottom w:w="70" w:type="dxa"/>
              <w:right w:w="90" w:type="dxa"/>
            </w:tcMar>
            <w:vAlign w:val="center"/>
          </w:tcPr>
          <w:p w14:paraId="046488FF" w14:textId="77777777" w:rsidR="00623E5F" w:rsidRDefault="00623E5F"/>
          <w:p w14:paraId="1FE8424E" w14:textId="77777777" w:rsidR="00623E5F" w:rsidRDefault="00000000">
            <w:pPr>
              <w:spacing w:line="245" w:lineRule="auto"/>
            </w:pPr>
            <w:r>
              <w:rPr>
                <w:b/>
                <w:color w:val="000000"/>
                <w:sz w:val="15"/>
              </w:rPr>
              <w:t xml:space="preserve">UČNA SREDSTVA IN PRIPOMOČKI: </w:t>
            </w:r>
            <w:r>
              <w:rPr>
                <w:color w:val="000000"/>
                <w:sz w:val="15"/>
              </w:rPr>
              <w:t>stožci, nizke ovire, merilni trak, talne črte, mehke žogice ali vrečke za met, obroči in blazine za doskok; kartice namena in kriterijev; oznake štirih postaj; opazovalni list; semafor napora in mapa dokazov</w:t>
            </w:r>
          </w:p>
        </w:tc>
      </w:tr>
      <w:tr w:rsidR="00623E5F" w14:paraId="39978084" w14:textId="77777777">
        <w:trPr>
          <w:cantSplit/>
          <w:jc w:val="center"/>
        </w:trPr>
        <w:tc>
          <w:tcPr>
            <w:tcW w:w="14060" w:type="dxa"/>
            <w:gridSpan w:val="6"/>
            <w:tcMar>
              <w:top w:w="70" w:type="dxa"/>
              <w:left w:w="90" w:type="dxa"/>
              <w:bottom w:w="70" w:type="dxa"/>
              <w:right w:w="90" w:type="dxa"/>
            </w:tcMar>
            <w:vAlign w:val="center"/>
          </w:tcPr>
          <w:p w14:paraId="587627B6" w14:textId="77777777" w:rsidR="00623E5F" w:rsidRDefault="00623E5F"/>
          <w:p w14:paraId="47DE6362"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7EEA5602" w14:textId="77777777">
        <w:trPr>
          <w:cantSplit/>
          <w:jc w:val="center"/>
        </w:trPr>
        <w:tc>
          <w:tcPr>
            <w:tcW w:w="14060" w:type="dxa"/>
            <w:gridSpan w:val="6"/>
            <w:tcMar>
              <w:top w:w="70" w:type="dxa"/>
              <w:left w:w="90" w:type="dxa"/>
              <w:bottom w:w="70" w:type="dxa"/>
              <w:right w:w="90" w:type="dxa"/>
            </w:tcMar>
            <w:vAlign w:val="center"/>
          </w:tcPr>
          <w:p w14:paraId="042A2099" w14:textId="77777777" w:rsidR="00623E5F" w:rsidRDefault="00623E5F"/>
          <w:p w14:paraId="5F313C7C" w14:textId="77777777" w:rsidR="00623E5F" w:rsidRDefault="00000000">
            <w:pPr>
              <w:spacing w:line="245" w:lineRule="auto"/>
            </w:pPr>
            <w:r>
              <w:rPr>
                <w:b/>
                <w:color w:val="000000"/>
                <w:sz w:val="15"/>
              </w:rPr>
              <w:t xml:space="preserve">OCENJEVANJE / DAN DEJAVNOSTI: </w:t>
            </w:r>
            <w:r>
              <w:rPr>
                <w:color w:val="000000"/>
                <w:sz w:val="15"/>
              </w:rPr>
              <w:t>OCENJEVANJE 3 - DRUGI NAČINI: praktična izvedba atletskih postaj, pogovor in opazovanje sodelovanja ter poštene igre</w:t>
            </w:r>
          </w:p>
        </w:tc>
      </w:tr>
      <w:tr w:rsidR="00623E5F" w14:paraId="25C42383" w14:textId="77777777">
        <w:trPr>
          <w:cantSplit/>
          <w:jc w:val="center"/>
        </w:trPr>
        <w:tc>
          <w:tcPr>
            <w:tcW w:w="14060" w:type="dxa"/>
            <w:gridSpan w:val="6"/>
            <w:tcMar>
              <w:top w:w="70" w:type="dxa"/>
              <w:left w:w="90" w:type="dxa"/>
              <w:bottom w:w="70" w:type="dxa"/>
              <w:right w:w="90" w:type="dxa"/>
            </w:tcMar>
            <w:vAlign w:val="center"/>
          </w:tcPr>
          <w:p w14:paraId="7EF27951" w14:textId="77777777" w:rsidR="00623E5F" w:rsidRDefault="00623E5F"/>
          <w:p w14:paraId="37251C86"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70932277"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2A14C6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79E332E"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B1E409A" w14:textId="77777777" w:rsidR="00623E5F" w:rsidRDefault="00000000">
            <w:pPr>
              <w:jc w:val="center"/>
            </w:pPr>
            <w:r>
              <w:rPr>
                <w:b/>
                <w:color w:val="000000"/>
                <w:sz w:val="20"/>
              </w:rPr>
              <w:t>UČNE DEJAVNOSTI, METODE IN FORMATIVNO SPREMLJANJE</w:t>
            </w:r>
          </w:p>
        </w:tc>
      </w:tr>
      <w:tr w:rsidR="00623E5F" w14:paraId="2F60E381" w14:textId="77777777">
        <w:trPr>
          <w:tblHeader/>
          <w:jc w:val="center"/>
        </w:trPr>
        <w:tc>
          <w:tcPr>
            <w:tcW w:w="4422" w:type="dxa"/>
            <w:vMerge/>
            <w:tcMar>
              <w:top w:w="70" w:type="dxa"/>
              <w:left w:w="90" w:type="dxa"/>
              <w:bottom w:w="70" w:type="dxa"/>
              <w:right w:w="90" w:type="dxa"/>
            </w:tcMar>
            <w:vAlign w:val="center"/>
          </w:tcPr>
          <w:p w14:paraId="00FDF4CD" w14:textId="77777777" w:rsidR="00623E5F" w:rsidRDefault="00623E5F"/>
        </w:tc>
        <w:tc>
          <w:tcPr>
            <w:tcW w:w="7087" w:type="dxa"/>
            <w:shd w:val="clear" w:color="auto" w:fill="FFFFFF"/>
            <w:tcMar>
              <w:top w:w="70" w:type="dxa"/>
              <w:left w:w="90" w:type="dxa"/>
              <w:bottom w:w="70" w:type="dxa"/>
              <w:right w:w="90" w:type="dxa"/>
            </w:tcMar>
            <w:vAlign w:val="center"/>
          </w:tcPr>
          <w:p w14:paraId="29A511FA"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CAF6274" w14:textId="77777777" w:rsidR="00623E5F" w:rsidRDefault="00000000">
            <w:pPr>
              <w:jc w:val="center"/>
            </w:pPr>
            <w:r>
              <w:rPr>
                <w:b/>
                <w:color w:val="000000"/>
              </w:rPr>
              <w:t>UČENEC</w:t>
            </w:r>
          </w:p>
        </w:tc>
      </w:tr>
      <w:tr w:rsidR="00623E5F" w14:paraId="7F5FE393" w14:textId="77777777">
        <w:trPr>
          <w:jc w:val="center"/>
        </w:trPr>
        <w:tc>
          <w:tcPr>
            <w:tcW w:w="4422" w:type="dxa"/>
            <w:tcMar>
              <w:top w:w="70" w:type="dxa"/>
              <w:left w:w="90" w:type="dxa"/>
              <w:bottom w:w="70" w:type="dxa"/>
              <w:right w:w="90" w:type="dxa"/>
            </w:tcMar>
          </w:tcPr>
          <w:p w14:paraId="3304A87A" w14:textId="77777777" w:rsidR="00623E5F" w:rsidRDefault="00623E5F"/>
          <w:p w14:paraId="54C01747" w14:textId="77777777" w:rsidR="00623E5F" w:rsidRDefault="00000000">
            <w:pPr>
              <w:spacing w:after="60" w:line="245" w:lineRule="auto"/>
            </w:pPr>
            <w:r>
              <w:rPr>
                <w:b/>
                <w:color w:val="000000"/>
              </w:rPr>
              <w:t>UČNI CILJI</w:t>
            </w:r>
          </w:p>
          <w:p w14:paraId="6849D928" w14:textId="77777777" w:rsidR="00623E5F" w:rsidRDefault="00000000">
            <w:pPr>
              <w:spacing w:after="20" w:line="245" w:lineRule="auto"/>
            </w:pPr>
            <w:r>
              <w:rPr>
                <w:b/>
                <w:color w:val="000000"/>
                <w:sz w:val="17"/>
              </w:rPr>
              <w:t>SPLOŠNI</w:t>
            </w:r>
          </w:p>
          <w:p w14:paraId="741CAF9E"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0B8A234F" w14:textId="77777777" w:rsidR="00623E5F" w:rsidRDefault="00000000">
            <w:pPr>
              <w:pStyle w:val="Oznaenseznam"/>
              <w:spacing w:after="16"/>
            </w:pPr>
            <w:r>
              <w:rPr>
                <w:color w:val="000000"/>
                <w:sz w:val="15"/>
              </w:rPr>
              <w:t>varno hodi, teče, skače, meče, pleza, se plazi, lovi, ravnoteži, pleše in uporablja različne rekvizite</w:t>
            </w:r>
          </w:p>
          <w:p w14:paraId="4D79382F" w14:textId="77777777" w:rsidR="00623E5F" w:rsidRDefault="00000000">
            <w:pPr>
              <w:pStyle w:val="Oznaenseznam"/>
              <w:spacing w:after="16"/>
            </w:pPr>
            <w:r>
              <w:rPr>
                <w:color w:val="000000"/>
                <w:sz w:val="15"/>
              </w:rPr>
              <w:t>razume pomen rednega gibanja, ogrevanja, higiene, primerne opreme, počitka in varnega ravnanja</w:t>
            </w:r>
          </w:p>
          <w:p w14:paraId="3E6D3C8A"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7FB84F53" w14:textId="77777777" w:rsidR="00623E5F" w:rsidRDefault="00000000">
            <w:pPr>
              <w:spacing w:before="40" w:after="20" w:line="245" w:lineRule="auto"/>
            </w:pPr>
            <w:r>
              <w:rPr>
                <w:b/>
                <w:color w:val="000000"/>
                <w:sz w:val="17"/>
              </w:rPr>
              <w:t>OPERATIVNI</w:t>
            </w:r>
          </w:p>
          <w:p w14:paraId="5CC81125" w14:textId="77777777" w:rsidR="00623E5F" w:rsidRDefault="00000000">
            <w:pPr>
              <w:pStyle w:val="Oznaenseznam"/>
              <w:spacing w:after="16"/>
            </w:pPr>
            <w:r>
              <w:rPr>
                <w:color w:val="000000"/>
                <w:sz w:val="15"/>
              </w:rPr>
              <w:t>teče, skače in meče</w:t>
            </w:r>
          </w:p>
          <w:p w14:paraId="0246AB29" w14:textId="77777777" w:rsidR="00623E5F" w:rsidRDefault="00000000">
            <w:pPr>
              <w:pStyle w:val="Oznaenseznam"/>
              <w:spacing w:after="16"/>
            </w:pPr>
            <w:r>
              <w:rPr>
                <w:color w:val="000000"/>
                <w:sz w:val="15"/>
              </w:rPr>
              <w:t>primerja svoj napredek</w:t>
            </w:r>
          </w:p>
          <w:p w14:paraId="6C20FAE4" w14:textId="77777777" w:rsidR="00623E5F" w:rsidRDefault="00000000">
            <w:pPr>
              <w:pStyle w:val="Oznaenseznam"/>
              <w:spacing w:after="16"/>
            </w:pPr>
            <w:r>
              <w:rPr>
                <w:color w:val="000000"/>
                <w:sz w:val="15"/>
              </w:rPr>
              <w:t>upošteva pošteno igro</w:t>
            </w:r>
          </w:p>
          <w:p w14:paraId="4845E31B" w14:textId="77777777" w:rsidR="00623E5F" w:rsidRDefault="00000000">
            <w:pPr>
              <w:spacing w:before="40" w:after="20" w:line="245" w:lineRule="auto"/>
            </w:pPr>
            <w:r>
              <w:rPr>
                <w:b/>
                <w:color w:val="000000"/>
                <w:sz w:val="17"/>
              </w:rPr>
              <w:t>PRIČAKOVANI DOSEŽKI / MINIMALNI POUDARKI</w:t>
            </w:r>
          </w:p>
          <w:p w14:paraId="3C267154" w14:textId="77777777" w:rsidR="00623E5F" w:rsidRDefault="00000000">
            <w:pPr>
              <w:pStyle w:val="Oznaenseznam"/>
              <w:spacing w:after="16"/>
            </w:pPr>
            <w:r>
              <w:rPr>
                <w:color w:val="000000"/>
                <w:sz w:val="15"/>
              </w:rPr>
              <w:t>učenec samostojno oziroma z dogovorjeno oporo teče, skače in meče</w:t>
            </w:r>
          </w:p>
          <w:p w14:paraId="29D67A49" w14:textId="77777777" w:rsidR="00623E5F" w:rsidRDefault="00000000">
            <w:pPr>
              <w:pStyle w:val="Oznaenseznam"/>
              <w:spacing w:after="16"/>
            </w:pPr>
            <w:r>
              <w:rPr>
                <w:color w:val="000000"/>
                <w:sz w:val="15"/>
              </w:rPr>
              <w:t>učenec samostojno oziroma z dogovorjeno oporo primerja svoj napredek</w:t>
            </w:r>
          </w:p>
          <w:p w14:paraId="241E0309" w14:textId="77777777" w:rsidR="00623E5F" w:rsidRDefault="00000000">
            <w:pPr>
              <w:pStyle w:val="Oznaenseznam"/>
              <w:spacing w:after="16"/>
            </w:pPr>
            <w:r>
              <w:rPr>
                <w:color w:val="000000"/>
                <w:sz w:val="15"/>
              </w:rPr>
              <w:t>učenec samostojno oziroma z dogovorjeno oporo upošteva pošteno igro</w:t>
            </w:r>
          </w:p>
        </w:tc>
        <w:tc>
          <w:tcPr>
            <w:tcW w:w="7087" w:type="dxa"/>
            <w:tcMar>
              <w:top w:w="70" w:type="dxa"/>
              <w:left w:w="90" w:type="dxa"/>
              <w:bottom w:w="70" w:type="dxa"/>
              <w:right w:w="90" w:type="dxa"/>
            </w:tcMar>
          </w:tcPr>
          <w:p w14:paraId="2E6732CF"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65FDC4DC" w14:textId="77777777">
              <w:trPr>
                <w:jc w:val="center"/>
              </w:trPr>
              <w:tc>
                <w:tcPr>
                  <w:tcW w:w="7087" w:type="dxa"/>
                  <w:shd w:val="clear" w:color="auto" w:fill="C6E7F3"/>
                  <w:tcMar>
                    <w:top w:w="45" w:type="dxa"/>
                    <w:left w:w="70" w:type="dxa"/>
                    <w:bottom w:w="45" w:type="dxa"/>
                    <w:right w:w="70" w:type="dxa"/>
                  </w:tcMar>
                </w:tcPr>
                <w:p w14:paraId="4814EE10" w14:textId="77777777" w:rsidR="00623E5F" w:rsidRDefault="00000000">
                  <w:pPr>
                    <w:keepNext/>
                  </w:pPr>
                  <w:r>
                    <w:rPr>
                      <w:b/>
                      <w:color w:val="000000"/>
                    </w:rPr>
                    <w:t>UVODNI DEL – POČUTJE, GIBALNI NAMIG, PREDZNANJE IN NAMEN UČENJA (7–10 min)</w:t>
                  </w:r>
                </w:p>
              </w:tc>
            </w:tr>
          </w:tbl>
          <w:p w14:paraId="53761F16" w14:textId="77777777" w:rsidR="00623E5F" w:rsidRDefault="00623E5F">
            <w:pPr>
              <w:spacing w:line="20" w:lineRule="exact"/>
            </w:pPr>
          </w:p>
          <w:p w14:paraId="75936FCC" w14:textId="77777777" w:rsidR="00623E5F" w:rsidRDefault="00000000">
            <w:pPr>
              <w:spacing w:before="40" w:after="60" w:line="245" w:lineRule="auto"/>
            </w:pPr>
            <w:r>
              <w:rPr>
                <w:color w:val="000000"/>
                <w:sz w:val="15"/>
              </w:rPr>
              <w:t>Ob književnem motivu »Živalske novice« – Primož Suhodolčan učenci vstopijo v temo živali, življenjska okolja in igrivo informacijsko besedilo. Učiteljica pripravi kratek gibalni namig: trije simboli - tek, skok in met - vabijo k napovedi tehnike, varnega prehoda in osebnega izziva pri temi »atletske igre«. Tedenski gibalni izziv: izvede atletske naloge po motivih živalskega gibanja. Učenci najprej preverijo počutje in prostor, nato predznanje pokažejo z držo, gibalno izbiro, odzivom na znak, postavitvijo rekvizita ali kratko razlago. Pred individualnim praktičnim dokazom obnovijo javna merila, varnost in dovoljene opore; po izvedbi določijo naslednji korak.</w:t>
            </w:r>
          </w:p>
          <w:tbl>
            <w:tblPr>
              <w:tblStyle w:val="Tabelamrea"/>
              <w:tblW w:w="0" w:type="auto"/>
              <w:jc w:val="center"/>
              <w:tblLayout w:type="fixed"/>
              <w:tblLook w:val="04A0" w:firstRow="1" w:lastRow="0" w:firstColumn="1" w:lastColumn="0" w:noHBand="0" w:noVBand="1"/>
            </w:tblPr>
            <w:tblGrid>
              <w:gridCol w:w="7087"/>
            </w:tblGrid>
            <w:tr w:rsidR="00623E5F" w14:paraId="6A769504" w14:textId="77777777">
              <w:trPr>
                <w:jc w:val="center"/>
              </w:trPr>
              <w:tc>
                <w:tcPr>
                  <w:tcW w:w="7087" w:type="dxa"/>
                  <w:shd w:val="clear" w:color="auto" w:fill="EDC9EA"/>
                  <w:tcMar>
                    <w:top w:w="45" w:type="dxa"/>
                    <w:left w:w="70" w:type="dxa"/>
                    <w:bottom w:w="45" w:type="dxa"/>
                    <w:right w:w="70" w:type="dxa"/>
                  </w:tcMar>
                </w:tcPr>
                <w:p w14:paraId="3434D906" w14:textId="77777777" w:rsidR="00623E5F" w:rsidRDefault="00000000">
                  <w:pPr>
                    <w:keepNext/>
                  </w:pPr>
                  <w:r>
                    <w:rPr>
                      <w:b/>
                      <w:color w:val="000000"/>
                    </w:rPr>
                    <w:t>NAMENI UČENJA</w:t>
                  </w:r>
                </w:p>
              </w:tc>
            </w:tr>
          </w:tbl>
          <w:p w14:paraId="623FB27D" w14:textId="77777777" w:rsidR="00623E5F" w:rsidRDefault="00623E5F">
            <w:pPr>
              <w:spacing w:line="20" w:lineRule="exact"/>
            </w:pPr>
          </w:p>
          <w:p w14:paraId="40AF3ECD"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1E090CB3" w14:textId="77777777" w:rsidR="00623E5F" w:rsidRDefault="00000000">
            <w:pPr>
              <w:pStyle w:val="Oznaenseznam"/>
              <w:spacing w:after="16"/>
            </w:pPr>
            <w:r>
              <w:rPr>
                <w:color w:val="000000"/>
                <w:sz w:val="15"/>
              </w:rPr>
              <w:t>tečem, skačem in mečem</w:t>
            </w:r>
          </w:p>
          <w:p w14:paraId="5C38FAC7" w14:textId="77777777" w:rsidR="00623E5F" w:rsidRDefault="00000000">
            <w:pPr>
              <w:pStyle w:val="Oznaenseznam"/>
              <w:spacing w:after="16"/>
            </w:pPr>
            <w:r>
              <w:rPr>
                <w:color w:val="000000"/>
                <w:sz w:val="15"/>
              </w:rPr>
              <w:t>primerjam svoj napredek</w:t>
            </w:r>
          </w:p>
          <w:p w14:paraId="10F996A3" w14:textId="77777777" w:rsidR="00623E5F" w:rsidRDefault="00000000">
            <w:pPr>
              <w:pStyle w:val="Oznaenseznam"/>
              <w:spacing w:after="16"/>
            </w:pPr>
            <w:r>
              <w:rPr>
                <w:color w:val="000000"/>
                <w:sz w:val="15"/>
              </w:rPr>
              <w:t>upoštevam pošteno igro</w:t>
            </w:r>
          </w:p>
          <w:tbl>
            <w:tblPr>
              <w:tblStyle w:val="Tabelamrea"/>
              <w:tblW w:w="0" w:type="auto"/>
              <w:jc w:val="center"/>
              <w:tblLayout w:type="fixed"/>
              <w:tblLook w:val="04A0" w:firstRow="1" w:lastRow="0" w:firstColumn="1" w:lastColumn="0" w:noHBand="0" w:noVBand="1"/>
            </w:tblPr>
            <w:tblGrid>
              <w:gridCol w:w="7087"/>
            </w:tblGrid>
            <w:tr w:rsidR="00623E5F" w14:paraId="7D26F1D0" w14:textId="77777777">
              <w:trPr>
                <w:jc w:val="center"/>
              </w:trPr>
              <w:tc>
                <w:tcPr>
                  <w:tcW w:w="7087" w:type="dxa"/>
                  <w:shd w:val="clear" w:color="auto" w:fill="EDC9EA"/>
                  <w:tcMar>
                    <w:top w:w="45" w:type="dxa"/>
                    <w:left w:w="70" w:type="dxa"/>
                    <w:bottom w:w="45" w:type="dxa"/>
                    <w:right w:w="70" w:type="dxa"/>
                  </w:tcMar>
                </w:tcPr>
                <w:p w14:paraId="5214A5BC" w14:textId="77777777" w:rsidR="00623E5F" w:rsidRDefault="00000000">
                  <w:pPr>
                    <w:keepNext/>
                  </w:pPr>
                  <w:r>
                    <w:rPr>
                      <w:b/>
                      <w:color w:val="000000"/>
                    </w:rPr>
                    <w:t>PREVERJANJE PREDZNANJA</w:t>
                  </w:r>
                </w:p>
              </w:tc>
            </w:tr>
          </w:tbl>
          <w:p w14:paraId="5A17B491" w14:textId="77777777" w:rsidR="00623E5F" w:rsidRDefault="00623E5F">
            <w:pPr>
              <w:spacing w:line="20" w:lineRule="exact"/>
            </w:pPr>
          </w:p>
          <w:p w14:paraId="5A771031" w14:textId="77777777" w:rsidR="00623E5F" w:rsidRDefault="00000000">
            <w:pPr>
              <w:pStyle w:val="Oznaenseznam"/>
              <w:spacing w:after="16"/>
            </w:pPr>
            <w:r>
              <w:rPr>
                <w:color w:val="000000"/>
                <w:sz w:val="15"/>
              </w:rPr>
              <w:t>Kaj moje telo in prostor že znata pokazati pri temi »ATLETSKE IGRE«?</w:t>
            </w:r>
          </w:p>
          <w:p w14:paraId="24B508C3" w14:textId="77777777" w:rsidR="00623E5F" w:rsidRDefault="00000000">
            <w:pPr>
              <w:pStyle w:val="Oznaenseznam"/>
              <w:spacing w:after="16"/>
            </w:pPr>
            <w:r>
              <w:rPr>
                <w:color w:val="000000"/>
                <w:sz w:val="15"/>
              </w:rPr>
              <w:t>Katero varnostno pravilo, gibalni korak ali strategijo že obvladam in kaj bi najprej preizkusil/-a?</w:t>
            </w:r>
          </w:p>
          <w:p w14:paraId="501DD5F7"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3A7C2711" w14:textId="77777777">
              <w:trPr>
                <w:jc w:val="center"/>
              </w:trPr>
              <w:tc>
                <w:tcPr>
                  <w:tcW w:w="7087" w:type="dxa"/>
                  <w:shd w:val="clear" w:color="auto" w:fill="EDC9EA"/>
                  <w:tcMar>
                    <w:top w:w="45" w:type="dxa"/>
                    <w:left w:w="70" w:type="dxa"/>
                    <w:bottom w:w="45" w:type="dxa"/>
                    <w:right w:w="70" w:type="dxa"/>
                  </w:tcMar>
                </w:tcPr>
                <w:p w14:paraId="23A63641" w14:textId="77777777" w:rsidR="00623E5F" w:rsidRDefault="00000000">
                  <w:pPr>
                    <w:keepNext/>
                  </w:pPr>
                  <w:r>
                    <w:rPr>
                      <w:b/>
                      <w:color w:val="000000"/>
                    </w:rPr>
                    <w:t>KRITERIJI USPEŠNOSTI</w:t>
                  </w:r>
                </w:p>
              </w:tc>
            </w:tr>
          </w:tbl>
          <w:p w14:paraId="47F38DA5" w14:textId="77777777" w:rsidR="00623E5F" w:rsidRDefault="00623E5F"/>
          <w:p w14:paraId="658DBDF1" w14:textId="77777777" w:rsidR="00623E5F" w:rsidRDefault="00000000">
            <w:pPr>
              <w:spacing w:before="20" w:after="20" w:line="245" w:lineRule="auto"/>
            </w:pPr>
            <w:r>
              <w:rPr>
                <w:b/>
                <w:color w:val="000000"/>
                <w:sz w:val="16"/>
              </w:rPr>
              <w:t>Uspešen/-na bom, ko:</w:t>
            </w:r>
          </w:p>
          <w:p w14:paraId="09BCBFF0" w14:textId="77777777" w:rsidR="00623E5F" w:rsidRDefault="00000000">
            <w:pPr>
              <w:pStyle w:val="Oznaenseznam"/>
              <w:spacing w:after="16"/>
            </w:pPr>
            <w:r>
              <w:rPr>
                <w:color w:val="000000"/>
                <w:sz w:val="15"/>
              </w:rPr>
              <w:t>tečem, skačem in mečem</w:t>
            </w:r>
          </w:p>
          <w:p w14:paraId="291C178E" w14:textId="77777777" w:rsidR="00623E5F" w:rsidRDefault="00000000">
            <w:pPr>
              <w:pStyle w:val="Oznaenseznam"/>
              <w:spacing w:after="16"/>
            </w:pPr>
            <w:r>
              <w:rPr>
                <w:color w:val="000000"/>
                <w:sz w:val="15"/>
              </w:rPr>
              <w:t>primerjam svoj napredek</w:t>
            </w:r>
          </w:p>
          <w:p w14:paraId="35C0735C" w14:textId="77777777" w:rsidR="00623E5F" w:rsidRDefault="00000000">
            <w:pPr>
              <w:pStyle w:val="Oznaenseznam"/>
              <w:spacing w:after="16"/>
            </w:pPr>
            <w:r>
              <w:rPr>
                <w:color w:val="000000"/>
                <w:sz w:val="15"/>
              </w:rPr>
              <w:t>upoštevam pošteno igro</w:t>
            </w:r>
          </w:p>
          <w:p w14:paraId="331662EB" w14:textId="77777777" w:rsidR="00623E5F" w:rsidRDefault="00000000">
            <w:pPr>
              <w:pStyle w:val="Oznaenseznam"/>
              <w:spacing w:after="16"/>
            </w:pPr>
            <w:r>
              <w:rPr>
                <w:color w:val="000000"/>
                <w:sz w:val="15"/>
              </w:rPr>
              <w:t>pred začetkom preverim prostor in opremo, ohranjam razdaljo ter se na znak varno ustavim</w:t>
            </w:r>
          </w:p>
          <w:p w14:paraId="7CDDAAAF"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5EE9E931" w14:textId="77777777" w:rsidR="00623E5F" w:rsidRDefault="00623E5F"/>
          <w:p w14:paraId="4EA3F31D"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02B2721C"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12D05618" w14:textId="77777777" w:rsidR="00623E5F" w:rsidRDefault="00000000">
            <w:pPr>
              <w:spacing w:after="100" w:line="245" w:lineRule="auto"/>
            </w:pPr>
            <w:r>
              <w:rPr>
                <w:color w:val="000000"/>
                <w:sz w:val="15"/>
              </w:rPr>
              <w:t>Sodeluje pri razumevanju namena, vidnih meril, varnostnih pravil, prehodov in načina dokazovanja.</w:t>
            </w:r>
          </w:p>
          <w:p w14:paraId="5D8399DB" w14:textId="77777777" w:rsidR="00623E5F" w:rsidRDefault="00000000">
            <w:pPr>
              <w:spacing w:after="20" w:line="245" w:lineRule="auto"/>
            </w:pPr>
            <w:r>
              <w:rPr>
                <w:b/>
                <w:color w:val="D95BC6"/>
                <w:sz w:val="17"/>
              </w:rPr>
              <w:t>DOKAZ O UČENJU</w:t>
            </w:r>
          </w:p>
          <w:p w14:paraId="1CB24DD0"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1CAA756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08143B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26641E3"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7FA8306" w14:textId="77777777" w:rsidR="00623E5F" w:rsidRDefault="00000000">
            <w:pPr>
              <w:jc w:val="center"/>
            </w:pPr>
            <w:r>
              <w:rPr>
                <w:b/>
                <w:color w:val="000000"/>
                <w:sz w:val="20"/>
              </w:rPr>
              <w:t>UČNE DEJAVNOSTI, METODE IN FORMATIVNO SPREMLJANJE</w:t>
            </w:r>
          </w:p>
        </w:tc>
      </w:tr>
      <w:tr w:rsidR="00623E5F" w14:paraId="60F64F94" w14:textId="77777777">
        <w:trPr>
          <w:tblHeader/>
          <w:jc w:val="center"/>
        </w:trPr>
        <w:tc>
          <w:tcPr>
            <w:tcW w:w="4422" w:type="dxa"/>
            <w:vMerge/>
            <w:tcMar>
              <w:top w:w="70" w:type="dxa"/>
              <w:left w:w="90" w:type="dxa"/>
              <w:bottom w:w="70" w:type="dxa"/>
              <w:right w:w="90" w:type="dxa"/>
            </w:tcMar>
            <w:vAlign w:val="center"/>
          </w:tcPr>
          <w:p w14:paraId="1A0E8DDB" w14:textId="77777777" w:rsidR="00623E5F" w:rsidRDefault="00623E5F"/>
        </w:tc>
        <w:tc>
          <w:tcPr>
            <w:tcW w:w="7087" w:type="dxa"/>
            <w:shd w:val="clear" w:color="auto" w:fill="FFFFFF"/>
            <w:tcMar>
              <w:top w:w="70" w:type="dxa"/>
              <w:left w:w="90" w:type="dxa"/>
              <w:bottom w:w="70" w:type="dxa"/>
              <w:right w:w="90" w:type="dxa"/>
            </w:tcMar>
            <w:vAlign w:val="center"/>
          </w:tcPr>
          <w:p w14:paraId="3B64D902"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6E60263" w14:textId="77777777" w:rsidR="00623E5F" w:rsidRDefault="00000000">
            <w:pPr>
              <w:jc w:val="center"/>
            </w:pPr>
            <w:r>
              <w:rPr>
                <w:b/>
                <w:color w:val="000000"/>
              </w:rPr>
              <w:t>UČENEC</w:t>
            </w:r>
          </w:p>
        </w:tc>
      </w:tr>
      <w:tr w:rsidR="00623E5F" w14:paraId="2A7EFC4F" w14:textId="77777777">
        <w:trPr>
          <w:jc w:val="center"/>
        </w:trPr>
        <w:tc>
          <w:tcPr>
            <w:tcW w:w="4422" w:type="dxa"/>
            <w:tcMar>
              <w:top w:w="70" w:type="dxa"/>
              <w:left w:w="90" w:type="dxa"/>
              <w:bottom w:w="70" w:type="dxa"/>
              <w:right w:w="90" w:type="dxa"/>
            </w:tcMar>
          </w:tcPr>
          <w:p w14:paraId="6457C2C5" w14:textId="77777777" w:rsidR="00623E5F" w:rsidRDefault="00623E5F"/>
          <w:p w14:paraId="15D7EFE3" w14:textId="77777777" w:rsidR="00623E5F" w:rsidRDefault="00000000">
            <w:pPr>
              <w:spacing w:after="40" w:line="245" w:lineRule="auto"/>
            </w:pPr>
            <w:r>
              <w:rPr>
                <w:b/>
                <w:color w:val="000000"/>
                <w:sz w:val="17"/>
              </w:rPr>
              <w:t>KLJUČNI ŠPORTNI IN GIBALNI POJMI</w:t>
            </w:r>
          </w:p>
          <w:p w14:paraId="181A95A8"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start, tek, nizka ovira, odriv, sonožni skok, doskok, met, cilj, daljina</w:t>
            </w:r>
          </w:p>
          <w:p w14:paraId="4EEC1EBA" w14:textId="77777777" w:rsidR="00623E5F" w:rsidRDefault="00000000">
            <w:pPr>
              <w:spacing w:after="20" w:line="245" w:lineRule="auto"/>
            </w:pPr>
            <w:r>
              <w:rPr>
                <w:b/>
                <w:color w:val="000000"/>
                <w:sz w:val="17"/>
              </w:rPr>
              <w:t>DOKAZI O UČENJU</w:t>
            </w:r>
          </w:p>
          <w:p w14:paraId="5363B776" w14:textId="77777777" w:rsidR="00623E5F" w:rsidRDefault="00000000">
            <w:pPr>
              <w:pStyle w:val="Oznaenseznam"/>
              <w:spacing w:after="7"/>
            </w:pPr>
            <w:r>
              <w:rPr>
                <w:color w:val="000000"/>
                <w:sz w:val="14"/>
              </w:rPr>
              <w:t>varen odziv na znak, začetni poskus prvine in ustno varnostno pravilo.</w:t>
            </w:r>
          </w:p>
          <w:p w14:paraId="3382074E" w14:textId="77777777" w:rsidR="00623E5F" w:rsidRDefault="00000000">
            <w:pPr>
              <w:pStyle w:val="Oznaenseznam"/>
              <w:spacing w:after="7"/>
            </w:pPr>
            <w:r>
              <w:rPr>
                <w:color w:val="000000"/>
                <w:sz w:val="14"/>
              </w:rPr>
              <w:t>opazovalna kartica, izvedba na izbrani ravni in učiteljev zapis o napredku.</w:t>
            </w:r>
          </w:p>
          <w:p w14:paraId="1E5F0238" w14:textId="77777777" w:rsidR="00623E5F" w:rsidRDefault="00000000">
            <w:pPr>
              <w:pStyle w:val="Oznaenseznam"/>
              <w:spacing w:after="7"/>
            </w:pPr>
            <w:r>
              <w:rPr>
                <w:color w:val="000000"/>
                <w:sz w:val="14"/>
              </w:rPr>
              <w:t>individualna praktična izvedba teka, skoka in meta, opazovanje sodelovanja ter kratka razlaga osebnega napredka</w:t>
            </w:r>
          </w:p>
          <w:p w14:paraId="3DE4F1BD" w14:textId="77777777" w:rsidR="00623E5F" w:rsidRDefault="00000000">
            <w:pPr>
              <w:spacing w:before="40" w:after="20" w:line="245" w:lineRule="auto"/>
            </w:pPr>
            <w:r>
              <w:rPr>
                <w:b/>
                <w:color w:val="000000"/>
                <w:sz w:val="16"/>
              </w:rPr>
              <w:t>GIBALNO DOŽIVETJE IN IZKUŠENJSKI POUK</w:t>
            </w:r>
          </w:p>
          <w:p w14:paraId="131ABFDF"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043F8A2F" w14:textId="77777777" w:rsidR="00623E5F" w:rsidRDefault="00000000">
            <w:pPr>
              <w:spacing w:after="20" w:line="245" w:lineRule="auto"/>
            </w:pPr>
            <w:r>
              <w:rPr>
                <w:b/>
                <w:color w:val="000000"/>
                <w:sz w:val="16"/>
              </w:rPr>
              <w:t>POUČEVANJE V GIBANJU</w:t>
            </w:r>
          </w:p>
          <w:p w14:paraId="14A4DB15"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13757C57" w14:textId="77777777" w:rsidR="00623E5F" w:rsidRDefault="00000000">
            <w:pPr>
              <w:spacing w:after="20" w:line="245" w:lineRule="auto"/>
            </w:pPr>
            <w:r>
              <w:rPr>
                <w:b/>
                <w:color w:val="000000"/>
                <w:sz w:val="16"/>
              </w:rPr>
              <w:t>DELO PO ŠTIRIH POSTAJAH</w:t>
            </w:r>
          </w:p>
          <w:p w14:paraId="1D2FC291"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4C47E78D" w14:textId="77777777" w:rsidR="00623E5F" w:rsidRDefault="00000000">
            <w:pPr>
              <w:spacing w:after="7" w:line="245" w:lineRule="auto"/>
            </w:pPr>
            <w:r>
              <w:rPr>
                <w:color w:val="000000"/>
                <w:sz w:val="14"/>
              </w:rPr>
              <w:t>1. Praktično-ocenjevalna: individualno izvedem tek, sonožni skok in met lažjega predmeta ter upoštevam varne prehode.</w:t>
            </w:r>
          </w:p>
          <w:p w14:paraId="7D8AF2DF" w14:textId="77777777" w:rsidR="00623E5F" w:rsidRDefault="00000000">
            <w:pPr>
              <w:spacing w:after="7" w:line="245" w:lineRule="auto"/>
            </w:pPr>
            <w:r>
              <w:rPr>
                <w:color w:val="000000"/>
                <w:sz w:val="14"/>
              </w:rPr>
              <w:t>2. Tekalna: uravnavam smer in hitrost, prečkam nizke ovire ter zaključim v označenem prostoru.</w:t>
            </w:r>
          </w:p>
          <w:p w14:paraId="56944F5E" w14:textId="77777777" w:rsidR="00623E5F" w:rsidRDefault="00000000">
            <w:pPr>
              <w:spacing w:after="7" w:line="245" w:lineRule="auto"/>
            </w:pPr>
            <w:r>
              <w:rPr>
                <w:color w:val="000000"/>
                <w:sz w:val="14"/>
              </w:rPr>
              <w:t>3. Skakalno-metalna: sonožno se odrinem in doskočim, nato vržem v cilj ali daljino ter počakam na znak za pobiranje.</w:t>
            </w:r>
          </w:p>
          <w:p w14:paraId="12B5BAD1" w14:textId="77777777" w:rsidR="00623E5F" w:rsidRDefault="00000000">
            <w:pPr>
              <w:spacing w:after="7" w:line="245" w:lineRule="auto"/>
            </w:pPr>
            <w:r>
              <w:rPr>
                <w:color w:val="000000"/>
                <w:sz w:val="14"/>
              </w:rPr>
              <w:t>4. Poštena igra in napredek: primerjam svoj prejšnji dokaz, podam podporen odziv in izberem osebni naslednji cilj.</w:t>
            </w:r>
          </w:p>
          <w:p w14:paraId="60CCAC74" w14:textId="77777777" w:rsidR="00623E5F" w:rsidRDefault="00000000">
            <w:pPr>
              <w:spacing w:after="20" w:line="245" w:lineRule="auto"/>
            </w:pPr>
            <w:r>
              <w:rPr>
                <w:b/>
                <w:color w:val="000000"/>
                <w:sz w:val="16"/>
              </w:rPr>
              <w:t>DIFERENCIACIJA IN VKLJUČEVANJE</w:t>
            </w:r>
          </w:p>
          <w:p w14:paraId="2700D7C0"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6661B305" w14:textId="77777777" w:rsidR="00623E5F" w:rsidRDefault="00000000">
            <w:pPr>
              <w:spacing w:after="20" w:line="245" w:lineRule="auto"/>
            </w:pPr>
            <w:r>
              <w:rPr>
                <w:b/>
                <w:color w:val="000000"/>
                <w:sz w:val="16"/>
              </w:rPr>
              <w:t>SPREMLJANJE</w:t>
            </w:r>
          </w:p>
          <w:p w14:paraId="4D1DB197"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0732C17B"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11B6CB5" w14:textId="77777777">
              <w:trPr>
                <w:jc w:val="center"/>
              </w:trPr>
              <w:tc>
                <w:tcPr>
                  <w:tcW w:w="7087" w:type="dxa"/>
                  <w:shd w:val="clear" w:color="auto" w:fill="C6E7F3"/>
                  <w:tcMar>
                    <w:top w:w="45" w:type="dxa"/>
                    <w:left w:w="70" w:type="dxa"/>
                    <w:bottom w:w="45" w:type="dxa"/>
                    <w:right w:w="70" w:type="dxa"/>
                  </w:tcMar>
                </w:tcPr>
                <w:p w14:paraId="41353412" w14:textId="77777777" w:rsidR="00623E5F" w:rsidRDefault="00000000">
                  <w:pPr>
                    <w:keepNext/>
                  </w:pPr>
                  <w:r>
                    <w:rPr>
                      <w:b/>
                      <w:color w:val="000000"/>
                      <w:sz w:val="16"/>
                    </w:rPr>
                    <w:t>GLAVNI DEL – GIBALNI IZZIV, VADBA NA ŠTIRIH POSTAJAH IN IGRA (3 šolske ure)</w:t>
                  </w:r>
                </w:p>
              </w:tc>
            </w:tr>
          </w:tbl>
          <w:p w14:paraId="04263140" w14:textId="77777777" w:rsidR="00623E5F" w:rsidRDefault="00623E5F">
            <w:pPr>
              <w:spacing w:line="20" w:lineRule="exact"/>
            </w:pPr>
          </w:p>
          <w:p w14:paraId="483C2164" w14:textId="77777777" w:rsidR="00623E5F" w:rsidRDefault="00000000">
            <w:pPr>
              <w:keepNext/>
              <w:spacing w:before="16" w:after="6" w:line="245" w:lineRule="auto"/>
            </w:pPr>
            <w:r>
              <w:rPr>
                <w:b/>
                <w:color w:val="000000"/>
                <w:sz w:val="15"/>
              </w:rPr>
              <w:t>1. URA – Atletske igre – Ogrejem se in usvojim gib</w:t>
            </w:r>
          </w:p>
          <w:p w14:paraId="45D9DB8F"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»Živalske novice« – Primož Suhodolčan. Osrednji del 30': 32' – Preveri prostor in opremo, predstavi varnostni znak ter skozi gibalno zgodbo modelira ključno prvino po korakih.</w:t>
            </w:r>
          </w:p>
          <w:p w14:paraId="51C8DBCF"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21A56C64" w14:textId="77777777" w:rsidR="00623E5F" w:rsidRDefault="00000000">
            <w:pPr>
              <w:spacing w:after="15" w:line="245" w:lineRule="auto"/>
            </w:pPr>
            <w:r>
              <w:rPr>
                <w:i/>
                <w:color w:val="D95BC6"/>
                <w:sz w:val="14"/>
              </w:rPr>
              <w:t>Predvideni dokaz: varen odziv na znak, začetni poskus prvine in ustno varnostno pravilo..</w:t>
            </w:r>
          </w:p>
          <w:p w14:paraId="623C0A26" w14:textId="77777777" w:rsidR="00623E5F" w:rsidRDefault="00000000">
            <w:pPr>
              <w:keepNext/>
              <w:spacing w:before="16" w:after="6" w:line="245" w:lineRule="auto"/>
            </w:pPr>
            <w:r>
              <w:rPr>
                <w:b/>
                <w:color w:val="000000"/>
                <w:sz w:val="15"/>
              </w:rPr>
              <w:t>2. URA – Atletske igre – Vadim na postajah</w:t>
            </w:r>
          </w:p>
          <w:p w14:paraId="345E3B22"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»Živalske novice« – Primož Suhodolčan. Osrednji del 30': 32' – Pripravi 4–6 postaj z enosmernimi prehodi, pokaže tri ravni izziva in opazovalcu dodeli en jasen kriterij.</w:t>
            </w:r>
          </w:p>
          <w:p w14:paraId="1E0F4D56"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4C16A8BE" w14:textId="77777777" w:rsidR="00623E5F" w:rsidRDefault="00000000">
            <w:pPr>
              <w:spacing w:after="15" w:line="245" w:lineRule="auto"/>
            </w:pPr>
            <w:r>
              <w:rPr>
                <w:i/>
                <w:color w:val="D95BC6"/>
                <w:sz w:val="14"/>
              </w:rPr>
              <w:t>Predvideni dokaz: opazovalna kartica, izvedba na izbrani ravni in učiteljev zapis o napredku..</w:t>
            </w:r>
          </w:p>
          <w:p w14:paraId="1C546C53" w14:textId="77777777" w:rsidR="00623E5F" w:rsidRDefault="00000000">
            <w:pPr>
              <w:keepNext/>
              <w:spacing w:before="16" w:after="6" w:line="245" w:lineRule="auto"/>
            </w:pPr>
            <w:r>
              <w:rPr>
                <w:b/>
                <w:color w:val="000000"/>
                <w:sz w:val="15"/>
              </w:rPr>
              <w:t>3. URA – Atletske postaje in poštena igra – Individualni praktični dokaz</w:t>
            </w:r>
          </w:p>
          <w:p w14:paraId="6DCC63D2" w14:textId="77777777" w:rsidR="00623E5F" w:rsidRDefault="00000000">
            <w:pPr>
              <w:spacing w:after="7" w:line="245" w:lineRule="auto"/>
            </w:pPr>
            <w:r>
              <w:rPr>
                <w:b/>
                <w:color w:val="000000"/>
                <w:sz w:val="14"/>
              </w:rPr>
              <w:t xml:space="preserve">Dejavnost učiteljice: </w:t>
            </w:r>
            <w:r>
              <w:rPr>
                <w:color w:val="000000"/>
                <w:sz w:val="14"/>
              </w:rPr>
              <w:t>Pripravi enotne znane atletske postaje za tek, sonožni skok in met lažjega predmeta. Individualno opazuje izvedbo, varen prehod, vztrajanje, sodelovanje in pošteno igro, nato z učencem primerja njegov prejšnji dokaz ter zapiše dosežek in naslednji korak.</w:t>
            </w:r>
          </w:p>
          <w:p w14:paraId="551E6DEB" w14:textId="77777777" w:rsidR="00623E5F" w:rsidRDefault="00000000">
            <w:pPr>
              <w:spacing w:after="7" w:line="245" w:lineRule="auto"/>
            </w:pPr>
            <w:r>
              <w:rPr>
                <w:b/>
                <w:color w:val="000000"/>
                <w:sz w:val="14"/>
              </w:rPr>
              <w:t xml:space="preserve">Dejavnost učencev: </w:t>
            </w:r>
            <w:r>
              <w:rPr>
                <w:color w:val="000000"/>
                <w:sz w:val="14"/>
              </w:rPr>
              <w:t>Na znanih postajah teče, sonožno skoči in varno doskoči, vrže lažji predmet, upošteva pravila prehodov in poštene igre ter z dokazom pojasni svoj napredek.</w:t>
            </w:r>
          </w:p>
          <w:p w14:paraId="0B6BA951" w14:textId="77777777" w:rsidR="00623E5F" w:rsidRDefault="00000000">
            <w:pPr>
              <w:spacing w:after="15" w:line="245" w:lineRule="auto"/>
            </w:pPr>
            <w:r>
              <w:rPr>
                <w:i/>
                <w:color w:val="D95BC6"/>
                <w:sz w:val="14"/>
              </w:rPr>
              <w:t>Predvideni dokaz: individualna praktična izvedba teka, skoka in meta, opazovanje sodelovanja ter kratka razlaga osebnega napredka.</w:t>
            </w:r>
          </w:p>
          <w:tbl>
            <w:tblPr>
              <w:tblStyle w:val="Tabelamrea"/>
              <w:tblW w:w="0" w:type="auto"/>
              <w:jc w:val="center"/>
              <w:tblLayout w:type="fixed"/>
              <w:tblLook w:val="04A0" w:firstRow="1" w:lastRow="0" w:firstColumn="1" w:lastColumn="0" w:noHBand="0" w:noVBand="1"/>
            </w:tblPr>
            <w:tblGrid>
              <w:gridCol w:w="7087"/>
            </w:tblGrid>
            <w:tr w:rsidR="00623E5F" w14:paraId="2B041896" w14:textId="77777777">
              <w:trPr>
                <w:jc w:val="center"/>
              </w:trPr>
              <w:tc>
                <w:tcPr>
                  <w:tcW w:w="7087" w:type="dxa"/>
                  <w:shd w:val="clear" w:color="auto" w:fill="EDC9EA"/>
                  <w:tcMar>
                    <w:top w:w="45" w:type="dxa"/>
                    <w:left w:w="70" w:type="dxa"/>
                    <w:bottom w:w="45" w:type="dxa"/>
                    <w:right w:w="70" w:type="dxa"/>
                  </w:tcMar>
                </w:tcPr>
                <w:p w14:paraId="3C4B2CD7" w14:textId="77777777" w:rsidR="00623E5F" w:rsidRDefault="00000000">
                  <w:pPr>
                    <w:keepNext/>
                  </w:pPr>
                  <w:r>
                    <w:rPr>
                      <w:b/>
                      <w:color w:val="000000"/>
                      <w:sz w:val="16"/>
                    </w:rPr>
                    <w:t>ORGANIZACIJA POSTAJ, PREHODOV IN AKTIVNEGA ČASA</w:t>
                  </w:r>
                </w:p>
              </w:tc>
            </w:tr>
          </w:tbl>
          <w:p w14:paraId="572FFC38" w14:textId="77777777" w:rsidR="00623E5F" w:rsidRDefault="00623E5F"/>
          <w:p w14:paraId="66EBE65B" w14:textId="77777777" w:rsidR="00623E5F" w:rsidRDefault="00000000">
            <w:pPr>
              <w:spacing w:before="5" w:after="6" w:line="245" w:lineRule="auto"/>
            </w:pPr>
            <w:r>
              <w:rPr>
                <w:color w:val="000000"/>
                <w:sz w:val="14"/>
              </w:rPr>
              <w:t>Postaja 1: Praktično-ocenjevalna: individualno izvedem tek, sonožni skok in met lažjega predmeta ter upoštevam varne prehode.</w:t>
            </w:r>
          </w:p>
          <w:p w14:paraId="02F10E20" w14:textId="77777777" w:rsidR="00623E5F" w:rsidRDefault="00000000">
            <w:pPr>
              <w:spacing w:before="5" w:after="6" w:line="245" w:lineRule="auto"/>
            </w:pPr>
            <w:r>
              <w:rPr>
                <w:color w:val="000000"/>
                <w:sz w:val="14"/>
              </w:rPr>
              <w:t>Postaja 2: Tekalna: uravnavam smer in hitrost, prečkam nizke ovire ter zaključim v označenem prostoru.</w:t>
            </w:r>
          </w:p>
          <w:p w14:paraId="74B785AA" w14:textId="77777777" w:rsidR="00623E5F" w:rsidRDefault="00000000">
            <w:pPr>
              <w:spacing w:before="5" w:after="6" w:line="245" w:lineRule="auto"/>
            </w:pPr>
            <w:r>
              <w:rPr>
                <w:color w:val="000000"/>
                <w:sz w:val="14"/>
              </w:rPr>
              <w:t>Postaja 3: Skakalno-metalna: sonožno se odrinem in doskočim, nato vržem v cilj ali daljino ter počakam na znak za pobiranje.</w:t>
            </w:r>
          </w:p>
          <w:p w14:paraId="3F8FB2C3" w14:textId="77777777" w:rsidR="00623E5F" w:rsidRDefault="00000000">
            <w:pPr>
              <w:spacing w:before="5" w:after="6" w:line="245" w:lineRule="auto"/>
            </w:pPr>
            <w:r>
              <w:rPr>
                <w:color w:val="000000"/>
                <w:sz w:val="14"/>
              </w:rPr>
              <w:t>Postaja 4: Poštena igra in napredek: primerjam svoj prejšnji dokaz, podam podporen odziv in izberem osebni naslednji cilj.</w:t>
            </w:r>
          </w:p>
          <w:p w14:paraId="06C9B1E5"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02BA4383" w14:textId="77777777" w:rsidR="00623E5F" w:rsidRDefault="00623E5F"/>
          <w:p w14:paraId="3EBC973C" w14:textId="77777777" w:rsidR="00623E5F" w:rsidRDefault="00000000">
            <w:pPr>
              <w:spacing w:after="5" w:line="245" w:lineRule="auto"/>
            </w:pPr>
            <w:r>
              <w:rPr>
                <w:b/>
                <w:color w:val="000000"/>
                <w:sz w:val="15"/>
              </w:rPr>
              <w:t>1. URA – Atletske igre – Ogrejem se in usvojim gib</w:t>
            </w:r>
          </w:p>
          <w:p w14:paraId="6402BDC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58384C9E" w14:textId="77777777" w:rsidR="00623E5F" w:rsidRDefault="00000000">
            <w:pPr>
              <w:spacing w:after="14" w:line="245" w:lineRule="auto"/>
            </w:pPr>
            <w:r>
              <w:rPr>
                <w:color w:val="D95BC6"/>
                <w:sz w:val="13"/>
              </w:rPr>
              <w:t>Dokaz: varen odziv na znak, začetni poskus prvine in ustno varnostno pravilo.</w:t>
            </w:r>
          </w:p>
          <w:p w14:paraId="02E03FDD" w14:textId="77777777" w:rsidR="00623E5F" w:rsidRDefault="00000000">
            <w:pPr>
              <w:spacing w:after="5" w:line="245" w:lineRule="auto"/>
            </w:pPr>
            <w:r>
              <w:rPr>
                <w:b/>
                <w:color w:val="000000"/>
                <w:sz w:val="15"/>
              </w:rPr>
              <w:t>2. URA – Atletske igre – Vadim na postajah</w:t>
            </w:r>
          </w:p>
          <w:p w14:paraId="6FFEBB6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1A694302" w14:textId="77777777" w:rsidR="00623E5F" w:rsidRDefault="00000000">
            <w:pPr>
              <w:spacing w:after="14" w:line="245" w:lineRule="auto"/>
            </w:pPr>
            <w:r>
              <w:rPr>
                <w:color w:val="D95BC6"/>
                <w:sz w:val="13"/>
              </w:rPr>
              <w:t>Dokaz: opazovalna kartica, izvedba na izbrani ravni in učiteljev zapis o napredku.</w:t>
            </w:r>
          </w:p>
          <w:p w14:paraId="533C5840" w14:textId="77777777" w:rsidR="00623E5F" w:rsidRDefault="00000000">
            <w:pPr>
              <w:spacing w:after="5" w:line="245" w:lineRule="auto"/>
            </w:pPr>
            <w:r>
              <w:rPr>
                <w:b/>
                <w:color w:val="000000"/>
                <w:sz w:val="15"/>
              </w:rPr>
              <w:t>3. URA – Atletske postaje in poštena igra – Individualni.</w:t>
            </w:r>
          </w:p>
          <w:p w14:paraId="4D1275C0" w14:textId="77777777" w:rsidR="00623E5F" w:rsidRDefault="00000000">
            <w:pPr>
              <w:spacing w:after="7" w:line="245" w:lineRule="auto"/>
            </w:pPr>
            <w:r>
              <w:rPr>
                <w:color w:val="000000"/>
                <w:sz w:val="13"/>
              </w:rPr>
              <w:t>Na znanih postajah teče, sonožno skoči in varno doskoči, vrže lažji predmet.</w:t>
            </w:r>
          </w:p>
          <w:p w14:paraId="583C332C" w14:textId="77777777" w:rsidR="00623E5F" w:rsidRDefault="00000000">
            <w:pPr>
              <w:spacing w:after="14" w:line="245" w:lineRule="auto"/>
            </w:pPr>
            <w:r>
              <w:rPr>
                <w:color w:val="D95BC6"/>
                <w:sz w:val="13"/>
              </w:rPr>
              <w:t>Dokaz: individualna praktična izvedba teka, skoka in meta.</w:t>
            </w:r>
          </w:p>
          <w:p w14:paraId="1883F275" w14:textId="77777777" w:rsidR="00623E5F" w:rsidRDefault="00000000">
            <w:pPr>
              <w:spacing w:before="30" w:after="14" w:line="245" w:lineRule="auto"/>
            </w:pPr>
            <w:r>
              <w:rPr>
                <w:b/>
                <w:color w:val="D95BC6"/>
                <w:sz w:val="16"/>
              </w:rPr>
              <w:t>MOJ KROG POSTAJ</w:t>
            </w:r>
          </w:p>
          <w:p w14:paraId="18F93352" w14:textId="77777777" w:rsidR="00623E5F" w:rsidRDefault="00000000">
            <w:pPr>
              <w:spacing w:after="8" w:line="245" w:lineRule="auto"/>
            </w:pPr>
            <w:r>
              <w:rPr>
                <w:color w:val="000000"/>
                <w:sz w:val="13"/>
              </w:rPr>
              <w:t>1. Praktično-ocenjevalna: individualno izvedem tek.</w:t>
            </w:r>
          </w:p>
          <w:p w14:paraId="2B3288D6" w14:textId="77777777" w:rsidR="00623E5F" w:rsidRDefault="00000000">
            <w:pPr>
              <w:spacing w:after="8" w:line="245" w:lineRule="auto"/>
            </w:pPr>
            <w:r>
              <w:rPr>
                <w:color w:val="000000"/>
                <w:sz w:val="13"/>
              </w:rPr>
              <w:t>2. Tekalna: uravnavam smer in hitrost, prečkam nizke ovire ter zaključim v označenem.</w:t>
            </w:r>
          </w:p>
          <w:p w14:paraId="4CB84E7C" w14:textId="77777777" w:rsidR="00623E5F" w:rsidRDefault="00000000">
            <w:pPr>
              <w:spacing w:after="8" w:line="245" w:lineRule="auto"/>
            </w:pPr>
            <w:r>
              <w:rPr>
                <w:color w:val="000000"/>
                <w:sz w:val="13"/>
              </w:rPr>
              <w:t>3. Skakalno-metalna: sonožno se odrinem in doskočim.</w:t>
            </w:r>
          </w:p>
          <w:p w14:paraId="55A7D598" w14:textId="77777777" w:rsidR="00623E5F" w:rsidRDefault="00000000">
            <w:pPr>
              <w:spacing w:after="8" w:line="245" w:lineRule="auto"/>
            </w:pPr>
            <w:r>
              <w:rPr>
                <w:color w:val="000000"/>
                <w:sz w:val="13"/>
              </w:rPr>
              <w:t>4. Poštena igra in napredek: primerjam svoj prejšnji dokaz.</w:t>
            </w:r>
          </w:p>
          <w:p w14:paraId="22BA0D4D"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569CF7B9" w14:textId="77777777" w:rsidR="00623E5F" w:rsidRDefault="00000000">
            <w:pPr>
              <w:spacing w:after="14" w:line="245" w:lineRule="auto"/>
            </w:pPr>
            <w:r>
              <w:rPr>
                <w:b/>
                <w:color w:val="D95BC6"/>
                <w:sz w:val="16"/>
              </w:rPr>
              <w:t>DOKAZ O UČENJU</w:t>
            </w:r>
          </w:p>
          <w:p w14:paraId="5ED84940"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64A2374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3844C1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E3014DC"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59D02E1" w14:textId="77777777" w:rsidR="00623E5F" w:rsidRDefault="00000000">
            <w:pPr>
              <w:jc w:val="center"/>
            </w:pPr>
            <w:r>
              <w:rPr>
                <w:b/>
                <w:color w:val="000000"/>
                <w:sz w:val="20"/>
              </w:rPr>
              <w:t>UČNE DEJAVNOSTI, METODE IN FORMATIVNO SPREMLJANJE</w:t>
            </w:r>
          </w:p>
        </w:tc>
      </w:tr>
      <w:tr w:rsidR="00623E5F" w14:paraId="04A4721D" w14:textId="77777777">
        <w:trPr>
          <w:tblHeader/>
          <w:jc w:val="center"/>
        </w:trPr>
        <w:tc>
          <w:tcPr>
            <w:tcW w:w="4422" w:type="dxa"/>
            <w:vMerge/>
            <w:tcMar>
              <w:top w:w="70" w:type="dxa"/>
              <w:left w:w="90" w:type="dxa"/>
              <w:bottom w:w="70" w:type="dxa"/>
              <w:right w:w="90" w:type="dxa"/>
            </w:tcMar>
            <w:vAlign w:val="center"/>
          </w:tcPr>
          <w:p w14:paraId="05685D89" w14:textId="77777777" w:rsidR="00623E5F" w:rsidRDefault="00623E5F"/>
        </w:tc>
        <w:tc>
          <w:tcPr>
            <w:tcW w:w="7087" w:type="dxa"/>
            <w:shd w:val="clear" w:color="auto" w:fill="FFFFFF"/>
            <w:tcMar>
              <w:top w:w="70" w:type="dxa"/>
              <w:left w:w="90" w:type="dxa"/>
              <w:bottom w:w="70" w:type="dxa"/>
              <w:right w:w="90" w:type="dxa"/>
            </w:tcMar>
            <w:vAlign w:val="center"/>
          </w:tcPr>
          <w:p w14:paraId="0FD90D51"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4E086EA" w14:textId="77777777" w:rsidR="00623E5F" w:rsidRDefault="00000000">
            <w:pPr>
              <w:jc w:val="center"/>
            </w:pPr>
            <w:r>
              <w:rPr>
                <w:b/>
                <w:color w:val="000000"/>
              </w:rPr>
              <w:t>UČENEC</w:t>
            </w:r>
          </w:p>
        </w:tc>
      </w:tr>
      <w:tr w:rsidR="00623E5F" w14:paraId="73F25476" w14:textId="77777777">
        <w:trPr>
          <w:jc w:val="center"/>
        </w:trPr>
        <w:tc>
          <w:tcPr>
            <w:tcW w:w="4422" w:type="dxa"/>
            <w:tcMar>
              <w:top w:w="70" w:type="dxa"/>
              <w:left w:w="90" w:type="dxa"/>
              <w:bottom w:w="70" w:type="dxa"/>
              <w:right w:w="90" w:type="dxa"/>
            </w:tcMar>
          </w:tcPr>
          <w:p w14:paraId="33BA715E" w14:textId="77777777" w:rsidR="00623E5F" w:rsidRDefault="00623E5F"/>
          <w:p w14:paraId="129BEAC8" w14:textId="77777777" w:rsidR="00623E5F" w:rsidRDefault="00000000">
            <w:pPr>
              <w:spacing w:after="40" w:line="245" w:lineRule="auto"/>
            </w:pPr>
            <w:r>
              <w:rPr>
                <w:b/>
                <w:color w:val="000000"/>
              </w:rPr>
              <w:t>FORMATIVNO SPREMLJANJE</w:t>
            </w:r>
          </w:p>
          <w:p w14:paraId="028AC703" w14:textId="77777777" w:rsidR="00623E5F" w:rsidRDefault="00000000">
            <w:pPr>
              <w:pStyle w:val="Oznaenseznam"/>
              <w:spacing w:after="16"/>
            </w:pPr>
            <w:r>
              <w:rPr>
                <w:color w:val="000000"/>
                <w:sz w:val="15"/>
              </w:rPr>
              <w:t>predznanje: gibalni prikaz, odziv na znak, izbira kartice, začetni poskus ali kratka razlaga</w:t>
            </w:r>
          </w:p>
          <w:p w14:paraId="21017517" w14:textId="77777777" w:rsidR="00623E5F" w:rsidRDefault="00000000">
            <w:pPr>
              <w:pStyle w:val="Oznaenseznam"/>
              <w:spacing w:after="16"/>
            </w:pPr>
            <w:r>
              <w:rPr>
                <w:color w:val="000000"/>
                <w:sz w:val="15"/>
              </w:rPr>
              <w:t>nameni in merila: kratka poved, slikovni znak, model varne izvedbe in en opazljiv tehnični poudarek</w:t>
            </w:r>
          </w:p>
          <w:p w14:paraId="4FF5B345"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1FEB4C97" w14:textId="77777777" w:rsidR="00623E5F" w:rsidRDefault="00000000">
            <w:pPr>
              <w:pStyle w:val="Oznaenseznam"/>
              <w:spacing w:after="16"/>
            </w:pPr>
            <w:r>
              <w:rPr>
                <w:color w:val="000000"/>
                <w:sz w:val="15"/>
              </w:rPr>
              <w:t>povratna informacija: opis opaženega, povezava z enim merilom in takoj izvedljiv ponovni poskus</w:t>
            </w:r>
          </w:p>
          <w:p w14:paraId="20E5ED43" w14:textId="77777777" w:rsidR="00623E5F" w:rsidRDefault="00000000">
            <w:pPr>
              <w:pStyle w:val="Oznaenseznam"/>
              <w:spacing w:after="16"/>
            </w:pPr>
            <w:r>
              <w:rPr>
                <w:color w:val="000000"/>
                <w:sz w:val="15"/>
              </w:rPr>
              <w:t>samovrednotenje: semafor napora in varnosti, lestvica samostojnosti, izbran dokaz ter osebni naslednji korak</w:t>
            </w:r>
          </w:p>
          <w:p w14:paraId="2FCBE3DB" w14:textId="77777777" w:rsidR="00623E5F" w:rsidRDefault="00000000">
            <w:pPr>
              <w:spacing w:before="40" w:after="20" w:line="245" w:lineRule="auto"/>
            </w:pPr>
            <w:r>
              <w:rPr>
                <w:b/>
                <w:color w:val="000000"/>
                <w:sz w:val="17"/>
              </w:rPr>
              <w:t>VARNOST, POČUTJE IN HIGIENA</w:t>
            </w:r>
          </w:p>
          <w:p w14:paraId="3BF10B18"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Tekališča, doskočišča in sektorji za mete so ločeni; vsi mečejo in pobirajo rekvizite samo na skupni znak.</w:t>
            </w:r>
          </w:p>
          <w:p w14:paraId="29437CF3" w14:textId="77777777" w:rsidR="00623E5F" w:rsidRDefault="00000000">
            <w:pPr>
              <w:spacing w:after="20" w:line="245" w:lineRule="auto"/>
            </w:pPr>
            <w:r>
              <w:rPr>
                <w:b/>
                <w:color w:val="000000"/>
                <w:sz w:val="17"/>
              </w:rPr>
              <w:t>EVIDENCA PO IZVEDBI</w:t>
            </w:r>
          </w:p>
          <w:p w14:paraId="1D1D38F7"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051F2889" w14:textId="77777777" w:rsidR="00623E5F" w:rsidRDefault="00000000">
            <w:pPr>
              <w:spacing w:before="40" w:after="20" w:line="245" w:lineRule="auto"/>
            </w:pPr>
            <w:r>
              <w:rPr>
                <w:b/>
                <w:color w:val="000000"/>
                <w:sz w:val="17"/>
              </w:rPr>
              <w:t>RAVEN DOSEGANJA</w:t>
            </w:r>
          </w:p>
          <w:p w14:paraId="1762CA37"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43F46D88"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74A66B1" w14:textId="77777777">
              <w:trPr>
                <w:jc w:val="center"/>
              </w:trPr>
              <w:tc>
                <w:tcPr>
                  <w:tcW w:w="7087" w:type="dxa"/>
                  <w:shd w:val="clear" w:color="auto" w:fill="EDC9EA"/>
                  <w:tcMar>
                    <w:top w:w="45" w:type="dxa"/>
                    <w:left w:w="70" w:type="dxa"/>
                    <w:bottom w:w="45" w:type="dxa"/>
                    <w:right w:w="70" w:type="dxa"/>
                  </w:tcMar>
                </w:tcPr>
                <w:p w14:paraId="131AD42C" w14:textId="77777777" w:rsidR="00623E5F" w:rsidRDefault="00000000">
                  <w:pPr>
                    <w:keepNext/>
                  </w:pPr>
                  <w:r>
                    <w:rPr>
                      <w:b/>
                      <w:color w:val="000000"/>
                    </w:rPr>
                    <w:t>VPRAŠANJA V PODPORO GIBALNEMU UČENJU</w:t>
                  </w:r>
                </w:p>
              </w:tc>
            </w:tr>
          </w:tbl>
          <w:p w14:paraId="4C524B73" w14:textId="77777777" w:rsidR="00623E5F" w:rsidRDefault="00623E5F">
            <w:pPr>
              <w:spacing w:line="20" w:lineRule="exact"/>
            </w:pPr>
          </w:p>
          <w:p w14:paraId="0C2548A2" w14:textId="77777777" w:rsidR="00623E5F" w:rsidRDefault="00000000">
            <w:pPr>
              <w:pStyle w:val="Oznaenseznam"/>
              <w:spacing w:after="16"/>
            </w:pPr>
            <w:r>
              <w:rPr>
                <w:color w:val="000000"/>
                <w:sz w:val="15"/>
              </w:rPr>
              <w:t>Kaj si pri prvem poskusu začutil/-a ali opazil/-a v položaju telesa, ravnotežju, smeri, ritmu ali naporu?</w:t>
            </w:r>
          </w:p>
          <w:p w14:paraId="0D6017C4" w14:textId="77777777" w:rsidR="00623E5F" w:rsidRDefault="00000000">
            <w:pPr>
              <w:pStyle w:val="Oznaenseznam"/>
              <w:spacing w:after="16"/>
            </w:pPr>
            <w:r>
              <w:rPr>
                <w:color w:val="000000"/>
                <w:sz w:val="15"/>
              </w:rPr>
              <w:t>Katero varnostno pravilo in kateri gibalni korak sta bila danes najpomembnejša?</w:t>
            </w:r>
          </w:p>
          <w:p w14:paraId="3A7C746C" w14:textId="77777777" w:rsidR="00623E5F" w:rsidRDefault="00000000">
            <w:pPr>
              <w:pStyle w:val="Oznaenseznam"/>
              <w:spacing w:after="16"/>
            </w:pPr>
            <w:r>
              <w:rPr>
                <w:color w:val="000000"/>
                <w:sz w:val="15"/>
              </w:rPr>
              <w:t>Katero raven si izbral/-a, zakaj je bila primerna in kaj si pri naslednjem poskusu spremenil/-a?</w:t>
            </w:r>
          </w:p>
          <w:p w14:paraId="538B323E" w14:textId="77777777" w:rsidR="00623E5F" w:rsidRDefault="00000000">
            <w:pPr>
              <w:pStyle w:val="Oznaenseznam"/>
              <w:spacing w:after="16"/>
            </w:pPr>
            <w:r>
              <w:rPr>
                <w:color w:val="000000"/>
                <w:sz w:val="15"/>
              </w:rPr>
              <w:t>Kateri tvoj gibalni dokaz najjasneje pokaže dogovorjeno merilo?</w:t>
            </w:r>
          </w:p>
          <w:p w14:paraId="1E135AA7"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215692F7" w14:textId="77777777">
              <w:trPr>
                <w:jc w:val="center"/>
              </w:trPr>
              <w:tc>
                <w:tcPr>
                  <w:tcW w:w="7087" w:type="dxa"/>
                  <w:shd w:val="clear" w:color="auto" w:fill="C6E7F3"/>
                  <w:tcMar>
                    <w:top w:w="45" w:type="dxa"/>
                    <w:left w:w="70" w:type="dxa"/>
                    <w:bottom w:w="45" w:type="dxa"/>
                    <w:right w:w="70" w:type="dxa"/>
                  </w:tcMar>
                </w:tcPr>
                <w:p w14:paraId="6789823F" w14:textId="77777777" w:rsidR="00623E5F" w:rsidRDefault="00000000">
                  <w:pPr>
                    <w:keepNext/>
                  </w:pPr>
                  <w:r>
                    <w:rPr>
                      <w:b/>
                      <w:color w:val="000000"/>
                    </w:rPr>
                    <w:t>ZAKLJUČNI DEL – UMIRJANJE, RAZTEZANJE, DOKAZ IN REFLEKSIJA (8–10 min)</w:t>
                  </w:r>
                </w:p>
              </w:tc>
            </w:tr>
          </w:tbl>
          <w:p w14:paraId="1150CCAC" w14:textId="77777777" w:rsidR="00623E5F" w:rsidRDefault="00623E5F">
            <w:pPr>
              <w:spacing w:line="20" w:lineRule="exact"/>
            </w:pPr>
          </w:p>
          <w:p w14:paraId="63C8AC23"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76FD58A8" w14:textId="77777777">
              <w:trPr>
                <w:jc w:val="center"/>
              </w:trPr>
              <w:tc>
                <w:tcPr>
                  <w:tcW w:w="7087" w:type="dxa"/>
                  <w:shd w:val="clear" w:color="auto" w:fill="EDC9EA"/>
                  <w:tcMar>
                    <w:top w:w="45" w:type="dxa"/>
                    <w:left w:w="70" w:type="dxa"/>
                    <w:bottom w:w="45" w:type="dxa"/>
                    <w:right w:w="70" w:type="dxa"/>
                  </w:tcMar>
                </w:tcPr>
                <w:p w14:paraId="2480A9C3" w14:textId="77777777" w:rsidR="00623E5F" w:rsidRDefault="00000000">
                  <w:pPr>
                    <w:keepNext/>
                  </w:pPr>
                  <w:r>
                    <w:rPr>
                      <w:b/>
                      <w:color w:val="000000"/>
                    </w:rPr>
                    <w:t>SAMOVREDNOTENJE</w:t>
                  </w:r>
                </w:p>
              </w:tc>
            </w:tr>
          </w:tbl>
          <w:p w14:paraId="703F156C" w14:textId="77777777" w:rsidR="00623E5F" w:rsidRDefault="00623E5F">
            <w:pPr>
              <w:spacing w:line="20" w:lineRule="exact"/>
            </w:pPr>
          </w:p>
          <w:p w14:paraId="3F25BBC2"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25109ADC" w14:textId="77777777">
              <w:trPr>
                <w:jc w:val="center"/>
              </w:trPr>
              <w:tc>
                <w:tcPr>
                  <w:tcW w:w="7087" w:type="dxa"/>
                  <w:shd w:val="clear" w:color="auto" w:fill="EDC9EA"/>
                  <w:tcMar>
                    <w:top w:w="45" w:type="dxa"/>
                    <w:left w:w="70" w:type="dxa"/>
                    <w:bottom w:w="45" w:type="dxa"/>
                    <w:right w:w="70" w:type="dxa"/>
                  </w:tcMar>
                </w:tcPr>
                <w:p w14:paraId="25A0CE21" w14:textId="77777777" w:rsidR="00623E5F" w:rsidRDefault="00000000">
                  <w:pPr>
                    <w:keepNext/>
                  </w:pPr>
                  <w:r>
                    <w:rPr>
                      <w:b/>
                      <w:color w:val="000000"/>
                    </w:rPr>
                    <w:t>VRSTNIŠKO OPAZOVANJE IN POVRATNA INFORMACIJA</w:t>
                  </w:r>
                </w:p>
              </w:tc>
            </w:tr>
          </w:tbl>
          <w:p w14:paraId="0911BFB8" w14:textId="77777777" w:rsidR="00623E5F" w:rsidRDefault="00623E5F">
            <w:pPr>
              <w:spacing w:line="20" w:lineRule="exact"/>
            </w:pPr>
          </w:p>
          <w:p w14:paraId="08F4A880"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30167B76" w14:textId="77777777">
              <w:trPr>
                <w:jc w:val="center"/>
              </w:trPr>
              <w:tc>
                <w:tcPr>
                  <w:tcW w:w="7087" w:type="dxa"/>
                  <w:shd w:val="clear" w:color="auto" w:fill="EDC9EA"/>
                  <w:tcMar>
                    <w:top w:w="45" w:type="dxa"/>
                    <w:left w:w="70" w:type="dxa"/>
                    <w:bottom w:w="45" w:type="dxa"/>
                    <w:right w:w="70" w:type="dxa"/>
                  </w:tcMar>
                </w:tcPr>
                <w:p w14:paraId="2CF0E1E3" w14:textId="77777777" w:rsidR="00623E5F" w:rsidRDefault="00000000">
                  <w:pPr>
                    <w:keepNext/>
                  </w:pPr>
                  <w:r>
                    <w:rPr>
                      <w:b/>
                      <w:color w:val="000000"/>
                    </w:rPr>
                    <w:t>SKUPNI POVZETEK</w:t>
                  </w:r>
                </w:p>
              </w:tc>
            </w:tr>
          </w:tbl>
          <w:p w14:paraId="698B27F8" w14:textId="77777777" w:rsidR="00623E5F" w:rsidRDefault="00623E5F">
            <w:pPr>
              <w:spacing w:line="20" w:lineRule="exact"/>
            </w:pPr>
          </w:p>
          <w:p w14:paraId="1A894796" w14:textId="77777777" w:rsidR="00623E5F" w:rsidRDefault="00000000">
            <w:pPr>
              <w:spacing w:before="20" w:after="40" w:line="245" w:lineRule="auto"/>
            </w:pPr>
            <w:r>
              <w:rPr>
                <w:b/>
                <w:color w:val="000000"/>
                <w:sz w:val="16"/>
              </w:rPr>
              <w:t>tečem, skačem in mečem; primerjam svoj napredek; upoštevam pošteno igro. Izbrani gibalni dokaz pojasnim in določim varen naslednji korak.</w:t>
            </w:r>
          </w:p>
          <w:tbl>
            <w:tblPr>
              <w:tblStyle w:val="Tabelamrea"/>
              <w:tblW w:w="0" w:type="auto"/>
              <w:jc w:val="center"/>
              <w:tblLayout w:type="fixed"/>
              <w:tblLook w:val="04A0" w:firstRow="1" w:lastRow="0" w:firstColumn="1" w:lastColumn="0" w:noHBand="0" w:noVBand="1"/>
            </w:tblPr>
            <w:tblGrid>
              <w:gridCol w:w="7087"/>
            </w:tblGrid>
            <w:tr w:rsidR="00623E5F" w14:paraId="5AFFEF8E" w14:textId="77777777">
              <w:trPr>
                <w:jc w:val="center"/>
              </w:trPr>
              <w:tc>
                <w:tcPr>
                  <w:tcW w:w="7087" w:type="dxa"/>
                  <w:shd w:val="clear" w:color="auto" w:fill="EDC9EA"/>
                  <w:tcMar>
                    <w:top w:w="45" w:type="dxa"/>
                    <w:left w:w="70" w:type="dxa"/>
                    <w:bottom w:w="45" w:type="dxa"/>
                    <w:right w:w="70" w:type="dxa"/>
                  </w:tcMar>
                </w:tcPr>
                <w:p w14:paraId="1F8C0DF3" w14:textId="77777777" w:rsidR="00623E5F" w:rsidRDefault="00000000">
                  <w:pPr>
                    <w:keepNext/>
                  </w:pPr>
                  <w:r>
                    <w:rPr>
                      <w:b/>
                      <w:color w:val="000000"/>
                    </w:rPr>
                    <w:t>OPISNO OCENJEVANJE</w:t>
                  </w:r>
                </w:p>
              </w:tc>
            </w:tr>
          </w:tbl>
          <w:p w14:paraId="2795F0FB" w14:textId="77777777" w:rsidR="00623E5F" w:rsidRDefault="00623E5F"/>
          <w:p w14:paraId="3E4A9138" w14:textId="77777777" w:rsidR="00623E5F" w:rsidRDefault="00000000">
            <w:pPr>
              <w:spacing w:before="20" w:after="30" w:line="245" w:lineRule="auto"/>
            </w:pPr>
            <w:r>
              <w:rPr>
                <w:color w:val="000000"/>
                <w:sz w:val="15"/>
              </w:rPr>
              <w:t>OCENJEVANJE 3 - DRUGI NAČINI: praktična izvedba atletskih postaj, pogovor in opazovanje sodelovanja ter poštene igre. Dokaz se zbere individualno, uporabljena opora se zabeleži, opis doseganja pa vsebuje opaženo gibalno zmožnost, konkreten praktični dokaz, varnost oziroma sodelovanje in naslednji korak. Rezultat se ne izraža s številčno oceno.</w:t>
            </w:r>
          </w:p>
        </w:tc>
        <w:tc>
          <w:tcPr>
            <w:tcW w:w="2551" w:type="dxa"/>
            <w:tcMar>
              <w:top w:w="70" w:type="dxa"/>
              <w:left w:w="90" w:type="dxa"/>
              <w:bottom w:w="70" w:type="dxa"/>
              <w:right w:w="90" w:type="dxa"/>
            </w:tcMar>
          </w:tcPr>
          <w:p w14:paraId="4DB1E87C" w14:textId="77777777" w:rsidR="00623E5F" w:rsidRDefault="00623E5F"/>
          <w:p w14:paraId="3D30C067" w14:textId="77777777" w:rsidR="00623E5F" w:rsidRDefault="00000000">
            <w:pPr>
              <w:spacing w:after="80" w:line="245" w:lineRule="auto"/>
            </w:pPr>
            <w:r>
              <w:rPr>
                <w:color w:val="000000"/>
                <w:sz w:val="15"/>
              </w:rPr>
              <w:t>Odgovarja na podporna vprašanja in se sklicuje na svojo izvedbo, počutje, izbrano raven in varnost.</w:t>
            </w:r>
          </w:p>
          <w:p w14:paraId="125203B7" w14:textId="77777777" w:rsidR="00623E5F" w:rsidRDefault="00000000">
            <w:pPr>
              <w:spacing w:after="80" w:line="245" w:lineRule="auto"/>
            </w:pPr>
            <w:r>
              <w:rPr>
                <w:color w:val="000000"/>
                <w:sz w:val="15"/>
              </w:rPr>
              <w:t>Predstavi izbrani gibalni dokaz ter pokaže ali pove, katero merilo z njim dosega.</w:t>
            </w:r>
          </w:p>
          <w:p w14:paraId="6F654437" w14:textId="77777777" w:rsidR="00623E5F" w:rsidRDefault="00000000">
            <w:pPr>
              <w:spacing w:after="80" w:line="245" w:lineRule="auto"/>
            </w:pPr>
            <w:r>
              <w:rPr>
                <w:color w:val="000000"/>
                <w:sz w:val="15"/>
              </w:rPr>
              <w:t>Opazuje eno dogovorjeno prvino vrstnikove izvedbe in poda kratek, prijazen ter uporaben odziv.</w:t>
            </w:r>
          </w:p>
          <w:p w14:paraId="1AF6EFCA"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0E59CAF6" w14:textId="77777777" w:rsidR="00623E5F" w:rsidRDefault="00000000">
            <w:pPr>
              <w:spacing w:after="100" w:line="245" w:lineRule="auto"/>
            </w:pPr>
            <w:r>
              <w:rPr>
                <w:color w:val="000000"/>
                <w:sz w:val="15"/>
              </w:rPr>
              <w:t>Umiri dihanje, oceni napor in počutje, izbere raven samostojnosti ter določi varen naslednji korak.</w:t>
            </w:r>
          </w:p>
          <w:p w14:paraId="25CC0A26" w14:textId="77777777" w:rsidR="00623E5F" w:rsidRDefault="00000000">
            <w:pPr>
              <w:spacing w:after="20" w:line="245" w:lineRule="auto"/>
            </w:pPr>
            <w:r>
              <w:rPr>
                <w:b/>
                <w:color w:val="D95BC6"/>
                <w:sz w:val="17"/>
              </w:rPr>
              <w:t>DOKAZ O UČENJU</w:t>
            </w:r>
          </w:p>
          <w:p w14:paraId="1FAE11EC"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329F28E1"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7C908EBE" w14:textId="77777777">
        <w:trPr>
          <w:cantSplit/>
          <w:jc w:val="center"/>
        </w:trPr>
        <w:tc>
          <w:tcPr>
            <w:tcW w:w="14060" w:type="dxa"/>
            <w:gridSpan w:val="6"/>
            <w:tcMar>
              <w:top w:w="70" w:type="dxa"/>
              <w:left w:w="90" w:type="dxa"/>
              <w:bottom w:w="70" w:type="dxa"/>
              <w:right w:w="90" w:type="dxa"/>
            </w:tcMar>
            <w:vAlign w:val="center"/>
          </w:tcPr>
          <w:p w14:paraId="1EF01CE0" w14:textId="77777777" w:rsidR="00623E5F" w:rsidRDefault="00000000">
            <w:pPr>
              <w:jc w:val="center"/>
            </w:pPr>
            <w:r>
              <w:rPr>
                <w:b/>
                <w:color w:val="000000"/>
                <w:sz w:val="24"/>
              </w:rPr>
              <w:lastRenderedPageBreak/>
              <w:t>UČNA PRIPRAVA 30/39</w:t>
            </w:r>
          </w:p>
        </w:tc>
      </w:tr>
      <w:tr w:rsidR="00623E5F" w14:paraId="2FB7E668" w14:textId="77777777">
        <w:trPr>
          <w:jc w:val="center"/>
        </w:trPr>
        <w:tc>
          <w:tcPr>
            <w:tcW w:w="2665" w:type="dxa"/>
            <w:tcMar>
              <w:top w:w="70" w:type="dxa"/>
              <w:left w:w="90" w:type="dxa"/>
              <w:bottom w:w="70" w:type="dxa"/>
              <w:right w:w="90" w:type="dxa"/>
            </w:tcMar>
            <w:vAlign w:val="center"/>
          </w:tcPr>
          <w:p w14:paraId="50C11944"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AF3247D"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7CCBA0A1"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ADE3CCC" w14:textId="77777777" w:rsidR="00623E5F" w:rsidRDefault="00000000">
            <w:r>
              <w:rPr>
                <w:b/>
                <w:color w:val="000000"/>
                <w:sz w:val="16"/>
              </w:rPr>
              <w:t xml:space="preserve">NAČRTOVANI TERMIN: </w:t>
            </w:r>
            <w:r>
              <w:rPr>
                <w:color w:val="000000"/>
                <w:sz w:val="16"/>
              </w:rPr>
              <w:t>30. teden • 12.–16. 4. 2027</w:t>
            </w:r>
          </w:p>
        </w:tc>
        <w:tc>
          <w:tcPr>
            <w:tcW w:w="2268" w:type="dxa"/>
            <w:tcMar>
              <w:top w:w="70" w:type="dxa"/>
              <w:left w:w="90" w:type="dxa"/>
              <w:bottom w:w="70" w:type="dxa"/>
              <w:right w:w="90" w:type="dxa"/>
            </w:tcMar>
            <w:vAlign w:val="center"/>
          </w:tcPr>
          <w:p w14:paraId="2ACF1EC6"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66DC6267" w14:textId="77777777" w:rsidR="00623E5F" w:rsidRDefault="00000000">
            <w:r>
              <w:rPr>
                <w:b/>
                <w:color w:val="000000"/>
                <w:sz w:val="16"/>
              </w:rPr>
              <w:t xml:space="preserve">ŠTEVILO UR: </w:t>
            </w:r>
            <w:r>
              <w:rPr>
                <w:color w:val="000000"/>
                <w:sz w:val="16"/>
              </w:rPr>
              <w:t>3</w:t>
            </w:r>
          </w:p>
        </w:tc>
      </w:tr>
      <w:tr w:rsidR="00623E5F" w14:paraId="7FC91519" w14:textId="77777777">
        <w:trPr>
          <w:jc w:val="center"/>
        </w:trPr>
        <w:tc>
          <w:tcPr>
            <w:tcW w:w="14061" w:type="dxa"/>
            <w:gridSpan w:val="6"/>
            <w:tcMar>
              <w:top w:w="70" w:type="dxa"/>
              <w:left w:w="90" w:type="dxa"/>
              <w:bottom w:w="70" w:type="dxa"/>
              <w:right w:w="90" w:type="dxa"/>
            </w:tcMar>
            <w:vAlign w:val="center"/>
          </w:tcPr>
          <w:p w14:paraId="3D0EE738"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2F268AEB" w14:textId="77777777">
        <w:trPr>
          <w:cantSplit/>
          <w:jc w:val="center"/>
        </w:trPr>
        <w:tc>
          <w:tcPr>
            <w:tcW w:w="14060" w:type="dxa"/>
            <w:gridSpan w:val="6"/>
            <w:tcMar>
              <w:top w:w="70" w:type="dxa"/>
              <w:left w:w="90" w:type="dxa"/>
              <w:bottom w:w="70" w:type="dxa"/>
              <w:right w:w="90" w:type="dxa"/>
            </w:tcMar>
            <w:vAlign w:val="center"/>
          </w:tcPr>
          <w:p w14:paraId="603B6467" w14:textId="77777777" w:rsidR="00623E5F" w:rsidRDefault="00623E5F"/>
          <w:p w14:paraId="6187BB3A" w14:textId="77777777" w:rsidR="00623E5F" w:rsidRDefault="00000000">
            <w:pPr>
              <w:spacing w:line="245" w:lineRule="auto"/>
            </w:pPr>
            <w:r>
              <w:rPr>
                <w:b/>
                <w:color w:val="000000"/>
                <w:sz w:val="15"/>
              </w:rPr>
              <w:t xml:space="preserve">UČNI SKLOP: </w:t>
            </w:r>
            <w:r>
              <w:rPr>
                <w:color w:val="000000"/>
                <w:sz w:val="15"/>
              </w:rPr>
              <w:t>GIBANJE, SVETLOBA IN ZVOK</w:t>
            </w:r>
          </w:p>
        </w:tc>
      </w:tr>
      <w:tr w:rsidR="00623E5F" w14:paraId="24E1C32E" w14:textId="77777777">
        <w:trPr>
          <w:cantSplit/>
          <w:jc w:val="center"/>
        </w:trPr>
        <w:tc>
          <w:tcPr>
            <w:tcW w:w="14060" w:type="dxa"/>
            <w:gridSpan w:val="6"/>
            <w:tcMar>
              <w:top w:w="70" w:type="dxa"/>
              <w:left w:w="90" w:type="dxa"/>
              <w:bottom w:w="70" w:type="dxa"/>
              <w:right w:w="90" w:type="dxa"/>
            </w:tcMar>
            <w:vAlign w:val="center"/>
          </w:tcPr>
          <w:p w14:paraId="74AC33F5" w14:textId="77777777" w:rsidR="00623E5F" w:rsidRDefault="00623E5F"/>
          <w:p w14:paraId="0D522F00" w14:textId="77777777" w:rsidR="00623E5F" w:rsidRDefault="00000000">
            <w:pPr>
              <w:spacing w:line="245" w:lineRule="auto"/>
            </w:pPr>
            <w:r>
              <w:rPr>
                <w:b/>
                <w:color w:val="000000"/>
                <w:sz w:val="15"/>
              </w:rPr>
              <w:t xml:space="preserve">UČNA TEMA: </w:t>
            </w:r>
            <w:r>
              <w:rPr>
                <w:color w:val="000000"/>
                <w:sz w:val="15"/>
              </w:rPr>
              <w:t>PLES IN RITEM</w:t>
            </w:r>
          </w:p>
        </w:tc>
      </w:tr>
      <w:tr w:rsidR="00623E5F" w14:paraId="2F15A310" w14:textId="77777777">
        <w:trPr>
          <w:cantSplit/>
          <w:jc w:val="center"/>
        </w:trPr>
        <w:tc>
          <w:tcPr>
            <w:tcW w:w="14060" w:type="dxa"/>
            <w:gridSpan w:val="6"/>
            <w:tcMar>
              <w:top w:w="70" w:type="dxa"/>
              <w:left w:w="90" w:type="dxa"/>
              <w:bottom w:w="70" w:type="dxa"/>
              <w:right w:w="90" w:type="dxa"/>
            </w:tcMar>
            <w:vAlign w:val="center"/>
          </w:tcPr>
          <w:p w14:paraId="04098DB0" w14:textId="77777777" w:rsidR="00623E5F" w:rsidRDefault="00623E5F"/>
          <w:p w14:paraId="7D8D4178" w14:textId="77777777" w:rsidR="00623E5F" w:rsidRDefault="00000000">
            <w:pPr>
              <w:spacing w:line="245" w:lineRule="auto"/>
            </w:pPr>
            <w:r>
              <w:rPr>
                <w:b/>
                <w:color w:val="000000"/>
                <w:sz w:val="15"/>
              </w:rPr>
              <w:t xml:space="preserve">KNJIŽEVNO / MOTIVNO IZHODIŠČE: </w:t>
            </w:r>
            <w:r>
              <w:rPr>
                <w:color w:val="000000"/>
                <w:sz w:val="15"/>
              </w:rPr>
              <w:t>»Bobek in barčica« – Anja Štefan • gibanje, voda, potisk, vlek in sodelovanje</w:t>
            </w:r>
          </w:p>
        </w:tc>
      </w:tr>
      <w:tr w:rsidR="00623E5F" w14:paraId="64F38383" w14:textId="77777777">
        <w:trPr>
          <w:cantSplit/>
          <w:jc w:val="center"/>
        </w:trPr>
        <w:tc>
          <w:tcPr>
            <w:tcW w:w="14060" w:type="dxa"/>
            <w:gridSpan w:val="6"/>
            <w:tcMar>
              <w:top w:w="70" w:type="dxa"/>
              <w:left w:w="90" w:type="dxa"/>
              <w:bottom w:w="70" w:type="dxa"/>
              <w:right w:w="90" w:type="dxa"/>
            </w:tcMar>
            <w:vAlign w:val="center"/>
          </w:tcPr>
          <w:p w14:paraId="6C1D6A10" w14:textId="77777777" w:rsidR="00623E5F" w:rsidRDefault="00623E5F"/>
          <w:p w14:paraId="3F7ACC11" w14:textId="77777777" w:rsidR="00623E5F" w:rsidRDefault="00000000">
            <w:pPr>
              <w:spacing w:line="245" w:lineRule="auto"/>
            </w:pPr>
            <w:r>
              <w:rPr>
                <w:b/>
                <w:color w:val="000000"/>
                <w:sz w:val="15"/>
              </w:rPr>
              <w:t xml:space="preserve">GIBALNO IZHODIŠČE / MOTIVACIJA: </w:t>
            </w:r>
            <w:r>
              <w:rPr>
                <w:color w:val="000000"/>
                <w:sz w:val="15"/>
              </w:rPr>
              <w:t>glasba se nepričakovano ustavlja in spreminja tempo; učenci z držo, ritmom in gibalnim motivom vstopijo v temo »ples in ritem«. Tedenski gibalni izziv: izvede gibalno-plesno igro »Vsi v barčico«.</w:t>
            </w:r>
          </w:p>
        </w:tc>
      </w:tr>
      <w:tr w:rsidR="00623E5F" w14:paraId="27C429CF" w14:textId="77777777">
        <w:trPr>
          <w:cantSplit/>
          <w:jc w:val="center"/>
        </w:trPr>
        <w:tc>
          <w:tcPr>
            <w:tcW w:w="14060" w:type="dxa"/>
            <w:gridSpan w:val="6"/>
            <w:tcMar>
              <w:top w:w="70" w:type="dxa"/>
              <w:left w:w="90" w:type="dxa"/>
              <w:bottom w:w="70" w:type="dxa"/>
              <w:right w:w="90" w:type="dxa"/>
            </w:tcMar>
            <w:vAlign w:val="center"/>
          </w:tcPr>
          <w:p w14:paraId="6D092289" w14:textId="77777777" w:rsidR="00623E5F" w:rsidRDefault="00623E5F"/>
          <w:p w14:paraId="127EDBD5" w14:textId="77777777" w:rsidR="00623E5F" w:rsidRDefault="00000000">
            <w:pPr>
              <w:spacing w:line="245" w:lineRule="auto"/>
            </w:pPr>
            <w:r>
              <w:rPr>
                <w:b/>
                <w:color w:val="000000"/>
                <w:sz w:val="15"/>
              </w:rPr>
              <w:t xml:space="preserve">UČNE ENOTE: </w:t>
            </w:r>
            <w:r>
              <w:rPr>
                <w:color w:val="000000"/>
                <w:sz w:val="15"/>
              </w:rPr>
              <w:t>1. ura – Ples in ritem – Ogrejem se in usvojim gib • 2. ura – Ples in ritem – Vadim na postajah • 3. ura – Ples in ritem – Uporabim v igri</w:t>
            </w:r>
          </w:p>
        </w:tc>
      </w:tr>
      <w:tr w:rsidR="00623E5F" w14:paraId="3E3D4DEE" w14:textId="77777777">
        <w:trPr>
          <w:cantSplit/>
          <w:jc w:val="center"/>
        </w:trPr>
        <w:tc>
          <w:tcPr>
            <w:tcW w:w="14060" w:type="dxa"/>
            <w:gridSpan w:val="6"/>
            <w:tcMar>
              <w:top w:w="70" w:type="dxa"/>
              <w:left w:w="90" w:type="dxa"/>
              <w:bottom w:w="70" w:type="dxa"/>
              <w:right w:w="90" w:type="dxa"/>
            </w:tcMar>
            <w:vAlign w:val="center"/>
          </w:tcPr>
          <w:p w14:paraId="2B84C337" w14:textId="77777777" w:rsidR="00623E5F" w:rsidRDefault="00623E5F"/>
          <w:p w14:paraId="1F41E6BB"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53A3EA4A" w14:textId="77777777">
        <w:trPr>
          <w:cantSplit/>
          <w:jc w:val="center"/>
        </w:trPr>
        <w:tc>
          <w:tcPr>
            <w:tcW w:w="14060" w:type="dxa"/>
            <w:gridSpan w:val="6"/>
            <w:tcMar>
              <w:top w:w="70" w:type="dxa"/>
              <w:left w:w="90" w:type="dxa"/>
              <w:bottom w:w="70" w:type="dxa"/>
              <w:right w:w="90" w:type="dxa"/>
            </w:tcMar>
            <w:vAlign w:val="center"/>
          </w:tcPr>
          <w:p w14:paraId="50E36D90" w14:textId="77777777" w:rsidR="00623E5F" w:rsidRDefault="00623E5F"/>
          <w:p w14:paraId="3FEF1FCE"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236E9EF0" w14:textId="77777777">
        <w:trPr>
          <w:cantSplit/>
          <w:jc w:val="center"/>
        </w:trPr>
        <w:tc>
          <w:tcPr>
            <w:tcW w:w="14060" w:type="dxa"/>
            <w:gridSpan w:val="6"/>
            <w:tcMar>
              <w:top w:w="70" w:type="dxa"/>
              <w:left w:w="90" w:type="dxa"/>
              <w:bottom w:w="70" w:type="dxa"/>
              <w:right w:w="90" w:type="dxa"/>
            </w:tcMar>
            <w:vAlign w:val="center"/>
          </w:tcPr>
          <w:p w14:paraId="52600B86" w14:textId="77777777" w:rsidR="00623E5F" w:rsidRDefault="00623E5F"/>
          <w:p w14:paraId="49A6EA12"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2566084F" w14:textId="77777777">
        <w:trPr>
          <w:cantSplit/>
          <w:jc w:val="center"/>
        </w:trPr>
        <w:tc>
          <w:tcPr>
            <w:tcW w:w="14060" w:type="dxa"/>
            <w:gridSpan w:val="6"/>
            <w:tcMar>
              <w:top w:w="70" w:type="dxa"/>
              <w:left w:w="90" w:type="dxa"/>
              <w:bottom w:w="70" w:type="dxa"/>
              <w:right w:w="90" w:type="dxa"/>
            </w:tcMar>
            <w:vAlign w:val="center"/>
          </w:tcPr>
          <w:p w14:paraId="65D43454" w14:textId="77777777" w:rsidR="00623E5F" w:rsidRDefault="00623E5F"/>
          <w:p w14:paraId="18E85DE0" w14:textId="77777777" w:rsidR="00623E5F" w:rsidRDefault="00000000">
            <w:pPr>
              <w:spacing w:line="245" w:lineRule="auto"/>
            </w:pPr>
            <w:r>
              <w:rPr>
                <w:b/>
                <w:color w:val="000000"/>
                <w:sz w:val="15"/>
              </w:rPr>
              <w:t xml:space="preserve">MEDPREDMETNE POVEZAVE: </w:t>
            </w:r>
            <w:r>
              <w:rPr>
                <w:color w:val="000000"/>
                <w:sz w:val="15"/>
              </w:rPr>
              <w:t>SPO – gibanje, voda, potisk, vlek in sodelovanje,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7A9CA1DA" w14:textId="77777777">
        <w:trPr>
          <w:cantSplit/>
          <w:jc w:val="center"/>
        </w:trPr>
        <w:tc>
          <w:tcPr>
            <w:tcW w:w="14060" w:type="dxa"/>
            <w:gridSpan w:val="6"/>
            <w:tcMar>
              <w:top w:w="70" w:type="dxa"/>
              <w:left w:w="90" w:type="dxa"/>
              <w:bottom w:w="70" w:type="dxa"/>
              <w:right w:w="90" w:type="dxa"/>
            </w:tcMar>
            <w:vAlign w:val="center"/>
          </w:tcPr>
          <w:p w14:paraId="56597F70" w14:textId="77777777" w:rsidR="00623E5F" w:rsidRDefault="00623E5F"/>
          <w:p w14:paraId="427AC321" w14:textId="77777777" w:rsidR="00623E5F" w:rsidRDefault="00000000">
            <w:pPr>
              <w:spacing w:line="245" w:lineRule="auto"/>
            </w:pPr>
            <w:r>
              <w:rPr>
                <w:b/>
                <w:color w:val="000000"/>
                <w:sz w:val="15"/>
              </w:rPr>
              <w:t xml:space="preserve">UČNA SREDSTVA IN PRIPOMOČKI: </w:t>
            </w:r>
            <w:r>
              <w:rPr>
                <w:color w:val="000000"/>
                <w:sz w:val="15"/>
              </w:rPr>
              <w:t>predvajalnik, izbrana glasba, rutice, trakovi, ritmične kartice, talne oznake in slikovni zapis gibalnega niza; kartice namena in kriterijev; oznake štirih postaj; opazovalni list; semafor napora in mapa dokazov</w:t>
            </w:r>
          </w:p>
        </w:tc>
      </w:tr>
      <w:tr w:rsidR="00623E5F" w14:paraId="1450D6FA" w14:textId="77777777">
        <w:trPr>
          <w:cantSplit/>
          <w:jc w:val="center"/>
        </w:trPr>
        <w:tc>
          <w:tcPr>
            <w:tcW w:w="14060" w:type="dxa"/>
            <w:gridSpan w:val="6"/>
            <w:tcMar>
              <w:top w:w="70" w:type="dxa"/>
              <w:left w:w="90" w:type="dxa"/>
              <w:bottom w:w="70" w:type="dxa"/>
              <w:right w:w="90" w:type="dxa"/>
            </w:tcMar>
            <w:vAlign w:val="center"/>
          </w:tcPr>
          <w:p w14:paraId="65FA125E" w14:textId="77777777" w:rsidR="00623E5F" w:rsidRDefault="00623E5F"/>
          <w:p w14:paraId="459F88D3"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38224476" w14:textId="77777777">
        <w:trPr>
          <w:cantSplit/>
          <w:jc w:val="center"/>
        </w:trPr>
        <w:tc>
          <w:tcPr>
            <w:tcW w:w="14060" w:type="dxa"/>
            <w:gridSpan w:val="6"/>
            <w:tcMar>
              <w:top w:w="70" w:type="dxa"/>
              <w:left w:w="90" w:type="dxa"/>
              <w:bottom w:w="70" w:type="dxa"/>
              <w:right w:w="90" w:type="dxa"/>
            </w:tcMar>
            <w:vAlign w:val="center"/>
          </w:tcPr>
          <w:p w14:paraId="7C5403DE" w14:textId="77777777" w:rsidR="00623E5F" w:rsidRDefault="00623E5F"/>
          <w:p w14:paraId="3E254DB1"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5EE2A157" w14:textId="77777777">
        <w:trPr>
          <w:cantSplit/>
          <w:jc w:val="center"/>
        </w:trPr>
        <w:tc>
          <w:tcPr>
            <w:tcW w:w="14060" w:type="dxa"/>
            <w:gridSpan w:val="6"/>
            <w:tcMar>
              <w:top w:w="70" w:type="dxa"/>
              <w:left w:w="90" w:type="dxa"/>
              <w:bottom w:w="70" w:type="dxa"/>
              <w:right w:w="90" w:type="dxa"/>
            </w:tcMar>
            <w:vAlign w:val="center"/>
          </w:tcPr>
          <w:p w14:paraId="15A92F72" w14:textId="77777777" w:rsidR="00623E5F" w:rsidRDefault="00623E5F"/>
          <w:p w14:paraId="168DF452"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37545F3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775D2A9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AD6C928"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CEFD221" w14:textId="77777777" w:rsidR="00623E5F" w:rsidRDefault="00000000">
            <w:pPr>
              <w:jc w:val="center"/>
            </w:pPr>
            <w:r>
              <w:rPr>
                <w:b/>
                <w:color w:val="000000"/>
                <w:sz w:val="20"/>
              </w:rPr>
              <w:t>UČNE DEJAVNOSTI, METODE IN FORMATIVNO SPREMLJANJE</w:t>
            </w:r>
          </w:p>
        </w:tc>
      </w:tr>
      <w:tr w:rsidR="00623E5F" w14:paraId="25EADFE1" w14:textId="77777777">
        <w:trPr>
          <w:tblHeader/>
          <w:jc w:val="center"/>
        </w:trPr>
        <w:tc>
          <w:tcPr>
            <w:tcW w:w="4422" w:type="dxa"/>
            <w:vMerge/>
            <w:tcMar>
              <w:top w:w="70" w:type="dxa"/>
              <w:left w:w="90" w:type="dxa"/>
              <w:bottom w:w="70" w:type="dxa"/>
              <w:right w:w="90" w:type="dxa"/>
            </w:tcMar>
            <w:vAlign w:val="center"/>
          </w:tcPr>
          <w:p w14:paraId="4C3773DD" w14:textId="77777777" w:rsidR="00623E5F" w:rsidRDefault="00623E5F"/>
        </w:tc>
        <w:tc>
          <w:tcPr>
            <w:tcW w:w="7087" w:type="dxa"/>
            <w:shd w:val="clear" w:color="auto" w:fill="FFFFFF"/>
            <w:tcMar>
              <w:top w:w="70" w:type="dxa"/>
              <w:left w:w="90" w:type="dxa"/>
              <w:bottom w:w="70" w:type="dxa"/>
              <w:right w:w="90" w:type="dxa"/>
            </w:tcMar>
            <w:vAlign w:val="center"/>
          </w:tcPr>
          <w:p w14:paraId="0664C81F"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35DF0C7" w14:textId="77777777" w:rsidR="00623E5F" w:rsidRDefault="00000000">
            <w:pPr>
              <w:jc w:val="center"/>
            </w:pPr>
            <w:r>
              <w:rPr>
                <w:b/>
                <w:color w:val="000000"/>
              </w:rPr>
              <w:t>UČENEC</w:t>
            </w:r>
          </w:p>
        </w:tc>
      </w:tr>
      <w:tr w:rsidR="00623E5F" w14:paraId="189AA6BF" w14:textId="77777777">
        <w:trPr>
          <w:jc w:val="center"/>
        </w:trPr>
        <w:tc>
          <w:tcPr>
            <w:tcW w:w="4422" w:type="dxa"/>
            <w:tcMar>
              <w:top w:w="70" w:type="dxa"/>
              <w:left w:w="90" w:type="dxa"/>
              <w:bottom w:w="70" w:type="dxa"/>
              <w:right w:w="90" w:type="dxa"/>
            </w:tcMar>
          </w:tcPr>
          <w:p w14:paraId="3E9B8F8F" w14:textId="77777777" w:rsidR="00623E5F" w:rsidRDefault="00623E5F"/>
          <w:p w14:paraId="70DF2C1A" w14:textId="77777777" w:rsidR="00623E5F" w:rsidRDefault="00000000">
            <w:pPr>
              <w:spacing w:after="60" w:line="245" w:lineRule="auto"/>
            </w:pPr>
            <w:r>
              <w:rPr>
                <w:b/>
                <w:color w:val="000000"/>
              </w:rPr>
              <w:t>UČNI CILJI</w:t>
            </w:r>
          </w:p>
          <w:p w14:paraId="3CABC267" w14:textId="77777777" w:rsidR="00623E5F" w:rsidRDefault="00000000">
            <w:pPr>
              <w:spacing w:after="20" w:line="245" w:lineRule="auto"/>
            </w:pPr>
            <w:r>
              <w:rPr>
                <w:b/>
                <w:color w:val="000000"/>
                <w:sz w:val="17"/>
              </w:rPr>
              <w:t>SPLOŠNI</w:t>
            </w:r>
          </w:p>
          <w:p w14:paraId="244DC50F"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568D898B" w14:textId="77777777" w:rsidR="00623E5F" w:rsidRDefault="00000000">
            <w:pPr>
              <w:pStyle w:val="Oznaenseznam"/>
              <w:spacing w:after="16"/>
            </w:pPr>
            <w:r>
              <w:rPr>
                <w:color w:val="000000"/>
                <w:sz w:val="15"/>
              </w:rPr>
              <w:t>varno hodi, teče, skače, meče, pleza, se plazi, lovi, ravnoteži, pleše in uporablja različne rekvizite</w:t>
            </w:r>
          </w:p>
          <w:p w14:paraId="0EE28313" w14:textId="77777777" w:rsidR="00623E5F" w:rsidRDefault="00000000">
            <w:pPr>
              <w:pStyle w:val="Oznaenseznam"/>
              <w:spacing w:after="16"/>
            </w:pPr>
            <w:r>
              <w:rPr>
                <w:color w:val="000000"/>
                <w:sz w:val="15"/>
              </w:rPr>
              <w:t>razume pomen rednega gibanja, ogrevanja, higiene, primerne opreme, počitka in varnega ravnanja</w:t>
            </w:r>
          </w:p>
          <w:p w14:paraId="22CB20C2"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65B4766F" w14:textId="77777777" w:rsidR="00623E5F" w:rsidRDefault="00000000">
            <w:pPr>
              <w:spacing w:before="40" w:after="20" w:line="245" w:lineRule="auto"/>
            </w:pPr>
            <w:r>
              <w:rPr>
                <w:b/>
                <w:color w:val="000000"/>
                <w:sz w:val="17"/>
              </w:rPr>
              <w:t>OPERATIVNI</w:t>
            </w:r>
          </w:p>
          <w:p w14:paraId="573076DC" w14:textId="77777777" w:rsidR="00623E5F" w:rsidRDefault="00000000">
            <w:pPr>
              <w:pStyle w:val="Oznaenseznam"/>
              <w:spacing w:after="16"/>
            </w:pPr>
            <w:r>
              <w:rPr>
                <w:color w:val="000000"/>
                <w:sz w:val="15"/>
              </w:rPr>
              <w:t>izvede gibalni motiv</w:t>
            </w:r>
          </w:p>
          <w:p w14:paraId="794CBD65" w14:textId="77777777" w:rsidR="00623E5F" w:rsidRDefault="00000000">
            <w:pPr>
              <w:pStyle w:val="Oznaenseznam"/>
              <w:spacing w:after="16"/>
            </w:pPr>
            <w:r>
              <w:rPr>
                <w:color w:val="000000"/>
                <w:sz w:val="15"/>
              </w:rPr>
              <w:t>poveže motive v niz</w:t>
            </w:r>
          </w:p>
          <w:p w14:paraId="100AC5FA" w14:textId="77777777" w:rsidR="00623E5F" w:rsidRDefault="00000000">
            <w:pPr>
              <w:pStyle w:val="Oznaenseznam"/>
              <w:spacing w:after="16"/>
            </w:pPr>
            <w:r>
              <w:rPr>
                <w:color w:val="000000"/>
                <w:sz w:val="15"/>
              </w:rPr>
              <w:t>ustvarja v skupini</w:t>
            </w:r>
          </w:p>
          <w:p w14:paraId="0859CC15" w14:textId="77777777" w:rsidR="00623E5F" w:rsidRDefault="00000000">
            <w:pPr>
              <w:spacing w:before="40" w:after="20" w:line="245" w:lineRule="auto"/>
            </w:pPr>
            <w:r>
              <w:rPr>
                <w:b/>
                <w:color w:val="000000"/>
                <w:sz w:val="17"/>
              </w:rPr>
              <w:t>PRIČAKOVANI DOSEŽKI / MINIMALNI POUDARKI</w:t>
            </w:r>
          </w:p>
          <w:p w14:paraId="77F7074F" w14:textId="77777777" w:rsidR="00623E5F" w:rsidRDefault="00000000">
            <w:pPr>
              <w:pStyle w:val="Oznaenseznam"/>
              <w:spacing w:after="16"/>
            </w:pPr>
            <w:r>
              <w:rPr>
                <w:color w:val="000000"/>
                <w:sz w:val="15"/>
              </w:rPr>
              <w:t>učenec samostojno oziroma z dogovorjeno oporo izvede gibalni motiv</w:t>
            </w:r>
          </w:p>
          <w:p w14:paraId="5AE05F0E" w14:textId="77777777" w:rsidR="00623E5F" w:rsidRDefault="00000000">
            <w:pPr>
              <w:pStyle w:val="Oznaenseznam"/>
              <w:spacing w:after="16"/>
            </w:pPr>
            <w:r>
              <w:rPr>
                <w:color w:val="000000"/>
                <w:sz w:val="15"/>
              </w:rPr>
              <w:t>učenec samostojno oziroma z dogovorjeno oporo poveže motive v niz</w:t>
            </w:r>
          </w:p>
          <w:p w14:paraId="6CAB7194" w14:textId="77777777" w:rsidR="00623E5F" w:rsidRDefault="00000000">
            <w:pPr>
              <w:pStyle w:val="Oznaenseznam"/>
              <w:spacing w:after="16"/>
            </w:pPr>
            <w:r>
              <w:rPr>
                <w:color w:val="000000"/>
                <w:sz w:val="15"/>
              </w:rPr>
              <w:t>učenec samostojno oziroma z dogovorjeno oporo ustvarja v skupini</w:t>
            </w:r>
          </w:p>
        </w:tc>
        <w:tc>
          <w:tcPr>
            <w:tcW w:w="7087" w:type="dxa"/>
            <w:tcMar>
              <w:top w:w="70" w:type="dxa"/>
              <w:left w:w="90" w:type="dxa"/>
              <w:bottom w:w="70" w:type="dxa"/>
              <w:right w:w="90" w:type="dxa"/>
            </w:tcMar>
          </w:tcPr>
          <w:p w14:paraId="08311E46"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8B48577" w14:textId="77777777">
              <w:trPr>
                <w:jc w:val="center"/>
              </w:trPr>
              <w:tc>
                <w:tcPr>
                  <w:tcW w:w="7087" w:type="dxa"/>
                  <w:shd w:val="clear" w:color="auto" w:fill="C6E7F3"/>
                  <w:tcMar>
                    <w:top w:w="45" w:type="dxa"/>
                    <w:left w:w="70" w:type="dxa"/>
                    <w:bottom w:w="45" w:type="dxa"/>
                    <w:right w:w="70" w:type="dxa"/>
                  </w:tcMar>
                </w:tcPr>
                <w:p w14:paraId="5F631F4C" w14:textId="77777777" w:rsidR="00623E5F" w:rsidRDefault="00000000">
                  <w:pPr>
                    <w:keepNext/>
                  </w:pPr>
                  <w:r>
                    <w:rPr>
                      <w:b/>
                      <w:color w:val="000000"/>
                    </w:rPr>
                    <w:t>UVODNI DEL – POČUTJE, GIBALNI NAMIG, PREDZNANJE IN NAMEN UČENJA (7–10 min)</w:t>
                  </w:r>
                </w:p>
              </w:tc>
            </w:tr>
          </w:tbl>
          <w:p w14:paraId="407124C9" w14:textId="77777777" w:rsidR="00623E5F" w:rsidRDefault="00623E5F">
            <w:pPr>
              <w:spacing w:line="20" w:lineRule="exact"/>
            </w:pPr>
          </w:p>
          <w:p w14:paraId="4F9D04EA" w14:textId="77777777" w:rsidR="00623E5F" w:rsidRDefault="00000000">
            <w:pPr>
              <w:spacing w:before="40" w:after="60" w:line="245" w:lineRule="auto"/>
            </w:pPr>
            <w:r>
              <w:rPr>
                <w:color w:val="000000"/>
                <w:sz w:val="15"/>
              </w:rPr>
              <w:t>Ob književnem motivu »Bobek in barčica« – Anja Štefan učenci vstopijo v temo gibanje, voda, potisk, vlek in sodelovanje. Učiteljica pripravi kratek gibalni namig: glasba se nepričakovano ustavlja in spreminja tempo; učenci z držo, ritmom in gibalnim motivom vstopijo v temo »ples in ritem«. Tedenski gibalni izziv: izvede gibalno-plesno igro »Vsi v barčico«.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059E3934" w14:textId="77777777">
              <w:trPr>
                <w:jc w:val="center"/>
              </w:trPr>
              <w:tc>
                <w:tcPr>
                  <w:tcW w:w="7087" w:type="dxa"/>
                  <w:shd w:val="clear" w:color="auto" w:fill="EDC9EA"/>
                  <w:tcMar>
                    <w:top w:w="45" w:type="dxa"/>
                    <w:left w:w="70" w:type="dxa"/>
                    <w:bottom w:w="45" w:type="dxa"/>
                    <w:right w:w="70" w:type="dxa"/>
                  </w:tcMar>
                </w:tcPr>
                <w:p w14:paraId="55D2734D" w14:textId="77777777" w:rsidR="00623E5F" w:rsidRDefault="00000000">
                  <w:pPr>
                    <w:keepNext/>
                  </w:pPr>
                  <w:r>
                    <w:rPr>
                      <w:b/>
                      <w:color w:val="000000"/>
                    </w:rPr>
                    <w:t>NAMENI UČENJA</w:t>
                  </w:r>
                </w:p>
              </w:tc>
            </w:tr>
          </w:tbl>
          <w:p w14:paraId="22052668" w14:textId="77777777" w:rsidR="00623E5F" w:rsidRDefault="00623E5F">
            <w:pPr>
              <w:spacing w:line="20" w:lineRule="exact"/>
            </w:pPr>
          </w:p>
          <w:p w14:paraId="3A9F2532"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0662B899" w14:textId="77777777" w:rsidR="00623E5F" w:rsidRDefault="00000000">
            <w:pPr>
              <w:pStyle w:val="Oznaenseznam"/>
              <w:spacing w:after="16"/>
            </w:pPr>
            <w:r>
              <w:rPr>
                <w:color w:val="000000"/>
                <w:sz w:val="15"/>
              </w:rPr>
              <w:t>izvedem gibalni motiv</w:t>
            </w:r>
          </w:p>
          <w:p w14:paraId="1450795C" w14:textId="77777777" w:rsidR="00623E5F" w:rsidRDefault="00000000">
            <w:pPr>
              <w:pStyle w:val="Oznaenseznam"/>
              <w:spacing w:after="16"/>
            </w:pPr>
            <w:r>
              <w:rPr>
                <w:color w:val="000000"/>
                <w:sz w:val="15"/>
              </w:rPr>
              <w:t>poveže motive v niz</w:t>
            </w:r>
          </w:p>
          <w:p w14:paraId="6E4C859A" w14:textId="77777777" w:rsidR="00623E5F" w:rsidRDefault="00000000">
            <w:pPr>
              <w:pStyle w:val="Oznaenseznam"/>
              <w:spacing w:after="16"/>
            </w:pPr>
            <w:r>
              <w:rPr>
                <w:color w:val="000000"/>
                <w:sz w:val="15"/>
              </w:rPr>
              <w:t>ustvarja v skupini</w:t>
            </w:r>
          </w:p>
          <w:tbl>
            <w:tblPr>
              <w:tblStyle w:val="Tabelamrea"/>
              <w:tblW w:w="0" w:type="auto"/>
              <w:jc w:val="center"/>
              <w:tblLayout w:type="fixed"/>
              <w:tblLook w:val="04A0" w:firstRow="1" w:lastRow="0" w:firstColumn="1" w:lastColumn="0" w:noHBand="0" w:noVBand="1"/>
            </w:tblPr>
            <w:tblGrid>
              <w:gridCol w:w="7087"/>
            </w:tblGrid>
            <w:tr w:rsidR="00623E5F" w14:paraId="22E191C8" w14:textId="77777777">
              <w:trPr>
                <w:jc w:val="center"/>
              </w:trPr>
              <w:tc>
                <w:tcPr>
                  <w:tcW w:w="7087" w:type="dxa"/>
                  <w:shd w:val="clear" w:color="auto" w:fill="EDC9EA"/>
                  <w:tcMar>
                    <w:top w:w="45" w:type="dxa"/>
                    <w:left w:w="70" w:type="dxa"/>
                    <w:bottom w:w="45" w:type="dxa"/>
                    <w:right w:w="70" w:type="dxa"/>
                  </w:tcMar>
                </w:tcPr>
                <w:p w14:paraId="08AE5438" w14:textId="77777777" w:rsidR="00623E5F" w:rsidRDefault="00000000">
                  <w:pPr>
                    <w:keepNext/>
                  </w:pPr>
                  <w:r>
                    <w:rPr>
                      <w:b/>
                      <w:color w:val="000000"/>
                    </w:rPr>
                    <w:t>PREVERJANJE PREDZNANJA</w:t>
                  </w:r>
                </w:p>
              </w:tc>
            </w:tr>
          </w:tbl>
          <w:p w14:paraId="42A26A4A" w14:textId="77777777" w:rsidR="00623E5F" w:rsidRDefault="00623E5F">
            <w:pPr>
              <w:spacing w:line="20" w:lineRule="exact"/>
            </w:pPr>
          </w:p>
          <w:p w14:paraId="6BD48168" w14:textId="77777777" w:rsidR="00623E5F" w:rsidRDefault="00000000">
            <w:pPr>
              <w:pStyle w:val="Oznaenseznam"/>
              <w:spacing w:after="16"/>
            </w:pPr>
            <w:r>
              <w:rPr>
                <w:color w:val="000000"/>
                <w:sz w:val="15"/>
              </w:rPr>
              <w:t>Kaj moje telo in prostor že znata pokazati pri temi »PLES IN RITEM«?</w:t>
            </w:r>
          </w:p>
          <w:p w14:paraId="52755B88" w14:textId="77777777" w:rsidR="00623E5F" w:rsidRDefault="00000000">
            <w:pPr>
              <w:pStyle w:val="Oznaenseznam"/>
              <w:spacing w:after="16"/>
            </w:pPr>
            <w:r>
              <w:rPr>
                <w:color w:val="000000"/>
                <w:sz w:val="15"/>
              </w:rPr>
              <w:t>Katero varnostno pravilo, gibalni korak ali strategijo že obvladam in kaj bi najprej preizkusil/-a?</w:t>
            </w:r>
          </w:p>
          <w:p w14:paraId="7B4547D8"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1E401EFD" w14:textId="77777777">
              <w:trPr>
                <w:jc w:val="center"/>
              </w:trPr>
              <w:tc>
                <w:tcPr>
                  <w:tcW w:w="7087" w:type="dxa"/>
                  <w:shd w:val="clear" w:color="auto" w:fill="EDC9EA"/>
                  <w:tcMar>
                    <w:top w:w="45" w:type="dxa"/>
                    <w:left w:w="70" w:type="dxa"/>
                    <w:bottom w:w="45" w:type="dxa"/>
                    <w:right w:w="70" w:type="dxa"/>
                  </w:tcMar>
                </w:tcPr>
                <w:p w14:paraId="2BE228B3" w14:textId="77777777" w:rsidR="00623E5F" w:rsidRDefault="00000000">
                  <w:pPr>
                    <w:keepNext/>
                  </w:pPr>
                  <w:r>
                    <w:rPr>
                      <w:b/>
                      <w:color w:val="000000"/>
                    </w:rPr>
                    <w:t>KRITERIJI USPEŠNOSTI</w:t>
                  </w:r>
                </w:p>
              </w:tc>
            </w:tr>
          </w:tbl>
          <w:p w14:paraId="1CF1A016" w14:textId="77777777" w:rsidR="00623E5F" w:rsidRDefault="00623E5F"/>
          <w:p w14:paraId="7C972D1A" w14:textId="77777777" w:rsidR="00623E5F" w:rsidRDefault="00000000">
            <w:pPr>
              <w:spacing w:before="20" w:after="20" w:line="245" w:lineRule="auto"/>
            </w:pPr>
            <w:r>
              <w:rPr>
                <w:b/>
                <w:color w:val="000000"/>
                <w:sz w:val="16"/>
              </w:rPr>
              <w:t>Uspešen/-na bom, ko:</w:t>
            </w:r>
          </w:p>
          <w:p w14:paraId="4EAA38BA" w14:textId="77777777" w:rsidR="00623E5F" w:rsidRDefault="00000000">
            <w:pPr>
              <w:pStyle w:val="Oznaenseznam"/>
              <w:spacing w:after="16"/>
            </w:pPr>
            <w:r>
              <w:rPr>
                <w:color w:val="000000"/>
                <w:sz w:val="15"/>
              </w:rPr>
              <w:t>izvedem gibalni motiv</w:t>
            </w:r>
          </w:p>
          <w:p w14:paraId="734F2231" w14:textId="77777777" w:rsidR="00623E5F" w:rsidRDefault="00000000">
            <w:pPr>
              <w:pStyle w:val="Oznaenseznam"/>
              <w:spacing w:after="16"/>
            </w:pPr>
            <w:r>
              <w:rPr>
                <w:color w:val="000000"/>
                <w:sz w:val="15"/>
              </w:rPr>
              <w:t>poveže motive v niz</w:t>
            </w:r>
          </w:p>
          <w:p w14:paraId="3DDF9DD9" w14:textId="77777777" w:rsidR="00623E5F" w:rsidRDefault="00000000">
            <w:pPr>
              <w:pStyle w:val="Oznaenseznam"/>
              <w:spacing w:after="16"/>
            </w:pPr>
            <w:r>
              <w:rPr>
                <w:color w:val="000000"/>
                <w:sz w:val="15"/>
              </w:rPr>
              <w:t>ustvarja v skupini</w:t>
            </w:r>
          </w:p>
          <w:p w14:paraId="46B764F9" w14:textId="77777777" w:rsidR="00623E5F" w:rsidRDefault="00000000">
            <w:pPr>
              <w:pStyle w:val="Oznaenseznam"/>
              <w:spacing w:after="16"/>
            </w:pPr>
            <w:r>
              <w:rPr>
                <w:color w:val="000000"/>
                <w:sz w:val="15"/>
              </w:rPr>
              <w:t>pred začetkom preverim prostor in opremo, ohranjam razdaljo ter se na znak varno ustavim</w:t>
            </w:r>
          </w:p>
          <w:p w14:paraId="04A987D1"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76CC0ADB" w14:textId="77777777" w:rsidR="00623E5F" w:rsidRDefault="00623E5F"/>
          <w:p w14:paraId="0CC95AAA"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23A7DCD7"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79CFD69B" w14:textId="77777777" w:rsidR="00623E5F" w:rsidRDefault="00000000">
            <w:pPr>
              <w:spacing w:after="100" w:line="245" w:lineRule="auto"/>
            </w:pPr>
            <w:r>
              <w:rPr>
                <w:color w:val="000000"/>
                <w:sz w:val="15"/>
              </w:rPr>
              <w:t>Sodeluje pri razumevanju namena, vidnih meril, varnostnih pravil, prehodov in načina dokazovanja.</w:t>
            </w:r>
          </w:p>
          <w:p w14:paraId="3568E27C" w14:textId="77777777" w:rsidR="00623E5F" w:rsidRDefault="00000000">
            <w:pPr>
              <w:spacing w:after="20" w:line="245" w:lineRule="auto"/>
            </w:pPr>
            <w:r>
              <w:rPr>
                <w:b/>
                <w:color w:val="D95BC6"/>
                <w:sz w:val="17"/>
              </w:rPr>
              <w:t>DOKAZ O UČENJU</w:t>
            </w:r>
          </w:p>
          <w:p w14:paraId="13C5715D"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7FFBBC6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BA4125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778E05D"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3443B4E" w14:textId="77777777" w:rsidR="00623E5F" w:rsidRDefault="00000000">
            <w:pPr>
              <w:jc w:val="center"/>
            </w:pPr>
            <w:r>
              <w:rPr>
                <w:b/>
                <w:color w:val="000000"/>
                <w:sz w:val="20"/>
              </w:rPr>
              <w:t>UČNE DEJAVNOSTI, METODE IN FORMATIVNO SPREMLJANJE</w:t>
            </w:r>
          </w:p>
        </w:tc>
      </w:tr>
      <w:tr w:rsidR="00623E5F" w14:paraId="54FAE202" w14:textId="77777777">
        <w:trPr>
          <w:tblHeader/>
          <w:jc w:val="center"/>
        </w:trPr>
        <w:tc>
          <w:tcPr>
            <w:tcW w:w="4422" w:type="dxa"/>
            <w:vMerge/>
            <w:tcMar>
              <w:top w:w="70" w:type="dxa"/>
              <w:left w:w="90" w:type="dxa"/>
              <w:bottom w:w="70" w:type="dxa"/>
              <w:right w:w="90" w:type="dxa"/>
            </w:tcMar>
            <w:vAlign w:val="center"/>
          </w:tcPr>
          <w:p w14:paraId="0060D9A5" w14:textId="77777777" w:rsidR="00623E5F" w:rsidRDefault="00623E5F"/>
        </w:tc>
        <w:tc>
          <w:tcPr>
            <w:tcW w:w="7087" w:type="dxa"/>
            <w:shd w:val="clear" w:color="auto" w:fill="FFFFFF"/>
            <w:tcMar>
              <w:top w:w="70" w:type="dxa"/>
              <w:left w:w="90" w:type="dxa"/>
              <w:bottom w:w="70" w:type="dxa"/>
              <w:right w:w="90" w:type="dxa"/>
            </w:tcMar>
            <w:vAlign w:val="center"/>
          </w:tcPr>
          <w:p w14:paraId="1E8A4557"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992EF80" w14:textId="77777777" w:rsidR="00623E5F" w:rsidRDefault="00000000">
            <w:pPr>
              <w:jc w:val="center"/>
            </w:pPr>
            <w:r>
              <w:rPr>
                <w:b/>
                <w:color w:val="000000"/>
              </w:rPr>
              <w:t>UČENEC</w:t>
            </w:r>
          </w:p>
        </w:tc>
      </w:tr>
      <w:tr w:rsidR="00623E5F" w14:paraId="68F6D9B2" w14:textId="77777777">
        <w:trPr>
          <w:jc w:val="center"/>
        </w:trPr>
        <w:tc>
          <w:tcPr>
            <w:tcW w:w="4422" w:type="dxa"/>
            <w:tcMar>
              <w:top w:w="70" w:type="dxa"/>
              <w:left w:w="90" w:type="dxa"/>
              <w:bottom w:w="70" w:type="dxa"/>
              <w:right w:w="90" w:type="dxa"/>
            </w:tcMar>
          </w:tcPr>
          <w:p w14:paraId="37BD3EC5" w14:textId="77777777" w:rsidR="00623E5F" w:rsidRDefault="00623E5F"/>
          <w:p w14:paraId="721DCF73" w14:textId="77777777" w:rsidR="00623E5F" w:rsidRDefault="00000000">
            <w:pPr>
              <w:spacing w:after="40" w:line="245" w:lineRule="auto"/>
            </w:pPr>
            <w:r>
              <w:rPr>
                <w:b/>
                <w:color w:val="000000"/>
                <w:sz w:val="17"/>
              </w:rPr>
              <w:t>KLJUČNI ŠPORTNI IN GIBALNI POJMI</w:t>
            </w:r>
          </w:p>
          <w:p w14:paraId="7CAC5E58"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ritem, tempo, gibalni motiv, zaporedje, držo, krog, par, skupinska izvedba</w:t>
            </w:r>
          </w:p>
          <w:p w14:paraId="7BAC41A3" w14:textId="77777777" w:rsidR="00623E5F" w:rsidRDefault="00000000">
            <w:pPr>
              <w:spacing w:after="20" w:line="245" w:lineRule="auto"/>
            </w:pPr>
            <w:r>
              <w:rPr>
                <w:b/>
                <w:color w:val="000000"/>
                <w:sz w:val="17"/>
              </w:rPr>
              <w:t>DOKAZI O UČENJU</w:t>
            </w:r>
          </w:p>
          <w:p w14:paraId="1A5F0B2B" w14:textId="77777777" w:rsidR="00623E5F" w:rsidRDefault="00000000">
            <w:pPr>
              <w:pStyle w:val="Oznaenseznam"/>
              <w:spacing w:after="7"/>
            </w:pPr>
            <w:r>
              <w:rPr>
                <w:color w:val="000000"/>
                <w:sz w:val="14"/>
              </w:rPr>
              <w:t>varen odziv na znak, začetni poskus prvine in ustno varnostno pravilo.</w:t>
            </w:r>
          </w:p>
          <w:p w14:paraId="4B3C3B53" w14:textId="77777777" w:rsidR="00623E5F" w:rsidRDefault="00000000">
            <w:pPr>
              <w:pStyle w:val="Oznaenseznam"/>
              <w:spacing w:after="7"/>
            </w:pPr>
            <w:r>
              <w:rPr>
                <w:color w:val="000000"/>
                <w:sz w:val="14"/>
              </w:rPr>
              <w:t>opazovalna kartica, izvedba na izbrani ravni in učiteljev zapis o napredku.</w:t>
            </w:r>
          </w:p>
          <w:p w14:paraId="60BCBCA9" w14:textId="77777777" w:rsidR="00623E5F" w:rsidRDefault="00000000">
            <w:pPr>
              <w:pStyle w:val="Oznaenseznam"/>
              <w:spacing w:after="7"/>
            </w:pPr>
            <w:r>
              <w:rPr>
                <w:color w:val="000000"/>
                <w:sz w:val="14"/>
              </w:rPr>
              <w:t>uporaba prvine v igri, sodelovanje, upoštevanje pravil in osebno samovrednotenje.</w:t>
            </w:r>
          </w:p>
          <w:p w14:paraId="439E939C" w14:textId="77777777" w:rsidR="00623E5F" w:rsidRDefault="00000000">
            <w:pPr>
              <w:spacing w:before="40" w:after="20" w:line="245" w:lineRule="auto"/>
            </w:pPr>
            <w:r>
              <w:rPr>
                <w:b/>
                <w:color w:val="000000"/>
                <w:sz w:val="16"/>
              </w:rPr>
              <w:t>GIBALNO DOŽIVETJE IN IZKUŠENJSKI POUK</w:t>
            </w:r>
          </w:p>
          <w:p w14:paraId="359196F2"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2D58A280" w14:textId="77777777" w:rsidR="00623E5F" w:rsidRDefault="00000000">
            <w:pPr>
              <w:spacing w:after="20" w:line="245" w:lineRule="auto"/>
            </w:pPr>
            <w:r>
              <w:rPr>
                <w:b/>
                <w:color w:val="000000"/>
                <w:sz w:val="16"/>
              </w:rPr>
              <w:t>POUČEVANJE V GIBANJU</w:t>
            </w:r>
          </w:p>
          <w:p w14:paraId="3C5EC125"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1A248E92" w14:textId="77777777" w:rsidR="00623E5F" w:rsidRDefault="00000000">
            <w:pPr>
              <w:spacing w:after="20" w:line="245" w:lineRule="auto"/>
            </w:pPr>
            <w:r>
              <w:rPr>
                <w:b/>
                <w:color w:val="000000"/>
                <w:sz w:val="16"/>
              </w:rPr>
              <w:t>DELO PO ŠTIRIH POSTAJAH</w:t>
            </w:r>
          </w:p>
          <w:p w14:paraId="077E409F"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1181D57A" w14:textId="77777777" w:rsidR="00623E5F" w:rsidRDefault="00000000">
            <w:pPr>
              <w:spacing w:after="7" w:line="245" w:lineRule="auto"/>
            </w:pPr>
            <w:r>
              <w:rPr>
                <w:color w:val="000000"/>
                <w:sz w:val="14"/>
              </w:rPr>
              <w:t>1. Ritmična: s korakom, ploskom in spremembo nivoja vadim cilj »izvedem gibalni motiv«.</w:t>
            </w:r>
          </w:p>
          <w:p w14:paraId="3CE76843" w14:textId="77777777" w:rsidR="00623E5F" w:rsidRDefault="00000000">
            <w:pPr>
              <w:spacing w:after="7" w:line="245" w:lineRule="auto"/>
            </w:pPr>
            <w:r>
              <w:rPr>
                <w:color w:val="000000"/>
                <w:sz w:val="14"/>
              </w:rPr>
              <w:t>2. Motivna: ponovim kratek gibalni motiv ter ga povežem z začetkom, sredino in zaključnim položajem.</w:t>
            </w:r>
          </w:p>
          <w:p w14:paraId="14979BFF" w14:textId="77777777" w:rsidR="00623E5F" w:rsidRDefault="00000000">
            <w:pPr>
              <w:spacing w:after="7" w:line="245" w:lineRule="auto"/>
            </w:pPr>
            <w:r>
              <w:rPr>
                <w:color w:val="000000"/>
                <w:sz w:val="14"/>
              </w:rPr>
              <w:t>3. Parna oziroma krožna: ohranim razdaljo, pogled in dogovor ter uresničujem cilj »poveže motive v niz«.</w:t>
            </w:r>
          </w:p>
          <w:p w14:paraId="17484E52" w14:textId="77777777" w:rsidR="00623E5F" w:rsidRDefault="00000000">
            <w:pPr>
              <w:spacing w:after="7" w:line="245" w:lineRule="auto"/>
            </w:pPr>
            <w:r>
              <w:rPr>
                <w:color w:val="000000"/>
                <w:sz w:val="14"/>
              </w:rPr>
              <w:t>4. Ustvarjalno-izvajalska: v skupini sestavim kratek niz, ga predstavim in pokažem, kako »ustvarja v skupini«.</w:t>
            </w:r>
          </w:p>
          <w:p w14:paraId="4BF15A9B" w14:textId="77777777" w:rsidR="00623E5F" w:rsidRDefault="00000000">
            <w:pPr>
              <w:spacing w:after="20" w:line="245" w:lineRule="auto"/>
            </w:pPr>
            <w:r>
              <w:rPr>
                <w:b/>
                <w:color w:val="000000"/>
                <w:sz w:val="16"/>
              </w:rPr>
              <w:t>DIFERENCIACIJA IN VKLJUČEVANJE</w:t>
            </w:r>
          </w:p>
          <w:p w14:paraId="052DDCB4"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4B78AA8D" w14:textId="77777777" w:rsidR="00623E5F" w:rsidRDefault="00000000">
            <w:pPr>
              <w:spacing w:after="20" w:line="245" w:lineRule="auto"/>
            </w:pPr>
            <w:r>
              <w:rPr>
                <w:b/>
                <w:color w:val="000000"/>
                <w:sz w:val="16"/>
              </w:rPr>
              <w:t>SPREMLJANJE</w:t>
            </w:r>
          </w:p>
          <w:p w14:paraId="6F33AFCC"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2CEC1760"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A53D8E5" w14:textId="77777777">
              <w:trPr>
                <w:jc w:val="center"/>
              </w:trPr>
              <w:tc>
                <w:tcPr>
                  <w:tcW w:w="7087" w:type="dxa"/>
                  <w:shd w:val="clear" w:color="auto" w:fill="C6E7F3"/>
                  <w:tcMar>
                    <w:top w:w="45" w:type="dxa"/>
                    <w:left w:w="70" w:type="dxa"/>
                    <w:bottom w:w="45" w:type="dxa"/>
                    <w:right w:w="70" w:type="dxa"/>
                  </w:tcMar>
                </w:tcPr>
                <w:p w14:paraId="784997DC" w14:textId="77777777" w:rsidR="00623E5F" w:rsidRDefault="00000000">
                  <w:pPr>
                    <w:keepNext/>
                  </w:pPr>
                  <w:r>
                    <w:rPr>
                      <w:b/>
                      <w:color w:val="000000"/>
                      <w:sz w:val="16"/>
                    </w:rPr>
                    <w:t>GLAVNI DEL – GIBALNI IZZIV, VADBA NA ŠTIRIH POSTAJAH IN IGRA (3 šolske ure)</w:t>
                  </w:r>
                </w:p>
              </w:tc>
            </w:tr>
          </w:tbl>
          <w:p w14:paraId="3DB49A57" w14:textId="77777777" w:rsidR="00623E5F" w:rsidRDefault="00623E5F">
            <w:pPr>
              <w:spacing w:line="20" w:lineRule="exact"/>
            </w:pPr>
          </w:p>
          <w:p w14:paraId="5491CA94" w14:textId="77777777" w:rsidR="00623E5F" w:rsidRDefault="00000000">
            <w:pPr>
              <w:keepNext/>
              <w:spacing w:before="16" w:after="6" w:line="245" w:lineRule="auto"/>
            </w:pPr>
            <w:r>
              <w:rPr>
                <w:b/>
                <w:color w:val="000000"/>
                <w:sz w:val="15"/>
              </w:rPr>
              <w:t>1. URA – Ples in ritem – Ogrejem se in usvojim gib</w:t>
            </w:r>
          </w:p>
          <w:p w14:paraId="78157AD6"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»Bobek in barčica« – Anja Štefan. Osrednji del 30': 32' – Preveri prostor in opremo, predstavi varnostni znak ter skozi gibalno zgodbo modelira ključno prvino po korakih.</w:t>
            </w:r>
          </w:p>
          <w:p w14:paraId="6B16533C"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5284096D" w14:textId="77777777" w:rsidR="00623E5F" w:rsidRDefault="00000000">
            <w:pPr>
              <w:spacing w:after="15" w:line="245" w:lineRule="auto"/>
            </w:pPr>
            <w:r>
              <w:rPr>
                <w:i/>
                <w:color w:val="D95BC6"/>
                <w:sz w:val="14"/>
              </w:rPr>
              <w:t>Predvideni dokaz: varen odziv na znak, začetni poskus prvine in ustno varnostno pravilo..</w:t>
            </w:r>
          </w:p>
          <w:p w14:paraId="2E6A7257" w14:textId="77777777" w:rsidR="00623E5F" w:rsidRDefault="00000000">
            <w:pPr>
              <w:keepNext/>
              <w:spacing w:before="16" w:after="6" w:line="245" w:lineRule="auto"/>
            </w:pPr>
            <w:r>
              <w:rPr>
                <w:b/>
                <w:color w:val="000000"/>
                <w:sz w:val="15"/>
              </w:rPr>
              <w:t>2. URA – Ples in ritem – Vadim na postajah</w:t>
            </w:r>
          </w:p>
          <w:p w14:paraId="44B141FB"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»Bobek in barčica« – Anja Štefan. Osrednji del 30': 32' – Pripravi 4–6 postaj z enosmernimi prehodi, pokaže tri ravni izziva in opazovalcu dodeli en jasen kriterij.</w:t>
            </w:r>
          </w:p>
          <w:p w14:paraId="5F3D13DF"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45303C1C" w14:textId="77777777" w:rsidR="00623E5F" w:rsidRDefault="00000000">
            <w:pPr>
              <w:spacing w:after="15" w:line="245" w:lineRule="auto"/>
            </w:pPr>
            <w:r>
              <w:rPr>
                <w:i/>
                <w:color w:val="D95BC6"/>
                <w:sz w:val="14"/>
              </w:rPr>
              <w:t>Predvideni dokaz: opazovalna kartica, izvedba na izbrani ravni in učiteljev zapis o napredku..</w:t>
            </w:r>
          </w:p>
          <w:p w14:paraId="667EDFCD" w14:textId="77777777" w:rsidR="00623E5F" w:rsidRDefault="00000000">
            <w:pPr>
              <w:keepNext/>
              <w:spacing w:before="16" w:after="6" w:line="245" w:lineRule="auto"/>
            </w:pPr>
            <w:r>
              <w:rPr>
                <w:b/>
                <w:color w:val="000000"/>
                <w:sz w:val="15"/>
              </w:rPr>
              <w:t>3. URA – Ples in ritem – Uporabim v igri</w:t>
            </w:r>
          </w:p>
          <w:p w14:paraId="2C5CAF50"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»Bobek in barčica« – Anja Štefan. Osrednji del 30': 32' – Organizira vključujočo igro ali izziv brez izločanja, spremlja varnost, pošteno igro in uporabo naučene prvine.</w:t>
            </w:r>
          </w:p>
          <w:p w14:paraId="7ABE62DB"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74E360BE"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66015220" w14:textId="77777777">
              <w:trPr>
                <w:jc w:val="center"/>
              </w:trPr>
              <w:tc>
                <w:tcPr>
                  <w:tcW w:w="7087" w:type="dxa"/>
                  <w:shd w:val="clear" w:color="auto" w:fill="EDC9EA"/>
                  <w:tcMar>
                    <w:top w:w="45" w:type="dxa"/>
                    <w:left w:w="70" w:type="dxa"/>
                    <w:bottom w:w="45" w:type="dxa"/>
                    <w:right w:w="70" w:type="dxa"/>
                  </w:tcMar>
                </w:tcPr>
                <w:p w14:paraId="52035C86" w14:textId="77777777" w:rsidR="00623E5F" w:rsidRDefault="00000000">
                  <w:pPr>
                    <w:keepNext/>
                  </w:pPr>
                  <w:r>
                    <w:rPr>
                      <w:b/>
                      <w:color w:val="000000"/>
                      <w:sz w:val="16"/>
                    </w:rPr>
                    <w:t>ORGANIZACIJA POSTAJ, PREHODOV IN AKTIVNEGA ČASA</w:t>
                  </w:r>
                </w:p>
              </w:tc>
            </w:tr>
          </w:tbl>
          <w:p w14:paraId="5BB88079" w14:textId="77777777" w:rsidR="00623E5F" w:rsidRDefault="00623E5F"/>
          <w:p w14:paraId="50257C8B" w14:textId="77777777" w:rsidR="00623E5F" w:rsidRDefault="00000000">
            <w:pPr>
              <w:spacing w:before="5" w:after="6" w:line="245" w:lineRule="auto"/>
            </w:pPr>
            <w:r>
              <w:rPr>
                <w:color w:val="000000"/>
                <w:sz w:val="14"/>
              </w:rPr>
              <w:t>Postaja 1: Ritmična: s korakom, ploskom in spremembo nivoja vadim cilj »izvedem gibalni motiv«.</w:t>
            </w:r>
          </w:p>
          <w:p w14:paraId="4927D17D" w14:textId="77777777" w:rsidR="00623E5F" w:rsidRDefault="00000000">
            <w:pPr>
              <w:spacing w:before="5" w:after="6" w:line="245" w:lineRule="auto"/>
            </w:pPr>
            <w:r>
              <w:rPr>
                <w:color w:val="000000"/>
                <w:sz w:val="14"/>
              </w:rPr>
              <w:t>Postaja 2: Motivna: ponovim kratek gibalni motiv ter ga povežem z začetkom, sredino in zaključnim položajem.</w:t>
            </w:r>
          </w:p>
          <w:p w14:paraId="179C7EF5" w14:textId="77777777" w:rsidR="00623E5F" w:rsidRDefault="00000000">
            <w:pPr>
              <w:spacing w:before="5" w:after="6" w:line="245" w:lineRule="auto"/>
            </w:pPr>
            <w:r>
              <w:rPr>
                <w:color w:val="000000"/>
                <w:sz w:val="14"/>
              </w:rPr>
              <w:t>Postaja 3: Parna oziroma krožna: ohranim razdaljo, pogled in dogovor ter uresničujem cilj »poveže motive v niz«.</w:t>
            </w:r>
          </w:p>
          <w:p w14:paraId="69BF289C" w14:textId="77777777" w:rsidR="00623E5F" w:rsidRDefault="00000000">
            <w:pPr>
              <w:spacing w:before="5" w:after="6" w:line="245" w:lineRule="auto"/>
            </w:pPr>
            <w:r>
              <w:rPr>
                <w:color w:val="000000"/>
                <w:sz w:val="14"/>
              </w:rPr>
              <w:t>Postaja 4: Ustvarjalno-izvajalska: v skupini sestavim kratek niz, ga predstavim in pokažem, kako »ustvarja v skupini«.</w:t>
            </w:r>
          </w:p>
          <w:p w14:paraId="6585DDEF"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5B9FFDED" w14:textId="77777777" w:rsidR="00623E5F" w:rsidRDefault="00623E5F"/>
          <w:p w14:paraId="23DD60B7" w14:textId="77777777" w:rsidR="00623E5F" w:rsidRDefault="00000000">
            <w:pPr>
              <w:spacing w:after="5" w:line="245" w:lineRule="auto"/>
            </w:pPr>
            <w:r>
              <w:rPr>
                <w:b/>
                <w:color w:val="000000"/>
                <w:sz w:val="15"/>
              </w:rPr>
              <w:t>1. URA – Ples in ritem – Ogrejem se in usvojim gib</w:t>
            </w:r>
          </w:p>
          <w:p w14:paraId="7ED40A5E"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279EB9B4" w14:textId="77777777" w:rsidR="00623E5F" w:rsidRDefault="00000000">
            <w:pPr>
              <w:spacing w:after="14" w:line="245" w:lineRule="auto"/>
            </w:pPr>
            <w:r>
              <w:rPr>
                <w:color w:val="D95BC6"/>
                <w:sz w:val="13"/>
              </w:rPr>
              <w:t>Dokaz: varen odziv na znak, začetni poskus prvine in ustno varnostno pravilo.</w:t>
            </w:r>
          </w:p>
          <w:p w14:paraId="0F46E41E" w14:textId="77777777" w:rsidR="00623E5F" w:rsidRDefault="00000000">
            <w:pPr>
              <w:spacing w:after="5" w:line="245" w:lineRule="auto"/>
            </w:pPr>
            <w:r>
              <w:rPr>
                <w:b/>
                <w:color w:val="000000"/>
                <w:sz w:val="15"/>
              </w:rPr>
              <w:t>2. URA – Ples in ritem – Vadim na postajah</w:t>
            </w:r>
          </w:p>
          <w:p w14:paraId="2DAA0F71"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01F32E5" w14:textId="77777777" w:rsidR="00623E5F" w:rsidRDefault="00000000">
            <w:pPr>
              <w:spacing w:after="14" w:line="245" w:lineRule="auto"/>
            </w:pPr>
            <w:r>
              <w:rPr>
                <w:color w:val="D95BC6"/>
                <w:sz w:val="13"/>
              </w:rPr>
              <w:t>Dokaz: opazovalna kartica, izvedba na izbrani ravni in učiteljev zapis o napredku.</w:t>
            </w:r>
          </w:p>
          <w:p w14:paraId="77F07B04" w14:textId="77777777" w:rsidR="00623E5F" w:rsidRDefault="00000000">
            <w:pPr>
              <w:spacing w:after="5" w:line="245" w:lineRule="auto"/>
            </w:pPr>
            <w:r>
              <w:rPr>
                <w:b/>
                <w:color w:val="000000"/>
                <w:sz w:val="15"/>
              </w:rPr>
              <w:t>3. URA – Ples in ritem – Uporabim v igri</w:t>
            </w:r>
          </w:p>
          <w:p w14:paraId="5FAC4428"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EBFAE89" w14:textId="77777777" w:rsidR="00623E5F" w:rsidRDefault="00000000">
            <w:pPr>
              <w:spacing w:after="14" w:line="245" w:lineRule="auto"/>
            </w:pPr>
            <w:r>
              <w:rPr>
                <w:color w:val="D95BC6"/>
                <w:sz w:val="13"/>
              </w:rPr>
              <w:t>Dokaz: uporaba prvine v igri, sodelovanje, upoštevanje pravil in osebno.</w:t>
            </w:r>
          </w:p>
          <w:p w14:paraId="4A97AF36" w14:textId="77777777" w:rsidR="00623E5F" w:rsidRDefault="00000000">
            <w:pPr>
              <w:spacing w:before="30" w:after="14" w:line="245" w:lineRule="auto"/>
            </w:pPr>
            <w:r>
              <w:rPr>
                <w:b/>
                <w:color w:val="D95BC6"/>
                <w:sz w:val="16"/>
              </w:rPr>
              <w:t>MOJ KROG POSTAJ</w:t>
            </w:r>
          </w:p>
          <w:p w14:paraId="382984C2" w14:textId="77777777" w:rsidR="00623E5F" w:rsidRDefault="00000000">
            <w:pPr>
              <w:spacing w:after="8" w:line="245" w:lineRule="auto"/>
            </w:pPr>
            <w:r>
              <w:rPr>
                <w:color w:val="000000"/>
                <w:sz w:val="13"/>
              </w:rPr>
              <w:t>1. Ritmična: s korakom, ploskom in spremembo nivoja vadim cilj »izvedem gibalni.</w:t>
            </w:r>
          </w:p>
          <w:p w14:paraId="2BD6CDA9" w14:textId="77777777" w:rsidR="00623E5F" w:rsidRDefault="00000000">
            <w:pPr>
              <w:spacing w:after="8" w:line="245" w:lineRule="auto"/>
            </w:pPr>
            <w:r>
              <w:rPr>
                <w:color w:val="000000"/>
                <w:sz w:val="13"/>
              </w:rPr>
              <w:t>2. Motivna: ponovim kratek gibalni motiv ter ga povežem z začetkom.</w:t>
            </w:r>
          </w:p>
          <w:p w14:paraId="6A9C954C" w14:textId="77777777" w:rsidR="00623E5F" w:rsidRDefault="00000000">
            <w:pPr>
              <w:spacing w:after="8" w:line="245" w:lineRule="auto"/>
            </w:pPr>
            <w:r>
              <w:rPr>
                <w:color w:val="000000"/>
                <w:sz w:val="13"/>
              </w:rPr>
              <w:t>3. Parna oziroma krožna: ohranim razdaljo, pogled in dogovor ter uresničujem cilj.</w:t>
            </w:r>
          </w:p>
          <w:p w14:paraId="14187AB3" w14:textId="77777777" w:rsidR="00623E5F" w:rsidRDefault="00000000">
            <w:pPr>
              <w:spacing w:after="8" w:line="245" w:lineRule="auto"/>
            </w:pPr>
            <w:r>
              <w:rPr>
                <w:color w:val="000000"/>
                <w:sz w:val="13"/>
              </w:rPr>
              <w:t>4. Ustvarjalno-izvajalska: v skupini sestavim kratek niz, ga predstavim in pokažem.</w:t>
            </w:r>
          </w:p>
          <w:p w14:paraId="0A27E2B2"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37308CF3" w14:textId="77777777" w:rsidR="00623E5F" w:rsidRDefault="00000000">
            <w:pPr>
              <w:spacing w:after="14" w:line="245" w:lineRule="auto"/>
            </w:pPr>
            <w:r>
              <w:rPr>
                <w:b/>
                <w:color w:val="D95BC6"/>
                <w:sz w:val="16"/>
              </w:rPr>
              <w:t>DOKAZ O UČENJU</w:t>
            </w:r>
          </w:p>
          <w:p w14:paraId="5C9C084A"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610A6132"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4D89C8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63FABB4"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3AB11DA" w14:textId="77777777" w:rsidR="00623E5F" w:rsidRDefault="00000000">
            <w:pPr>
              <w:jc w:val="center"/>
            </w:pPr>
            <w:r>
              <w:rPr>
                <w:b/>
                <w:color w:val="000000"/>
                <w:sz w:val="20"/>
              </w:rPr>
              <w:t>UČNE DEJAVNOSTI, METODE IN FORMATIVNO SPREMLJANJE</w:t>
            </w:r>
          </w:p>
        </w:tc>
      </w:tr>
      <w:tr w:rsidR="00623E5F" w14:paraId="342DD425" w14:textId="77777777">
        <w:trPr>
          <w:tblHeader/>
          <w:jc w:val="center"/>
        </w:trPr>
        <w:tc>
          <w:tcPr>
            <w:tcW w:w="4422" w:type="dxa"/>
            <w:vMerge/>
            <w:tcMar>
              <w:top w:w="70" w:type="dxa"/>
              <w:left w:w="90" w:type="dxa"/>
              <w:bottom w:w="70" w:type="dxa"/>
              <w:right w:w="90" w:type="dxa"/>
            </w:tcMar>
            <w:vAlign w:val="center"/>
          </w:tcPr>
          <w:p w14:paraId="44F9DA0F" w14:textId="77777777" w:rsidR="00623E5F" w:rsidRDefault="00623E5F"/>
        </w:tc>
        <w:tc>
          <w:tcPr>
            <w:tcW w:w="7087" w:type="dxa"/>
            <w:shd w:val="clear" w:color="auto" w:fill="FFFFFF"/>
            <w:tcMar>
              <w:top w:w="70" w:type="dxa"/>
              <w:left w:w="90" w:type="dxa"/>
              <w:bottom w:w="70" w:type="dxa"/>
              <w:right w:w="90" w:type="dxa"/>
            </w:tcMar>
            <w:vAlign w:val="center"/>
          </w:tcPr>
          <w:p w14:paraId="402F4452"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05CD394" w14:textId="77777777" w:rsidR="00623E5F" w:rsidRDefault="00000000">
            <w:pPr>
              <w:jc w:val="center"/>
            </w:pPr>
            <w:r>
              <w:rPr>
                <w:b/>
                <w:color w:val="000000"/>
              </w:rPr>
              <w:t>UČENEC</w:t>
            </w:r>
          </w:p>
        </w:tc>
      </w:tr>
      <w:tr w:rsidR="00623E5F" w14:paraId="1884D34E" w14:textId="77777777">
        <w:trPr>
          <w:jc w:val="center"/>
        </w:trPr>
        <w:tc>
          <w:tcPr>
            <w:tcW w:w="4422" w:type="dxa"/>
            <w:tcMar>
              <w:top w:w="70" w:type="dxa"/>
              <w:left w:w="90" w:type="dxa"/>
              <w:bottom w:w="70" w:type="dxa"/>
              <w:right w:w="90" w:type="dxa"/>
            </w:tcMar>
          </w:tcPr>
          <w:p w14:paraId="5D306130" w14:textId="77777777" w:rsidR="00623E5F" w:rsidRDefault="00623E5F"/>
          <w:p w14:paraId="240D4ECC" w14:textId="77777777" w:rsidR="00623E5F" w:rsidRDefault="00000000">
            <w:pPr>
              <w:spacing w:after="40" w:line="245" w:lineRule="auto"/>
            </w:pPr>
            <w:r>
              <w:rPr>
                <w:b/>
                <w:color w:val="000000"/>
              </w:rPr>
              <w:t>FORMATIVNO SPREMLJANJE</w:t>
            </w:r>
          </w:p>
          <w:p w14:paraId="2D94B237" w14:textId="77777777" w:rsidR="00623E5F" w:rsidRDefault="00000000">
            <w:pPr>
              <w:pStyle w:val="Oznaenseznam"/>
              <w:spacing w:after="16"/>
            </w:pPr>
            <w:r>
              <w:rPr>
                <w:color w:val="000000"/>
                <w:sz w:val="15"/>
              </w:rPr>
              <w:t>predznanje: gibalni prikaz, odziv na znak, izbira kartice, začetni poskus ali kratka razlaga</w:t>
            </w:r>
          </w:p>
          <w:p w14:paraId="3C85B41C" w14:textId="77777777" w:rsidR="00623E5F" w:rsidRDefault="00000000">
            <w:pPr>
              <w:pStyle w:val="Oznaenseznam"/>
              <w:spacing w:after="16"/>
            </w:pPr>
            <w:r>
              <w:rPr>
                <w:color w:val="000000"/>
                <w:sz w:val="15"/>
              </w:rPr>
              <w:t>nameni in merila: kratka poved, slikovni znak, model varne izvedbe in en opazljiv tehnični poudarek</w:t>
            </w:r>
          </w:p>
          <w:p w14:paraId="705B5EA0"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7C4A12C3" w14:textId="77777777" w:rsidR="00623E5F" w:rsidRDefault="00000000">
            <w:pPr>
              <w:pStyle w:val="Oznaenseznam"/>
              <w:spacing w:after="16"/>
            </w:pPr>
            <w:r>
              <w:rPr>
                <w:color w:val="000000"/>
                <w:sz w:val="15"/>
              </w:rPr>
              <w:t>povratna informacija: opis opaženega, povezava z enim merilom in takoj izvedljiv ponovni poskus</w:t>
            </w:r>
          </w:p>
          <w:p w14:paraId="40BEBFBF" w14:textId="77777777" w:rsidR="00623E5F" w:rsidRDefault="00000000">
            <w:pPr>
              <w:pStyle w:val="Oznaenseznam"/>
              <w:spacing w:after="16"/>
            </w:pPr>
            <w:r>
              <w:rPr>
                <w:color w:val="000000"/>
                <w:sz w:val="15"/>
              </w:rPr>
              <w:t>samovrednotenje: semafor napora in varnosti, lestvica samostojnosti, izbran dokaz ter osebni naslednji korak</w:t>
            </w:r>
          </w:p>
          <w:p w14:paraId="70CED46E" w14:textId="77777777" w:rsidR="00623E5F" w:rsidRDefault="00000000">
            <w:pPr>
              <w:spacing w:before="40" w:after="20" w:line="245" w:lineRule="auto"/>
            </w:pPr>
            <w:r>
              <w:rPr>
                <w:b/>
                <w:color w:val="000000"/>
                <w:sz w:val="17"/>
              </w:rPr>
              <w:t>VARNOST, POČUTJE IN HIGIENA</w:t>
            </w:r>
          </w:p>
          <w:p w14:paraId="49B87C31"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Gibalni prostor je brez ovir, razdalje so označene, obrati in poskoki pa so prilagojeni ravnotežju učencev.</w:t>
            </w:r>
          </w:p>
          <w:p w14:paraId="458143EF" w14:textId="77777777" w:rsidR="00623E5F" w:rsidRDefault="00000000">
            <w:pPr>
              <w:spacing w:after="20" w:line="245" w:lineRule="auto"/>
            </w:pPr>
            <w:r>
              <w:rPr>
                <w:b/>
                <w:color w:val="000000"/>
                <w:sz w:val="17"/>
              </w:rPr>
              <w:t>EVIDENCA PO IZVEDBI</w:t>
            </w:r>
          </w:p>
          <w:p w14:paraId="0B180364"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3346C575" w14:textId="77777777" w:rsidR="00623E5F" w:rsidRDefault="00000000">
            <w:pPr>
              <w:spacing w:before="40" w:after="20" w:line="245" w:lineRule="auto"/>
            </w:pPr>
            <w:r>
              <w:rPr>
                <w:b/>
                <w:color w:val="000000"/>
                <w:sz w:val="17"/>
              </w:rPr>
              <w:t>RAVEN DOSEGANJA</w:t>
            </w:r>
          </w:p>
          <w:p w14:paraId="3D11E0D6"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71EB4895"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08A5A63" w14:textId="77777777">
              <w:trPr>
                <w:jc w:val="center"/>
              </w:trPr>
              <w:tc>
                <w:tcPr>
                  <w:tcW w:w="7087" w:type="dxa"/>
                  <w:shd w:val="clear" w:color="auto" w:fill="EDC9EA"/>
                  <w:tcMar>
                    <w:top w:w="45" w:type="dxa"/>
                    <w:left w:w="70" w:type="dxa"/>
                    <w:bottom w:w="45" w:type="dxa"/>
                    <w:right w:w="70" w:type="dxa"/>
                  </w:tcMar>
                </w:tcPr>
                <w:p w14:paraId="6A4C69F9" w14:textId="77777777" w:rsidR="00623E5F" w:rsidRDefault="00000000">
                  <w:pPr>
                    <w:keepNext/>
                  </w:pPr>
                  <w:r>
                    <w:rPr>
                      <w:b/>
                      <w:color w:val="000000"/>
                    </w:rPr>
                    <w:t>VPRAŠANJA V PODPORO GIBALNEMU UČENJU</w:t>
                  </w:r>
                </w:p>
              </w:tc>
            </w:tr>
          </w:tbl>
          <w:p w14:paraId="26BA5525" w14:textId="77777777" w:rsidR="00623E5F" w:rsidRDefault="00623E5F">
            <w:pPr>
              <w:spacing w:line="20" w:lineRule="exact"/>
            </w:pPr>
          </w:p>
          <w:p w14:paraId="5561235D" w14:textId="77777777" w:rsidR="00623E5F" w:rsidRDefault="00000000">
            <w:pPr>
              <w:pStyle w:val="Oznaenseznam"/>
              <w:spacing w:after="16"/>
            </w:pPr>
            <w:r>
              <w:rPr>
                <w:color w:val="000000"/>
                <w:sz w:val="15"/>
              </w:rPr>
              <w:t>Kaj si pri prvem poskusu začutil/-a ali opazil/-a v položaju telesa, ravnotežju, smeri, ritmu ali naporu?</w:t>
            </w:r>
          </w:p>
          <w:p w14:paraId="0A968619" w14:textId="77777777" w:rsidR="00623E5F" w:rsidRDefault="00000000">
            <w:pPr>
              <w:pStyle w:val="Oznaenseznam"/>
              <w:spacing w:after="16"/>
            </w:pPr>
            <w:r>
              <w:rPr>
                <w:color w:val="000000"/>
                <w:sz w:val="15"/>
              </w:rPr>
              <w:t>Katero varnostno pravilo in kateri gibalni korak sta bila danes najpomembnejša?</w:t>
            </w:r>
          </w:p>
          <w:p w14:paraId="4BA3225B" w14:textId="77777777" w:rsidR="00623E5F" w:rsidRDefault="00000000">
            <w:pPr>
              <w:pStyle w:val="Oznaenseznam"/>
              <w:spacing w:after="16"/>
            </w:pPr>
            <w:r>
              <w:rPr>
                <w:color w:val="000000"/>
                <w:sz w:val="15"/>
              </w:rPr>
              <w:t>Katero raven si izbral/-a, zakaj je bila primerna in kaj si pri naslednjem poskusu spremenil/-a?</w:t>
            </w:r>
          </w:p>
          <w:p w14:paraId="4C69DC84" w14:textId="77777777" w:rsidR="00623E5F" w:rsidRDefault="00000000">
            <w:pPr>
              <w:pStyle w:val="Oznaenseznam"/>
              <w:spacing w:after="16"/>
            </w:pPr>
            <w:r>
              <w:rPr>
                <w:color w:val="000000"/>
                <w:sz w:val="15"/>
              </w:rPr>
              <w:t>Kateri tvoj gibalni dokaz najjasneje pokaže dogovorjeno merilo?</w:t>
            </w:r>
          </w:p>
          <w:p w14:paraId="143D9D88"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630F9D4C" w14:textId="77777777">
              <w:trPr>
                <w:jc w:val="center"/>
              </w:trPr>
              <w:tc>
                <w:tcPr>
                  <w:tcW w:w="7087" w:type="dxa"/>
                  <w:shd w:val="clear" w:color="auto" w:fill="C6E7F3"/>
                  <w:tcMar>
                    <w:top w:w="45" w:type="dxa"/>
                    <w:left w:w="70" w:type="dxa"/>
                    <w:bottom w:w="45" w:type="dxa"/>
                    <w:right w:w="70" w:type="dxa"/>
                  </w:tcMar>
                </w:tcPr>
                <w:p w14:paraId="1AD11B43" w14:textId="77777777" w:rsidR="00623E5F" w:rsidRDefault="00000000">
                  <w:pPr>
                    <w:keepNext/>
                  </w:pPr>
                  <w:r>
                    <w:rPr>
                      <w:b/>
                      <w:color w:val="000000"/>
                    </w:rPr>
                    <w:t>ZAKLJUČNI DEL – UMIRJANJE, RAZTEZANJE, DOKAZ IN REFLEKSIJA (8–10 min)</w:t>
                  </w:r>
                </w:p>
              </w:tc>
            </w:tr>
          </w:tbl>
          <w:p w14:paraId="69126325" w14:textId="77777777" w:rsidR="00623E5F" w:rsidRDefault="00623E5F">
            <w:pPr>
              <w:spacing w:line="20" w:lineRule="exact"/>
            </w:pPr>
          </w:p>
          <w:p w14:paraId="017269EC"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0E877183" w14:textId="77777777">
              <w:trPr>
                <w:jc w:val="center"/>
              </w:trPr>
              <w:tc>
                <w:tcPr>
                  <w:tcW w:w="7087" w:type="dxa"/>
                  <w:shd w:val="clear" w:color="auto" w:fill="EDC9EA"/>
                  <w:tcMar>
                    <w:top w:w="45" w:type="dxa"/>
                    <w:left w:w="70" w:type="dxa"/>
                    <w:bottom w:w="45" w:type="dxa"/>
                    <w:right w:w="70" w:type="dxa"/>
                  </w:tcMar>
                </w:tcPr>
                <w:p w14:paraId="1D56304B" w14:textId="77777777" w:rsidR="00623E5F" w:rsidRDefault="00000000">
                  <w:pPr>
                    <w:keepNext/>
                  </w:pPr>
                  <w:r>
                    <w:rPr>
                      <w:b/>
                      <w:color w:val="000000"/>
                    </w:rPr>
                    <w:t>SAMOVREDNOTENJE</w:t>
                  </w:r>
                </w:p>
              </w:tc>
            </w:tr>
          </w:tbl>
          <w:p w14:paraId="7D1A5968" w14:textId="77777777" w:rsidR="00623E5F" w:rsidRDefault="00623E5F">
            <w:pPr>
              <w:spacing w:line="20" w:lineRule="exact"/>
            </w:pPr>
          </w:p>
          <w:p w14:paraId="76E4F6C8"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47678E65" w14:textId="77777777">
              <w:trPr>
                <w:jc w:val="center"/>
              </w:trPr>
              <w:tc>
                <w:tcPr>
                  <w:tcW w:w="7087" w:type="dxa"/>
                  <w:shd w:val="clear" w:color="auto" w:fill="EDC9EA"/>
                  <w:tcMar>
                    <w:top w:w="45" w:type="dxa"/>
                    <w:left w:w="70" w:type="dxa"/>
                    <w:bottom w:w="45" w:type="dxa"/>
                    <w:right w:w="70" w:type="dxa"/>
                  </w:tcMar>
                </w:tcPr>
                <w:p w14:paraId="48DC52F6" w14:textId="77777777" w:rsidR="00623E5F" w:rsidRDefault="00000000">
                  <w:pPr>
                    <w:keepNext/>
                  </w:pPr>
                  <w:r>
                    <w:rPr>
                      <w:b/>
                      <w:color w:val="000000"/>
                    </w:rPr>
                    <w:t>VRSTNIŠKO OPAZOVANJE IN POVRATNA INFORMACIJA</w:t>
                  </w:r>
                </w:p>
              </w:tc>
            </w:tr>
          </w:tbl>
          <w:p w14:paraId="6ACE8929" w14:textId="77777777" w:rsidR="00623E5F" w:rsidRDefault="00623E5F">
            <w:pPr>
              <w:spacing w:line="20" w:lineRule="exact"/>
            </w:pPr>
          </w:p>
          <w:p w14:paraId="1070ED3F"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58880EC8" w14:textId="77777777">
              <w:trPr>
                <w:jc w:val="center"/>
              </w:trPr>
              <w:tc>
                <w:tcPr>
                  <w:tcW w:w="7087" w:type="dxa"/>
                  <w:shd w:val="clear" w:color="auto" w:fill="EDC9EA"/>
                  <w:tcMar>
                    <w:top w:w="45" w:type="dxa"/>
                    <w:left w:w="70" w:type="dxa"/>
                    <w:bottom w:w="45" w:type="dxa"/>
                    <w:right w:w="70" w:type="dxa"/>
                  </w:tcMar>
                </w:tcPr>
                <w:p w14:paraId="574A4D65" w14:textId="77777777" w:rsidR="00623E5F" w:rsidRDefault="00000000">
                  <w:pPr>
                    <w:keepNext/>
                  </w:pPr>
                  <w:r>
                    <w:rPr>
                      <w:b/>
                      <w:color w:val="000000"/>
                    </w:rPr>
                    <w:t>SKUPNI POVZETEK</w:t>
                  </w:r>
                </w:p>
              </w:tc>
            </w:tr>
          </w:tbl>
          <w:p w14:paraId="76ABE87E" w14:textId="77777777" w:rsidR="00623E5F" w:rsidRDefault="00623E5F"/>
          <w:p w14:paraId="3C0321CF" w14:textId="77777777" w:rsidR="00623E5F" w:rsidRDefault="00000000">
            <w:pPr>
              <w:spacing w:before="20" w:after="40" w:line="245" w:lineRule="auto"/>
            </w:pPr>
            <w:r>
              <w:rPr>
                <w:b/>
                <w:color w:val="000000"/>
                <w:sz w:val="16"/>
              </w:rPr>
              <w:t>izvedem gibalni motiv; poveže motive v niz; ustvarja v skupini. Izbrani gibalni dokaz pojasnim in določim varen naslednji korak.</w:t>
            </w:r>
          </w:p>
        </w:tc>
        <w:tc>
          <w:tcPr>
            <w:tcW w:w="2551" w:type="dxa"/>
            <w:tcMar>
              <w:top w:w="70" w:type="dxa"/>
              <w:left w:w="90" w:type="dxa"/>
              <w:bottom w:w="70" w:type="dxa"/>
              <w:right w:w="90" w:type="dxa"/>
            </w:tcMar>
          </w:tcPr>
          <w:p w14:paraId="5F34DBBD" w14:textId="77777777" w:rsidR="00623E5F" w:rsidRDefault="00623E5F"/>
          <w:p w14:paraId="09DEBDD3" w14:textId="77777777" w:rsidR="00623E5F" w:rsidRDefault="00000000">
            <w:pPr>
              <w:spacing w:after="80" w:line="245" w:lineRule="auto"/>
            </w:pPr>
            <w:r>
              <w:rPr>
                <w:color w:val="000000"/>
                <w:sz w:val="15"/>
              </w:rPr>
              <w:t>Odgovarja na podporna vprašanja in se sklicuje na svojo izvedbo, počutje, izbrano raven in varnost.</w:t>
            </w:r>
          </w:p>
          <w:p w14:paraId="41250B2A" w14:textId="77777777" w:rsidR="00623E5F" w:rsidRDefault="00000000">
            <w:pPr>
              <w:spacing w:after="80" w:line="245" w:lineRule="auto"/>
            </w:pPr>
            <w:r>
              <w:rPr>
                <w:color w:val="000000"/>
                <w:sz w:val="15"/>
              </w:rPr>
              <w:t>Predstavi izbrani gibalni dokaz ter pokaže ali pove, katero merilo z njim dosega.</w:t>
            </w:r>
          </w:p>
          <w:p w14:paraId="452A16FC" w14:textId="77777777" w:rsidR="00623E5F" w:rsidRDefault="00000000">
            <w:pPr>
              <w:spacing w:after="80" w:line="245" w:lineRule="auto"/>
            </w:pPr>
            <w:r>
              <w:rPr>
                <w:color w:val="000000"/>
                <w:sz w:val="15"/>
              </w:rPr>
              <w:t>Opazuje eno dogovorjeno prvino vrstnikove izvedbe in poda kratek, prijazen ter uporaben odziv.</w:t>
            </w:r>
          </w:p>
          <w:p w14:paraId="7AC09B62"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4A15F6A3" w14:textId="77777777" w:rsidR="00623E5F" w:rsidRDefault="00000000">
            <w:pPr>
              <w:spacing w:after="100" w:line="245" w:lineRule="auto"/>
            </w:pPr>
            <w:r>
              <w:rPr>
                <w:color w:val="000000"/>
                <w:sz w:val="15"/>
              </w:rPr>
              <w:t>Umiri dihanje, oceni napor in počutje, izbere raven samostojnosti ter določi varen naslednji korak.</w:t>
            </w:r>
          </w:p>
          <w:p w14:paraId="47A3A4C1" w14:textId="77777777" w:rsidR="00623E5F" w:rsidRDefault="00000000">
            <w:pPr>
              <w:spacing w:after="20" w:line="245" w:lineRule="auto"/>
            </w:pPr>
            <w:r>
              <w:rPr>
                <w:b/>
                <w:color w:val="D95BC6"/>
                <w:sz w:val="17"/>
              </w:rPr>
              <w:t>DOKAZ O UČENJU</w:t>
            </w:r>
          </w:p>
          <w:p w14:paraId="6BF45C46"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3AAB242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6743693A" w14:textId="77777777">
        <w:trPr>
          <w:cantSplit/>
          <w:jc w:val="center"/>
        </w:trPr>
        <w:tc>
          <w:tcPr>
            <w:tcW w:w="14060" w:type="dxa"/>
            <w:gridSpan w:val="6"/>
            <w:tcMar>
              <w:top w:w="70" w:type="dxa"/>
              <w:left w:w="90" w:type="dxa"/>
              <w:bottom w:w="70" w:type="dxa"/>
              <w:right w:w="90" w:type="dxa"/>
            </w:tcMar>
            <w:vAlign w:val="center"/>
          </w:tcPr>
          <w:p w14:paraId="52963385" w14:textId="77777777" w:rsidR="00623E5F" w:rsidRDefault="00000000">
            <w:pPr>
              <w:jc w:val="center"/>
            </w:pPr>
            <w:r>
              <w:rPr>
                <w:b/>
                <w:color w:val="000000"/>
                <w:sz w:val="24"/>
              </w:rPr>
              <w:lastRenderedPageBreak/>
              <w:t>UČNA PRIPRAVA 31/39</w:t>
            </w:r>
          </w:p>
        </w:tc>
      </w:tr>
      <w:tr w:rsidR="00623E5F" w14:paraId="1D3214EE" w14:textId="77777777">
        <w:trPr>
          <w:jc w:val="center"/>
        </w:trPr>
        <w:tc>
          <w:tcPr>
            <w:tcW w:w="2665" w:type="dxa"/>
            <w:tcMar>
              <w:top w:w="70" w:type="dxa"/>
              <w:left w:w="90" w:type="dxa"/>
              <w:bottom w:w="70" w:type="dxa"/>
              <w:right w:w="90" w:type="dxa"/>
            </w:tcMar>
            <w:vAlign w:val="center"/>
          </w:tcPr>
          <w:p w14:paraId="2028D633"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59AE2D3B"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0A0A0DF3"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3EC5CAC4" w14:textId="77777777" w:rsidR="00623E5F" w:rsidRDefault="00000000">
            <w:r>
              <w:rPr>
                <w:b/>
                <w:color w:val="000000"/>
                <w:sz w:val="16"/>
              </w:rPr>
              <w:t xml:space="preserve">NAČRTOVANI TERMIN: </w:t>
            </w:r>
            <w:r>
              <w:rPr>
                <w:color w:val="000000"/>
                <w:sz w:val="16"/>
              </w:rPr>
              <w:t>31. teden • 19.–23. 4. 2027</w:t>
            </w:r>
          </w:p>
        </w:tc>
        <w:tc>
          <w:tcPr>
            <w:tcW w:w="2268" w:type="dxa"/>
            <w:tcMar>
              <w:top w:w="70" w:type="dxa"/>
              <w:left w:w="90" w:type="dxa"/>
              <w:bottom w:w="70" w:type="dxa"/>
              <w:right w:w="90" w:type="dxa"/>
            </w:tcMar>
            <w:vAlign w:val="center"/>
          </w:tcPr>
          <w:p w14:paraId="4500907A"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1B378E7" w14:textId="77777777" w:rsidR="00623E5F" w:rsidRDefault="00000000">
            <w:r>
              <w:rPr>
                <w:b/>
                <w:color w:val="000000"/>
                <w:sz w:val="16"/>
              </w:rPr>
              <w:t xml:space="preserve">ŠTEVILO UR: </w:t>
            </w:r>
            <w:r>
              <w:rPr>
                <w:color w:val="000000"/>
                <w:sz w:val="16"/>
              </w:rPr>
              <w:t>2</w:t>
            </w:r>
          </w:p>
        </w:tc>
      </w:tr>
      <w:tr w:rsidR="00623E5F" w14:paraId="7C7DB0A6" w14:textId="77777777">
        <w:trPr>
          <w:jc w:val="center"/>
        </w:trPr>
        <w:tc>
          <w:tcPr>
            <w:tcW w:w="14061" w:type="dxa"/>
            <w:gridSpan w:val="6"/>
            <w:tcMar>
              <w:top w:w="70" w:type="dxa"/>
              <w:left w:w="90" w:type="dxa"/>
              <w:bottom w:w="70" w:type="dxa"/>
              <w:right w:w="90" w:type="dxa"/>
            </w:tcMar>
            <w:vAlign w:val="center"/>
          </w:tcPr>
          <w:p w14:paraId="2559AE3A"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23B5EC19" w14:textId="77777777">
        <w:trPr>
          <w:cantSplit/>
          <w:jc w:val="center"/>
        </w:trPr>
        <w:tc>
          <w:tcPr>
            <w:tcW w:w="14060" w:type="dxa"/>
            <w:gridSpan w:val="6"/>
            <w:tcMar>
              <w:top w:w="70" w:type="dxa"/>
              <w:left w:w="90" w:type="dxa"/>
              <w:bottom w:w="70" w:type="dxa"/>
              <w:right w:w="90" w:type="dxa"/>
            </w:tcMar>
            <w:vAlign w:val="center"/>
          </w:tcPr>
          <w:p w14:paraId="7CEEB860" w14:textId="77777777" w:rsidR="00623E5F" w:rsidRDefault="00623E5F"/>
          <w:p w14:paraId="6D24469D" w14:textId="77777777" w:rsidR="00623E5F" w:rsidRDefault="00000000">
            <w:pPr>
              <w:spacing w:line="245" w:lineRule="auto"/>
            </w:pPr>
            <w:r>
              <w:rPr>
                <w:b/>
                <w:color w:val="000000"/>
                <w:sz w:val="15"/>
              </w:rPr>
              <w:t xml:space="preserve">UČNI SKLOP: </w:t>
            </w:r>
            <w:r>
              <w:rPr>
                <w:color w:val="000000"/>
                <w:sz w:val="15"/>
              </w:rPr>
              <w:t>GIBANJE, SVETLOBA IN ZVOK</w:t>
            </w:r>
          </w:p>
        </w:tc>
      </w:tr>
      <w:tr w:rsidR="00623E5F" w14:paraId="0981DEF3" w14:textId="77777777">
        <w:trPr>
          <w:cantSplit/>
          <w:jc w:val="center"/>
        </w:trPr>
        <w:tc>
          <w:tcPr>
            <w:tcW w:w="14060" w:type="dxa"/>
            <w:gridSpan w:val="6"/>
            <w:tcMar>
              <w:top w:w="70" w:type="dxa"/>
              <w:left w:w="90" w:type="dxa"/>
              <w:bottom w:w="70" w:type="dxa"/>
              <w:right w:w="90" w:type="dxa"/>
            </w:tcMar>
            <w:vAlign w:val="center"/>
          </w:tcPr>
          <w:p w14:paraId="152F46B0" w14:textId="77777777" w:rsidR="00623E5F" w:rsidRDefault="00623E5F"/>
          <w:p w14:paraId="51B78BFA" w14:textId="77777777" w:rsidR="00623E5F" w:rsidRDefault="00000000">
            <w:pPr>
              <w:spacing w:line="245" w:lineRule="auto"/>
            </w:pPr>
            <w:r>
              <w:rPr>
                <w:b/>
                <w:color w:val="000000"/>
                <w:sz w:val="15"/>
              </w:rPr>
              <w:t xml:space="preserve">UČNA TEMA: </w:t>
            </w:r>
            <w:r>
              <w:rPr>
                <w:color w:val="000000"/>
                <w:sz w:val="15"/>
              </w:rPr>
              <w:t>GIBANJE V NARAVI</w:t>
            </w:r>
          </w:p>
        </w:tc>
      </w:tr>
      <w:tr w:rsidR="00623E5F" w14:paraId="250D3B44" w14:textId="77777777">
        <w:trPr>
          <w:cantSplit/>
          <w:jc w:val="center"/>
        </w:trPr>
        <w:tc>
          <w:tcPr>
            <w:tcW w:w="14060" w:type="dxa"/>
            <w:gridSpan w:val="6"/>
            <w:tcMar>
              <w:top w:w="70" w:type="dxa"/>
              <w:left w:w="90" w:type="dxa"/>
              <w:bottom w:w="70" w:type="dxa"/>
              <w:right w:w="90" w:type="dxa"/>
            </w:tcMar>
            <w:vAlign w:val="center"/>
          </w:tcPr>
          <w:p w14:paraId="5652BDAF" w14:textId="77777777" w:rsidR="00623E5F" w:rsidRDefault="00623E5F"/>
          <w:p w14:paraId="3F43BF43" w14:textId="77777777" w:rsidR="00623E5F" w:rsidRDefault="00000000">
            <w:pPr>
              <w:spacing w:line="245" w:lineRule="auto"/>
            </w:pPr>
            <w:r>
              <w:rPr>
                <w:b/>
                <w:color w:val="000000"/>
                <w:sz w:val="15"/>
              </w:rPr>
              <w:t xml:space="preserve">KNJIŽEVNO / MOTIVNO IZHODIŠČE: </w:t>
            </w:r>
            <w:r>
              <w:rPr>
                <w:color w:val="000000"/>
                <w:sz w:val="15"/>
              </w:rPr>
              <w:t>»Kaj je na koncu sveta« – Niko Grafenauer • svetloba, senca, zvok, vprašanja in domišljija</w:t>
            </w:r>
          </w:p>
        </w:tc>
      </w:tr>
      <w:tr w:rsidR="00623E5F" w14:paraId="358FBF42" w14:textId="77777777">
        <w:trPr>
          <w:cantSplit/>
          <w:jc w:val="center"/>
        </w:trPr>
        <w:tc>
          <w:tcPr>
            <w:tcW w:w="14060" w:type="dxa"/>
            <w:gridSpan w:val="6"/>
            <w:tcMar>
              <w:top w:w="70" w:type="dxa"/>
              <w:left w:w="90" w:type="dxa"/>
              <w:bottom w:w="70" w:type="dxa"/>
              <w:right w:w="90" w:type="dxa"/>
            </w:tcMar>
            <w:vAlign w:val="center"/>
          </w:tcPr>
          <w:p w14:paraId="07A775F3" w14:textId="77777777" w:rsidR="00623E5F" w:rsidRDefault="00623E5F"/>
          <w:p w14:paraId="3E64A160" w14:textId="77777777" w:rsidR="00623E5F" w:rsidRDefault="00000000">
            <w:pPr>
              <w:spacing w:line="245" w:lineRule="auto"/>
            </w:pPr>
            <w:r>
              <w:rPr>
                <w:b/>
                <w:color w:val="000000"/>
                <w:sz w:val="15"/>
              </w:rPr>
              <w:t xml:space="preserve">GIBALNO IZHODIŠČE / MOTIVACIJA: </w:t>
            </w:r>
            <w:r>
              <w:rPr>
                <w:color w:val="000000"/>
                <w:sz w:val="15"/>
              </w:rPr>
              <w:t>skrivnostni zemljevid pokaže pot, teren in štiri varne točke; učenci z opazovanjem prostora načrtujejo gibanje na temo »gibanje v naravi«. Tedenski gibalni izziv: izvede raziskovalno gibalno pot v naravi.</w:t>
            </w:r>
          </w:p>
        </w:tc>
      </w:tr>
      <w:tr w:rsidR="00623E5F" w14:paraId="44F7032E" w14:textId="77777777">
        <w:trPr>
          <w:cantSplit/>
          <w:jc w:val="center"/>
        </w:trPr>
        <w:tc>
          <w:tcPr>
            <w:tcW w:w="14060" w:type="dxa"/>
            <w:gridSpan w:val="6"/>
            <w:tcMar>
              <w:top w:w="70" w:type="dxa"/>
              <w:left w:w="90" w:type="dxa"/>
              <w:bottom w:w="70" w:type="dxa"/>
              <w:right w:w="90" w:type="dxa"/>
            </w:tcMar>
            <w:vAlign w:val="center"/>
          </w:tcPr>
          <w:p w14:paraId="66A92995" w14:textId="77777777" w:rsidR="00623E5F" w:rsidRDefault="00623E5F"/>
          <w:p w14:paraId="02AD1478" w14:textId="77777777" w:rsidR="00623E5F" w:rsidRDefault="00000000">
            <w:pPr>
              <w:spacing w:line="245" w:lineRule="auto"/>
            </w:pPr>
            <w:r>
              <w:rPr>
                <w:b/>
                <w:color w:val="000000"/>
                <w:sz w:val="15"/>
              </w:rPr>
              <w:t xml:space="preserve">UČNE ENOTE: </w:t>
            </w:r>
            <w:r>
              <w:rPr>
                <w:color w:val="000000"/>
                <w:sz w:val="15"/>
              </w:rPr>
              <w:t>1. ura – Gibanje v naravi – Ogrejem se in usvojim gib • 2. ura – Gibanje v naravi – Uporabim v igri</w:t>
            </w:r>
          </w:p>
        </w:tc>
      </w:tr>
      <w:tr w:rsidR="00623E5F" w14:paraId="1545DED9" w14:textId="77777777">
        <w:trPr>
          <w:cantSplit/>
          <w:jc w:val="center"/>
        </w:trPr>
        <w:tc>
          <w:tcPr>
            <w:tcW w:w="14060" w:type="dxa"/>
            <w:gridSpan w:val="6"/>
            <w:tcMar>
              <w:top w:w="70" w:type="dxa"/>
              <w:left w:w="90" w:type="dxa"/>
              <w:bottom w:w="70" w:type="dxa"/>
              <w:right w:w="90" w:type="dxa"/>
            </w:tcMar>
            <w:vAlign w:val="center"/>
          </w:tcPr>
          <w:p w14:paraId="5341CF68" w14:textId="77777777" w:rsidR="00623E5F" w:rsidRDefault="00623E5F"/>
          <w:p w14:paraId="1EBEB581"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7F190C7D" w14:textId="77777777">
        <w:trPr>
          <w:cantSplit/>
          <w:jc w:val="center"/>
        </w:trPr>
        <w:tc>
          <w:tcPr>
            <w:tcW w:w="14060" w:type="dxa"/>
            <w:gridSpan w:val="6"/>
            <w:tcMar>
              <w:top w:w="70" w:type="dxa"/>
              <w:left w:w="90" w:type="dxa"/>
              <w:bottom w:w="70" w:type="dxa"/>
              <w:right w:w="90" w:type="dxa"/>
            </w:tcMar>
            <w:vAlign w:val="center"/>
          </w:tcPr>
          <w:p w14:paraId="3482DB29" w14:textId="77777777" w:rsidR="00623E5F" w:rsidRDefault="00623E5F"/>
          <w:p w14:paraId="1B1E93CE"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5DB68DE3" w14:textId="77777777">
        <w:trPr>
          <w:cantSplit/>
          <w:jc w:val="center"/>
        </w:trPr>
        <w:tc>
          <w:tcPr>
            <w:tcW w:w="14060" w:type="dxa"/>
            <w:gridSpan w:val="6"/>
            <w:tcMar>
              <w:top w:w="70" w:type="dxa"/>
              <w:left w:w="90" w:type="dxa"/>
              <w:bottom w:w="70" w:type="dxa"/>
              <w:right w:w="90" w:type="dxa"/>
            </w:tcMar>
            <w:vAlign w:val="center"/>
          </w:tcPr>
          <w:p w14:paraId="7F0122A0" w14:textId="77777777" w:rsidR="00623E5F" w:rsidRDefault="00623E5F"/>
          <w:p w14:paraId="699A40D8"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4BB2878A" w14:textId="77777777">
        <w:trPr>
          <w:cantSplit/>
          <w:jc w:val="center"/>
        </w:trPr>
        <w:tc>
          <w:tcPr>
            <w:tcW w:w="14060" w:type="dxa"/>
            <w:gridSpan w:val="6"/>
            <w:tcMar>
              <w:top w:w="70" w:type="dxa"/>
              <w:left w:w="90" w:type="dxa"/>
              <w:bottom w:w="70" w:type="dxa"/>
              <w:right w:w="90" w:type="dxa"/>
            </w:tcMar>
            <w:vAlign w:val="center"/>
          </w:tcPr>
          <w:p w14:paraId="3F6E1B20" w14:textId="77777777" w:rsidR="00623E5F" w:rsidRDefault="00623E5F"/>
          <w:p w14:paraId="7E137669" w14:textId="77777777" w:rsidR="00623E5F" w:rsidRDefault="00000000">
            <w:pPr>
              <w:spacing w:line="245" w:lineRule="auto"/>
            </w:pPr>
            <w:r>
              <w:rPr>
                <w:b/>
                <w:color w:val="000000"/>
                <w:sz w:val="15"/>
              </w:rPr>
              <w:t xml:space="preserve">MEDPREDMETNE POVEZAVE: </w:t>
            </w:r>
            <w:r>
              <w:rPr>
                <w:color w:val="000000"/>
                <w:sz w:val="15"/>
              </w:rPr>
              <w:t>SPO – svetloba, senca, zvok, vprašanja in domišljija,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00C82473" w14:textId="77777777">
        <w:trPr>
          <w:cantSplit/>
          <w:jc w:val="center"/>
        </w:trPr>
        <w:tc>
          <w:tcPr>
            <w:tcW w:w="14060" w:type="dxa"/>
            <w:gridSpan w:val="6"/>
            <w:tcMar>
              <w:top w:w="70" w:type="dxa"/>
              <w:left w:w="90" w:type="dxa"/>
              <w:bottom w:w="70" w:type="dxa"/>
              <w:right w:w="90" w:type="dxa"/>
            </w:tcMar>
            <w:vAlign w:val="center"/>
          </w:tcPr>
          <w:p w14:paraId="1B069A78" w14:textId="77777777" w:rsidR="00623E5F" w:rsidRDefault="00623E5F"/>
          <w:p w14:paraId="67609F32" w14:textId="77777777" w:rsidR="00623E5F" w:rsidRDefault="00000000">
            <w:pPr>
              <w:spacing w:line="245" w:lineRule="auto"/>
            </w:pPr>
            <w:r>
              <w:rPr>
                <w:b/>
                <w:color w:val="000000"/>
                <w:sz w:val="15"/>
              </w:rPr>
              <w:t xml:space="preserve">UČNA SREDSTVA IN PRIPOMOČKI: </w:t>
            </w:r>
            <w:r>
              <w:rPr>
                <w:color w:val="000000"/>
                <w:sz w:val="15"/>
              </w:rPr>
              <w:t>talne ali orientacijske oznake, vrvice, slikovni zemljevid, stožci, opazovalne kartice, voda in komplet prve pomoči; kartice namena in kriterijev; oznake štirih postaj; opazovalni list; semafor napora in mapa dokazov</w:t>
            </w:r>
          </w:p>
        </w:tc>
      </w:tr>
      <w:tr w:rsidR="00623E5F" w14:paraId="1C910FAC" w14:textId="77777777">
        <w:trPr>
          <w:cantSplit/>
          <w:jc w:val="center"/>
        </w:trPr>
        <w:tc>
          <w:tcPr>
            <w:tcW w:w="14060" w:type="dxa"/>
            <w:gridSpan w:val="6"/>
            <w:tcMar>
              <w:top w:w="70" w:type="dxa"/>
              <w:left w:w="90" w:type="dxa"/>
              <w:bottom w:w="70" w:type="dxa"/>
              <w:right w:w="90" w:type="dxa"/>
            </w:tcMar>
            <w:vAlign w:val="center"/>
          </w:tcPr>
          <w:p w14:paraId="192AF6BE" w14:textId="77777777" w:rsidR="00623E5F" w:rsidRDefault="00623E5F"/>
          <w:p w14:paraId="20489BE3"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774C25ED" w14:textId="77777777">
        <w:trPr>
          <w:cantSplit/>
          <w:jc w:val="center"/>
        </w:trPr>
        <w:tc>
          <w:tcPr>
            <w:tcW w:w="14060" w:type="dxa"/>
            <w:gridSpan w:val="6"/>
            <w:tcMar>
              <w:top w:w="70" w:type="dxa"/>
              <w:left w:w="90" w:type="dxa"/>
              <w:bottom w:w="70" w:type="dxa"/>
              <w:right w:w="90" w:type="dxa"/>
            </w:tcMar>
            <w:vAlign w:val="center"/>
          </w:tcPr>
          <w:p w14:paraId="0412FE29" w14:textId="77777777" w:rsidR="00623E5F" w:rsidRDefault="00623E5F"/>
          <w:p w14:paraId="67AD1D5B" w14:textId="77777777" w:rsidR="00623E5F" w:rsidRDefault="00000000">
            <w:pPr>
              <w:spacing w:line="245" w:lineRule="auto"/>
            </w:pPr>
            <w:r>
              <w:rPr>
                <w:b/>
                <w:color w:val="000000"/>
                <w:sz w:val="15"/>
              </w:rPr>
              <w:t xml:space="preserve">OCENJEVANJE / DAN DEJAVNOSTI: </w:t>
            </w:r>
            <w:r>
              <w:rPr>
                <w:color w:val="000000"/>
                <w:sz w:val="15"/>
              </w:rPr>
              <w:t>TEHNIŠKI DAN • KULTURNI DAN</w:t>
            </w:r>
          </w:p>
        </w:tc>
      </w:tr>
      <w:tr w:rsidR="00623E5F" w14:paraId="2CEA2CB9" w14:textId="77777777">
        <w:trPr>
          <w:cantSplit/>
          <w:jc w:val="center"/>
        </w:trPr>
        <w:tc>
          <w:tcPr>
            <w:tcW w:w="14060" w:type="dxa"/>
            <w:gridSpan w:val="6"/>
            <w:tcMar>
              <w:top w:w="70" w:type="dxa"/>
              <w:left w:w="90" w:type="dxa"/>
              <w:bottom w:w="70" w:type="dxa"/>
              <w:right w:w="90" w:type="dxa"/>
            </w:tcMar>
            <w:vAlign w:val="center"/>
          </w:tcPr>
          <w:p w14:paraId="3F57F2FA" w14:textId="77777777" w:rsidR="00623E5F" w:rsidRDefault="00623E5F"/>
          <w:p w14:paraId="2C1140A8"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2EC277D2"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836480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57B791F"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CE27F31" w14:textId="77777777" w:rsidR="00623E5F" w:rsidRDefault="00000000">
            <w:pPr>
              <w:jc w:val="center"/>
            </w:pPr>
            <w:r>
              <w:rPr>
                <w:b/>
                <w:color w:val="000000"/>
                <w:sz w:val="20"/>
              </w:rPr>
              <w:t>UČNE DEJAVNOSTI, METODE IN FORMATIVNO SPREMLJANJE</w:t>
            </w:r>
          </w:p>
        </w:tc>
      </w:tr>
      <w:tr w:rsidR="00623E5F" w14:paraId="4DB00E99" w14:textId="77777777">
        <w:trPr>
          <w:tblHeader/>
          <w:jc w:val="center"/>
        </w:trPr>
        <w:tc>
          <w:tcPr>
            <w:tcW w:w="4422" w:type="dxa"/>
            <w:vMerge/>
            <w:tcMar>
              <w:top w:w="70" w:type="dxa"/>
              <w:left w:w="90" w:type="dxa"/>
              <w:bottom w:w="70" w:type="dxa"/>
              <w:right w:w="90" w:type="dxa"/>
            </w:tcMar>
            <w:vAlign w:val="center"/>
          </w:tcPr>
          <w:p w14:paraId="1576FEFB" w14:textId="77777777" w:rsidR="00623E5F" w:rsidRDefault="00623E5F"/>
        </w:tc>
        <w:tc>
          <w:tcPr>
            <w:tcW w:w="7087" w:type="dxa"/>
            <w:shd w:val="clear" w:color="auto" w:fill="FFFFFF"/>
            <w:tcMar>
              <w:top w:w="70" w:type="dxa"/>
              <w:left w:w="90" w:type="dxa"/>
              <w:bottom w:w="70" w:type="dxa"/>
              <w:right w:w="90" w:type="dxa"/>
            </w:tcMar>
            <w:vAlign w:val="center"/>
          </w:tcPr>
          <w:p w14:paraId="11209803"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A7460BD" w14:textId="77777777" w:rsidR="00623E5F" w:rsidRDefault="00000000">
            <w:pPr>
              <w:jc w:val="center"/>
            </w:pPr>
            <w:r>
              <w:rPr>
                <w:b/>
                <w:color w:val="000000"/>
              </w:rPr>
              <w:t>UČENEC</w:t>
            </w:r>
          </w:p>
        </w:tc>
      </w:tr>
      <w:tr w:rsidR="00623E5F" w14:paraId="2720AE8D" w14:textId="77777777">
        <w:trPr>
          <w:jc w:val="center"/>
        </w:trPr>
        <w:tc>
          <w:tcPr>
            <w:tcW w:w="4422" w:type="dxa"/>
            <w:tcMar>
              <w:top w:w="70" w:type="dxa"/>
              <w:left w:w="90" w:type="dxa"/>
              <w:bottom w:w="70" w:type="dxa"/>
              <w:right w:w="90" w:type="dxa"/>
            </w:tcMar>
          </w:tcPr>
          <w:p w14:paraId="762CD88C" w14:textId="77777777" w:rsidR="00623E5F" w:rsidRDefault="00623E5F"/>
          <w:p w14:paraId="317C7250" w14:textId="77777777" w:rsidR="00623E5F" w:rsidRDefault="00000000">
            <w:pPr>
              <w:spacing w:after="60" w:line="245" w:lineRule="auto"/>
            </w:pPr>
            <w:r>
              <w:rPr>
                <w:b/>
                <w:color w:val="000000"/>
              </w:rPr>
              <w:t>UČNI CILJI</w:t>
            </w:r>
          </w:p>
          <w:p w14:paraId="0E3A3FDB" w14:textId="77777777" w:rsidR="00623E5F" w:rsidRDefault="00000000">
            <w:pPr>
              <w:spacing w:after="20" w:line="245" w:lineRule="auto"/>
            </w:pPr>
            <w:r>
              <w:rPr>
                <w:b/>
                <w:color w:val="000000"/>
                <w:sz w:val="17"/>
              </w:rPr>
              <w:t>SPLOŠNI</w:t>
            </w:r>
          </w:p>
          <w:p w14:paraId="6BB07166"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6AFB42C6" w14:textId="77777777" w:rsidR="00623E5F" w:rsidRDefault="00000000">
            <w:pPr>
              <w:pStyle w:val="Oznaenseznam"/>
              <w:spacing w:after="16"/>
            </w:pPr>
            <w:r>
              <w:rPr>
                <w:color w:val="000000"/>
                <w:sz w:val="15"/>
              </w:rPr>
              <w:t>varno hodi, teče, skače, meče, pleza, se plazi, lovi, ravnoteži, pleše in uporablja različne rekvizite</w:t>
            </w:r>
          </w:p>
          <w:p w14:paraId="443D9559" w14:textId="77777777" w:rsidR="00623E5F" w:rsidRDefault="00000000">
            <w:pPr>
              <w:pStyle w:val="Oznaenseznam"/>
              <w:spacing w:after="16"/>
            </w:pPr>
            <w:r>
              <w:rPr>
                <w:color w:val="000000"/>
                <w:sz w:val="15"/>
              </w:rPr>
              <w:t>razume pomen rednega gibanja, ogrevanja, higiene, primerne opreme, počitka in varnega ravnanja</w:t>
            </w:r>
          </w:p>
          <w:p w14:paraId="09975512"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0DA74FEF" w14:textId="77777777" w:rsidR="00623E5F" w:rsidRDefault="00000000">
            <w:pPr>
              <w:spacing w:before="40" w:after="20" w:line="245" w:lineRule="auto"/>
            </w:pPr>
            <w:r>
              <w:rPr>
                <w:b/>
                <w:color w:val="000000"/>
                <w:sz w:val="17"/>
              </w:rPr>
              <w:t>OPERATIVNI</w:t>
            </w:r>
          </w:p>
          <w:p w14:paraId="66B246BC" w14:textId="77777777" w:rsidR="00623E5F" w:rsidRDefault="00000000">
            <w:pPr>
              <w:pStyle w:val="Oznaenseznam"/>
              <w:spacing w:after="16"/>
            </w:pPr>
            <w:r>
              <w:rPr>
                <w:color w:val="000000"/>
                <w:sz w:val="15"/>
              </w:rPr>
              <w:t>varno premaguje teren</w:t>
            </w:r>
          </w:p>
          <w:p w14:paraId="60507C00" w14:textId="77777777" w:rsidR="00623E5F" w:rsidRDefault="00000000">
            <w:pPr>
              <w:pStyle w:val="Oznaenseznam"/>
              <w:spacing w:after="16"/>
            </w:pPr>
            <w:r>
              <w:rPr>
                <w:color w:val="000000"/>
                <w:sz w:val="15"/>
              </w:rPr>
              <w:t>uravnava napor</w:t>
            </w:r>
          </w:p>
          <w:p w14:paraId="0AB206D0" w14:textId="77777777" w:rsidR="00623E5F" w:rsidRDefault="00000000">
            <w:pPr>
              <w:pStyle w:val="Oznaenseznam"/>
              <w:spacing w:after="16"/>
            </w:pPr>
            <w:r>
              <w:rPr>
                <w:color w:val="000000"/>
                <w:sz w:val="15"/>
              </w:rPr>
              <w:t>ravna odgovorno do okolja</w:t>
            </w:r>
          </w:p>
          <w:p w14:paraId="6ABC01DF" w14:textId="77777777" w:rsidR="00623E5F" w:rsidRDefault="00000000">
            <w:pPr>
              <w:spacing w:before="40" w:after="20" w:line="245" w:lineRule="auto"/>
            </w:pPr>
            <w:r>
              <w:rPr>
                <w:b/>
                <w:color w:val="000000"/>
                <w:sz w:val="17"/>
              </w:rPr>
              <w:t>PRIČAKOVANI DOSEŽKI / MINIMALNI POUDARKI</w:t>
            </w:r>
          </w:p>
          <w:p w14:paraId="49A0BD93" w14:textId="77777777" w:rsidR="00623E5F" w:rsidRDefault="00000000">
            <w:pPr>
              <w:pStyle w:val="Oznaenseznam"/>
              <w:spacing w:after="16"/>
            </w:pPr>
            <w:r>
              <w:rPr>
                <w:color w:val="000000"/>
                <w:sz w:val="15"/>
              </w:rPr>
              <w:t>učenec samostojno oziroma z dogovorjeno oporo varno premaguje teren</w:t>
            </w:r>
          </w:p>
          <w:p w14:paraId="36958A04" w14:textId="77777777" w:rsidR="00623E5F" w:rsidRDefault="00000000">
            <w:pPr>
              <w:pStyle w:val="Oznaenseznam"/>
              <w:spacing w:after="16"/>
            </w:pPr>
            <w:r>
              <w:rPr>
                <w:color w:val="000000"/>
                <w:sz w:val="15"/>
              </w:rPr>
              <w:t>učenec samostojno oziroma z dogovorjeno oporo uravnava napor</w:t>
            </w:r>
          </w:p>
          <w:p w14:paraId="21DC9E96" w14:textId="77777777" w:rsidR="00623E5F" w:rsidRDefault="00000000">
            <w:pPr>
              <w:pStyle w:val="Oznaenseznam"/>
              <w:spacing w:after="16"/>
            </w:pPr>
            <w:r>
              <w:rPr>
                <w:color w:val="000000"/>
                <w:sz w:val="15"/>
              </w:rPr>
              <w:t>učenec samostojno oziroma z dogovorjeno oporo ravna odgovorno do okolja</w:t>
            </w:r>
          </w:p>
        </w:tc>
        <w:tc>
          <w:tcPr>
            <w:tcW w:w="7087" w:type="dxa"/>
            <w:tcMar>
              <w:top w:w="70" w:type="dxa"/>
              <w:left w:w="90" w:type="dxa"/>
              <w:bottom w:w="70" w:type="dxa"/>
              <w:right w:w="90" w:type="dxa"/>
            </w:tcMar>
          </w:tcPr>
          <w:p w14:paraId="27BC9FE2"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DE69734" w14:textId="77777777">
              <w:trPr>
                <w:jc w:val="center"/>
              </w:trPr>
              <w:tc>
                <w:tcPr>
                  <w:tcW w:w="7087" w:type="dxa"/>
                  <w:shd w:val="clear" w:color="auto" w:fill="C6E7F3"/>
                  <w:tcMar>
                    <w:top w:w="45" w:type="dxa"/>
                    <w:left w:w="70" w:type="dxa"/>
                    <w:bottom w:w="45" w:type="dxa"/>
                    <w:right w:w="70" w:type="dxa"/>
                  </w:tcMar>
                </w:tcPr>
                <w:p w14:paraId="0A4E6E35" w14:textId="77777777" w:rsidR="00623E5F" w:rsidRDefault="00000000">
                  <w:pPr>
                    <w:keepNext/>
                  </w:pPr>
                  <w:r>
                    <w:rPr>
                      <w:b/>
                      <w:color w:val="000000"/>
                    </w:rPr>
                    <w:t>UVODNI DEL – POČUTJE, GIBALNI NAMIG, PREDZNANJE IN NAMEN UČENJA (7–10 min)</w:t>
                  </w:r>
                </w:p>
              </w:tc>
            </w:tr>
          </w:tbl>
          <w:p w14:paraId="1243AFB0" w14:textId="77777777" w:rsidR="00623E5F" w:rsidRDefault="00623E5F">
            <w:pPr>
              <w:spacing w:line="20" w:lineRule="exact"/>
            </w:pPr>
          </w:p>
          <w:p w14:paraId="49B7A7E9" w14:textId="77777777" w:rsidR="00623E5F" w:rsidRDefault="00000000">
            <w:pPr>
              <w:spacing w:before="40" w:after="60" w:line="245" w:lineRule="auto"/>
            </w:pPr>
            <w:r>
              <w:rPr>
                <w:color w:val="000000"/>
                <w:sz w:val="15"/>
              </w:rPr>
              <w:t>Ob književnem motivu »Kaj je na koncu sveta« – Niko Grafenauer učenci vstopijo v temo svetloba, senca, zvok, vprašanja in domišljija. Učiteljica pripravi kratek gibalni namig: skrivnostni zemljevid pokaže pot, teren in štiri varne točke; učenci z opazovanjem prostora načrtujejo gibanje na temo »gibanje v naravi«. Tedenski gibalni izziv: izvede raziskovalno gibalno pot v naravi.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2578BDEA" w14:textId="77777777">
              <w:trPr>
                <w:jc w:val="center"/>
              </w:trPr>
              <w:tc>
                <w:tcPr>
                  <w:tcW w:w="7087" w:type="dxa"/>
                  <w:shd w:val="clear" w:color="auto" w:fill="EDC9EA"/>
                  <w:tcMar>
                    <w:top w:w="45" w:type="dxa"/>
                    <w:left w:w="70" w:type="dxa"/>
                    <w:bottom w:w="45" w:type="dxa"/>
                    <w:right w:w="70" w:type="dxa"/>
                  </w:tcMar>
                </w:tcPr>
                <w:p w14:paraId="25B17F98" w14:textId="77777777" w:rsidR="00623E5F" w:rsidRDefault="00000000">
                  <w:pPr>
                    <w:keepNext/>
                  </w:pPr>
                  <w:r>
                    <w:rPr>
                      <w:b/>
                      <w:color w:val="000000"/>
                    </w:rPr>
                    <w:t>NAMENI UČENJA</w:t>
                  </w:r>
                </w:p>
              </w:tc>
            </w:tr>
          </w:tbl>
          <w:p w14:paraId="241A8FBA" w14:textId="77777777" w:rsidR="00623E5F" w:rsidRDefault="00623E5F">
            <w:pPr>
              <w:spacing w:line="20" w:lineRule="exact"/>
            </w:pPr>
          </w:p>
          <w:p w14:paraId="2A08A49E"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28A01745" w14:textId="77777777" w:rsidR="00623E5F" w:rsidRDefault="00000000">
            <w:pPr>
              <w:pStyle w:val="Oznaenseznam"/>
              <w:spacing w:after="16"/>
            </w:pPr>
            <w:r>
              <w:rPr>
                <w:color w:val="000000"/>
                <w:sz w:val="15"/>
              </w:rPr>
              <w:t>varno premagujem teren</w:t>
            </w:r>
          </w:p>
          <w:p w14:paraId="20A96BB0" w14:textId="77777777" w:rsidR="00623E5F" w:rsidRDefault="00000000">
            <w:pPr>
              <w:pStyle w:val="Oznaenseznam"/>
              <w:spacing w:after="16"/>
            </w:pPr>
            <w:r>
              <w:rPr>
                <w:color w:val="000000"/>
                <w:sz w:val="15"/>
              </w:rPr>
              <w:t>uravnavam napor</w:t>
            </w:r>
          </w:p>
          <w:p w14:paraId="1E950C91" w14:textId="77777777" w:rsidR="00623E5F" w:rsidRDefault="00000000">
            <w:pPr>
              <w:pStyle w:val="Oznaenseznam"/>
              <w:spacing w:after="16"/>
            </w:pPr>
            <w:r>
              <w:rPr>
                <w:color w:val="000000"/>
                <w:sz w:val="15"/>
              </w:rPr>
              <w:t>ravnam odgovorno do okolja</w:t>
            </w:r>
          </w:p>
          <w:tbl>
            <w:tblPr>
              <w:tblStyle w:val="Tabelamrea"/>
              <w:tblW w:w="0" w:type="auto"/>
              <w:jc w:val="center"/>
              <w:tblLayout w:type="fixed"/>
              <w:tblLook w:val="04A0" w:firstRow="1" w:lastRow="0" w:firstColumn="1" w:lastColumn="0" w:noHBand="0" w:noVBand="1"/>
            </w:tblPr>
            <w:tblGrid>
              <w:gridCol w:w="7087"/>
            </w:tblGrid>
            <w:tr w:rsidR="00623E5F" w14:paraId="14D37FF2" w14:textId="77777777">
              <w:trPr>
                <w:jc w:val="center"/>
              </w:trPr>
              <w:tc>
                <w:tcPr>
                  <w:tcW w:w="7087" w:type="dxa"/>
                  <w:shd w:val="clear" w:color="auto" w:fill="EDC9EA"/>
                  <w:tcMar>
                    <w:top w:w="45" w:type="dxa"/>
                    <w:left w:w="70" w:type="dxa"/>
                    <w:bottom w:w="45" w:type="dxa"/>
                    <w:right w:w="70" w:type="dxa"/>
                  </w:tcMar>
                </w:tcPr>
                <w:p w14:paraId="570FD10B" w14:textId="77777777" w:rsidR="00623E5F" w:rsidRDefault="00000000">
                  <w:pPr>
                    <w:keepNext/>
                  </w:pPr>
                  <w:r>
                    <w:rPr>
                      <w:b/>
                      <w:color w:val="000000"/>
                    </w:rPr>
                    <w:t>PREVERJANJE PREDZNANJA</w:t>
                  </w:r>
                </w:p>
              </w:tc>
            </w:tr>
          </w:tbl>
          <w:p w14:paraId="10E01E70" w14:textId="77777777" w:rsidR="00623E5F" w:rsidRDefault="00623E5F">
            <w:pPr>
              <w:spacing w:line="20" w:lineRule="exact"/>
            </w:pPr>
          </w:p>
          <w:p w14:paraId="00FC7905" w14:textId="77777777" w:rsidR="00623E5F" w:rsidRDefault="00000000">
            <w:pPr>
              <w:pStyle w:val="Oznaenseznam"/>
              <w:spacing w:after="16"/>
            </w:pPr>
            <w:r>
              <w:rPr>
                <w:color w:val="000000"/>
                <w:sz w:val="15"/>
              </w:rPr>
              <w:t>Kaj moje telo in prostor že znata pokazati pri temi »GIBANJE V NARAVI«?</w:t>
            </w:r>
          </w:p>
          <w:p w14:paraId="70BB6F7C" w14:textId="77777777" w:rsidR="00623E5F" w:rsidRDefault="00000000">
            <w:pPr>
              <w:pStyle w:val="Oznaenseznam"/>
              <w:spacing w:after="16"/>
            </w:pPr>
            <w:r>
              <w:rPr>
                <w:color w:val="000000"/>
                <w:sz w:val="15"/>
              </w:rPr>
              <w:t>Katero varnostno pravilo, gibalni korak ali strategijo že obvladam in kaj bi najprej preizkusil/-a?</w:t>
            </w:r>
          </w:p>
          <w:p w14:paraId="61B0CA81"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2B7A9C9E" w14:textId="77777777">
              <w:trPr>
                <w:jc w:val="center"/>
              </w:trPr>
              <w:tc>
                <w:tcPr>
                  <w:tcW w:w="7087" w:type="dxa"/>
                  <w:shd w:val="clear" w:color="auto" w:fill="EDC9EA"/>
                  <w:tcMar>
                    <w:top w:w="45" w:type="dxa"/>
                    <w:left w:w="70" w:type="dxa"/>
                    <w:bottom w:w="45" w:type="dxa"/>
                    <w:right w:w="70" w:type="dxa"/>
                  </w:tcMar>
                </w:tcPr>
                <w:p w14:paraId="56558FCD" w14:textId="77777777" w:rsidR="00623E5F" w:rsidRDefault="00000000">
                  <w:pPr>
                    <w:keepNext/>
                  </w:pPr>
                  <w:r>
                    <w:rPr>
                      <w:b/>
                      <w:color w:val="000000"/>
                    </w:rPr>
                    <w:t>KRITERIJI USPEŠNOSTI</w:t>
                  </w:r>
                </w:p>
              </w:tc>
            </w:tr>
          </w:tbl>
          <w:p w14:paraId="19D71784" w14:textId="77777777" w:rsidR="00623E5F" w:rsidRDefault="00623E5F"/>
          <w:p w14:paraId="6BADECAE" w14:textId="77777777" w:rsidR="00623E5F" w:rsidRDefault="00000000">
            <w:pPr>
              <w:spacing w:before="20" w:after="20" w:line="245" w:lineRule="auto"/>
            </w:pPr>
            <w:r>
              <w:rPr>
                <w:b/>
                <w:color w:val="000000"/>
                <w:sz w:val="16"/>
              </w:rPr>
              <w:t>Uspešen/-na bom, ko:</w:t>
            </w:r>
          </w:p>
          <w:p w14:paraId="0A5DC53A" w14:textId="77777777" w:rsidR="00623E5F" w:rsidRDefault="00000000">
            <w:pPr>
              <w:pStyle w:val="Oznaenseznam"/>
              <w:spacing w:after="16"/>
            </w:pPr>
            <w:r>
              <w:rPr>
                <w:color w:val="000000"/>
                <w:sz w:val="15"/>
              </w:rPr>
              <w:t>varno premagujem teren</w:t>
            </w:r>
          </w:p>
          <w:p w14:paraId="4A63F8D8" w14:textId="77777777" w:rsidR="00623E5F" w:rsidRDefault="00000000">
            <w:pPr>
              <w:pStyle w:val="Oznaenseznam"/>
              <w:spacing w:after="16"/>
            </w:pPr>
            <w:r>
              <w:rPr>
                <w:color w:val="000000"/>
                <w:sz w:val="15"/>
              </w:rPr>
              <w:t>uravnavam napor</w:t>
            </w:r>
          </w:p>
          <w:p w14:paraId="784E47D6" w14:textId="77777777" w:rsidR="00623E5F" w:rsidRDefault="00000000">
            <w:pPr>
              <w:pStyle w:val="Oznaenseznam"/>
              <w:spacing w:after="16"/>
            </w:pPr>
            <w:r>
              <w:rPr>
                <w:color w:val="000000"/>
                <w:sz w:val="15"/>
              </w:rPr>
              <w:t>ravnam odgovorno do okolja</w:t>
            </w:r>
          </w:p>
          <w:p w14:paraId="6E26E6FB" w14:textId="77777777" w:rsidR="00623E5F" w:rsidRDefault="00000000">
            <w:pPr>
              <w:pStyle w:val="Oznaenseznam"/>
              <w:spacing w:after="16"/>
            </w:pPr>
            <w:r>
              <w:rPr>
                <w:color w:val="000000"/>
                <w:sz w:val="15"/>
              </w:rPr>
              <w:t>pred začetkom preverim prostor in opremo, ohranjam razdaljo ter se na znak varno ustavim</w:t>
            </w:r>
          </w:p>
          <w:p w14:paraId="65783054"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4EE2FE2D" w14:textId="77777777" w:rsidR="00623E5F" w:rsidRDefault="00623E5F"/>
          <w:p w14:paraId="753DE141"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61F783CE"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6F886627" w14:textId="77777777" w:rsidR="00623E5F" w:rsidRDefault="00000000">
            <w:pPr>
              <w:spacing w:after="100" w:line="245" w:lineRule="auto"/>
            </w:pPr>
            <w:r>
              <w:rPr>
                <w:color w:val="000000"/>
                <w:sz w:val="15"/>
              </w:rPr>
              <w:t>Sodeluje pri razumevanju namena, vidnih meril, varnostnih pravil, prehodov in načina dokazovanja.</w:t>
            </w:r>
          </w:p>
          <w:p w14:paraId="5EC3CAB8" w14:textId="77777777" w:rsidR="00623E5F" w:rsidRDefault="00000000">
            <w:pPr>
              <w:spacing w:after="20" w:line="245" w:lineRule="auto"/>
            </w:pPr>
            <w:r>
              <w:rPr>
                <w:b/>
                <w:color w:val="D95BC6"/>
                <w:sz w:val="17"/>
              </w:rPr>
              <w:t>DOKAZ O UČENJU</w:t>
            </w:r>
          </w:p>
          <w:p w14:paraId="1844EC0F"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2BD52C6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3604458"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C15CC81"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B533D37" w14:textId="77777777" w:rsidR="00623E5F" w:rsidRDefault="00000000">
            <w:pPr>
              <w:jc w:val="center"/>
            </w:pPr>
            <w:r>
              <w:rPr>
                <w:b/>
                <w:color w:val="000000"/>
                <w:sz w:val="20"/>
              </w:rPr>
              <w:t>UČNE DEJAVNOSTI, METODE IN FORMATIVNO SPREMLJANJE</w:t>
            </w:r>
          </w:p>
        </w:tc>
      </w:tr>
      <w:tr w:rsidR="00623E5F" w14:paraId="26C5427D" w14:textId="77777777">
        <w:trPr>
          <w:tblHeader/>
          <w:jc w:val="center"/>
        </w:trPr>
        <w:tc>
          <w:tcPr>
            <w:tcW w:w="4422" w:type="dxa"/>
            <w:vMerge/>
            <w:tcMar>
              <w:top w:w="70" w:type="dxa"/>
              <w:left w:w="90" w:type="dxa"/>
              <w:bottom w:w="70" w:type="dxa"/>
              <w:right w:w="90" w:type="dxa"/>
            </w:tcMar>
            <w:vAlign w:val="center"/>
          </w:tcPr>
          <w:p w14:paraId="3F2AA3E2" w14:textId="77777777" w:rsidR="00623E5F" w:rsidRDefault="00623E5F"/>
        </w:tc>
        <w:tc>
          <w:tcPr>
            <w:tcW w:w="7087" w:type="dxa"/>
            <w:shd w:val="clear" w:color="auto" w:fill="FFFFFF"/>
            <w:tcMar>
              <w:top w:w="70" w:type="dxa"/>
              <w:left w:w="90" w:type="dxa"/>
              <w:bottom w:w="70" w:type="dxa"/>
              <w:right w:w="90" w:type="dxa"/>
            </w:tcMar>
            <w:vAlign w:val="center"/>
          </w:tcPr>
          <w:p w14:paraId="61DDEC9E"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9CB493C" w14:textId="77777777" w:rsidR="00623E5F" w:rsidRDefault="00000000">
            <w:pPr>
              <w:jc w:val="center"/>
            </w:pPr>
            <w:r>
              <w:rPr>
                <w:b/>
                <w:color w:val="000000"/>
              </w:rPr>
              <w:t>UČENEC</w:t>
            </w:r>
          </w:p>
        </w:tc>
      </w:tr>
      <w:tr w:rsidR="00623E5F" w14:paraId="7C6AEDB8" w14:textId="77777777">
        <w:trPr>
          <w:jc w:val="center"/>
        </w:trPr>
        <w:tc>
          <w:tcPr>
            <w:tcW w:w="4422" w:type="dxa"/>
            <w:tcMar>
              <w:top w:w="70" w:type="dxa"/>
              <w:left w:w="90" w:type="dxa"/>
              <w:bottom w:w="70" w:type="dxa"/>
              <w:right w:w="90" w:type="dxa"/>
            </w:tcMar>
          </w:tcPr>
          <w:p w14:paraId="78947805" w14:textId="77777777" w:rsidR="00623E5F" w:rsidRDefault="00623E5F"/>
          <w:p w14:paraId="72CD4403" w14:textId="77777777" w:rsidR="00623E5F" w:rsidRDefault="00000000">
            <w:pPr>
              <w:spacing w:after="40" w:line="245" w:lineRule="auto"/>
            </w:pPr>
            <w:r>
              <w:rPr>
                <w:b/>
                <w:color w:val="000000"/>
                <w:sz w:val="17"/>
              </w:rPr>
              <w:t>KLJUČNI ŠPORTNI IN GIBALNI POJMI</w:t>
            </w:r>
          </w:p>
          <w:p w14:paraId="47B70C05"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teren, podlaga, orientacija, oznaka, pot, tempo, vzdržljivost, okolje</w:t>
            </w:r>
          </w:p>
          <w:p w14:paraId="5454E911" w14:textId="77777777" w:rsidR="00623E5F" w:rsidRDefault="00000000">
            <w:pPr>
              <w:spacing w:after="20" w:line="245" w:lineRule="auto"/>
            </w:pPr>
            <w:r>
              <w:rPr>
                <w:b/>
                <w:color w:val="000000"/>
                <w:sz w:val="17"/>
              </w:rPr>
              <w:t>DOKAZI O UČENJU</w:t>
            </w:r>
          </w:p>
          <w:p w14:paraId="587E156E" w14:textId="77777777" w:rsidR="00623E5F" w:rsidRDefault="00000000">
            <w:pPr>
              <w:pStyle w:val="Oznaenseznam"/>
              <w:spacing w:after="7"/>
            </w:pPr>
            <w:r>
              <w:rPr>
                <w:color w:val="000000"/>
                <w:sz w:val="14"/>
              </w:rPr>
              <w:t>varen odziv na znak, začetni poskus prvine in ustno varnostno pravilo.</w:t>
            </w:r>
          </w:p>
          <w:p w14:paraId="7808F825" w14:textId="77777777" w:rsidR="00623E5F" w:rsidRDefault="00000000">
            <w:pPr>
              <w:pStyle w:val="Oznaenseznam"/>
              <w:spacing w:after="7"/>
            </w:pPr>
            <w:r>
              <w:rPr>
                <w:color w:val="000000"/>
                <w:sz w:val="14"/>
              </w:rPr>
              <w:t>uporaba prvine v igri, sodelovanje, upoštevanje pravil in osebno samovrednotenje.</w:t>
            </w:r>
          </w:p>
          <w:p w14:paraId="0B24A5D2" w14:textId="77777777" w:rsidR="00623E5F" w:rsidRDefault="00000000">
            <w:pPr>
              <w:spacing w:before="40" w:after="20" w:line="245" w:lineRule="auto"/>
            </w:pPr>
            <w:r>
              <w:rPr>
                <w:b/>
                <w:color w:val="000000"/>
                <w:sz w:val="16"/>
              </w:rPr>
              <w:t>GIBALNO DOŽIVETJE IN IZKUŠENJSKI POUK</w:t>
            </w:r>
          </w:p>
          <w:p w14:paraId="17FA1EDE"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717ED940" w14:textId="77777777" w:rsidR="00623E5F" w:rsidRDefault="00000000">
            <w:pPr>
              <w:spacing w:after="20" w:line="245" w:lineRule="auto"/>
            </w:pPr>
            <w:r>
              <w:rPr>
                <w:b/>
                <w:color w:val="000000"/>
                <w:sz w:val="16"/>
              </w:rPr>
              <w:t>POUČEVANJE V GIBANJU</w:t>
            </w:r>
          </w:p>
          <w:p w14:paraId="2A616BB4"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766DB12D" w14:textId="77777777" w:rsidR="00623E5F" w:rsidRDefault="00000000">
            <w:pPr>
              <w:spacing w:after="20" w:line="245" w:lineRule="auto"/>
            </w:pPr>
            <w:r>
              <w:rPr>
                <w:b/>
                <w:color w:val="000000"/>
                <w:sz w:val="16"/>
              </w:rPr>
              <w:t>DELO PO ŠTIRIH POSTAJAH</w:t>
            </w:r>
          </w:p>
          <w:p w14:paraId="693314EA"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67B641BA" w14:textId="77777777" w:rsidR="00623E5F" w:rsidRDefault="00000000">
            <w:pPr>
              <w:spacing w:after="7" w:line="245" w:lineRule="auto"/>
            </w:pPr>
            <w:r>
              <w:rPr>
                <w:color w:val="000000"/>
                <w:sz w:val="14"/>
              </w:rPr>
              <w:t>1. Terenska: na označenem območju in različnih podlagah uresničujem cilj »varno premagujem teren«.</w:t>
            </w:r>
          </w:p>
          <w:p w14:paraId="56046BEA" w14:textId="77777777" w:rsidR="00623E5F" w:rsidRDefault="00000000">
            <w:pPr>
              <w:spacing w:after="7" w:line="245" w:lineRule="auto"/>
            </w:pPr>
            <w:r>
              <w:rPr>
                <w:color w:val="000000"/>
                <w:sz w:val="14"/>
              </w:rPr>
              <w:t>2. Orientacijska: sledim preprostim oznakam, izberem varno pot in se vedno vrnem na zbirno mesto.</w:t>
            </w:r>
          </w:p>
          <w:p w14:paraId="02ACC6B4" w14:textId="77777777" w:rsidR="00623E5F" w:rsidRDefault="00000000">
            <w:pPr>
              <w:spacing w:after="7" w:line="245" w:lineRule="auto"/>
            </w:pPr>
            <w:r>
              <w:rPr>
                <w:color w:val="000000"/>
                <w:sz w:val="14"/>
              </w:rPr>
              <w:t>3. Tempo in ravnotežje: po terenu uravnavam napor ter preverjam cilj »uravnavam napor«.</w:t>
            </w:r>
          </w:p>
          <w:p w14:paraId="394FA0F0" w14:textId="77777777" w:rsidR="00623E5F" w:rsidRDefault="00000000">
            <w:pPr>
              <w:spacing w:after="7" w:line="245" w:lineRule="auto"/>
            </w:pPr>
            <w:r>
              <w:rPr>
                <w:color w:val="000000"/>
                <w:sz w:val="14"/>
              </w:rPr>
              <w:t>4. Okoljska: v skupini rešim gibalni izziv, ne poškodujem okolja in pokažem, kako »ravnam odgovorno do okolja«.</w:t>
            </w:r>
          </w:p>
          <w:p w14:paraId="3EDDDDD9" w14:textId="77777777" w:rsidR="00623E5F" w:rsidRDefault="00000000">
            <w:pPr>
              <w:spacing w:after="20" w:line="245" w:lineRule="auto"/>
            </w:pPr>
            <w:r>
              <w:rPr>
                <w:b/>
                <w:color w:val="000000"/>
                <w:sz w:val="16"/>
              </w:rPr>
              <w:t>DIFERENCIACIJA IN VKLJUČEVANJE</w:t>
            </w:r>
          </w:p>
          <w:p w14:paraId="6094A353"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414A8AA8" w14:textId="77777777" w:rsidR="00623E5F" w:rsidRDefault="00000000">
            <w:pPr>
              <w:spacing w:after="20" w:line="245" w:lineRule="auto"/>
            </w:pPr>
            <w:r>
              <w:rPr>
                <w:b/>
                <w:color w:val="000000"/>
                <w:sz w:val="16"/>
              </w:rPr>
              <w:t>SPREMLJANJE</w:t>
            </w:r>
          </w:p>
          <w:p w14:paraId="63B63143"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5F8CB633"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DDA56AB" w14:textId="77777777">
              <w:trPr>
                <w:jc w:val="center"/>
              </w:trPr>
              <w:tc>
                <w:tcPr>
                  <w:tcW w:w="7087" w:type="dxa"/>
                  <w:shd w:val="clear" w:color="auto" w:fill="C6E7F3"/>
                  <w:tcMar>
                    <w:top w:w="45" w:type="dxa"/>
                    <w:left w:w="70" w:type="dxa"/>
                    <w:bottom w:w="45" w:type="dxa"/>
                    <w:right w:w="70" w:type="dxa"/>
                  </w:tcMar>
                </w:tcPr>
                <w:p w14:paraId="34369AB8" w14:textId="77777777" w:rsidR="00623E5F" w:rsidRDefault="00000000">
                  <w:pPr>
                    <w:keepNext/>
                  </w:pPr>
                  <w:r>
                    <w:rPr>
                      <w:b/>
                      <w:color w:val="000000"/>
                      <w:sz w:val="16"/>
                    </w:rPr>
                    <w:t>GLAVNI DEL – GIBALNI IZZIV, VADBA NA ŠTIRIH POSTAJAH IN IGRA (2 šolski uri)</w:t>
                  </w:r>
                </w:p>
              </w:tc>
            </w:tr>
          </w:tbl>
          <w:p w14:paraId="2C3B9F16" w14:textId="77777777" w:rsidR="00623E5F" w:rsidRDefault="00623E5F">
            <w:pPr>
              <w:spacing w:line="20" w:lineRule="exact"/>
            </w:pPr>
          </w:p>
          <w:p w14:paraId="0652D4FB" w14:textId="77777777" w:rsidR="00623E5F" w:rsidRDefault="00000000">
            <w:pPr>
              <w:keepNext/>
              <w:spacing w:before="16" w:after="6" w:line="245" w:lineRule="auto"/>
            </w:pPr>
            <w:r>
              <w:rPr>
                <w:b/>
                <w:color w:val="000000"/>
                <w:sz w:val="15"/>
              </w:rPr>
              <w:t>1. URA – Gibanje v naravi – Ogrejem se in usvojim gib</w:t>
            </w:r>
          </w:p>
          <w:p w14:paraId="32C14753"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»Kaj je na koncu sveta« – Niko Grafenauer. Osrednji del 30': 32' – Preveri prostor in opremo, predstavi varnostni znak ter skozi gibalno zgodbo modelira ključno prvino po korakih.</w:t>
            </w:r>
          </w:p>
          <w:p w14:paraId="3BDA0016"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35422A07" w14:textId="77777777" w:rsidR="00623E5F" w:rsidRDefault="00000000">
            <w:pPr>
              <w:spacing w:after="15" w:line="245" w:lineRule="auto"/>
            </w:pPr>
            <w:r>
              <w:rPr>
                <w:i/>
                <w:color w:val="D95BC6"/>
                <w:sz w:val="14"/>
              </w:rPr>
              <w:t>Predvideni dokaz: varen odziv na znak, začetni poskus prvine in ustno varnostno pravilo..</w:t>
            </w:r>
          </w:p>
          <w:p w14:paraId="465326CF" w14:textId="77777777" w:rsidR="00623E5F" w:rsidRDefault="00000000">
            <w:pPr>
              <w:keepNext/>
              <w:spacing w:before="16" w:after="6" w:line="245" w:lineRule="auto"/>
            </w:pPr>
            <w:r>
              <w:rPr>
                <w:b/>
                <w:color w:val="000000"/>
                <w:sz w:val="15"/>
              </w:rPr>
              <w:t>2. URA – Gibanje v naravi – Uporabim v igri</w:t>
            </w:r>
          </w:p>
          <w:p w14:paraId="7F04ABFC"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»Kaj je na koncu sveta« – Niko Grafenauer. Osrednji del 30': 32' – Organizira vključujočo igro ali izziv brez izločanja, spremlja varnost, pošteno igro in uporabo naučene prvine.</w:t>
            </w:r>
          </w:p>
          <w:p w14:paraId="7146EC1D"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48DD0142"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6E3BB290" w14:textId="77777777">
              <w:trPr>
                <w:jc w:val="center"/>
              </w:trPr>
              <w:tc>
                <w:tcPr>
                  <w:tcW w:w="7087" w:type="dxa"/>
                  <w:shd w:val="clear" w:color="auto" w:fill="EDC9EA"/>
                  <w:tcMar>
                    <w:top w:w="45" w:type="dxa"/>
                    <w:left w:w="70" w:type="dxa"/>
                    <w:bottom w:w="45" w:type="dxa"/>
                    <w:right w:w="70" w:type="dxa"/>
                  </w:tcMar>
                </w:tcPr>
                <w:p w14:paraId="61860A08" w14:textId="77777777" w:rsidR="00623E5F" w:rsidRDefault="00000000">
                  <w:pPr>
                    <w:keepNext/>
                  </w:pPr>
                  <w:r>
                    <w:rPr>
                      <w:b/>
                      <w:color w:val="000000"/>
                      <w:sz w:val="16"/>
                    </w:rPr>
                    <w:t>ORGANIZACIJA POSTAJ, PREHODOV IN AKTIVNEGA ČASA</w:t>
                  </w:r>
                </w:p>
              </w:tc>
            </w:tr>
          </w:tbl>
          <w:p w14:paraId="033E4078" w14:textId="77777777" w:rsidR="00623E5F" w:rsidRDefault="00623E5F"/>
          <w:p w14:paraId="063BDC57" w14:textId="77777777" w:rsidR="00623E5F" w:rsidRDefault="00000000">
            <w:pPr>
              <w:spacing w:before="5" w:after="6" w:line="245" w:lineRule="auto"/>
            </w:pPr>
            <w:r>
              <w:rPr>
                <w:color w:val="000000"/>
                <w:sz w:val="14"/>
              </w:rPr>
              <w:t>Postaja 1: Terenska: na označenem območju in različnih podlagah uresničujem cilj »varno premagujem teren«.</w:t>
            </w:r>
          </w:p>
          <w:p w14:paraId="4180B78C" w14:textId="77777777" w:rsidR="00623E5F" w:rsidRDefault="00000000">
            <w:pPr>
              <w:spacing w:before="5" w:after="6" w:line="245" w:lineRule="auto"/>
            </w:pPr>
            <w:r>
              <w:rPr>
                <w:color w:val="000000"/>
                <w:sz w:val="14"/>
              </w:rPr>
              <w:t>Postaja 2: Orientacijska: sledim preprostim oznakam, izberem varno pot in se vedno vrnem na zbirno mesto.</w:t>
            </w:r>
          </w:p>
          <w:p w14:paraId="020E3A57" w14:textId="77777777" w:rsidR="00623E5F" w:rsidRDefault="00000000">
            <w:pPr>
              <w:spacing w:before="5" w:after="6" w:line="245" w:lineRule="auto"/>
            </w:pPr>
            <w:r>
              <w:rPr>
                <w:color w:val="000000"/>
                <w:sz w:val="14"/>
              </w:rPr>
              <w:t>Postaja 3: Tempo in ravnotežje: po terenu uravnavam napor ter preverjam cilj »uravnavam napor«.</w:t>
            </w:r>
          </w:p>
          <w:p w14:paraId="76E0C08B" w14:textId="77777777" w:rsidR="00623E5F" w:rsidRDefault="00000000">
            <w:pPr>
              <w:spacing w:before="5" w:after="6" w:line="245" w:lineRule="auto"/>
            </w:pPr>
            <w:r>
              <w:rPr>
                <w:color w:val="000000"/>
                <w:sz w:val="14"/>
              </w:rPr>
              <w:t>Postaja 4: Okoljska: v skupini rešim gibalni izziv, ne poškodujem okolja in pokažem, kako »ravnam odgovorno do okolja«.</w:t>
            </w:r>
          </w:p>
          <w:p w14:paraId="27478365"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7D887DA6" w14:textId="77777777" w:rsidR="00623E5F" w:rsidRDefault="00623E5F"/>
          <w:p w14:paraId="78493FD7" w14:textId="77777777" w:rsidR="00623E5F" w:rsidRDefault="00000000">
            <w:pPr>
              <w:spacing w:after="5" w:line="245" w:lineRule="auto"/>
            </w:pPr>
            <w:r>
              <w:rPr>
                <w:b/>
                <w:color w:val="000000"/>
                <w:sz w:val="15"/>
              </w:rPr>
              <w:t>1. URA – Gibanje v naravi – Ogrejem se in usvojim gib</w:t>
            </w:r>
          </w:p>
          <w:p w14:paraId="2D2302BC"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332CA1DE" w14:textId="77777777" w:rsidR="00623E5F" w:rsidRDefault="00000000">
            <w:pPr>
              <w:spacing w:after="14" w:line="245" w:lineRule="auto"/>
            </w:pPr>
            <w:r>
              <w:rPr>
                <w:color w:val="D95BC6"/>
                <w:sz w:val="13"/>
              </w:rPr>
              <w:t>Dokaz: varen odziv na znak, začetni poskus prvine in ustno varnostno pravilo.</w:t>
            </w:r>
          </w:p>
          <w:p w14:paraId="524A84A2" w14:textId="77777777" w:rsidR="00623E5F" w:rsidRDefault="00000000">
            <w:pPr>
              <w:spacing w:after="5" w:line="245" w:lineRule="auto"/>
            </w:pPr>
            <w:r>
              <w:rPr>
                <w:b/>
                <w:color w:val="000000"/>
                <w:sz w:val="15"/>
              </w:rPr>
              <w:t>2. URA – Gibanje v naravi – Uporabim v igri</w:t>
            </w:r>
          </w:p>
          <w:p w14:paraId="0FCF2388"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1892C25E" w14:textId="77777777" w:rsidR="00623E5F" w:rsidRDefault="00000000">
            <w:pPr>
              <w:spacing w:after="14" w:line="245" w:lineRule="auto"/>
            </w:pPr>
            <w:r>
              <w:rPr>
                <w:color w:val="D95BC6"/>
                <w:sz w:val="13"/>
              </w:rPr>
              <w:t>Dokaz: uporaba prvine v igri, sodelovanje, upoštevanje pravil in osebno.</w:t>
            </w:r>
          </w:p>
          <w:p w14:paraId="51375F32" w14:textId="77777777" w:rsidR="00623E5F" w:rsidRDefault="00000000">
            <w:pPr>
              <w:spacing w:before="30" w:after="14" w:line="245" w:lineRule="auto"/>
            </w:pPr>
            <w:r>
              <w:rPr>
                <w:b/>
                <w:color w:val="D95BC6"/>
                <w:sz w:val="16"/>
              </w:rPr>
              <w:t>MOJ KROG POSTAJ</w:t>
            </w:r>
          </w:p>
          <w:p w14:paraId="544BF334" w14:textId="77777777" w:rsidR="00623E5F" w:rsidRDefault="00000000">
            <w:pPr>
              <w:spacing w:after="8" w:line="245" w:lineRule="auto"/>
            </w:pPr>
            <w:r>
              <w:rPr>
                <w:color w:val="000000"/>
                <w:sz w:val="13"/>
              </w:rPr>
              <w:t>1. Terenska: na označenem območju in različnih podlagah uresničujem cilj »varno.</w:t>
            </w:r>
          </w:p>
          <w:p w14:paraId="00BDFD44" w14:textId="77777777" w:rsidR="00623E5F" w:rsidRDefault="00000000">
            <w:pPr>
              <w:spacing w:after="8" w:line="245" w:lineRule="auto"/>
            </w:pPr>
            <w:r>
              <w:rPr>
                <w:color w:val="000000"/>
                <w:sz w:val="13"/>
              </w:rPr>
              <w:t>2. Orientacijska: sledim preprostim oznakam, izberem varno pot in se vedno vrnem na.</w:t>
            </w:r>
          </w:p>
          <w:p w14:paraId="13A9D859" w14:textId="77777777" w:rsidR="00623E5F" w:rsidRDefault="00000000">
            <w:pPr>
              <w:spacing w:after="8" w:line="245" w:lineRule="auto"/>
            </w:pPr>
            <w:r>
              <w:rPr>
                <w:color w:val="000000"/>
                <w:sz w:val="13"/>
              </w:rPr>
              <w:t>3. Tempo in ravnotežje: po terenu uravnavam napor ter preverjam cilj »uravnavam.</w:t>
            </w:r>
          </w:p>
          <w:p w14:paraId="75DD7C1D" w14:textId="77777777" w:rsidR="00623E5F" w:rsidRDefault="00000000">
            <w:pPr>
              <w:spacing w:after="8" w:line="245" w:lineRule="auto"/>
            </w:pPr>
            <w:r>
              <w:rPr>
                <w:color w:val="000000"/>
                <w:sz w:val="13"/>
              </w:rPr>
              <w:t>4. Okoljska: v skupini rešim gibalni izziv, ne poškodujem okolja in pokažem.</w:t>
            </w:r>
          </w:p>
          <w:p w14:paraId="4CEF4933"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12D817E6" w14:textId="77777777" w:rsidR="00623E5F" w:rsidRDefault="00000000">
            <w:pPr>
              <w:spacing w:after="14" w:line="245" w:lineRule="auto"/>
            </w:pPr>
            <w:r>
              <w:rPr>
                <w:b/>
                <w:color w:val="D95BC6"/>
                <w:sz w:val="16"/>
              </w:rPr>
              <w:t>DOKAZ O UČENJU</w:t>
            </w:r>
          </w:p>
          <w:p w14:paraId="07199B64"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2D2E93F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6403AAD"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EF063B1"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172D7723" w14:textId="77777777" w:rsidR="00623E5F" w:rsidRDefault="00000000">
            <w:pPr>
              <w:jc w:val="center"/>
            </w:pPr>
            <w:r>
              <w:rPr>
                <w:b/>
                <w:color w:val="000000"/>
                <w:sz w:val="20"/>
              </w:rPr>
              <w:t>UČNE DEJAVNOSTI, METODE IN FORMATIVNO SPREMLJANJE</w:t>
            </w:r>
          </w:p>
        </w:tc>
      </w:tr>
      <w:tr w:rsidR="00623E5F" w14:paraId="4C9F591F" w14:textId="77777777">
        <w:trPr>
          <w:tblHeader/>
          <w:jc w:val="center"/>
        </w:trPr>
        <w:tc>
          <w:tcPr>
            <w:tcW w:w="4422" w:type="dxa"/>
            <w:vMerge/>
            <w:tcMar>
              <w:top w:w="70" w:type="dxa"/>
              <w:left w:w="90" w:type="dxa"/>
              <w:bottom w:w="70" w:type="dxa"/>
              <w:right w:w="90" w:type="dxa"/>
            </w:tcMar>
            <w:vAlign w:val="center"/>
          </w:tcPr>
          <w:p w14:paraId="2917EB32" w14:textId="77777777" w:rsidR="00623E5F" w:rsidRDefault="00623E5F"/>
        </w:tc>
        <w:tc>
          <w:tcPr>
            <w:tcW w:w="7087" w:type="dxa"/>
            <w:shd w:val="clear" w:color="auto" w:fill="FFFFFF"/>
            <w:tcMar>
              <w:top w:w="70" w:type="dxa"/>
              <w:left w:w="90" w:type="dxa"/>
              <w:bottom w:w="70" w:type="dxa"/>
              <w:right w:w="90" w:type="dxa"/>
            </w:tcMar>
            <w:vAlign w:val="center"/>
          </w:tcPr>
          <w:p w14:paraId="15A6A9AB"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5C7CA0E" w14:textId="77777777" w:rsidR="00623E5F" w:rsidRDefault="00000000">
            <w:pPr>
              <w:jc w:val="center"/>
            </w:pPr>
            <w:r>
              <w:rPr>
                <w:b/>
                <w:color w:val="000000"/>
              </w:rPr>
              <w:t>UČENEC</w:t>
            </w:r>
          </w:p>
        </w:tc>
      </w:tr>
      <w:tr w:rsidR="00623E5F" w14:paraId="50775EE9" w14:textId="77777777">
        <w:trPr>
          <w:jc w:val="center"/>
        </w:trPr>
        <w:tc>
          <w:tcPr>
            <w:tcW w:w="4422" w:type="dxa"/>
            <w:tcMar>
              <w:top w:w="70" w:type="dxa"/>
              <w:left w:w="90" w:type="dxa"/>
              <w:bottom w:w="70" w:type="dxa"/>
              <w:right w:w="90" w:type="dxa"/>
            </w:tcMar>
          </w:tcPr>
          <w:p w14:paraId="182AD288" w14:textId="77777777" w:rsidR="00623E5F" w:rsidRDefault="00623E5F"/>
          <w:p w14:paraId="3DDB5DD5" w14:textId="77777777" w:rsidR="00623E5F" w:rsidRDefault="00000000">
            <w:pPr>
              <w:spacing w:after="40" w:line="245" w:lineRule="auto"/>
            </w:pPr>
            <w:r>
              <w:rPr>
                <w:b/>
                <w:color w:val="000000"/>
              </w:rPr>
              <w:t>FORMATIVNO SPREMLJANJE</w:t>
            </w:r>
          </w:p>
          <w:p w14:paraId="23AB9796" w14:textId="77777777" w:rsidR="00623E5F" w:rsidRDefault="00000000">
            <w:pPr>
              <w:pStyle w:val="Oznaenseznam"/>
              <w:spacing w:after="16"/>
            </w:pPr>
            <w:r>
              <w:rPr>
                <w:color w:val="000000"/>
                <w:sz w:val="15"/>
              </w:rPr>
              <w:t>predznanje: gibalni prikaz, odziv na znak, izbira kartice, začetni poskus ali kratka razlaga</w:t>
            </w:r>
          </w:p>
          <w:p w14:paraId="08E31BDB" w14:textId="77777777" w:rsidR="00623E5F" w:rsidRDefault="00000000">
            <w:pPr>
              <w:pStyle w:val="Oznaenseznam"/>
              <w:spacing w:after="16"/>
            </w:pPr>
            <w:r>
              <w:rPr>
                <w:color w:val="000000"/>
                <w:sz w:val="15"/>
              </w:rPr>
              <w:t>nameni in merila: kratka poved, slikovni znak, model varne izvedbe in en opazljiv tehnični poudarek</w:t>
            </w:r>
          </w:p>
          <w:p w14:paraId="0BB0432E"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040DEC0B" w14:textId="77777777" w:rsidR="00623E5F" w:rsidRDefault="00000000">
            <w:pPr>
              <w:pStyle w:val="Oznaenseznam"/>
              <w:spacing w:after="16"/>
            </w:pPr>
            <w:r>
              <w:rPr>
                <w:color w:val="000000"/>
                <w:sz w:val="15"/>
              </w:rPr>
              <w:t>povratna informacija: opis opaženega, povezava z enim merilom in takoj izvedljiv ponovni poskus</w:t>
            </w:r>
          </w:p>
          <w:p w14:paraId="25251B8B" w14:textId="77777777" w:rsidR="00623E5F" w:rsidRDefault="00000000">
            <w:pPr>
              <w:pStyle w:val="Oznaenseznam"/>
              <w:spacing w:after="16"/>
            </w:pPr>
            <w:r>
              <w:rPr>
                <w:color w:val="000000"/>
                <w:sz w:val="15"/>
              </w:rPr>
              <w:t>samovrednotenje: semafor napora in varnosti, lestvica samostojnosti, izbran dokaz ter osebni naslednji korak</w:t>
            </w:r>
          </w:p>
          <w:p w14:paraId="1B9E6A28" w14:textId="77777777" w:rsidR="00623E5F" w:rsidRDefault="00000000">
            <w:pPr>
              <w:spacing w:before="40" w:after="20" w:line="245" w:lineRule="auto"/>
            </w:pPr>
            <w:r>
              <w:rPr>
                <w:b/>
                <w:color w:val="000000"/>
                <w:sz w:val="17"/>
              </w:rPr>
              <w:t>VARNOST, POČUTJE IN HIGIENA</w:t>
            </w:r>
          </w:p>
          <w:p w14:paraId="275B3F06"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Območje je vnaprej pregledano in označeno, učenci so v vidnem polju odraslega, prilagodijo tempo vremenu in ne zapuščajo skupine.</w:t>
            </w:r>
          </w:p>
          <w:p w14:paraId="728D8F62" w14:textId="77777777" w:rsidR="00623E5F" w:rsidRDefault="00000000">
            <w:pPr>
              <w:spacing w:after="20" w:line="245" w:lineRule="auto"/>
            </w:pPr>
            <w:r>
              <w:rPr>
                <w:b/>
                <w:color w:val="000000"/>
                <w:sz w:val="17"/>
              </w:rPr>
              <w:t>EVIDENCA PO IZVEDBI</w:t>
            </w:r>
          </w:p>
          <w:p w14:paraId="3BC2AA5F"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360EDD72" w14:textId="77777777" w:rsidR="00623E5F" w:rsidRDefault="00000000">
            <w:pPr>
              <w:spacing w:before="40" w:after="20" w:line="245" w:lineRule="auto"/>
            </w:pPr>
            <w:r>
              <w:rPr>
                <w:b/>
                <w:color w:val="000000"/>
                <w:sz w:val="17"/>
              </w:rPr>
              <w:t>RAVEN DOSEGANJA</w:t>
            </w:r>
          </w:p>
          <w:p w14:paraId="73523D92"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3510FE1B"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67B3B23" w14:textId="77777777">
              <w:trPr>
                <w:jc w:val="center"/>
              </w:trPr>
              <w:tc>
                <w:tcPr>
                  <w:tcW w:w="7087" w:type="dxa"/>
                  <w:shd w:val="clear" w:color="auto" w:fill="EDC9EA"/>
                  <w:tcMar>
                    <w:top w:w="45" w:type="dxa"/>
                    <w:left w:w="70" w:type="dxa"/>
                    <w:bottom w:w="45" w:type="dxa"/>
                    <w:right w:w="70" w:type="dxa"/>
                  </w:tcMar>
                </w:tcPr>
                <w:p w14:paraId="67F11338" w14:textId="77777777" w:rsidR="00623E5F" w:rsidRDefault="00000000">
                  <w:pPr>
                    <w:keepNext/>
                  </w:pPr>
                  <w:r>
                    <w:rPr>
                      <w:b/>
                      <w:color w:val="000000"/>
                    </w:rPr>
                    <w:t>VPRAŠANJA V PODPORO GIBALNEMU UČENJU</w:t>
                  </w:r>
                </w:p>
              </w:tc>
            </w:tr>
          </w:tbl>
          <w:p w14:paraId="609887DA" w14:textId="77777777" w:rsidR="00623E5F" w:rsidRDefault="00623E5F">
            <w:pPr>
              <w:spacing w:line="20" w:lineRule="exact"/>
            </w:pPr>
          </w:p>
          <w:p w14:paraId="56A0A3BD" w14:textId="77777777" w:rsidR="00623E5F" w:rsidRDefault="00000000">
            <w:pPr>
              <w:pStyle w:val="Oznaenseznam"/>
              <w:spacing w:after="16"/>
            </w:pPr>
            <w:r>
              <w:rPr>
                <w:color w:val="000000"/>
                <w:sz w:val="15"/>
              </w:rPr>
              <w:t>Kaj si pri prvem poskusu začutil/-a ali opazil/-a v položaju telesa, ravnotežju, smeri, ritmu ali naporu?</w:t>
            </w:r>
          </w:p>
          <w:p w14:paraId="6BB678ED" w14:textId="77777777" w:rsidR="00623E5F" w:rsidRDefault="00000000">
            <w:pPr>
              <w:pStyle w:val="Oznaenseznam"/>
              <w:spacing w:after="16"/>
            </w:pPr>
            <w:r>
              <w:rPr>
                <w:color w:val="000000"/>
                <w:sz w:val="15"/>
              </w:rPr>
              <w:t>Katero varnostno pravilo in kateri gibalni korak sta bila danes najpomembnejša?</w:t>
            </w:r>
          </w:p>
          <w:p w14:paraId="524A122F" w14:textId="77777777" w:rsidR="00623E5F" w:rsidRDefault="00000000">
            <w:pPr>
              <w:pStyle w:val="Oznaenseznam"/>
              <w:spacing w:after="16"/>
            </w:pPr>
            <w:r>
              <w:rPr>
                <w:color w:val="000000"/>
                <w:sz w:val="15"/>
              </w:rPr>
              <w:t>Katero raven si izbral/-a, zakaj je bila primerna in kaj si pri naslednjem poskusu spremenil/-a?</w:t>
            </w:r>
          </w:p>
          <w:p w14:paraId="7EA8791A" w14:textId="77777777" w:rsidR="00623E5F" w:rsidRDefault="00000000">
            <w:pPr>
              <w:pStyle w:val="Oznaenseznam"/>
              <w:spacing w:after="16"/>
            </w:pPr>
            <w:r>
              <w:rPr>
                <w:color w:val="000000"/>
                <w:sz w:val="15"/>
              </w:rPr>
              <w:t>Kateri tvoj gibalni dokaz najjasneje pokaže dogovorjeno merilo?</w:t>
            </w:r>
          </w:p>
          <w:p w14:paraId="203AC718"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098C917E" w14:textId="77777777">
              <w:trPr>
                <w:jc w:val="center"/>
              </w:trPr>
              <w:tc>
                <w:tcPr>
                  <w:tcW w:w="7087" w:type="dxa"/>
                  <w:shd w:val="clear" w:color="auto" w:fill="C6E7F3"/>
                  <w:tcMar>
                    <w:top w:w="45" w:type="dxa"/>
                    <w:left w:w="70" w:type="dxa"/>
                    <w:bottom w:w="45" w:type="dxa"/>
                    <w:right w:w="70" w:type="dxa"/>
                  </w:tcMar>
                </w:tcPr>
                <w:p w14:paraId="09F4A5E2" w14:textId="77777777" w:rsidR="00623E5F" w:rsidRDefault="00000000">
                  <w:pPr>
                    <w:keepNext/>
                  </w:pPr>
                  <w:r>
                    <w:rPr>
                      <w:b/>
                      <w:color w:val="000000"/>
                    </w:rPr>
                    <w:t>ZAKLJUČNI DEL – UMIRJANJE, RAZTEZANJE, DOKAZ IN REFLEKSIJA (8–10 min)</w:t>
                  </w:r>
                </w:p>
              </w:tc>
            </w:tr>
          </w:tbl>
          <w:p w14:paraId="70B63FB3" w14:textId="77777777" w:rsidR="00623E5F" w:rsidRDefault="00623E5F">
            <w:pPr>
              <w:spacing w:line="20" w:lineRule="exact"/>
            </w:pPr>
          </w:p>
          <w:p w14:paraId="1AB6A752"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181BDFF5" w14:textId="77777777">
              <w:trPr>
                <w:jc w:val="center"/>
              </w:trPr>
              <w:tc>
                <w:tcPr>
                  <w:tcW w:w="7087" w:type="dxa"/>
                  <w:shd w:val="clear" w:color="auto" w:fill="EDC9EA"/>
                  <w:tcMar>
                    <w:top w:w="45" w:type="dxa"/>
                    <w:left w:w="70" w:type="dxa"/>
                    <w:bottom w:w="45" w:type="dxa"/>
                    <w:right w:w="70" w:type="dxa"/>
                  </w:tcMar>
                </w:tcPr>
                <w:p w14:paraId="6C3DC0D7" w14:textId="77777777" w:rsidR="00623E5F" w:rsidRDefault="00000000">
                  <w:pPr>
                    <w:keepNext/>
                  </w:pPr>
                  <w:r>
                    <w:rPr>
                      <w:b/>
                      <w:color w:val="000000"/>
                    </w:rPr>
                    <w:t>SAMOVREDNOTENJE</w:t>
                  </w:r>
                </w:p>
              </w:tc>
            </w:tr>
          </w:tbl>
          <w:p w14:paraId="006B8A8E" w14:textId="77777777" w:rsidR="00623E5F" w:rsidRDefault="00623E5F">
            <w:pPr>
              <w:spacing w:line="20" w:lineRule="exact"/>
            </w:pPr>
          </w:p>
          <w:p w14:paraId="38AF272E"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45D91124" w14:textId="77777777">
              <w:trPr>
                <w:jc w:val="center"/>
              </w:trPr>
              <w:tc>
                <w:tcPr>
                  <w:tcW w:w="7087" w:type="dxa"/>
                  <w:shd w:val="clear" w:color="auto" w:fill="EDC9EA"/>
                  <w:tcMar>
                    <w:top w:w="45" w:type="dxa"/>
                    <w:left w:w="70" w:type="dxa"/>
                    <w:bottom w:w="45" w:type="dxa"/>
                    <w:right w:w="70" w:type="dxa"/>
                  </w:tcMar>
                </w:tcPr>
                <w:p w14:paraId="327ECF07" w14:textId="77777777" w:rsidR="00623E5F" w:rsidRDefault="00000000">
                  <w:pPr>
                    <w:keepNext/>
                  </w:pPr>
                  <w:r>
                    <w:rPr>
                      <w:b/>
                      <w:color w:val="000000"/>
                    </w:rPr>
                    <w:t>VRSTNIŠKO OPAZOVANJE IN POVRATNA INFORMACIJA</w:t>
                  </w:r>
                </w:p>
              </w:tc>
            </w:tr>
          </w:tbl>
          <w:p w14:paraId="33736480" w14:textId="77777777" w:rsidR="00623E5F" w:rsidRDefault="00623E5F">
            <w:pPr>
              <w:spacing w:line="20" w:lineRule="exact"/>
            </w:pPr>
          </w:p>
          <w:p w14:paraId="6CE354D8"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33EBEB44" w14:textId="77777777">
              <w:trPr>
                <w:jc w:val="center"/>
              </w:trPr>
              <w:tc>
                <w:tcPr>
                  <w:tcW w:w="7087" w:type="dxa"/>
                  <w:shd w:val="clear" w:color="auto" w:fill="EDC9EA"/>
                  <w:tcMar>
                    <w:top w:w="45" w:type="dxa"/>
                    <w:left w:w="70" w:type="dxa"/>
                    <w:bottom w:w="45" w:type="dxa"/>
                    <w:right w:w="70" w:type="dxa"/>
                  </w:tcMar>
                </w:tcPr>
                <w:p w14:paraId="683AD435" w14:textId="77777777" w:rsidR="00623E5F" w:rsidRDefault="00000000">
                  <w:pPr>
                    <w:keepNext/>
                  </w:pPr>
                  <w:r>
                    <w:rPr>
                      <w:b/>
                      <w:color w:val="000000"/>
                    </w:rPr>
                    <w:t>SKUPNI POVZETEK</w:t>
                  </w:r>
                </w:p>
              </w:tc>
            </w:tr>
          </w:tbl>
          <w:p w14:paraId="7CAD6CC3" w14:textId="77777777" w:rsidR="00623E5F" w:rsidRDefault="00623E5F"/>
          <w:p w14:paraId="2432659C" w14:textId="77777777" w:rsidR="00623E5F" w:rsidRDefault="00000000">
            <w:pPr>
              <w:spacing w:before="20" w:after="40" w:line="245" w:lineRule="auto"/>
            </w:pPr>
            <w:r>
              <w:rPr>
                <w:b/>
                <w:color w:val="000000"/>
                <w:sz w:val="16"/>
              </w:rPr>
              <w:t>varno premagujem teren; uravnavam napor; ravnam odgovorno do okolja. Izbrani gibalni dokaz pojasnim in določim varen naslednji korak.</w:t>
            </w:r>
          </w:p>
        </w:tc>
        <w:tc>
          <w:tcPr>
            <w:tcW w:w="2551" w:type="dxa"/>
            <w:tcMar>
              <w:top w:w="70" w:type="dxa"/>
              <w:left w:w="90" w:type="dxa"/>
              <w:bottom w:w="70" w:type="dxa"/>
              <w:right w:w="90" w:type="dxa"/>
            </w:tcMar>
          </w:tcPr>
          <w:p w14:paraId="3C70D362" w14:textId="77777777" w:rsidR="00623E5F" w:rsidRDefault="00623E5F"/>
          <w:p w14:paraId="4F6A3BE7" w14:textId="77777777" w:rsidR="00623E5F" w:rsidRDefault="00000000">
            <w:pPr>
              <w:spacing w:after="80" w:line="245" w:lineRule="auto"/>
            </w:pPr>
            <w:r>
              <w:rPr>
                <w:color w:val="000000"/>
                <w:sz w:val="15"/>
              </w:rPr>
              <w:t>Odgovarja na podporna vprašanja in se sklicuje na svojo izvedbo, počutje, izbrano raven in varnost.</w:t>
            </w:r>
          </w:p>
          <w:p w14:paraId="3988FCF0" w14:textId="77777777" w:rsidR="00623E5F" w:rsidRDefault="00000000">
            <w:pPr>
              <w:spacing w:after="80" w:line="245" w:lineRule="auto"/>
            </w:pPr>
            <w:r>
              <w:rPr>
                <w:color w:val="000000"/>
                <w:sz w:val="15"/>
              </w:rPr>
              <w:t>Predstavi izbrani gibalni dokaz ter pokaže ali pove, katero merilo z njim dosega.</w:t>
            </w:r>
          </w:p>
          <w:p w14:paraId="575C4BDE" w14:textId="77777777" w:rsidR="00623E5F" w:rsidRDefault="00000000">
            <w:pPr>
              <w:spacing w:after="80" w:line="245" w:lineRule="auto"/>
            </w:pPr>
            <w:r>
              <w:rPr>
                <w:color w:val="000000"/>
                <w:sz w:val="15"/>
              </w:rPr>
              <w:t>Opazuje eno dogovorjeno prvino vrstnikove izvedbe in poda kratek, prijazen ter uporaben odziv.</w:t>
            </w:r>
          </w:p>
          <w:p w14:paraId="0AD764D6"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04440969" w14:textId="77777777" w:rsidR="00623E5F" w:rsidRDefault="00000000">
            <w:pPr>
              <w:spacing w:after="100" w:line="245" w:lineRule="auto"/>
            </w:pPr>
            <w:r>
              <w:rPr>
                <w:color w:val="000000"/>
                <w:sz w:val="15"/>
              </w:rPr>
              <w:t>Umiri dihanje, oceni napor in počutje, izbere raven samostojnosti ter določi varen naslednji korak.</w:t>
            </w:r>
          </w:p>
          <w:p w14:paraId="4129C64E" w14:textId="77777777" w:rsidR="00623E5F" w:rsidRDefault="00000000">
            <w:pPr>
              <w:spacing w:after="20" w:line="245" w:lineRule="auto"/>
            </w:pPr>
            <w:r>
              <w:rPr>
                <w:b/>
                <w:color w:val="D95BC6"/>
                <w:sz w:val="17"/>
              </w:rPr>
              <w:t>DOKAZ O UČENJU</w:t>
            </w:r>
          </w:p>
          <w:p w14:paraId="7AA96AE9"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0E80EAA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213B0804" w14:textId="77777777">
        <w:trPr>
          <w:cantSplit/>
          <w:jc w:val="center"/>
        </w:trPr>
        <w:tc>
          <w:tcPr>
            <w:tcW w:w="14060" w:type="dxa"/>
            <w:gridSpan w:val="6"/>
            <w:tcMar>
              <w:top w:w="70" w:type="dxa"/>
              <w:left w:w="90" w:type="dxa"/>
              <w:bottom w:w="70" w:type="dxa"/>
              <w:right w:w="90" w:type="dxa"/>
            </w:tcMar>
            <w:vAlign w:val="center"/>
          </w:tcPr>
          <w:p w14:paraId="02B62877" w14:textId="77777777" w:rsidR="00623E5F" w:rsidRDefault="00000000">
            <w:pPr>
              <w:jc w:val="center"/>
            </w:pPr>
            <w:r>
              <w:rPr>
                <w:b/>
                <w:color w:val="000000"/>
                <w:sz w:val="24"/>
              </w:rPr>
              <w:lastRenderedPageBreak/>
              <w:t>UČNA PRIPRAVA 32/39</w:t>
            </w:r>
          </w:p>
        </w:tc>
      </w:tr>
      <w:tr w:rsidR="00623E5F" w14:paraId="74F84873" w14:textId="77777777">
        <w:trPr>
          <w:jc w:val="center"/>
        </w:trPr>
        <w:tc>
          <w:tcPr>
            <w:tcW w:w="2665" w:type="dxa"/>
            <w:tcMar>
              <w:top w:w="70" w:type="dxa"/>
              <w:left w:w="90" w:type="dxa"/>
              <w:bottom w:w="70" w:type="dxa"/>
              <w:right w:w="90" w:type="dxa"/>
            </w:tcMar>
            <w:vAlign w:val="center"/>
          </w:tcPr>
          <w:p w14:paraId="70AF506D"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0AD67AD"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676F17E9"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2BF52B19" w14:textId="77777777" w:rsidR="00623E5F" w:rsidRDefault="00000000">
            <w:r>
              <w:rPr>
                <w:b/>
                <w:color w:val="000000"/>
                <w:sz w:val="16"/>
              </w:rPr>
              <w:t xml:space="preserve">NAČRTOVANI TERMIN: </w:t>
            </w:r>
            <w:r>
              <w:rPr>
                <w:color w:val="000000"/>
                <w:sz w:val="16"/>
              </w:rPr>
              <w:t>32. teden • 3.–7. 5. 2027</w:t>
            </w:r>
          </w:p>
        </w:tc>
        <w:tc>
          <w:tcPr>
            <w:tcW w:w="2268" w:type="dxa"/>
            <w:tcMar>
              <w:top w:w="70" w:type="dxa"/>
              <w:left w:w="90" w:type="dxa"/>
              <w:bottom w:w="70" w:type="dxa"/>
              <w:right w:w="90" w:type="dxa"/>
            </w:tcMar>
            <w:vAlign w:val="center"/>
          </w:tcPr>
          <w:p w14:paraId="778335AC"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FAEEE48" w14:textId="77777777" w:rsidR="00623E5F" w:rsidRDefault="00000000">
            <w:r>
              <w:rPr>
                <w:b/>
                <w:color w:val="000000"/>
                <w:sz w:val="16"/>
              </w:rPr>
              <w:t xml:space="preserve">ŠTEVILO UR: </w:t>
            </w:r>
            <w:r>
              <w:rPr>
                <w:color w:val="000000"/>
                <w:sz w:val="16"/>
              </w:rPr>
              <w:t>3</w:t>
            </w:r>
          </w:p>
        </w:tc>
      </w:tr>
      <w:tr w:rsidR="00623E5F" w14:paraId="4A9E8D3F" w14:textId="77777777">
        <w:trPr>
          <w:jc w:val="center"/>
        </w:trPr>
        <w:tc>
          <w:tcPr>
            <w:tcW w:w="14061" w:type="dxa"/>
            <w:gridSpan w:val="6"/>
            <w:tcMar>
              <w:top w:w="70" w:type="dxa"/>
              <w:left w:w="90" w:type="dxa"/>
              <w:bottom w:w="70" w:type="dxa"/>
              <w:right w:w="90" w:type="dxa"/>
            </w:tcMar>
            <w:vAlign w:val="center"/>
          </w:tcPr>
          <w:p w14:paraId="74004D33"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1452E58A" w14:textId="77777777">
        <w:trPr>
          <w:cantSplit/>
          <w:jc w:val="center"/>
        </w:trPr>
        <w:tc>
          <w:tcPr>
            <w:tcW w:w="14060" w:type="dxa"/>
            <w:gridSpan w:val="6"/>
            <w:tcMar>
              <w:top w:w="70" w:type="dxa"/>
              <w:left w:w="90" w:type="dxa"/>
              <w:bottom w:w="70" w:type="dxa"/>
              <w:right w:w="90" w:type="dxa"/>
            </w:tcMar>
            <w:vAlign w:val="center"/>
          </w:tcPr>
          <w:p w14:paraId="3F9D7D22" w14:textId="77777777" w:rsidR="00623E5F" w:rsidRDefault="00623E5F"/>
          <w:p w14:paraId="17D653A0" w14:textId="77777777" w:rsidR="00623E5F" w:rsidRDefault="00000000">
            <w:pPr>
              <w:spacing w:line="245" w:lineRule="auto"/>
            </w:pPr>
            <w:r>
              <w:rPr>
                <w:b/>
                <w:color w:val="000000"/>
                <w:sz w:val="15"/>
              </w:rPr>
              <w:t xml:space="preserve">UČNI SKLOP: </w:t>
            </w:r>
            <w:r>
              <w:rPr>
                <w:color w:val="000000"/>
                <w:sz w:val="15"/>
              </w:rPr>
              <w:t>POKRAJINA, PROSTOR IN TRAJNOSTNA SKUPNOST</w:t>
            </w:r>
          </w:p>
        </w:tc>
      </w:tr>
      <w:tr w:rsidR="00623E5F" w14:paraId="4E30806F" w14:textId="77777777">
        <w:trPr>
          <w:cantSplit/>
          <w:jc w:val="center"/>
        </w:trPr>
        <w:tc>
          <w:tcPr>
            <w:tcW w:w="14060" w:type="dxa"/>
            <w:gridSpan w:val="6"/>
            <w:tcMar>
              <w:top w:w="70" w:type="dxa"/>
              <w:left w:w="90" w:type="dxa"/>
              <w:bottom w:w="70" w:type="dxa"/>
              <w:right w:w="90" w:type="dxa"/>
            </w:tcMar>
            <w:vAlign w:val="center"/>
          </w:tcPr>
          <w:p w14:paraId="4B3C8C64" w14:textId="77777777" w:rsidR="00623E5F" w:rsidRDefault="00623E5F"/>
          <w:p w14:paraId="6CE2A713" w14:textId="77777777" w:rsidR="00623E5F" w:rsidRDefault="00000000">
            <w:pPr>
              <w:spacing w:line="245" w:lineRule="auto"/>
            </w:pPr>
            <w:r>
              <w:rPr>
                <w:b/>
                <w:color w:val="000000"/>
                <w:sz w:val="15"/>
              </w:rPr>
              <w:t xml:space="preserve">UČNA TEMA: </w:t>
            </w:r>
            <w:r>
              <w:rPr>
                <w:color w:val="000000"/>
                <w:sz w:val="15"/>
              </w:rPr>
              <w:t>ATLETSKA ABECEDA</w:t>
            </w:r>
          </w:p>
        </w:tc>
      </w:tr>
      <w:tr w:rsidR="00623E5F" w14:paraId="258761FA" w14:textId="77777777">
        <w:trPr>
          <w:cantSplit/>
          <w:jc w:val="center"/>
        </w:trPr>
        <w:tc>
          <w:tcPr>
            <w:tcW w:w="14060" w:type="dxa"/>
            <w:gridSpan w:val="6"/>
            <w:tcMar>
              <w:top w:w="70" w:type="dxa"/>
              <w:left w:w="90" w:type="dxa"/>
              <w:bottom w:w="70" w:type="dxa"/>
              <w:right w:w="90" w:type="dxa"/>
            </w:tcMar>
            <w:vAlign w:val="center"/>
          </w:tcPr>
          <w:p w14:paraId="35BBF7F8" w14:textId="77777777" w:rsidR="00623E5F" w:rsidRDefault="00623E5F"/>
          <w:p w14:paraId="0724B02D" w14:textId="77777777" w:rsidR="00623E5F" w:rsidRDefault="00000000">
            <w:pPr>
              <w:spacing w:line="245" w:lineRule="auto"/>
            </w:pPr>
            <w:r>
              <w:rPr>
                <w:b/>
                <w:color w:val="000000"/>
                <w:sz w:val="15"/>
              </w:rPr>
              <w:t xml:space="preserve">KNJIŽEVNO / MOTIVNO IZHODIŠČE: </w:t>
            </w:r>
            <w:r>
              <w:rPr>
                <w:color w:val="000000"/>
                <w:sz w:val="15"/>
              </w:rPr>
              <w:t>»Naša bela mačica« – Srečko Kosovel • žival v pokrajini, barve, prostor in ljudski zven</w:t>
            </w:r>
          </w:p>
        </w:tc>
      </w:tr>
      <w:tr w:rsidR="00623E5F" w14:paraId="61C09D20" w14:textId="77777777">
        <w:trPr>
          <w:cantSplit/>
          <w:jc w:val="center"/>
        </w:trPr>
        <w:tc>
          <w:tcPr>
            <w:tcW w:w="14060" w:type="dxa"/>
            <w:gridSpan w:val="6"/>
            <w:tcMar>
              <w:top w:w="70" w:type="dxa"/>
              <w:left w:w="90" w:type="dxa"/>
              <w:bottom w:w="70" w:type="dxa"/>
              <w:right w:w="90" w:type="dxa"/>
            </w:tcMar>
            <w:vAlign w:val="center"/>
          </w:tcPr>
          <w:p w14:paraId="55C66D11" w14:textId="77777777" w:rsidR="00623E5F" w:rsidRDefault="00623E5F"/>
          <w:p w14:paraId="3852F653" w14:textId="77777777" w:rsidR="00623E5F" w:rsidRDefault="00000000">
            <w:pPr>
              <w:spacing w:line="245" w:lineRule="auto"/>
            </w:pPr>
            <w:r>
              <w:rPr>
                <w:b/>
                <w:color w:val="000000"/>
                <w:sz w:val="15"/>
              </w:rPr>
              <w:t xml:space="preserve">GIBALNO IZHODIŠČE / MOTIVACIJA: </w:t>
            </w:r>
            <w:r>
              <w:rPr>
                <w:color w:val="000000"/>
                <w:sz w:val="15"/>
              </w:rPr>
              <w:t>trije simboli - tek, skok in met - vabijo k napovedi tehnike, varnega prehoda in osebnega izziva pri temi »atletska abeceda«. Tedenski gibalni izziv: izvede mačje ravnotežnostne in atletske naloge.</w:t>
            </w:r>
          </w:p>
        </w:tc>
      </w:tr>
      <w:tr w:rsidR="00623E5F" w14:paraId="424F8629" w14:textId="77777777">
        <w:trPr>
          <w:cantSplit/>
          <w:jc w:val="center"/>
        </w:trPr>
        <w:tc>
          <w:tcPr>
            <w:tcW w:w="14060" w:type="dxa"/>
            <w:gridSpan w:val="6"/>
            <w:tcMar>
              <w:top w:w="70" w:type="dxa"/>
              <w:left w:w="90" w:type="dxa"/>
              <w:bottom w:w="70" w:type="dxa"/>
              <w:right w:w="90" w:type="dxa"/>
            </w:tcMar>
            <w:vAlign w:val="center"/>
          </w:tcPr>
          <w:p w14:paraId="3558BFB3" w14:textId="77777777" w:rsidR="00623E5F" w:rsidRDefault="00623E5F"/>
          <w:p w14:paraId="28BEFF29" w14:textId="77777777" w:rsidR="00623E5F" w:rsidRDefault="00000000">
            <w:pPr>
              <w:spacing w:line="245" w:lineRule="auto"/>
            </w:pPr>
            <w:r>
              <w:rPr>
                <w:b/>
                <w:color w:val="000000"/>
                <w:sz w:val="15"/>
              </w:rPr>
              <w:t xml:space="preserve">UČNE ENOTE: </w:t>
            </w:r>
            <w:r>
              <w:rPr>
                <w:color w:val="000000"/>
                <w:sz w:val="15"/>
              </w:rPr>
              <w:t>1. ura – Atletska abeceda – Ogrejem se in usvojim gib • 2. ura – Atletska abeceda – Vadim na postajah • 3. ura – Atletska abeceda – Uporabim v igri</w:t>
            </w:r>
          </w:p>
        </w:tc>
      </w:tr>
      <w:tr w:rsidR="00623E5F" w14:paraId="3856F9BB" w14:textId="77777777">
        <w:trPr>
          <w:cantSplit/>
          <w:jc w:val="center"/>
        </w:trPr>
        <w:tc>
          <w:tcPr>
            <w:tcW w:w="14060" w:type="dxa"/>
            <w:gridSpan w:val="6"/>
            <w:tcMar>
              <w:top w:w="70" w:type="dxa"/>
              <w:left w:w="90" w:type="dxa"/>
              <w:bottom w:w="70" w:type="dxa"/>
              <w:right w:w="90" w:type="dxa"/>
            </w:tcMar>
            <w:vAlign w:val="center"/>
          </w:tcPr>
          <w:p w14:paraId="7FDAAA8F" w14:textId="77777777" w:rsidR="00623E5F" w:rsidRDefault="00623E5F"/>
          <w:p w14:paraId="02CE1DB9"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4899236A" w14:textId="77777777">
        <w:trPr>
          <w:cantSplit/>
          <w:jc w:val="center"/>
        </w:trPr>
        <w:tc>
          <w:tcPr>
            <w:tcW w:w="14060" w:type="dxa"/>
            <w:gridSpan w:val="6"/>
            <w:tcMar>
              <w:top w:w="70" w:type="dxa"/>
              <w:left w:w="90" w:type="dxa"/>
              <w:bottom w:w="70" w:type="dxa"/>
              <w:right w:w="90" w:type="dxa"/>
            </w:tcMar>
            <w:vAlign w:val="center"/>
          </w:tcPr>
          <w:p w14:paraId="7BB74543" w14:textId="77777777" w:rsidR="00623E5F" w:rsidRDefault="00623E5F"/>
          <w:p w14:paraId="40E91360"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5BB5A55D" w14:textId="77777777">
        <w:trPr>
          <w:cantSplit/>
          <w:jc w:val="center"/>
        </w:trPr>
        <w:tc>
          <w:tcPr>
            <w:tcW w:w="14060" w:type="dxa"/>
            <w:gridSpan w:val="6"/>
            <w:tcMar>
              <w:top w:w="70" w:type="dxa"/>
              <w:left w:w="90" w:type="dxa"/>
              <w:bottom w:w="70" w:type="dxa"/>
              <w:right w:w="90" w:type="dxa"/>
            </w:tcMar>
            <w:vAlign w:val="center"/>
          </w:tcPr>
          <w:p w14:paraId="35F075AC" w14:textId="77777777" w:rsidR="00623E5F" w:rsidRDefault="00623E5F"/>
          <w:p w14:paraId="64DF0AFE"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258C3480" w14:textId="77777777">
        <w:trPr>
          <w:cantSplit/>
          <w:jc w:val="center"/>
        </w:trPr>
        <w:tc>
          <w:tcPr>
            <w:tcW w:w="14060" w:type="dxa"/>
            <w:gridSpan w:val="6"/>
            <w:tcMar>
              <w:top w:w="70" w:type="dxa"/>
              <w:left w:w="90" w:type="dxa"/>
              <w:bottom w:w="70" w:type="dxa"/>
              <w:right w:w="90" w:type="dxa"/>
            </w:tcMar>
            <w:vAlign w:val="center"/>
          </w:tcPr>
          <w:p w14:paraId="6295BA9F" w14:textId="77777777" w:rsidR="00623E5F" w:rsidRDefault="00623E5F"/>
          <w:p w14:paraId="25255DCC" w14:textId="77777777" w:rsidR="00623E5F" w:rsidRDefault="00000000">
            <w:pPr>
              <w:spacing w:line="245" w:lineRule="auto"/>
            </w:pPr>
            <w:r>
              <w:rPr>
                <w:b/>
                <w:color w:val="000000"/>
                <w:sz w:val="15"/>
              </w:rPr>
              <w:t xml:space="preserve">MEDPREDMETNE POVEZAVE: </w:t>
            </w:r>
            <w:r>
              <w:rPr>
                <w:color w:val="000000"/>
                <w:sz w:val="15"/>
              </w:rPr>
              <w:t>SPO – žival v pokrajini, barve, prostor in ljudski zven,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0FC73B22" w14:textId="77777777">
        <w:trPr>
          <w:cantSplit/>
          <w:jc w:val="center"/>
        </w:trPr>
        <w:tc>
          <w:tcPr>
            <w:tcW w:w="14060" w:type="dxa"/>
            <w:gridSpan w:val="6"/>
            <w:tcMar>
              <w:top w:w="70" w:type="dxa"/>
              <w:left w:w="90" w:type="dxa"/>
              <w:bottom w:w="70" w:type="dxa"/>
              <w:right w:w="90" w:type="dxa"/>
            </w:tcMar>
            <w:vAlign w:val="center"/>
          </w:tcPr>
          <w:p w14:paraId="0EC6E0BA" w14:textId="77777777" w:rsidR="00623E5F" w:rsidRDefault="00623E5F"/>
          <w:p w14:paraId="7EA80B52" w14:textId="77777777" w:rsidR="00623E5F" w:rsidRDefault="00000000">
            <w:pPr>
              <w:spacing w:line="245" w:lineRule="auto"/>
            </w:pPr>
            <w:r>
              <w:rPr>
                <w:b/>
                <w:color w:val="000000"/>
                <w:sz w:val="15"/>
              </w:rPr>
              <w:t xml:space="preserve">UČNA SREDSTVA IN PRIPOMOČKI: </w:t>
            </w:r>
            <w:r>
              <w:rPr>
                <w:color w:val="000000"/>
                <w:sz w:val="15"/>
              </w:rPr>
              <w:t>stožci, nizke ovire, merilni trak, talne črte, mehke žogice ali vrečke za met, obroči in blazine za doskok; kartice namena in kriterijev; oznake štirih postaj; opazovalni list; semafor napora in mapa dokazov</w:t>
            </w:r>
          </w:p>
        </w:tc>
      </w:tr>
      <w:tr w:rsidR="00623E5F" w14:paraId="61D8F6D4" w14:textId="77777777">
        <w:trPr>
          <w:cantSplit/>
          <w:jc w:val="center"/>
        </w:trPr>
        <w:tc>
          <w:tcPr>
            <w:tcW w:w="14060" w:type="dxa"/>
            <w:gridSpan w:val="6"/>
            <w:tcMar>
              <w:top w:w="70" w:type="dxa"/>
              <w:left w:w="90" w:type="dxa"/>
              <w:bottom w:w="70" w:type="dxa"/>
              <w:right w:w="90" w:type="dxa"/>
            </w:tcMar>
            <w:vAlign w:val="center"/>
          </w:tcPr>
          <w:p w14:paraId="69344205" w14:textId="77777777" w:rsidR="00623E5F" w:rsidRDefault="00623E5F"/>
          <w:p w14:paraId="14D59C46"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145B324B" w14:textId="77777777">
        <w:trPr>
          <w:cantSplit/>
          <w:jc w:val="center"/>
        </w:trPr>
        <w:tc>
          <w:tcPr>
            <w:tcW w:w="14060" w:type="dxa"/>
            <w:gridSpan w:val="6"/>
            <w:tcMar>
              <w:top w:w="70" w:type="dxa"/>
              <w:left w:w="90" w:type="dxa"/>
              <w:bottom w:w="70" w:type="dxa"/>
              <w:right w:w="90" w:type="dxa"/>
            </w:tcMar>
            <w:vAlign w:val="center"/>
          </w:tcPr>
          <w:p w14:paraId="5B821534" w14:textId="77777777" w:rsidR="00623E5F" w:rsidRDefault="00623E5F"/>
          <w:p w14:paraId="28746534"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6C10D057" w14:textId="77777777">
        <w:trPr>
          <w:cantSplit/>
          <w:jc w:val="center"/>
        </w:trPr>
        <w:tc>
          <w:tcPr>
            <w:tcW w:w="14060" w:type="dxa"/>
            <w:gridSpan w:val="6"/>
            <w:tcMar>
              <w:top w:w="70" w:type="dxa"/>
              <w:left w:w="90" w:type="dxa"/>
              <w:bottom w:w="70" w:type="dxa"/>
              <w:right w:w="90" w:type="dxa"/>
            </w:tcMar>
            <w:vAlign w:val="center"/>
          </w:tcPr>
          <w:p w14:paraId="09A515C8" w14:textId="77777777" w:rsidR="00623E5F" w:rsidRDefault="00623E5F"/>
          <w:p w14:paraId="1D41456B"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5C159BD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1F93DE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4080887"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33C0E32" w14:textId="77777777" w:rsidR="00623E5F" w:rsidRDefault="00000000">
            <w:pPr>
              <w:jc w:val="center"/>
            </w:pPr>
            <w:r>
              <w:rPr>
                <w:b/>
                <w:color w:val="000000"/>
                <w:sz w:val="20"/>
              </w:rPr>
              <w:t>UČNE DEJAVNOSTI, METODE IN FORMATIVNO SPREMLJANJE</w:t>
            </w:r>
          </w:p>
        </w:tc>
      </w:tr>
      <w:tr w:rsidR="00623E5F" w14:paraId="3FEE660E" w14:textId="77777777">
        <w:trPr>
          <w:tblHeader/>
          <w:jc w:val="center"/>
        </w:trPr>
        <w:tc>
          <w:tcPr>
            <w:tcW w:w="4422" w:type="dxa"/>
            <w:vMerge/>
            <w:tcMar>
              <w:top w:w="70" w:type="dxa"/>
              <w:left w:w="90" w:type="dxa"/>
              <w:bottom w:w="70" w:type="dxa"/>
              <w:right w:w="90" w:type="dxa"/>
            </w:tcMar>
            <w:vAlign w:val="center"/>
          </w:tcPr>
          <w:p w14:paraId="41C88111" w14:textId="77777777" w:rsidR="00623E5F" w:rsidRDefault="00623E5F"/>
        </w:tc>
        <w:tc>
          <w:tcPr>
            <w:tcW w:w="7087" w:type="dxa"/>
            <w:shd w:val="clear" w:color="auto" w:fill="FFFFFF"/>
            <w:tcMar>
              <w:top w:w="70" w:type="dxa"/>
              <w:left w:w="90" w:type="dxa"/>
              <w:bottom w:w="70" w:type="dxa"/>
              <w:right w:w="90" w:type="dxa"/>
            </w:tcMar>
            <w:vAlign w:val="center"/>
          </w:tcPr>
          <w:p w14:paraId="440C31DB"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2E17FBE" w14:textId="77777777" w:rsidR="00623E5F" w:rsidRDefault="00000000">
            <w:pPr>
              <w:jc w:val="center"/>
            </w:pPr>
            <w:r>
              <w:rPr>
                <w:b/>
                <w:color w:val="000000"/>
              </w:rPr>
              <w:t>UČENEC</w:t>
            </w:r>
          </w:p>
        </w:tc>
      </w:tr>
      <w:tr w:rsidR="00623E5F" w14:paraId="5376A6BD" w14:textId="77777777">
        <w:trPr>
          <w:jc w:val="center"/>
        </w:trPr>
        <w:tc>
          <w:tcPr>
            <w:tcW w:w="4422" w:type="dxa"/>
            <w:tcMar>
              <w:top w:w="70" w:type="dxa"/>
              <w:left w:w="90" w:type="dxa"/>
              <w:bottom w:w="70" w:type="dxa"/>
              <w:right w:w="90" w:type="dxa"/>
            </w:tcMar>
          </w:tcPr>
          <w:p w14:paraId="37CDEC3F" w14:textId="77777777" w:rsidR="00623E5F" w:rsidRDefault="00623E5F"/>
          <w:p w14:paraId="71ECF976" w14:textId="77777777" w:rsidR="00623E5F" w:rsidRDefault="00000000">
            <w:pPr>
              <w:spacing w:after="60" w:line="245" w:lineRule="auto"/>
            </w:pPr>
            <w:r>
              <w:rPr>
                <w:b/>
                <w:color w:val="000000"/>
              </w:rPr>
              <w:t>UČNI CILJI</w:t>
            </w:r>
          </w:p>
          <w:p w14:paraId="2B2B1622" w14:textId="77777777" w:rsidR="00623E5F" w:rsidRDefault="00000000">
            <w:pPr>
              <w:spacing w:after="20" w:line="245" w:lineRule="auto"/>
            </w:pPr>
            <w:r>
              <w:rPr>
                <w:b/>
                <w:color w:val="000000"/>
                <w:sz w:val="17"/>
              </w:rPr>
              <w:t>SPLOŠNI</w:t>
            </w:r>
          </w:p>
          <w:p w14:paraId="2EFCF058"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389D1937" w14:textId="77777777" w:rsidR="00623E5F" w:rsidRDefault="00000000">
            <w:pPr>
              <w:pStyle w:val="Oznaenseznam"/>
              <w:spacing w:after="16"/>
            </w:pPr>
            <w:r>
              <w:rPr>
                <w:color w:val="000000"/>
                <w:sz w:val="15"/>
              </w:rPr>
              <w:t>varno hodi, teče, skače, meče, pleza, se plazi, lovi, ravnoteži, pleše in uporablja različne rekvizite</w:t>
            </w:r>
          </w:p>
          <w:p w14:paraId="7DDD2420" w14:textId="77777777" w:rsidR="00623E5F" w:rsidRDefault="00000000">
            <w:pPr>
              <w:pStyle w:val="Oznaenseznam"/>
              <w:spacing w:after="16"/>
            </w:pPr>
            <w:r>
              <w:rPr>
                <w:color w:val="000000"/>
                <w:sz w:val="15"/>
              </w:rPr>
              <w:t>razume pomen rednega gibanja, ogrevanja, higiene, primerne opreme, počitka in varnega ravnanja</w:t>
            </w:r>
          </w:p>
          <w:p w14:paraId="27BFD4F7"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0559CC98" w14:textId="77777777" w:rsidR="00623E5F" w:rsidRDefault="00000000">
            <w:pPr>
              <w:spacing w:before="40" w:after="20" w:line="245" w:lineRule="auto"/>
            </w:pPr>
            <w:r>
              <w:rPr>
                <w:b/>
                <w:color w:val="000000"/>
                <w:sz w:val="17"/>
              </w:rPr>
              <w:t>OPERATIVNI</w:t>
            </w:r>
          </w:p>
          <w:p w14:paraId="610A93EC" w14:textId="77777777" w:rsidR="00623E5F" w:rsidRDefault="00000000">
            <w:pPr>
              <w:pStyle w:val="Oznaenseznam"/>
              <w:spacing w:after="16"/>
            </w:pPr>
            <w:r>
              <w:rPr>
                <w:color w:val="000000"/>
                <w:sz w:val="15"/>
              </w:rPr>
              <w:t>teče čez nizke ovire</w:t>
            </w:r>
          </w:p>
          <w:p w14:paraId="6DD9A11E" w14:textId="77777777" w:rsidR="00623E5F" w:rsidRDefault="00000000">
            <w:pPr>
              <w:pStyle w:val="Oznaenseznam"/>
              <w:spacing w:after="16"/>
            </w:pPr>
            <w:r>
              <w:rPr>
                <w:color w:val="000000"/>
                <w:sz w:val="15"/>
              </w:rPr>
              <w:t>skače v daljino</w:t>
            </w:r>
          </w:p>
          <w:p w14:paraId="5106FAAD" w14:textId="77777777" w:rsidR="00623E5F" w:rsidRDefault="00000000">
            <w:pPr>
              <w:pStyle w:val="Oznaenseznam"/>
              <w:spacing w:after="16"/>
            </w:pPr>
            <w:r>
              <w:rPr>
                <w:color w:val="000000"/>
                <w:sz w:val="15"/>
              </w:rPr>
              <w:t>meče v daljino ali cilj</w:t>
            </w:r>
          </w:p>
          <w:p w14:paraId="13CBA594" w14:textId="77777777" w:rsidR="00623E5F" w:rsidRDefault="00000000">
            <w:pPr>
              <w:spacing w:before="40" w:after="20" w:line="245" w:lineRule="auto"/>
            </w:pPr>
            <w:r>
              <w:rPr>
                <w:b/>
                <w:color w:val="000000"/>
                <w:sz w:val="17"/>
              </w:rPr>
              <w:t>PRIČAKOVANI DOSEŽKI / MINIMALNI POUDARKI</w:t>
            </w:r>
          </w:p>
          <w:p w14:paraId="069BD35E" w14:textId="77777777" w:rsidR="00623E5F" w:rsidRDefault="00000000">
            <w:pPr>
              <w:pStyle w:val="Oznaenseznam"/>
              <w:spacing w:after="16"/>
            </w:pPr>
            <w:r>
              <w:rPr>
                <w:color w:val="000000"/>
                <w:sz w:val="15"/>
              </w:rPr>
              <w:t>učenec samostojno oziroma z dogovorjeno oporo teče čez nizke ovire</w:t>
            </w:r>
          </w:p>
          <w:p w14:paraId="23088442" w14:textId="77777777" w:rsidR="00623E5F" w:rsidRDefault="00000000">
            <w:pPr>
              <w:pStyle w:val="Oznaenseznam"/>
              <w:spacing w:after="16"/>
            </w:pPr>
            <w:r>
              <w:rPr>
                <w:color w:val="000000"/>
                <w:sz w:val="15"/>
              </w:rPr>
              <w:t>učenec samostojno oziroma z dogovorjeno oporo skače v daljino</w:t>
            </w:r>
          </w:p>
          <w:p w14:paraId="18C699EB" w14:textId="77777777" w:rsidR="00623E5F" w:rsidRDefault="00000000">
            <w:pPr>
              <w:pStyle w:val="Oznaenseznam"/>
              <w:spacing w:after="16"/>
            </w:pPr>
            <w:r>
              <w:rPr>
                <w:color w:val="000000"/>
                <w:sz w:val="15"/>
              </w:rPr>
              <w:t>učenec samostojno oziroma z dogovorjeno oporo meče v daljino ali cilj</w:t>
            </w:r>
          </w:p>
        </w:tc>
        <w:tc>
          <w:tcPr>
            <w:tcW w:w="7087" w:type="dxa"/>
            <w:tcMar>
              <w:top w:w="70" w:type="dxa"/>
              <w:left w:w="90" w:type="dxa"/>
              <w:bottom w:w="70" w:type="dxa"/>
              <w:right w:w="90" w:type="dxa"/>
            </w:tcMar>
          </w:tcPr>
          <w:p w14:paraId="160B79DB"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4C250C00" w14:textId="77777777">
              <w:trPr>
                <w:jc w:val="center"/>
              </w:trPr>
              <w:tc>
                <w:tcPr>
                  <w:tcW w:w="7087" w:type="dxa"/>
                  <w:shd w:val="clear" w:color="auto" w:fill="C6E7F3"/>
                  <w:tcMar>
                    <w:top w:w="45" w:type="dxa"/>
                    <w:left w:w="70" w:type="dxa"/>
                    <w:bottom w:w="45" w:type="dxa"/>
                    <w:right w:w="70" w:type="dxa"/>
                  </w:tcMar>
                </w:tcPr>
                <w:p w14:paraId="514E83D9" w14:textId="77777777" w:rsidR="00623E5F" w:rsidRDefault="00000000">
                  <w:pPr>
                    <w:keepNext/>
                  </w:pPr>
                  <w:r>
                    <w:rPr>
                      <w:b/>
                      <w:color w:val="000000"/>
                    </w:rPr>
                    <w:t>UVODNI DEL – POČUTJE, GIBALNI NAMIG, PREDZNANJE IN NAMEN UČENJA (7–10 min)</w:t>
                  </w:r>
                </w:p>
              </w:tc>
            </w:tr>
          </w:tbl>
          <w:p w14:paraId="444A329E" w14:textId="77777777" w:rsidR="00623E5F" w:rsidRDefault="00623E5F">
            <w:pPr>
              <w:spacing w:line="20" w:lineRule="exact"/>
            </w:pPr>
          </w:p>
          <w:p w14:paraId="6D84B056" w14:textId="77777777" w:rsidR="00623E5F" w:rsidRDefault="00000000">
            <w:pPr>
              <w:spacing w:before="40" w:after="60" w:line="245" w:lineRule="auto"/>
            </w:pPr>
            <w:r>
              <w:rPr>
                <w:color w:val="000000"/>
                <w:sz w:val="15"/>
              </w:rPr>
              <w:t>Ob književnem motivu »Naša bela mačica« – Srečko Kosovel učenci vstopijo v temo žival v pokrajini, barve, prostor in ljudski zven. Učiteljica pripravi kratek gibalni namig: trije simboli - tek, skok in met - vabijo k napovedi tehnike, varnega prehoda in osebnega izziva pri temi »atletska abeceda«. Tedenski gibalni izziv: izvede mačje ravnotežnostne in atletske naloge.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0C13C83C" w14:textId="77777777">
              <w:trPr>
                <w:jc w:val="center"/>
              </w:trPr>
              <w:tc>
                <w:tcPr>
                  <w:tcW w:w="7087" w:type="dxa"/>
                  <w:shd w:val="clear" w:color="auto" w:fill="EDC9EA"/>
                  <w:tcMar>
                    <w:top w:w="45" w:type="dxa"/>
                    <w:left w:w="70" w:type="dxa"/>
                    <w:bottom w:w="45" w:type="dxa"/>
                    <w:right w:w="70" w:type="dxa"/>
                  </w:tcMar>
                </w:tcPr>
                <w:p w14:paraId="166DC463" w14:textId="77777777" w:rsidR="00623E5F" w:rsidRDefault="00000000">
                  <w:pPr>
                    <w:keepNext/>
                  </w:pPr>
                  <w:r>
                    <w:rPr>
                      <w:b/>
                      <w:color w:val="000000"/>
                    </w:rPr>
                    <w:t>NAMENI UČENJA</w:t>
                  </w:r>
                </w:p>
              </w:tc>
            </w:tr>
          </w:tbl>
          <w:p w14:paraId="6DF55719" w14:textId="77777777" w:rsidR="00623E5F" w:rsidRDefault="00623E5F">
            <w:pPr>
              <w:spacing w:line="20" w:lineRule="exact"/>
            </w:pPr>
          </w:p>
          <w:p w14:paraId="781B47D9"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49A05415" w14:textId="77777777" w:rsidR="00623E5F" w:rsidRDefault="00000000">
            <w:pPr>
              <w:pStyle w:val="Oznaenseznam"/>
              <w:spacing w:after="16"/>
            </w:pPr>
            <w:r>
              <w:rPr>
                <w:color w:val="000000"/>
                <w:sz w:val="15"/>
              </w:rPr>
              <w:t>tečem čez nizke ovire</w:t>
            </w:r>
          </w:p>
          <w:p w14:paraId="26C67409" w14:textId="77777777" w:rsidR="00623E5F" w:rsidRDefault="00000000">
            <w:pPr>
              <w:pStyle w:val="Oznaenseznam"/>
              <w:spacing w:after="16"/>
            </w:pPr>
            <w:r>
              <w:rPr>
                <w:color w:val="000000"/>
                <w:sz w:val="15"/>
              </w:rPr>
              <w:t>skačem v daljino</w:t>
            </w:r>
          </w:p>
          <w:p w14:paraId="265E3EE9" w14:textId="77777777" w:rsidR="00623E5F" w:rsidRDefault="00000000">
            <w:pPr>
              <w:pStyle w:val="Oznaenseznam"/>
              <w:spacing w:after="16"/>
            </w:pPr>
            <w:r>
              <w:rPr>
                <w:color w:val="000000"/>
                <w:sz w:val="15"/>
              </w:rPr>
              <w:t>mečem v daljino ali cilj</w:t>
            </w:r>
          </w:p>
          <w:tbl>
            <w:tblPr>
              <w:tblStyle w:val="Tabelamrea"/>
              <w:tblW w:w="0" w:type="auto"/>
              <w:jc w:val="center"/>
              <w:tblLayout w:type="fixed"/>
              <w:tblLook w:val="04A0" w:firstRow="1" w:lastRow="0" w:firstColumn="1" w:lastColumn="0" w:noHBand="0" w:noVBand="1"/>
            </w:tblPr>
            <w:tblGrid>
              <w:gridCol w:w="7087"/>
            </w:tblGrid>
            <w:tr w:rsidR="00623E5F" w14:paraId="0343032E" w14:textId="77777777">
              <w:trPr>
                <w:jc w:val="center"/>
              </w:trPr>
              <w:tc>
                <w:tcPr>
                  <w:tcW w:w="7087" w:type="dxa"/>
                  <w:shd w:val="clear" w:color="auto" w:fill="EDC9EA"/>
                  <w:tcMar>
                    <w:top w:w="45" w:type="dxa"/>
                    <w:left w:w="70" w:type="dxa"/>
                    <w:bottom w:w="45" w:type="dxa"/>
                    <w:right w:w="70" w:type="dxa"/>
                  </w:tcMar>
                </w:tcPr>
                <w:p w14:paraId="08A0289F" w14:textId="77777777" w:rsidR="00623E5F" w:rsidRDefault="00000000">
                  <w:pPr>
                    <w:keepNext/>
                  </w:pPr>
                  <w:r>
                    <w:rPr>
                      <w:b/>
                      <w:color w:val="000000"/>
                    </w:rPr>
                    <w:t>PREVERJANJE PREDZNANJA</w:t>
                  </w:r>
                </w:p>
              </w:tc>
            </w:tr>
          </w:tbl>
          <w:p w14:paraId="3CDD9DA7" w14:textId="77777777" w:rsidR="00623E5F" w:rsidRDefault="00623E5F">
            <w:pPr>
              <w:spacing w:line="20" w:lineRule="exact"/>
            </w:pPr>
          </w:p>
          <w:p w14:paraId="1CF5F460" w14:textId="77777777" w:rsidR="00623E5F" w:rsidRDefault="00000000">
            <w:pPr>
              <w:pStyle w:val="Oznaenseznam"/>
              <w:spacing w:after="16"/>
            </w:pPr>
            <w:r>
              <w:rPr>
                <w:color w:val="000000"/>
                <w:sz w:val="15"/>
              </w:rPr>
              <w:t>Kaj moje telo in prostor že znata pokazati pri temi »ATLETSKA ABECEDA«?</w:t>
            </w:r>
          </w:p>
          <w:p w14:paraId="22ACD627" w14:textId="77777777" w:rsidR="00623E5F" w:rsidRDefault="00000000">
            <w:pPr>
              <w:pStyle w:val="Oznaenseznam"/>
              <w:spacing w:after="16"/>
            </w:pPr>
            <w:r>
              <w:rPr>
                <w:color w:val="000000"/>
                <w:sz w:val="15"/>
              </w:rPr>
              <w:t>Katero varnostno pravilo, gibalni korak ali strategijo že obvladam in kaj bi najprej preizkusil/-a?</w:t>
            </w:r>
          </w:p>
          <w:p w14:paraId="5BA05063"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0CE96A96" w14:textId="77777777">
              <w:trPr>
                <w:jc w:val="center"/>
              </w:trPr>
              <w:tc>
                <w:tcPr>
                  <w:tcW w:w="7087" w:type="dxa"/>
                  <w:shd w:val="clear" w:color="auto" w:fill="EDC9EA"/>
                  <w:tcMar>
                    <w:top w:w="45" w:type="dxa"/>
                    <w:left w:w="70" w:type="dxa"/>
                    <w:bottom w:w="45" w:type="dxa"/>
                    <w:right w:w="70" w:type="dxa"/>
                  </w:tcMar>
                </w:tcPr>
                <w:p w14:paraId="3038C4FA" w14:textId="77777777" w:rsidR="00623E5F" w:rsidRDefault="00000000">
                  <w:pPr>
                    <w:keepNext/>
                  </w:pPr>
                  <w:r>
                    <w:rPr>
                      <w:b/>
                      <w:color w:val="000000"/>
                    </w:rPr>
                    <w:t>KRITERIJI USPEŠNOSTI</w:t>
                  </w:r>
                </w:p>
              </w:tc>
            </w:tr>
          </w:tbl>
          <w:p w14:paraId="71AAC612" w14:textId="77777777" w:rsidR="00623E5F" w:rsidRDefault="00623E5F"/>
          <w:p w14:paraId="3F7D889D" w14:textId="77777777" w:rsidR="00623E5F" w:rsidRDefault="00000000">
            <w:pPr>
              <w:spacing w:before="20" w:after="20" w:line="245" w:lineRule="auto"/>
            </w:pPr>
            <w:r>
              <w:rPr>
                <w:b/>
                <w:color w:val="000000"/>
                <w:sz w:val="16"/>
              </w:rPr>
              <w:t>Uspešen/-na bom, ko:</w:t>
            </w:r>
          </w:p>
          <w:p w14:paraId="4DEED46A" w14:textId="77777777" w:rsidR="00623E5F" w:rsidRDefault="00000000">
            <w:pPr>
              <w:pStyle w:val="Oznaenseznam"/>
              <w:spacing w:after="16"/>
            </w:pPr>
            <w:r>
              <w:rPr>
                <w:color w:val="000000"/>
                <w:sz w:val="15"/>
              </w:rPr>
              <w:t>tečem čez nizke ovire</w:t>
            </w:r>
          </w:p>
          <w:p w14:paraId="5E57B721" w14:textId="77777777" w:rsidR="00623E5F" w:rsidRDefault="00000000">
            <w:pPr>
              <w:pStyle w:val="Oznaenseznam"/>
              <w:spacing w:after="16"/>
            </w:pPr>
            <w:r>
              <w:rPr>
                <w:color w:val="000000"/>
                <w:sz w:val="15"/>
              </w:rPr>
              <w:t>skačem v daljino</w:t>
            </w:r>
          </w:p>
          <w:p w14:paraId="661957E9" w14:textId="77777777" w:rsidR="00623E5F" w:rsidRDefault="00000000">
            <w:pPr>
              <w:pStyle w:val="Oznaenseznam"/>
              <w:spacing w:after="16"/>
            </w:pPr>
            <w:r>
              <w:rPr>
                <w:color w:val="000000"/>
                <w:sz w:val="15"/>
              </w:rPr>
              <w:t>mečem v daljino ali cilj</w:t>
            </w:r>
          </w:p>
          <w:p w14:paraId="754E6733" w14:textId="77777777" w:rsidR="00623E5F" w:rsidRDefault="00000000">
            <w:pPr>
              <w:pStyle w:val="Oznaenseznam"/>
              <w:spacing w:after="16"/>
            </w:pPr>
            <w:r>
              <w:rPr>
                <w:color w:val="000000"/>
                <w:sz w:val="15"/>
              </w:rPr>
              <w:t>pred začetkom preverim prostor in opremo, ohranjam razdaljo ter se na znak varno ustavim</w:t>
            </w:r>
          </w:p>
          <w:p w14:paraId="5BD9FC66"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54B4AC0C" w14:textId="77777777" w:rsidR="00623E5F" w:rsidRDefault="00623E5F"/>
          <w:p w14:paraId="32391DC7"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543837D4"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0BC2A65F" w14:textId="77777777" w:rsidR="00623E5F" w:rsidRDefault="00000000">
            <w:pPr>
              <w:spacing w:after="100" w:line="245" w:lineRule="auto"/>
            </w:pPr>
            <w:r>
              <w:rPr>
                <w:color w:val="000000"/>
                <w:sz w:val="15"/>
              </w:rPr>
              <w:t>Sodeluje pri razumevanju namena, vidnih meril, varnostnih pravil, prehodov in načina dokazovanja.</w:t>
            </w:r>
          </w:p>
          <w:p w14:paraId="457542A2" w14:textId="77777777" w:rsidR="00623E5F" w:rsidRDefault="00000000">
            <w:pPr>
              <w:spacing w:after="20" w:line="245" w:lineRule="auto"/>
            </w:pPr>
            <w:r>
              <w:rPr>
                <w:b/>
                <w:color w:val="D95BC6"/>
                <w:sz w:val="17"/>
              </w:rPr>
              <w:t>DOKAZ O UČENJU</w:t>
            </w:r>
          </w:p>
          <w:p w14:paraId="3E8A1C90"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09E7861E"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561B2F8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210DE21"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C26586E" w14:textId="77777777" w:rsidR="00623E5F" w:rsidRDefault="00000000">
            <w:pPr>
              <w:jc w:val="center"/>
            </w:pPr>
            <w:r>
              <w:rPr>
                <w:b/>
                <w:color w:val="000000"/>
                <w:sz w:val="20"/>
              </w:rPr>
              <w:t>UČNE DEJAVNOSTI, METODE IN FORMATIVNO SPREMLJANJE</w:t>
            </w:r>
          </w:p>
        </w:tc>
      </w:tr>
      <w:tr w:rsidR="00623E5F" w14:paraId="4B3B4CDB" w14:textId="77777777">
        <w:trPr>
          <w:tblHeader/>
          <w:jc w:val="center"/>
        </w:trPr>
        <w:tc>
          <w:tcPr>
            <w:tcW w:w="4422" w:type="dxa"/>
            <w:vMerge/>
            <w:tcMar>
              <w:top w:w="70" w:type="dxa"/>
              <w:left w:w="90" w:type="dxa"/>
              <w:bottom w:w="70" w:type="dxa"/>
              <w:right w:w="90" w:type="dxa"/>
            </w:tcMar>
            <w:vAlign w:val="center"/>
          </w:tcPr>
          <w:p w14:paraId="6BFB3764" w14:textId="77777777" w:rsidR="00623E5F" w:rsidRDefault="00623E5F"/>
        </w:tc>
        <w:tc>
          <w:tcPr>
            <w:tcW w:w="7087" w:type="dxa"/>
            <w:shd w:val="clear" w:color="auto" w:fill="FFFFFF"/>
            <w:tcMar>
              <w:top w:w="70" w:type="dxa"/>
              <w:left w:w="90" w:type="dxa"/>
              <w:bottom w:w="70" w:type="dxa"/>
              <w:right w:w="90" w:type="dxa"/>
            </w:tcMar>
            <w:vAlign w:val="center"/>
          </w:tcPr>
          <w:p w14:paraId="1F88E001"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10656C2" w14:textId="77777777" w:rsidR="00623E5F" w:rsidRDefault="00000000">
            <w:pPr>
              <w:jc w:val="center"/>
            </w:pPr>
            <w:r>
              <w:rPr>
                <w:b/>
                <w:color w:val="000000"/>
              </w:rPr>
              <w:t>UČENEC</w:t>
            </w:r>
          </w:p>
        </w:tc>
      </w:tr>
      <w:tr w:rsidR="00623E5F" w14:paraId="5C19B920" w14:textId="77777777">
        <w:trPr>
          <w:jc w:val="center"/>
        </w:trPr>
        <w:tc>
          <w:tcPr>
            <w:tcW w:w="4422" w:type="dxa"/>
            <w:tcMar>
              <w:top w:w="70" w:type="dxa"/>
              <w:left w:w="90" w:type="dxa"/>
              <w:bottom w:w="70" w:type="dxa"/>
              <w:right w:w="90" w:type="dxa"/>
            </w:tcMar>
          </w:tcPr>
          <w:p w14:paraId="3D005B7B" w14:textId="77777777" w:rsidR="00623E5F" w:rsidRDefault="00623E5F"/>
          <w:p w14:paraId="51C24311" w14:textId="77777777" w:rsidR="00623E5F" w:rsidRDefault="00000000">
            <w:pPr>
              <w:spacing w:after="40" w:line="245" w:lineRule="auto"/>
            </w:pPr>
            <w:r>
              <w:rPr>
                <w:b/>
                <w:color w:val="000000"/>
                <w:sz w:val="17"/>
              </w:rPr>
              <w:t>KLJUČNI ŠPORTNI IN GIBALNI POJMI</w:t>
            </w:r>
          </w:p>
          <w:p w14:paraId="2493C4A9"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start, tek, nizka ovira, odriv, sonožni skok, doskok, met, cilj, daljina</w:t>
            </w:r>
          </w:p>
          <w:p w14:paraId="53EC46EF" w14:textId="77777777" w:rsidR="00623E5F" w:rsidRDefault="00000000">
            <w:pPr>
              <w:spacing w:after="20" w:line="245" w:lineRule="auto"/>
            </w:pPr>
            <w:r>
              <w:rPr>
                <w:b/>
                <w:color w:val="000000"/>
                <w:sz w:val="17"/>
              </w:rPr>
              <w:t>DOKAZI O UČENJU</w:t>
            </w:r>
          </w:p>
          <w:p w14:paraId="2A6A19DD" w14:textId="77777777" w:rsidR="00623E5F" w:rsidRDefault="00000000">
            <w:pPr>
              <w:pStyle w:val="Oznaenseznam"/>
              <w:spacing w:after="7"/>
            </w:pPr>
            <w:r>
              <w:rPr>
                <w:color w:val="000000"/>
                <w:sz w:val="14"/>
              </w:rPr>
              <w:t>varen odziv na znak, začetni poskus prvine in ustno varnostno pravilo.</w:t>
            </w:r>
          </w:p>
          <w:p w14:paraId="436F015C" w14:textId="77777777" w:rsidR="00623E5F" w:rsidRDefault="00000000">
            <w:pPr>
              <w:pStyle w:val="Oznaenseznam"/>
              <w:spacing w:after="7"/>
            </w:pPr>
            <w:r>
              <w:rPr>
                <w:color w:val="000000"/>
                <w:sz w:val="14"/>
              </w:rPr>
              <w:t>opazovalna kartica, izvedba na izbrani ravni in učiteljev zapis o napredku.</w:t>
            </w:r>
          </w:p>
          <w:p w14:paraId="14940A9B" w14:textId="77777777" w:rsidR="00623E5F" w:rsidRDefault="00000000">
            <w:pPr>
              <w:pStyle w:val="Oznaenseznam"/>
              <w:spacing w:after="7"/>
            </w:pPr>
            <w:r>
              <w:rPr>
                <w:color w:val="000000"/>
                <w:sz w:val="14"/>
              </w:rPr>
              <w:t>uporaba prvine v igri, sodelovanje, upoštevanje pravil in osebno samovrednotenje.</w:t>
            </w:r>
          </w:p>
          <w:p w14:paraId="0E678A2B" w14:textId="77777777" w:rsidR="00623E5F" w:rsidRDefault="00000000">
            <w:pPr>
              <w:spacing w:before="40" w:after="20" w:line="245" w:lineRule="auto"/>
            </w:pPr>
            <w:r>
              <w:rPr>
                <w:b/>
                <w:color w:val="000000"/>
                <w:sz w:val="16"/>
              </w:rPr>
              <w:t>GIBALNO DOŽIVETJE IN IZKUŠENJSKI POUK</w:t>
            </w:r>
          </w:p>
          <w:p w14:paraId="352C4D64"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7FA1D0E3" w14:textId="77777777" w:rsidR="00623E5F" w:rsidRDefault="00000000">
            <w:pPr>
              <w:spacing w:after="20" w:line="245" w:lineRule="auto"/>
            </w:pPr>
            <w:r>
              <w:rPr>
                <w:b/>
                <w:color w:val="000000"/>
                <w:sz w:val="16"/>
              </w:rPr>
              <w:t>POUČEVANJE V GIBANJU</w:t>
            </w:r>
          </w:p>
          <w:p w14:paraId="7DD79351"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523B7832" w14:textId="77777777" w:rsidR="00623E5F" w:rsidRDefault="00000000">
            <w:pPr>
              <w:spacing w:after="20" w:line="245" w:lineRule="auto"/>
            </w:pPr>
            <w:r>
              <w:rPr>
                <w:b/>
                <w:color w:val="000000"/>
                <w:sz w:val="16"/>
              </w:rPr>
              <w:t>DELO PO ŠTIRIH POSTAJAH</w:t>
            </w:r>
          </w:p>
          <w:p w14:paraId="4E7EF40C"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7765610C" w14:textId="77777777" w:rsidR="00623E5F" w:rsidRDefault="00000000">
            <w:pPr>
              <w:spacing w:after="7" w:line="245" w:lineRule="auto"/>
            </w:pPr>
            <w:r>
              <w:rPr>
                <w:color w:val="000000"/>
                <w:sz w:val="14"/>
              </w:rPr>
              <w:t>1. Tekalna: po znaku stečem, uravnavam smer in hitrost ter vadim cilj »tečem čez nizke ovire«.</w:t>
            </w:r>
          </w:p>
          <w:p w14:paraId="074910C2" w14:textId="77777777" w:rsidR="00623E5F" w:rsidRDefault="00000000">
            <w:pPr>
              <w:spacing w:after="7" w:line="245" w:lineRule="auto"/>
            </w:pPr>
            <w:r>
              <w:rPr>
                <w:color w:val="000000"/>
                <w:sz w:val="14"/>
              </w:rPr>
              <w:t>2. Skakalna: na treh razdaljah vadim sonožni odriv in varen doskok ter uresničujem cilj »skačem v daljino«.</w:t>
            </w:r>
          </w:p>
          <w:p w14:paraId="19149EA6" w14:textId="77777777" w:rsidR="00623E5F" w:rsidRDefault="00000000">
            <w:pPr>
              <w:spacing w:after="7" w:line="245" w:lineRule="auto"/>
            </w:pPr>
            <w:r>
              <w:rPr>
                <w:color w:val="000000"/>
                <w:sz w:val="14"/>
              </w:rPr>
              <w:t>3. Metalna: mehko žogico ali vrečko vržem v cilj oziroma daljino in jo poberem le na skupni znak.</w:t>
            </w:r>
          </w:p>
          <w:p w14:paraId="4716F450" w14:textId="77777777" w:rsidR="00623E5F" w:rsidRDefault="00000000">
            <w:pPr>
              <w:spacing w:after="7" w:line="245" w:lineRule="auto"/>
            </w:pPr>
            <w:r>
              <w:rPr>
                <w:color w:val="000000"/>
                <w:sz w:val="14"/>
              </w:rPr>
              <w:t>4. Igralno-merilna: uporabim tek, skok ali met, primerjam le svoj dokaz in pokažem, kako »mečem v daljino ali cilj«.</w:t>
            </w:r>
          </w:p>
          <w:p w14:paraId="56A768C5" w14:textId="77777777" w:rsidR="00623E5F" w:rsidRDefault="00000000">
            <w:pPr>
              <w:spacing w:after="20" w:line="245" w:lineRule="auto"/>
            </w:pPr>
            <w:r>
              <w:rPr>
                <w:b/>
                <w:color w:val="000000"/>
                <w:sz w:val="16"/>
              </w:rPr>
              <w:t>DIFERENCIACIJA IN VKLJUČEVANJE</w:t>
            </w:r>
          </w:p>
          <w:p w14:paraId="6F6B20E2"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7BD97DB3" w14:textId="77777777" w:rsidR="00623E5F" w:rsidRDefault="00000000">
            <w:pPr>
              <w:spacing w:after="20" w:line="245" w:lineRule="auto"/>
            </w:pPr>
            <w:r>
              <w:rPr>
                <w:b/>
                <w:color w:val="000000"/>
                <w:sz w:val="16"/>
              </w:rPr>
              <w:t>SPREMLJANJE</w:t>
            </w:r>
          </w:p>
          <w:p w14:paraId="61B8491E"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75D9DEEF"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C01CDAB" w14:textId="77777777">
              <w:trPr>
                <w:jc w:val="center"/>
              </w:trPr>
              <w:tc>
                <w:tcPr>
                  <w:tcW w:w="7087" w:type="dxa"/>
                  <w:shd w:val="clear" w:color="auto" w:fill="C6E7F3"/>
                  <w:tcMar>
                    <w:top w:w="45" w:type="dxa"/>
                    <w:left w:w="70" w:type="dxa"/>
                    <w:bottom w:w="45" w:type="dxa"/>
                    <w:right w:w="70" w:type="dxa"/>
                  </w:tcMar>
                </w:tcPr>
                <w:p w14:paraId="424A6B43" w14:textId="77777777" w:rsidR="00623E5F" w:rsidRDefault="00000000">
                  <w:pPr>
                    <w:keepNext/>
                  </w:pPr>
                  <w:r>
                    <w:rPr>
                      <w:b/>
                      <w:color w:val="000000"/>
                      <w:sz w:val="16"/>
                    </w:rPr>
                    <w:t>GLAVNI DEL – GIBALNI IZZIV, VADBA NA ŠTIRIH POSTAJAH IN IGRA (3 šolske ure)</w:t>
                  </w:r>
                </w:p>
              </w:tc>
            </w:tr>
          </w:tbl>
          <w:p w14:paraId="2C3BFB47" w14:textId="77777777" w:rsidR="00623E5F" w:rsidRDefault="00623E5F">
            <w:pPr>
              <w:spacing w:line="20" w:lineRule="exact"/>
            </w:pPr>
          </w:p>
          <w:p w14:paraId="1423AAB0" w14:textId="77777777" w:rsidR="00623E5F" w:rsidRDefault="00000000">
            <w:pPr>
              <w:keepNext/>
              <w:spacing w:before="16" w:after="6" w:line="245" w:lineRule="auto"/>
            </w:pPr>
            <w:r>
              <w:rPr>
                <w:b/>
                <w:color w:val="000000"/>
                <w:sz w:val="15"/>
              </w:rPr>
              <w:t>1. URA – Atletska abeceda – Ogrejem se in usvojim gib</w:t>
            </w:r>
          </w:p>
          <w:p w14:paraId="3757D7E3"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»Naša bela mačica« – Srečko Kosovel. Osrednji del 30': 32' – Preveri prostor in opremo, predstavi varnostni znak ter skozi gibalno zgodbo modelira ključno prvino po korakih.</w:t>
            </w:r>
          </w:p>
          <w:p w14:paraId="4001F0EA"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2584057F" w14:textId="77777777" w:rsidR="00623E5F" w:rsidRDefault="00000000">
            <w:pPr>
              <w:spacing w:after="15" w:line="245" w:lineRule="auto"/>
            </w:pPr>
            <w:r>
              <w:rPr>
                <w:i/>
                <w:color w:val="D95BC6"/>
                <w:sz w:val="14"/>
              </w:rPr>
              <w:t>Predvideni dokaz: varen odziv na znak, začetni poskus prvine in ustno varnostno pravilo..</w:t>
            </w:r>
          </w:p>
          <w:p w14:paraId="54D38D5C" w14:textId="77777777" w:rsidR="00623E5F" w:rsidRDefault="00000000">
            <w:pPr>
              <w:keepNext/>
              <w:spacing w:before="16" w:after="6" w:line="245" w:lineRule="auto"/>
            </w:pPr>
            <w:r>
              <w:rPr>
                <w:b/>
                <w:color w:val="000000"/>
                <w:sz w:val="15"/>
              </w:rPr>
              <w:t>2. URA – Atletska abeceda – Vadim na postajah</w:t>
            </w:r>
          </w:p>
          <w:p w14:paraId="52E2F36A"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»Naša bela mačica« – Srečko Kosovel. Osrednji del 30': 32' – Pripravi 4–6 postaj z enosmernimi prehodi, pokaže tri ravni izziva in opazovalcu dodeli en jasen kriterij.</w:t>
            </w:r>
          </w:p>
          <w:p w14:paraId="67A1000C"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268BC4B2" w14:textId="77777777" w:rsidR="00623E5F" w:rsidRDefault="00000000">
            <w:pPr>
              <w:spacing w:after="15" w:line="245" w:lineRule="auto"/>
            </w:pPr>
            <w:r>
              <w:rPr>
                <w:i/>
                <w:color w:val="D95BC6"/>
                <w:sz w:val="14"/>
              </w:rPr>
              <w:t>Predvideni dokaz: opazovalna kartica, izvedba na izbrani ravni in učiteljev zapis o napredku..</w:t>
            </w:r>
          </w:p>
          <w:p w14:paraId="5B05AF90" w14:textId="77777777" w:rsidR="00623E5F" w:rsidRDefault="00000000">
            <w:pPr>
              <w:keepNext/>
              <w:spacing w:before="16" w:after="6" w:line="245" w:lineRule="auto"/>
            </w:pPr>
            <w:r>
              <w:rPr>
                <w:b/>
                <w:color w:val="000000"/>
                <w:sz w:val="15"/>
              </w:rPr>
              <w:t>3. URA – Atletska abeceda – Uporabim v igri</w:t>
            </w:r>
          </w:p>
          <w:p w14:paraId="042D0B6C"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»Naša bela mačica« – Srečko Kosovel. Osrednji del 30': 32' – Organizira vključujočo igro ali izziv brez izločanja, spremlja varnost, pošteno igro in uporabo naučene prvine.</w:t>
            </w:r>
          </w:p>
          <w:p w14:paraId="4F1BD51F"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79CBEA83"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10FC322B" w14:textId="77777777">
              <w:trPr>
                <w:jc w:val="center"/>
              </w:trPr>
              <w:tc>
                <w:tcPr>
                  <w:tcW w:w="7087" w:type="dxa"/>
                  <w:shd w:val="clear" w:color="auto" w:fill="EDC9EA"/>
                  <w:tcMar>
                    <w:top w:w="45" w:type="dxa"/>
                    <w:left w:w="70" w:type="dxa"/>
                    <w:bottom w:w="45" w:type="dxa"/>
                    <w:right w:w="70" w:type="dxa"/>
                  </w:tcMar>
                </w:tcPr>
                <w:p w14:paraId="1EF0A525" w14:textId="77777777" w:rsidR="00623E5F" w:rsidRDefault="00000000">
                  <w:pPr>
                    <w:keepNext/>
                  </w:pPr>
                  <w:r>
                    <w:rPr>
                      <w:b/>
                      <w:color w:val="000000"/>
                      <w:sz w:val="16"/>
                    </w:rPr>
                    <w:t>ORGANIZACIJA POSTAJ, PREHODOV IN AKTIVNEGA ČASA</w:t>
                  </w:r>
                </w:p>
              </w:tc>
            </w:tr>
          </w:tbl>
          <w:p w14:paraId="361D582A" w14:textId="77777777" w:rsidR="00623E5F" w:rsidRDefault="00623E5F"/>
          <w:p w14:paraId="1ECC141C" w14:textId="77777777" w:rsidR="00623E5F" w:rsidRDefault="00000000">
            <w:pPr>
              <w:spacing w:before="5" w:after="6" w:line="245" w:lineRule="auto"/>
            </w:pPr>
            <w:r>
              <w:rPr>
                <w:color w:val="000000"/>
                <w:sz w:val="14"/>
              </w:rPr>
              <w:t>Postaja 1: Tekalna: po znaku stečem, uravnavam smer in hitrost ter vadim cilj »tečem čez nizke ovire«.</w:t>
            </w:r>
          </w:p>
          <w:p w14:paraId="162C2947" w14:textId="77777777" w:rsidR="00623E5F" w:rsidRDefault="00000000">
            <w:pPr>
              <w:spacing w:before="5" w:after="6" w:line="245" w:lineRule="auto"/>
            </w:pPr>
            <w:r>
              <w:rPr>
                <w:color w:val="000000"/>
                <w:sz w:val="14"/>
              </w:rPr>
              <w:t>Postaja 2: Skakalna: na treh razdaljah vadim sonožni odriv in varen doskok ter uresničujem cilj »skačem v daljino«.</w:t>
            </w:r>
          </w:p>
          <w:p w14:paraId="373837A0" w14:textId="77777777" w:rsidR="00623E5F" w:rsidRDefault="00000000">
            <w:pPr>
              <w:spacing w:before="5" w:after="6" w:line="245" w:lineRule="auto"/>
            </w:pPr>
            <w:r>
              <w:rPr>
                <w:color w:val="000000"/>
                <w:sz w:val="14"/>
              </w:rPr>
              <w:t>Postaja 3: Metalna: mehko žogico ali vrečko vržem v cilj oziroma daljino in jo poberem le na skupni znak.</w:t>
            </w:r>
          </w:p>
          <w:p w14:paraId="02BABCC3" w14:textId="77777777" w:rsidR="00623E5F" w:rsidRDefault="00000000">
            <w:pPr>
              <w:spacing w:before="5" w:after="6" w:line="245" w:lineRule="auto"/>
            </w:pPr>
            <w:r>
              <w:rPr>
                <w:color w:val="000000"/>
                <w:sz w:val="14"/>
              </w:rPr>
              <w:t>Postaja 4: Igralno-merilna: uporabim tek, skok ali met, primerjam le svoj dokaz in pokažem, kako »mečem v daljino ali cilj«.</w:t>
            </w:r>
          </w:p>
          <w:p w14:paraId="50E82AD4"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75BFE460" w14:textId="77777777" w:rsidR="00623E5F" w:rsidRDefault="00623E5F"/>
          <w:p w14:paraId="5DA93427" w14:textId="77777777" w:rsidR="00623E5F" w:rsidRDefault="00000000">
            <w:pPr>
              <w:spacing w:after="5" w:line="245" w:lineRule="auto"/>
            </w:pPr>
            <w:r>
              <w:rPr>
                <w:b/>
                <w:color w:val="000000"/>
                <w:sz w:val="15"/>
              </w:rPr>
              <w:t>1. URA – Atletska abeceda – Ogrejem se in usvojim gib</w:t>
            </w:r>
          </w:p>
          <w:p w14:paraId="3F42B0FB"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C8C6DD6" w14:textId="77777777" w:rsidR="00623E5F" w:rsidRDefault="00000000">
            <w:pPr>
              <w:spacing w:after="14" w:line="245" w:lineRule="auto"/>
            </w:pPr>
            <w:r>
              <w:rPr>
                <w:color w:val="D95BC6"/>
                <w:sz w:val="13"/>
              </w:rPr>
              <w:t>Dokaz: varen odziv na znak, začetni poskus prvine in ustno varnostno pravilo.</w:t>
            </w:r>
          </w:p>
          <w:p w14:paraId="325EB716" w14:textId="77777777" w:rsidR="00623E5F" w:rsidRDefault="00000000">
            <w:pPr>
              <w:spacing w:after="5" w:line="245" w:lineRule="auto"/>
            </w:pPr>
            <w:r>
              <w:rPr>
                <w:b/>
                <w:color w:val="000000"/>
                <w:sz w:val="15"/>
              </w:rPr>
              <w:t>2. URA – Atletska abeceda – Vadim na postajah</w:t>
            </w:r>
          </w:p>
          <w:p w14:paraId="76A282B5"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537D510A" w14:textId="77777777" w:rsidR="00623E5F" w:rsidRDefault="00000000">
            <w:pPr>
              <w:spacing w:after="14" w:line="245" w:lineRule="auto"/>
            </w:pPr>
            <w:r>
              <w:rPr>
                <w:color w:val="D95BC6"/>
                <w:sz w:val="13"/>
              </w:rPr>
              <w:t>Dokaz: opazovalna kartica, izvedba na izbrani ravni in učiteljev zapis o napredku.</w:t>
            </w:r>
          </w:p>
          <w:p w14:paraId="099ACD12" w14:textId="77777777" w:rsidR="00623E5F" w:rsidRDefault="00000000">
            <w:pPr>
              <w:spacing w:after="5" w:line="245" w:lineRule="auto"/>
            </w:pPr>
            <w:r>
              <w:rPr>
                <w:b/>
                <w:color w:val="000000"/>
                <w:sz w:val="15"/>
              </w:rPr>
              <w:t>3. URA – Atletska abeceda – Uporabim v igri</w:t>
            </w:r>
          </w:p>
          <w:p w14:paraId="12B9D640"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E5D1D41" w14:textId="77777777" w:rsidR="00623E5F" w:rsidRDefault="00000000">
            <w:pPr>
              <w:spacing w:after="14" w:line="245" w:lineRule="auto"/>
            </w:pPr>
            <w:r>
              <w:rPr>
                <w:color w:val="D95BC6"/>
                <w:sz w:val="13"/>
              </w:rPr>
              <w:t>Dokaz: uporaba prvine v igri, sodelovanje, upoštevanje pravil in osebno.</w:t>
            </w:r>
          </w:p>
          <w:p w14:paraId="553835CE" w14:textId="77777777" w:rsidR="00623E5F" w:rsidRDefault="00000000">
            <w:pPr>
              <w:spacing w:before="30" w:after="14" w:line="245" w:lineRule="auto"/>
            </w:pPr>
            <w:r>
              <w:rPr>
                <w:b/>
                <w:color w:val="D95BC6"/>
                <w:sz w:val="16"/>
              </w:rPr>
              <w:t>MOJ KROG POSTAJ</w:t>
            </w:r>
          </w:p>
          <w:p w14:paraId="68750EF4" w14:textId="77777777" w:rsidR="00623E5F" w:rsidRDefault="00000000">
            <w:pPr>
              <w:spacing w:after="8" w:line="245" w:lineRule="auto"/>
            </w:pPr>
            <w:r>
              <w:rPr>
                <w:color w:val="000000"/>
                <w:sz w:val="13"/>
              </w:rPr>
              <w:t>1. Tekalna: po znaku stečem, uravnavam smer in hitrost ter vadim cilj »tečem čez.</w:t>
            </w:r>
          </w:p>
          <w:p w14:paraId="6DCB8ECA" w14:textId="77777777" w:rsidR="00623E5F" w:rsidRDefault="00000000">
            <w:pPr>
              <w:spacing w:after="8" w:line="245" w:lineRule="auto"/>
            </w:pPr>
            <w:r>
              <w:rPr>
                <w:color w:val="000000"/>
                <w:sz w:val="13"/>
              </w:rPr>
              <w:t>2. Skakalna: na treh razdaljah vadim sonožni odriv in varen doskok ter uresničujem.</w:t>
            </w:r>
          </w:p>
          <w:p w14:paraId="3531C7A8" w14:textId="77777777" w:rsidR="00623E5F" w:rsidRDefault="00000000">
            <w:pPr>
              <w:spacing w:after="8" w:line="245" w:lineRule="auto"/>
            </w:pPr>
            <w:r>
              <w:rPr>
                <w:color w:val="000000"/>
                <w:sz w:val="13"/>
              </w:rPr>
              <w:t>3. Metalna: mehko žogico ali vrečko vržem v cilj oziroma daljino in jo poberem le na.</w:t>
            </w:r>
          </w:p>
          <w:p w14:paraId="51C53DA4" w14:textId="77777777" w:rsidR="00623E5F" w:rsidRDefault="00000000">
            <w:pPr>
              <w:spacing w:after="8" w:line="245" w:lineRule="auto"/>
            </w:pPr>
            <w:r>
              <w:rPr>
                <w:color w:val="000000"/>
                <w:sz w:val="13"/>
              </w:rPr>
              <w:t>4. Igralno-merilna: uporabim tek, skok ali met, primerjam le svoj dokaz in pokažem.</w:t>
            </w:r>
          </w:p>
          <w:p w14:paraId="16DA8C9B"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5950C97C" w14:textId="77777777" w:rsidR="00623E5F" w:rsidRDefault="00000000">
            <w:pPr>
              <w:spacing w:after="14" w:line="245" w:lineRule="auto"/>
            </w:pPr>
            <w:r>
              <w:rPr>
                <w:b/>
                <w:color w:val="D95BC6"/>
                <w:sz w:val="16"/>
              </w:rPr>
              <w:t>DOKAZ O UČENJU</w:t>
            </w:r>
          </w:p>
          <w:p w14:paraId="0B4E7636"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61DFF3B7"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DC40C4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7958D51"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F5B5475" w14:textId="77777777" w:rsidR="00623E5F" w:rsidRDefault="00000000">
            <w:pPr>
              <w:jc w:val="center"/>
            </w:pPr>
            <w:r>
              <w:rPr>
                <w:b/>
                <w:color w:val="000000"/>
                <w:sz w:val="20"/>
              </w:rPr>
              <w:t>UČNE DEJAVNOSTI, METODE IN FORMATIVNO SPREMLJANJE</w:t>
            </w:r>
          </w:p>
        </w:tc>
      </w:tr>
      <w:tr w:rsidR="00623E5F" w14:paraId="1326C576" w14:textId="77777777">
        <w:trPr>
          <w:tblHeader/>
          <w:jc w:val="center"/>
        </w:trPr>
        <w:tc>
          <w:tcPr>
            <w:tcW w:w="4422" w:type="dxa"/>
            <w:vMerge/>
            <w:tcMar>
              <w:top w:w="70" w:type="dxa"/>
              <w:left w:w="90" w:type="dxa"/>
              <w:bottom w:w="70" w:type="dxa"/>
              <w:right w:w="90" w:type="dxa"/>
            </w:tcMar>
            <w:vAlign w:val="center"/>
          </w:tcPr>
          <w:p w14:paraId="05170E48" w14:textId="77777777" w:rsidR="00623E5F" w:rsidRDefault="00623E5F"/>
        </w:tc>
        <w:tc>
          <w:tcPr>
            <w:tcW w:w="7087" w:type="dxa"/>
            <w:shd w:val="clear" w:color="auto" w:fill="FFFFFF"/>
            <w:tcMar>
              <w:top w:w="70" w:type="dxa"/>
              <w:left w:w="90" w:type="dxa"/>
              <w:bottom w:w="70" w:type="dxa"/>
              <w:right w:w="90" w:type="dxa"/>
            </w:tcMar>
            <w:vAlign w:val="center"/>
          </w:tcPr>
          <w:p w14:paraId="608B8C83"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49A6BCF" w14:textId="77777777" w:rsidR="00623E5F" w:rsidRDefault="00000000">
            <w:pPr>
              <w:jc w:val="center"/>
            </w:pPr>
            <w:r>
              <w:rPr>
                <w:b/>
                <w:color w:val="000000"/>
              </w:rPr>
              <w:t>UČENEC</w:t>
            </w:r>
          </w:p>
        </w:tc>
      </w:tr>
      <w:tr w:rsidR="00623E5F" w14:paraId="7E3CE10B" w14:textId="77777777">
        <w:trPr>
          <w:jc w:val="center"/>
        </w:trPr>
        <w:tc>
          <w:tcPr>
            <w:tcW w:w="4422" w:type="dxa"/>
            <w:tcMar>
              <w:top w:w="70" w:type="dxa"/>
              <w:left w:w="90" w:type="dxa"/>
              <w:bottom w:w="70" w:type="dxa"/>
              <w:right w:w="90" w:type="dxa"/>
            </w:tcMar>
          </w:tcPr>
          <w:p w14:paraId="5171EA80" w14:textId="77777777" w:rsidR="00623E5F" w:rsidRDefault="00623E5F"/>
          <w:p w14:paraId="1A3E17E7" w14:textId="77777777" w:rsidR="00623E5F" w:rsidRDefault="00000000">
            <w:pPr>
              <w:spacing w:after="40" w:line="245" w:lineRule="auto"/>
            </w:pPr>
            <w:r>
              <w:rPr>
                <w:b/>
                <w:color w:val="000000"/>
              </w:rPr>
              <w:t>FORMATIVNO SPREMLJANJE</w:t>
            </w:r>
          </w:p>
          <w:p w14:paraId="5B27C5DE" w14:textId="77777777" w:rsidR="00623E5F" w:rsidRDefault="00000000">
            <w:pPr>
              <w:pStyle w:val="Oznaenseznam"/>
              <w:spacing w:after="16"/>
            </w:pPr>
            <w:r>
              <w:rPr>
                <w:color w:val="000000"/>
                <w:sz w:val="15"/>
              </w:rPr>
              <w:t>predznanje: gibalni prikaz, odziv na znak, izbira kartice, začetni poskus ali kratka razlaga</w:t>
            </w:r>
          </w:p>
          <w:p w14:paraId="1FDEC465" w14:textId="77777777" w:rsidR="00623E5F" w:rsidRDefault="00000000">
            <w:pPr>
              <w:pStyle w:val="Oznaenseznam"/>
              <w:spacing w:after="16"/>
            </w:pPr>
            <w:r>
              <w:rPr>
                <w:color w:val="000000"/>
                <w:sz w:val="15"/>
              </w:rPr>
              <w:t>nameni in merila: kratka poved, slikovni znak, model varne izvedbe in en opazljiv tehnični poudarek</w:t>
            </w:r>
          </w:p>
          <w:p w14:paraId="40211C00"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513C0683" w14:textId="77777777" w:rsidR="00623E5F" w:rsidRDefault="00000000">
            <w:pPr>
              <w:pStyle w:val="Oznaenseznam"/>
              <w:spacing w:after="16"/>
            </w:pPr>
            <w:r>
              <w:rPr>
                <w:color w:val="000000"/>
                <w:sz w:val="15"/>
              </w:rPr>
              <w:t>povratna informacija: opis opaženega, povezava z enim merilom in takoj izvedljiv ponovni poskus</w:t>
            </w:r>
          </w:p>
          <w:p w14:paraId="06D2B99E" w14:textId="77777777" w:rsidR="00623E5F" w:rsidRDefault="00000000">
            <w:pPr>
              <w:pStyle w:val="Oznaenseznam"/>
              <w:spacing w:after="16"/>
            </w:pPr>
            <w:r>
              <w:rPr>
                <w:color w:val="000000"/>
                <w:sz w:val="15"/>
              </w:rPr>
              <w:t>samovrednotenje: semafor napora in varnosti, lestvica samostojnosti, izbran dokaz ter osebni naslednji korak</w:t>
            </w:r>
          </w:p>
          <w:p w14:paraId="5D2796B2" w14:textId="77777777" w:rsidR="00623E5F" w:rsidRDefault="00000000">
            <w:pPr>
              <w:spacing w:before="40" w:after="20" w:line="245" w:lineRule="auto"/>
            </w:pPr>
            <w:r>
              <w:rPr>
                <w:b/>
                <w:color w:val="000000"/>
                <w:sz w:val="17"/>
              </w:rPr>
              <w:t>VARNOST, POČUTJE IN HIGIENA</w:t>
            </w:r>
          </w:p>
          <w:p w14:paraId="52CD22A0"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Tekališča, doskočišča in sektorji za mete so ločeni; vsi mečejo in pobirajo rekvizite samo na skupni znak.</w:t>
            </w:r>
          </w:p>
          <w:p w14:paraId="22B6268C" w14:textId="77777777" w:rsidR="00623E5F" w:rsidRDefault="00000000">
            <w:pPr>
              <w:spacing w:after="20" w:line="245" w:lineRule="auto"/>
            </w:pPr>
            <w:r>
              <w:rPr>
                <w:b/>
                <w:color w:val="000000"/>
                <w:sz w:val="17"/>
              </w:rPr>
              <w:t>EVIDENCA PO IZVEDBI</w:t>
            </w:r>
          </w:p>
          <w:p w14:paraId="40F19B35"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0FDC0BA3" w14:textId="77777777" w:rsidR="00623E5F" w:rsidRDefault="00000000">
            <w:pPr>
              <w:spacing w:before="40" w:after="20" w:line="245" w:lineRule="auto"/>
            </w:pPr>
            <w:r>
              <w:rPr>
                <w:b/>
                <w:color w:val="000000"/>
                <w:sz w:val="17"/>
              </w:rPr>
              <w:t>RAVEN DOSEGANJA</w:t>
            </w:r>
          </w:p>
          <w:p w14:paraId="07B7155B"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15BAECD3"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142E614" w14:textId="77777777">
              <w:trPr>
                <w:jc w:val="center"/>
              </w:trPr>
              <w:tc>
                <w:tcPr>
                  <w:tcW w:w="7087" w:type="dxa"/>
                  <w:shd w:val="clear" w:color="auto" w:fill="EDC9EA"/>
                  <w:tcMar>
                    <w:top w:w="45" w:type="dxa"/>
                    <w:left w:w="70" w:type="dxa"/>
                    <w:bottom w:w="45" w:type="dxa"/>
                    <w:right w:w="70" w:type="dxa"/>
                  </w:tcMar>
                </w:tcPr>
                <w:p w14:paraId="3F1C06EF" w14:textId="77777777" w:rsidR="00623E5F" w:rsidRDefault="00000000">
                  <w:pPr>
                    <w:keepNext/>
                  </w:pPr>
                  <w:r>
                    <w:rPr>
                      <w:b/>
                      <w:color w:val="000000"/>
                    </w:rPr>
                    <w:t>VPRAŠANJA V PODPORO GIBALNEMU UČENJU</w:t>
                  </w:r>
                </w:p>
              </w:tc>
            </w:tr>
          </w:tbl>
          <w:p w14:paraId="6E814C47" w14:textId="77777777" w:rsidR="00623E5F" w:rsidRDefault="00623E5F">
            <w:pPr>
              <w:spacing w:line="20" w:lineRule="exact"/>
            </w:pPr>
          </w:p>
          <w:p w14:paraId="715836C7" w14:textId="77777777" w:rsidR="00623E5F" w:rsidRDefault="00000000">
            <w:pPr>
              <w:pStyle w:val="Oznaenseznam"/>
              <w:spacing w:after="16"/>
            </w:pPr>
            <w:r>
              <w:rPr>
                <w:color w:val="000000"/>
                <w:sz w:val="15"/>
              </w:rPr>
              <w:t>Kaj si pri prvem poskusu začutil/-a ali opazil/-a v položaju telesa, ravnotežju, smeri, ritmu ali naporu?</w:t>
            </w:r>
          </w:p>
          <w:p w14:paraId="603A5B37" w14:textId="77777777" w:rsidR="00623E5F" w:rsidRDefault="00000000">
            <w:pPr>
              <w:pStyle w:val="Oznaenseznam"/>
              <w:spacing w:after="16"/>
            </w:pPr>
            <w:r>
              <w:rPr>
                <w:color w:val="000000"/>
                <w:sz w:val="15"/>
              </w:rPr>
              <w:t>Katero varnostno pravilo in kateri gibalni korak sta bila danes najpomembnejša?</w:t>
            </w:r>
          </w:p>
          <w:p w14:paraId="39CA2E9D" w14:textId="77777777" w:rsidR="00623E5F" w:rsidRDefault="00000000">
            <w:pPr>
              <w:pStyle w:val="Oznaenseznam"/>
              <w:spacing w:after="16"/>
            </w:pPr>
            <w:r>
              <w:rPr>
                <w:color w:val="000000"/>
                <w:sz w:val="15"/>
              </w:rPr>
              <w:t>Katero raven si izbral/-a, zakaj je bila primerna in kaj si pri naslednjem poskusu spremenil/-a?</w:t>
            </w:r>
          </w:p>
          <w:p w14:paraId="1C6B0A83" w14:textId="77777777" w:rsidR="00623E5F" w:rsidRDefault="00000000">
            <w:pPr>
              <w:pStyle w:val="Oznaenseznam"/>
              <w:spacing w:after="16"/>
            </w:pPr>
            <w:r>
              <w:rPr>
                <w:color w:val="000000"/>
                <w:sz w:val="15"/>
              </w:rPr>
              <w:t>Kateri tvoj gibalni dokaz najjasneje pokaže dogovorjeno merilo?</w:t>
            </w:r>
          </w:p>
          <w:p w14:paraId="517F1663"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4893FC85" w14:textId="77777777">
              <w:trPr>
                <w:jc w:val="center"/>
              </w:trPr>
              <w:tc>
                <w:tcPr>
                  <w:tcW w:w="7087" w:type="dxa"/>
                  <w:shd w:val="clear" w:color="auto" w:fill="C6E7F3"/>
                  <w:tcMar>
                    <w:top w:w="45" w:type="dxa"/>
                    <w:left w:w="70" w:type="dxa"/>
                    <w:bottom w:w="45" w:type="dxa"/>
                    <w:right w:w="70" w:type="dxa"/>
                  </w:tcMar>
                </w:tcPr>
                <w:p w14:paraId="138AA2CB" w14:textId="77777777" w:rsidR="00623E5F" w:rsidRDefault="00000000">
                  <w:pPr>
                    <w:keepNext/>
                  </w:pPr>
                  <w:r>
                    <w:rPr>
                      <w:b/>
                      <w:color w:val="000000"/>
                    </w:rPr>
                    <w:t>ZAKLJUČNI DEL – UMIRJANJE, RAZTEZANJE, DOKAZ IN REFLEKSIJA (8–10 min)</w:t>
                  </w:r>
                </w:p>
              </w:tc>
            </w:tr>
          </w:tbl>
          <w:p w14:paraId="704B4BB0" w14:textId="77777777" w:rsidR="00623E5F" w:rsidRDefault="00623E5F">
            <w:pPr>
              <w:spacing w:line="20" w:lineRule="exact"/>
            </w:pPr>
          </w:p>
          <w:p w14:paraId="13A382D2"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29B09957" w14:textId="77777777">
              <w:trPr>
                <w:jc w:val="center"/>
              </w:trPr>
              <w:tc>
                <w:tcPr>
                  <w:tcW w:w="7087" w:type="dxa"/>
                  <w:shd w:val="clear" w:color="auto" w:fill="EDC9EA"/>
                  <w:tcMar>
                    <w:top w:w="45" w:type="dxa"/>
                    <w:left w:w="70" w:type="dxa"/>
                    <w:bottom w:w="45" w:type="dxa"/>
                    <w:right w:w="70" w:type="dxa"/>
                  </w:tcMar>
                </w:tcPr>
                <w:p w14:paraId="02DE6AB7" w14:textId="77777777" w:rsidR="00623E5F" w:rsidRDefault="00000000">
                  <w:pPr>
                    <w:keepNext/>
                  </w:pPr>
                  <w:r>
                    <w:rPr>
                      <w:b/>
                      <w:color w:val="000000"/>
                    </w:rPr>
                    <w:t>SAMOVREDNOTENJE</w:t>
                  </w:r>
                </w:p>
              </w:tc>
            </w:tr>
          </w:tbl>
          <w:p w14:paraId="76F7748C" w14:textId="77777777" w:rsidR="00623E5F" w:rsidRDefault="00623E5F">
            <w:pPr>
              <w:spacing w:line="20" w:lineRule="exact"/>
            </w:pPr>
          </w:p>
          <w:p w14:paraId="0E3F1CD1"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30053797" w14:textId="77777777">
              <w:trPr>
                <w:jc w:val="center"/>
              </w:trPr>
              <w:tc>
                <w:tcPr>
                  <w:tcW w:w="7087" w:type="dxa"/>
                  <w:shd w:val="clear" w:color="auto" w:fill="EDC9EA"/>
                  <w:tcMar>
                    <w:top w:w="45" w:type="dxa"/>
                    <w:left w:w="70" w:type="dxa"/>
                    <w:bottom w:w="45" w:type="dxa"/>
                    <w:right w:w="70" w:type="dxa"/>
                  </w:tcMar>
                </w:tcPr>
                <w:p w14:paraId="26413E71" w14:textId="77777777" w:rsidR="00623E5F" w:rsidRDefault="00000000">
                  <w:pPr>
                    <w:keepNext/>
                  </w:pPr>
                  <w:r>
                    <w:rPr>
                      <w:b/>
                      <w:color w:val="000000"/>
                    </w:rPr>
                    <w:t>VRSTNIŠKO OPAZOVANJE IN POVRATNA INFORMACIJA</w:t>
                  </w:r>
                </w:p>
              </w:tc>
            </w:tr>
          </w:tbl>
          <w:p w14:paraId="53325AB8" w14:textId="77777777" w:rsidR="00623E5F" w:rsidRDefault="00623E5F">
            <w:pPr>
              <w:spacing w:line="20" w:lineRule="exact"/>
            </w:pPr>
          </w:p>
          <w:p w14:paraId="4DCF2DE5"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1881CF15" w14:textId="77777777">
              <w:trPr>
                <w:jc w:val="center"/>
              </w:trPr>
              <w:tc>
                <w:tcPr>
                  <w:tcW w:w="7087" w:type="dxa"/>
                  <w:shd w:val="clear" w:color="auto" w:fill="EDC9EA"/>
                  <w:tcMar>
                    <w:top w:w="45" w:type="dxa"/>
                    <w:left w:w="70" w:type="dxa"/>
                    <w:bottom w:w="45" w:type="dxa"/>
                    <w:right w:w="70" w:type="dxa"/>
                  </w:tcMar>
                </w:tcPr>
                <w:p w14:paraId="202076FF" w14:textId="77777777" w:rsidR="00623E5F" w:rsidRDefault="00000000">
                  <w:pPr>
                    <w:keepNext/>
                  </w:pPr>
                  <w:r>
                    <w:rPr>
                      <w:b/>
                      <w:color w:val="000000"/>
                    </w:rPr>
                    <w:t>SKUPNI POVZETEK</w:t>
                  </w:r>
                </w:p>
              </w:tc>
            </w:tr>
          </w:tbl>
          <w:p w14:paraId="46F2262E" w14:textId="77777777" w:rsidR="00623E5F" w:rsidRDefault="00623E5F"/>
          <w:p w14:paraId="52AF8C79" w14:textId="77777777" w:rsidR="00623E5F" w:rsidRDefault="00000000">
            <w:pPr>
              <w:spacing w:before="20" w:after="40" w:line="245" w:lineRule="auto"/>
            </w:pPr>
            <w:r>
              <w:rPr>
                <w:b/>
                <w:color w:val="000000"/>
                <w:sz w:val="16"/>
              </w:rPr>
              <w:t>tečem čez nizke ovire; skačem v daljino; mečem v daljino ali cilj. Izbrani gibalni dokaz pojasnim in določim varen naslednji korak.</w:t>
            </w:r>
          </w:p>
        </w:tc>
        <w:tc>
          <w:tcPr>
            <w:tcW w:w="2551" w:type="dxa"/>
            <w:tcMar>
              <w:top w:w="70" w:type="dxa"/>
              <w:left w:w="90" w:type="dxa"/>
              <w:bottom w:w="70" w:type="dxa"/>
              <w:right w:w="90" w:type="dxa"/>
            </w:tcMar>
          </w:tcPr>
          <w:p w14:paraId="33ACEF06" w14:textId="77777777" w:rsidR="00623E5F" w:rsidRDefault="00623E5F"/>
          <w:p w14:paraId="0C5A96B2" w14:textId="77777777" w:rsidR="00623E5F" w:rsidRDefault="00000000">
            <w:pPr>
              <w:spacing w:after="80" w:line="245" w:lineRule="auto"/>
            </w:pPr>
            <w:r>
              <w:rPr>
                <w:color w:val="000000"/>
                <w:sz w:val="15"/>
              </w:rPr>
              <w:t>Odgovarja na podporna vprašanja in se sklicuje na svojo izvedbo, počutje, izbrano raven in varnost.</w:t>
            </w:r>
          </w:p>
          <w:p w14:paraId="0A53D228" w14:textId="77777777" w:rsidR="00623E5F" w:rsidRDefault="00000000">
            <w:pPr>
              <w:spacing w:after="80" w:line="245" w:lineRule="auto"/>
            </w:pPr>
            <w:r>
              <w:rPr>
                <w:color w:val="000000"/>
                <w:sz w:val="15"/>
              </w:rPr>
              <w:t>Predstavi izbrani gibalni dokaz ter pokaže ali pove, katero merilo z njim dosega.</w:t>
            </w:r>
          </w:p>
          <w:p w14:paraId="4CB1F171" w14:textId="77777777" w:rsidR="00623E5F" w:rsidRDefault="00000000">
            <w:pPr>
              <w:spacing w:after="80" w:line="245" w:lineRule="auto"/>
            </w:pPr>
            <w:r>
              <w:rPr>
                <w:color w:val="000000"/>
                <w:sz w:val="15"/>
              </w:rPr>
              <w:t>Opazuje eno dogovorjeno prvino vrstnikove izvedbe in poda kratek, prijazen ter uporaben odziv.</w:t>
            </w:r>
          </w:p>
          <w:p w14:paraId="61885CA2"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475691DC" w14:textId="77777777" w:rsidR="00623E5F" w:rsidRDefault="00000000">
            <w:pPr>
              <w:spacing w:after="100" w:line="245" w:lineRule="auto"/>
            </w:pPr>
            <w:r>
              <w:rPr>
                <w:color w:val="000000"/>
                <w:sz w:val="15"/>
              </w:rPr>
              <w:t>Umiri dihanje, oceni napor in počutje, izbere raven samostojnosti ter določi varen naslednji korak.</w:t>
            </w:r>
          </w:p>
          <w:p w14:paraId="5F268B0C" w14:textId="77777777" w:rsidR="00623E5F" w:rsidRDefault="00000000">
            <w:pPr>
              <w:spacing w:after="20" w:line="245" w:lineRule="auto"/>
            </w:pPr>
            <w:r>
              <w:rPr>
                <w:b/>
                <w:color w:val="D95BC6"/>
                <w:sz w:val="17"/>
              </w:rPr>
              <w:t>DOKAZ O UČENJU</w:t>
            </w:r>
          </w:p>
          <w:p w14:paraId="64B13B4D"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00926EA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46236030" w14:textId="77777777">
        <w:trPr>
          <w:cantSplit/>
          <w:jc w:val="center"/>
        </w:trPr>
        <w:tc>
          <w:tcPr>
            <w:tcW w:w="14060" w:type="dxa"/>
            <w:gridSpan w:val="6"/>
            <w:tcMar>
              <w:top w:w="70" w:type="dxa"/>
              <w:left w:w="90" w:type="dxa"/>
              <w:bottom w:w="70" w:type="dxa"/>
              <w:right w:w="90" w:type="dxa"/>
            </w:tcMar>
            <w:vAlign w:val="center"/>
          </w:tcPr>
          <w:p w14:paraId="0CAC396A" w14:textId="77777777" w:rsidR="00623E5F" w:rsidRDefault="00000000">
            <w:pPr>
              <w:jc w:val="center"/>
            </w:pPr>
            <w:r>
              <w:rPr>
                <w:b/>
                <w:color w:val="000000"/>
                <w:sz w:val="24"/>
              </w:rPr>
              <w:lastRenderedPageBreak/>
              <w:t>UČNA PRIPRAVA 33/39</w:t>
            </w:r>
          </w:p>
        </w:tc>
      </w:tr>
      <w:tr w:rsidR="00623E5F" w14:paraId="44719A7A" w14:textId="77777777">
        <w:trPr>
          <w:jc w:val="center"/>
        </w:trPr>
        <w:tc>
          <w:tcPr>
            <w:tcW w:w="2665" w:type="dxa"/>
            <w:tcMar>
              <w:top w:w="70" w:type="dxa"/>
              <w:left w:w="90" w:type="dxa"/>
              <w:bottom w:w="70" w:type="dxa"/>
              <w:right w:w="90" w:type="dxa"/>
            </w:tcMar>
            <w:vAlign w:val="center"/>
          </w:tcPr>
          <w:p w14:paraId="562DFE1F"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D7AC3FA"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29BD2A0F"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9034BED" w14:textId="77777777" w:rsidR="00623E5F" w:rsidRDefault="00000000">
            <w:r>
              <w:rPr>
                <w:b/>
                <w:color w:val="000000"/>
                <w:sz w:val="16"/>
              </w:rPr>
              <w:t xml:space="preserve">NAČRTOVANI TERMIN: </w:t>
            </w:r>
            <w:r>
              <w:rPr>
                <w:color w:val="000000"/>
                <w:sz w:val="16"/>
              </w:rPr>
              <w:t>33. teden • 10.–14. 5. 2027</w:t>
            </w:r>
          </w:p>
        </w:tc>
        <w:tc>
          <w:tcPr>
            <w:tcW w:w="2268" w:type="dxa"/>
            <w:tcMar>
              <w:top w:w="70" w:type="dxa"/>
              <w:left w:w="90" w:type="dxa"/>
              <w:bottom w:w="70" w:type="dxa"/>
              <w:right w:w="90" w:type="dxa"/>
            </w:tcMar>
            <w:vAlign w:val="center"/>
          </w:tcPr>
          <w:p w14:paraId="6E84B210"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3B01063" w14:textId="77777777" w:rsidR="00623E5F" w:rsidRDefault="00000000">
            <w:r>
              <w:rPr>
                <w:b/>
                <w:color w:val="000000"/>
                <w:sz w:val="16"/>
              </w:rPr>
              <w:t xml:space="preserve">ŠTEVILO UR: </w:t>
            </w:r>
            <w:r>
              <w:rPr>
                <w:color w:val="000000"/>
                <w:sz w:val="16"/>
              </w:rPr>
              <w:t>2</w:t>
            </w:r>
          </w:p>
        </w:tc>
      </w:tr>
      <w:tr w:rsidR="00623E5F" w14:paraId="18ED1C91" w14:textId="77777777">
        <w:trPr>
          <w:jc w:val="center"/>
        </w:trPr>
        <w:tc>
          <w:tcPr>
            <w:tcW w:w="14061" w:type="dxa"/>
            <w:gridSpan w:val="6"/>
            <w:tcMar>
              <w:top w:w="70" w:type="dxa"/>
              <w:left w:w="90" w:type="dxa"/>
              <w:bottom w:w="70" w:type="dxa"/>
              <w:right w:w="90" w:type="dxa"/>
            </w:tcMar>
            <w:vAlign w:val="center"/>
          </w:tcPr>
          <w:p w14:paraId="5540258B"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752470C6" w14:textId="77777777">
        <w:trPr>
          <w:cantSplit/>
          <w:jc w:val="center"/>
        </w:trPr>
        <w:tc>
          <w:tcPr>
            <w:tcW w:w="14060" w:type="dxa"/>
            <w:gridSpan w:val="6"/>
            <w:tcMar>
              <w:top w:w="70" w:type="dxa"/>
              <w:left w:w="90" w:type="dxa"/>
              <w:bottom w:w="70" w:type="dxa"/>
              <w:right w:w="90" w:type="dxa"/>
            </w:tcMar>
            <w:vAlign w:val="center"/>
          </w:tcPr>
          <w:p w14:paraId="5B6D9CB3" w14:textId="77777777" w:rsidR="00623E5F" w:rsidRDefault="00623E5F"/>
          <w:p w14:paraId="17215772" w14:textId="77777777" w:rsidR="00623E5F" w:rsidRDefault="00000000">
            <w:pPr>
              <w:spacing w:line="245" w:lineRule="auto"/>
            </w:pPr>
            <w:r>
              <w:rPr>
                <w:b/>
                <w:color w:val="000000"/>
                <w:sz w:val="15"/>
              </w:rPr>
              <w:t xml:space="preserve">UČNI SKLOP: </w:t>
            </w:r>
            <w:r>
              <w:rPr>
                <w:color w:val="000000"/>
                <w:sz w:val="15"/>
              </w:rPr>
              <w:t>POKRAJINA, PROSTOR IN TRAJNOSTNA SKUPNOST</w:t>
            </w:r>
          </w:p>
        </w:tc>
      </w:tr>
      <w:tr w:rsidR="00623E5F" w14:paraId="4A24F1AC" w14:textId="77777777">
        <w:trPr>
          <w:cantSplit/>
          <w:jc w:val="center"/>
        </w:trPr>
        <w:tc>
          <w:tcPr>
            <w:tcW w:w="14060" w:type="dxa"/>
            <w:gridSpan w:val="6"/>
            <w:tcMar>
              <w:top w:w="70" w:type="dxa"/>
              <w:left w:w="90" w:type="dxa"/>
              <w:bottom w:w="70" w:type="dxa"/>
              <w:right w:w="90" w:type="dxa"/>
            </w:tcMar>
            <w:vAlign w:val="center"/>
          </w:tcPr>
          <w:p w14:paraId="12075D42" w14:textId="77777777" w:rsidR="00623E5F" w:rsidRDefault="00623E5F"/>
          <w:p w14:paraId="3F91743C" w14:textId="77777777" w:rsidR="00623E5F" w:rsidRDefault="00000000">
            <w:pPr>
              <w:spacing w:line="245" w:lineRule="auto"/>
            </w:pPr>
            <w:r>
              <w:rPr>
                <w:b/>
                <w:color w:val="000000"/>
                <w:sz w:val="15"/>
              </w:rPr>
              <w:t xml:space="preserve">UČNA TEMA: </w:t>
            </w:r>
            <w:r>
              <w:rPr>
                <w:color w:val="000000"/>
                <w:sz w:val="15"/>
              </w:rPr>
              <w:t>ORIENTACIJSKA IGRA</w:t>
            </w:r>
          </w:p>
        </w:tc>
      </w:tr>
      <w:tr w:rsidR="00623E5F" w14:paraId="0230D2D2" w14:textId="77777777">
        <w:trPr>
          <w:cantSplit/>
          <w:jc w:val="center"/>
        </w:trPr>
        <w:tc>
          <w:tcPr>
            <w:tcW w:w="14060" w:type="dxa"/>
            <w:gridSpan w:val="6"/>
            <w:tcMar>
              <w:top w:w="70" w:type="dxa"/>
              <w:left w:w="90" w:type="dxa"/>
              <w:bottom w:w="70" w:type="dxa"/>
              <w:right w:w="90" w:type="dxa"/>
            </w:tcMar>
            <w:vAlign w:val="center"/>
          </w:tcPr>
          <w:p w14:paraId="06581F17" w14:textId="77777777" w:rsidR="00623E5F" w:rsidRDefault="00623E5F"/>
          <w:p w14:paraId="7DAD7365" w14:textId="77777777" w:rsidR="00623E5F" w:rsidRDefault="00000000">
            <w:pPr>
              <w:spacing w:line="245" w:lineRule="auto"/>
            </w:pPr>
            <w:r>
              <w:rPr>
                <w:b/>
                <w:color w:val="000000"/>
                <w:sz w:val="15"/>
              </w:rPr>
              <w:t xml:space="preserve">KNJIŽEVNO / MOTIVNO IZHODIŠČE: </w:t>
            </w:r>
            <w:r>
              <w:rPr>
                <w:color w:val="000000"/>
                <w:sz w:val="15"/>
              </w:rPr>
              <w:t>»Bobek in barčica« – Anja Štefan • NADALJEVANJE • orientacija, načrt poti, morje in varno raziskovanje obale</w:t>
            </w:r>
          </w:p>
        </w:tc>
      </w:tr>
      <w:tr w:rsidR="00623E5F" w14:paraId="1211B784" w14:textId="77777777">
        <w:trPr>
          <w:cantSplit/>
          <w:jc w:val="center"/>
        </w:trPr>
        <w:tc>
          <w:tcPr>
            <w:tcW w:w="14060" w:type="dxa"/>
            <w:gridSpan w:val="6"/>
            <w:tcMar>
              <w:top w:w="70" w:type="dxa"/>
              <w:left w:w="90" w:type="dxa"/>
              <w:bottom w:w="70" w:type="dxa"/>
              <w:right w:w="90" w:type="dxa"/>
            </w:tcMar>
            <w:vAlign w:val="center"/>
          </w:tcPr>
          <w:p w14:paraId="26146FC6" w14:textId="77777777" w:rsidR="00623E5F" w:rsidRDefault="00623E5F"/>
          <w:p w14:paraId="7910BC38" w14:textId="77777777" w:rsidR="00623E5F" w:rsidRDefault="00000000">
            <w:pPr>
              <w:spacing w:line="245" w:lineRule="auto"/>
            </w:pPr>
            <w:r>
              <w:rPr>
                <w:b/>
                <w:color w:val="000000"/>
                <w:sz w:val="15"/>
              </w:rPr>
              <w:t xml:space="preserve">GIBALNO IZHODIŠČE / MOTIVACIJA: </w:t>
            </w:r>
            <w:r>
              <w:rPr>
                <w:color w:val="000000"/>
                <w:sz w:val="15"/>
              </w:rPr>
              <w:t>skrivnostni zemljevid pokaže pot, teren in štiri varne točke; učenci z opazovanjem prostora načrtujejo gibanje na temo »orientacijska igra«. Tedenski gibalni izziv: izvede orientacijsko igro »Do varnega pristana«.</w:t>
            </w:r>
          </w:p>
        </w:tc>
      </w:tr>
      <w:tr w:rsidR="00623E5F" w14:paraId="48903131" w14:textId="77777777">
        <w:trPr>
          <w:cantSplit/>
          <w:jc w:val="center"/>
        </w:trPr>
        <w:tc>
          <w:tcPr>
            <w:tcW w:w="14060" w:type="dxa"/>
            <w:gridSpan w:val="6"/>
            <w:tcMar>
              <w:top w:w="70" w:type="dxa"/>
              <w:left w:w="90" w:type="dxa"/>
              <w:bottom w:w="70" w:type="dxa"/>
              <w:right w:w="90" w:type="dxa"/>
            </w:tcMar>
            <w:vAlign w:val="center"/>
          </w:tcPr>
          <w:p w14:paraId="4CBA1081" w14:textId="77777777" w:rsidR="00623E5F" w:rsidRDefault="00623E5F"/>
          <w:p w14:paraId="1917FEA1" w14:textId="77777777" w:rsidR="00623E5F" w:rsidRDefault="00000000">
            <w:pPr>
              <w:spacing w:line="245" w:lineRule="auto"/>
            </w:pPr>
            <w:r>
              <w:rPr>
                <w:b/>
                <w:color w:val="000000"/>
                <w:sz w:val="15"/>
              </w:rPr>
              <w:t xml:space="preserve">UČNE ENOTE: </w:t>
            </w:r>
            <w:r>
              <w:rPr>
                <w:color w:val="000000"/>
                <w:sz w:val="15"/>
              </w:rPr>
              <w:t>1. ura – Orientacijska igra – Ogrejem se in usvojim gib • 2. ura – Orientacijska igra – Uporabim v igri</w:t>
            </w:r>
          </w:p>
        </w:tc>
      </w:tr>
      <w:tr w:rsidR="00623E5F" w14:paraId="4E44D448" w14:textId="77777777">
        <w:trPr>
          <w:cantSplit/>
          <w:jc w:val="center"/>
        </w:trPr>
        <w:tc>
          <w:tcPr>
            <w:tcW w:w="14060" w:type="dxa"/>
            <w:gridSpan w:val="6"/>
            <w:tcMar>
              <w:top w:w="70" w:type="dxa"/>
              <w:left w:w="90" w:type="dxa"/>
              <w:bottom w:w="70" w:type="dxa"/>
              <w:right w:w="90" w:type="dxa"/>
            </w:tcMar>
            <w:vAlign w:val="center"/>
          </w:tcPr>
          <w:p w14:paraId="5EBC024F" w14:textId="77777777" w:rsidR="00623E5F" w:rsidRDefault="00623E5F"/>
          <w:p w14:paraId="6DB184E9"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0FFEC508" w14:textId="77777777">
        <w:trPr>
          <w:cantSplit/>
          <w:jc w:val="center"/>
        </w:trPr>
        <w:tc>
          <w:tcPr>
            <w:tcW w:w="14060" w:type="dxa"/>
            <w:gridSpan w:val="6"/>
            <w:tcMar>
              <w:top w:w="70" w:type="dxa"/>
              <w:left w:w="90" w:type="dxa"/>
              <w:bottom w:w="70" w:type="dxa"/>
              <w:right w:w="90" w:type="dxa"/>
            </w:tcMar>
            <w:vAlign w:val="center"/>
          </w:tcPr>
          <w:p w14:paraId="4190AEE4" w14:textId="77777777" w:rsidR="00623E5F" w:rsidRDefault="00623E5F"/>
          <w:p w14:paraId="66922769"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3EB8CB79" w14:textId="77777777">
        <w:trPr>
          <w:cantSplit/>
          <w:jc w:val="center"/>
        </w:trPr>
        <w:tc>
          <w:tcPr>
            <w:tcW w:w="14060" w:type="dxa"/>
            <w:gridSpan w:val="6"/>
            <w:tcMar>
              <w:top w:w="70" w:type="dxa"/>
              <w:left w:w="90" w:type="dxa"/>
              <w:bottom w:w="70" w:type="dxa"/>
              <w:right w:w="90" w:type="dxa"/>
            </w:tcMar>
            <w:vAlign w:val="center"/>
          </w:tcPr>
          <w:p w14:paraId="3BD98E3C" w14:textId="77777777" w:rsidR="00623E5F" w:rsidRDefault="00623E5F"/>
          <w:p w14:paraId="243274D5"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41CD2932" w14:textId="77777777">
        <w:trPr>
          <w:cantSplit/>
          <w:jc w:val="center"/>
        </w:trPr>
        <w:tc>
          <w:tcPr>
            <w:tcW w:w="14060" w:type="dxa"/>
            <w:gridSpan w:val="6"/>
            <w:tcMar>
              <w:top w:w="70" w:type="dxa"/>
              <w:left w:w="90" w:type="dxa"/>
              <w:bottom w:w="70" w:type="dxa"/>
              <w:right w:w="90" w:type="dxa"/>
            </w:tcMar>
            <w:vAlign w:val="center"/>
          </w:tcPr>
          <w:p w14:paraId="5262AE5B" w14:textId="77777777" w:rsidR="00623E5F" w:rsidRDefault="00623E5F"/>
          <w:p w14:paraId="2EC7CB40" w14:textId="77777777" w:rsidR="00623E5F" w:rsidRDefault="00000000">
            <w:pPr>
              <w:spacing w:line="245" w:lineRule="auto"/>
            </w:pPr>
            <w:r>
              <w:rPr>
                <w:b/>
                <w:color w:val="000000"/>
                <w:sz w:val="15"/>
              </w:rPr>
              <w:t xml:space="preserve">MEDPREDMETNE POVEZAVE: </w:t>
            </w:r>
            <w:r>
              <w:rPr>
                <w:color w:val="000000"/>
                <w:sz w:val="15"/>
              </w:rPr>
              <w:t>SPO – orientacija, načrt poti, morje in varno raziskovanje obale, telo, zdravje, varnost in okolje; SLJ – poslušanje navodila, športno izrazje, kratka razlaga in podporna povratna informacija; MAT – smer, zaporedje, razdalja, merjenje in primerjanje; GUM – ritem, tempo in odziv na zvočni znak.</w:t>
            </w:r>
          </w:p>
        </w:tc>
      </w:tr>
      <w:tr w:rsidR="00623E5F" w14:paraId="74495178" w14:textId="77777777">
        <w:trPr>
          <w:cantSplit/>
          <w:jc w:val="center"/>
        </w:trPr>
        <w:tc>
          <w:tcPr>
            <w:tcW w:w="14060" w:type="dxa"/>
            <w:gridSpan w:val="6"/>
            <w:tcMar>
              <w:top w:w="70" w:type="dxa"/>
              <w:left w:w="90" w:type="dxa"/>
              <w:bottom w:w="70" w:type="dxa"/>
              <w:right w:w="90" w:type="dxa"/>
            </w:tcMar>
            <w:vAlign w:val="center"/>
          </w:tcPr>
          <w:p w14:paraId="76B23FEC" w14:textId="77777777" w:rsidR="00623E5F" w:rsidRDefault="00623E5F"/>
          <w:p w14:paraId="2F4B3BFE" w14:textId="77777777" w:rsidR="00623E5F" w:rsidRDefault="00000000">
            <w:pPr>
              <w:spacing w:line="245" w:lineRule="auto"/>
            </w:pPr>
            <w:r>
              <w:rPr>
                <w:b/>
                <w:color w:val="000000"/>
                <w:sz w:val="15"/>
              </w:rPr>
              <w:t xml:space="preserve">UČNA SREDSTVA IN PRIPOMOČKI: </w:t>
            </w:r>
            <w:r>
              <w:rPr>
                <w:color w:val="000000"/>
                <w:sz w:val="15"/>
              </w:rPr>
              <w:t>talne ali orientacijske oznake, vrvice, slikovni zemljevid, stožci, opazovalne kartice, voda in komplet prve pomoči; kartice namena in kriterijev; oznake štirih postaj; opazovalni list; semafor napora in mapa dokazov</w:t>
            </w:r>
          </w:p>
        </w:tc>
      </w:tr>
      <w:tr w:rsidR="00623E5F" w14:paraId="67B9AC7B" w14:textId="77777777">
        <w:trPr>
          <w:cantSplit/>
          <w:jc w:val="center"/>
        </w:trPr>
        <w:tc>
          <w:tcPr>
            <w:tcW w:w="14060" w:type="dxa"/>
            <w:gridSpan w:val="6"/>
            <w:tcMar>
              <w:top w:w="70" w:type="dxa"/>
              <w:left w:w="90" w:type="dxa"/>
              <w:bottom w:w="70" w:type="dxa"/>
              <w:right w:w="90" w:type="dxa"/>
            </w:tcMar>
            <w:vAlign w:val="center"/>
          </w:tcPr>
          <w:p w14:paraId="3BC74C66" w14:textId="77777777" w:rsidR="00623E5F" w:rsidRDefault="00623E5F"/>
          <w:p w14:paraId="67CABCCB"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7D30BC52" w14:textId="77777777">
        <w:trPr>
          <w:cantSplit/>
          <w:jc w:val="center"/>
        </w:trPr>
        <w:tc>
          <w:tcPr>
            <w:tcW w:w="14060" w:type="dxa"/>
            <w:gridSpan w:val="6"/>
            <w:tcMar>
              <w:top w:w="70" w:type="dxa"/>
              <w:left w:w="90" w:type="dxa"/>
              <w:bottom w:w="70" w:type="dxa"/>
              <w:right w:w="90" w:type="dxa"/>
            </w:tcMar>
            <w:vAlign w:val="center"/>
          </w:tcPr>
          <w:p w14:paraId="591AEABC" w14:textId="77777777" w:rsidR="00623E5F" w:rsidRDefault="00623E5F"/>
          <w:p w14:paraId="78AC1864" w14:textId="77777777" w:rsidR="00623E5F" w:rsidRDefault="00000000">
            <w:pPr>
              <w:spacing w:line="245" w:lineRule="auto"/>
            </w:pPr>
            <w:r>
              <w:rPr>
                <w:b/>
                <w:color w:val="000000"/>
                <w:sz w:val="15"/>
              </w:rPr>
              <w:t xml:space="preserve">OCENJEVANJE / DAN DEJAVNOSTI: </w:t>
            </w:r>
            <w:r>
              <w:rPr>
                <w:color w:val="000000"/>
                <w:sz w:val="15"/>
              </w:rPr>
              <w:t>NARAVOSLOVNI DAN</w:t>
            </w:r>
          </w:p>
        </w:tc>
      </w:tr>
      <w:tr w:rsidR="00623E5F" w14:paraId="468CE11B" w14:textId="77777777">
        <w:trPr>
          <w:cantSplit/>
          <w:jc w:val="center"/>
        </w:trPr>
        <w:tc>
          <w:tcPr>
            <w:tcW w:w="14060" w:type="dxa"/>
            <w:gridSpan w:val="6"/>
            <w:tcMar>
              <w:top w:w="70" w:type="dxa"/>
              <w:left w:w="90" w:type="dxa"/>
              <w:bottom w:w="70" w:type="dxa"/>
              <w:right w:w="90" w:type="dxa"/>
            </w:tcMar>
            <w:vAlign w:val="center"/>
          </w:tcPr>
          <w:p w14:paraId="51B589B4" w14:textId="77777777" w:rsidR="00623E5F" w:rsidRDefault="00623E5F"/>
          <w:p w14:paraId="3C70983B"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25A4A23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747E379F"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7EF4CC1"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26053DD" w14:textId="77777777" w:rsidR="00623E5F" w:rsidRDefault="00000000">
            <w:pPr>
              <w:jc w:val="center"/>
            </w:pPr>
            <w:r>
              <w:rPr>
                <w:b/>
                <w:color w:val="000000"/>
                <w:sz w:val="20"/>
              </w:rPr>
              <w:t>UČNE DEJAVNOSTI, METODE IN FORMATIVNO SPREMLJANJE</w:t>
            </w:r>
          </w:p>
        </w:tc>
      </w:tr>
      <w:tr w:rsidR="00623E5F" w14:paraId="5A23BBC8" w14:textId="77777777">
        <w:trPr>
          <w:tblHeader/>
          <w:jc w:val="center"/>
        </w:trPr>
        <w:tc>
          <w:tcPr>
            <w:tcW w:w="4422" w:type="dxa"/>
            <w:vMerge/>
            <w:tcMar>
              <w:top w:w="70" w:type="dxa"/>
              <w:left w:w="90" w:type="dxa"/>
              <w:bottom w:w="70" w:type="dxa"/>
              <w:right w:w="90" w:type="dxa"/>
            </w:tcMar>
            <w:vAlign w:val="center"/>
          </w:tcPr>
          <w:p w14:paraId="2928D629" w14:textId="77777777" w:rsidR="00623E5F" w:rsidRDefault="00623E5F"/>
        </w:tc>
        <w:tc>
          <w:tcPr>
            <w:tcW w:w="7087" w:type="dxa"/>
            <w:shd w:val="clear" w:color="auto" w:fill="FFFFFF"/>
            <w:tcMar>
              <w:top w:w="70" w:type="dxa"/>
              <w:left w:w="90" w:type="dxa"/>
              <w:bottom w:w="70" w:type="dxa"/>
              <w:right w:w="90" w:type="dxa"/>
            </w:tcMar>
            <w:vAlign w:val="center"/>
          </w:tcPr>
          <w:p w14:paraId="1EAC9F10"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F5EFD2E" w14:textId="77777777" w:rsidR="00623E5F" w:rsidRDefault="00000000">
            <w:pPr>
              <w:jc w:val="center"/>
            </w:pPr>
            <w:r>
              <w:rPr>
                <w:b/>
                <w:color w:val="000000"/>
              </w:rPr>
              <w:t>UČENEC</w:t>
            </w:r>
          </w:p>
        </w:tc>
      </w:tr>
      <w:tr w:rsidR="00623E5F" w14:paraId="30724C13" w14:textId="77777777">
        <w:trPr>
          <w:jc w:val="center"/>
        </w:trPr>
        <w:tc>
          <w:tcPr>
            <w:tcW w:w="4422" w:type="dxa"/>
            <w:tcMar>
              <w:top w:w="70" w:type="dxa"/>
              <w:left w:w="90" w:type="dxa"/>
              <w:bottom w:w="70" w:type="dxa"/>
              <w:right w:w="90" w:type="dxa"/>
            </w:tcMar>
          </w:tcPr>
          <w:p w14:paraId="27E7BAFA" w14:textId="77777777" w:rsidR="00623E5F" w:rsidRDefault="00623E5F"/>
          <w:p w14:paraId="7FFCE20E" w14:textId="77777777" w:rsidR="00623E5F" w:rsidRDefault="00000000">
            <w:pPr>
              <w:spacing w:after="60" w:line="245" w:lineRule="auto"/>
            </w:pPr>
            <w:r>
              <w:rPr>
                <w:b/>
                <w:color w:val="000000"/>
              </w:rPr>
              <w:t>UČNI CILJI</w:t>
            </w:r>
          </w:p>
          <w:p w14:paraId="2379401A" w14:textId="77777777" w:rsidR="00623E5F" w:rsidRDefault="00000000">
            <w:pPr>
              <w:spacing w:after="20" w:line="245" w:lineRule="auto"/>
            </w:pPr>
            <w:r>
              <w:rPr>
                <w:b/>
                <w:color w:val="000000"/>
                <w:sz w:val="17"/>
              </w:rPr>
              <w:t>SPLOŠNI</w:t>
            </w:r>
          </w:p>
          <w:p w14:paraId="7D9CF996"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0A1FEF06" w14:textId="77777777" w:rsidR="00623E5F" w:rsidRDefault="00000000">
            <w:pPr>
              <w:pStyle w:val="Oznaenseznam"/>
              <w:spacing w:after="16"/>
            </w:pPr>
            <w:r>
              <w:rPr>
                <w:color w:val="000000"/>
                <w:sz w:val="15"/>
              </w:rPr>
              <w:t>varno hodi, teče, skače, meče, pleza, se plazi, lovi, ravnoteži, pleše in uporablja različne rekvizite</w:t>
            </w:r>
          </w:p>
          <w:p w14:paraId="062172A7" w14:textId="77777777" w:rsidR="00623E5F" w:rsidRDefault="00000000">
            <w:pPr>
              <w:pStyle w:val="Oznaenseznam"/>
              <w:spacing w:after="16"/>
            </w:pPr>
            <w:r>
              <w:rPr>
                <w:color w:val="000000"/>
                <w:sz w:val="15"/>
              </w:rPr>
              <w:t>razume pomen rednega gibanja, ogrevanja, higiene, primerne opreme, počitka in varnega ravnanja</w:t>
            </w:r>
          </w:p>
          <w:p w14:paraId="4C38305B"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22A3FC09" w14:textId="77777777" w:rsidR="00623E5F" w:rsidRDefault="00000000">
            <w:pPr>
              <w:spacing w:before="40" w:after="20" w:line="245" w:lineRule="auto"/>
            </w:pPr>
            <w:r>
              <w:rPr>
                <w:b/>
                <w:color w:val="000000"/>
                <w:sz w:val="17"/>
              </w:rPr>
              <w:t>OPERATIVNI</w:t>
            </w:r>
          </w:p>
          <w:p w14:paraId="0808AB1B" w14:textId="77777777" w:rsidR="00623E5F" w:rsidRDefault="00000000">
            <w:pPr>
              <w:pStyle w:val="Oznaenseznam"/>
              <w:spacing w:after="16"/>
            </w:pPr>
            <w:r>
              <w:rPr>
                <w:color w:val="000000"/>
                <w:sz w:val="15"/>
              </w:rPr>
              <w:t>sledi oznakam</w:t>
            </w:r>
          </w:p>
          <w:p w14:paraId="4F98E960" w14:textId="77777777" w:rsidR="00623E5F" w:rsidRDefault="00000000">
            <w:pPr>
              <w:pStyle w:val="Oznaenseznam"/>
              <w:spacing w:after="16"/>
            </w:pPr>
            <w:r>
              <w:rPr>
                <w:color w:val="000000"/>
                <w:sz w:val="15"/>
              </w:rPr>
              <w:t>sodeluje v skupini</w:t>
            </w:r>
          </w:p>
          <w:p w14:paraId="383DD50D" w14:textId="77777777" w:rsidR="00623E5F" w:rsidRDefault="00000000">
            <w:pPr>
              <w:pStyle w:val="Oznaenseznam"/>
              <w:spacing w:after="16"/>
            </w:pPr>
            <w:r>
              <w:rPr>
                <w:color w:val="000000"/>
                <w:sz w:val="15"/>
              </w:rPr>
              <w:t>varno ravna na prostem</w:t>
            </w:r>
          </w:p>
          <w:p w14:paraId="37233102" w14:textId="77777777" w:rsidR="00623E5F" w:rsidRDefault="00000000">
            <w:pPr>
              <w:spacing w:before="40" w:after="20" w:line="245" w:lineRule="auto"/>
            </w:pPr>
            <w:r>
              <w:rPr>
                <w:b/>
                <w:color w:val="000000"/>
                <w:sz w:val="17"/>
              </w:rPr>
              <w:t>PRIČAKOVANI DOSEŽKI / MINIMALNI POUDARKI</w:t>
            </w:r>
          </w:p>
          <w:p w14:paraId="5C1BF909" w14:textId="77777777" w:rsidR="00623E5F" w:rsidRDefault="00000000">
            <w:pPr>
              <w:pStyle w:val="Oznaenseznam"/>
              <w:spacing w:after="16"/>
            </w:pPr>
            <w:r>
              <w:rPr>
                <w:color w:val="000000"/>
                <w:sz w:val="15"/>
              </w:rPr>
              <w:t>učenec samostojno oziroma z dogovorjeno oporo sledi oznakam</w:t>
            </w:r>
          </w:p>
          <w:p w14:paraId="382DA9E8" w14:textId="77777777" w:rsidR="00623E5F" w:rsidRDefault="00000000">
            <w:pPr>
              <w:pStyle w:val="Oznaenseznam"/>
              <w:spacing w:after="16"/>
            </w:pPr>
            <w:r>
              <w:rPr>
                <w:color w:val="000000"/>
                <w:sz w:val="15"/>
              </w:rPr>
              <w:t>učenec samostojno oziroma z dogovorjeno oporo sodeluje v skupini</w:t>
            </w:r>
          </w:p>
          <w:p w14:paraId="4ADC08BD" w14:textId="77777777" w:rsidR="00623E5F" w:rsidRDefault="00000000">
            <w:pPr>
              <w:pStyle w:val="Oznaenseznam"/>
              <w:spacing w:after="16"/>
            </w:pPr>
            <w:r>
              <w:rPr>
                <w:color w:val="000000"/>
                <w:sz w:val="15"/>
              </w:rPr>
              <w:t>učenec samostojno oziroma z dogovorjeno oporo varno ravna na prostem</w:t>
            </w:r>
          </w:p>
        </w:tc>
        <w:tc>
          <w:tcPr>
            <w:tcW w:w="7087" w:type="dxa"/>
            <w:tcMar>
              <w:top w:w="70" w:type="dxa"/>
              <w:left w:w="90" w:type="dxa"/>
              <w:bottom w:w="70" w:type="dxa"/>
              <w:right w:w="90" w:type="dxa"/>
            </w:tcMar>
          </w:tcPr>
          <w:p w14:paraId="7648243B"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CD2026A" w14:textId="77777777">
              <w:trPr>
                <w:jc w:val="center"/>
              </w:trPr>
              <w:tc>
                <w:tcPr>
                  <w:tcW w:w="7087" w:type="dxa"/>
                  <w:shd w:val="clear" w:color="auto" w:fill="C6E7F3"/>
                  <w:tcMar>
                    <w:top w:w="45" w:type="dxa"/>
                    <w:left w:w="70" w:type="dxa"/>
                    <w:bottom w:w="45" w:type="dxa"/>
                    <w:right w:w="70" w:type="dxa"/>
                  </w:tcMar>
                </w:tcPr>
                <w:p w14:paraId="48A2E903" w14:textId="77777777" w:rsidR="00623E5F" w:rsidRDefault="00000000">
                  <w:pPr>
                    <w:keepNext/>
                  </w:pPr>
                  <w:r>
                    <w:rPr>
                      <w:b/>
                      <w:color w:val="000000"/>
                    </w:rPr>
                    <w:t>UVODNI DEL – POČUTJE, GIBALNI NAMIG, PREDZNANJE IN NAMEN UČENJA (7–10 min)</w:t>
                  </w:r>
                </w:p>
              </w:tc>
            </w:tr>
          </w:tbl>
          <w:p w14:paraId="0FB36CAF" w14:textId="77777777" w:rsidR="00623E5F" w:rsidRDefault="00623E5F">
            <w:pPr>
              <w:spacing w:line="20" w:lineRule="exact"/>
            </w:pPr>
          </w:p>
          <w:p w14:paraId="715D36AF" w14:textId="77777777" w:rsidR="00623E5F" w:rsidRDefault="00000000">
            <w:pPr>
              <w:spacing w:before="40" w:after="60" w:line="245" w:lineRule="auto"/>
            </w:pPr>
            <w:r>
              <w:rPr>
                <w:color w:val="000000"/>
                <w:sz w:val="15"/>
              </w:rPr>
              <w:t>Ob književnem motivu »Bobek in barčica« – Anja Štefan • NADALJEVANJE učenci vstopijo v temo orientacija, načrt poti, morje in varno raziskovanje obale. Učiteljica pripravi kratek gibalni namig: skrivnostni zemljevid pokaže pot, teren in štiri varne točke; učenci z opazovanjem prostora načrtujejo gibanje na temo »orientacijska igra«. Tedenski gibalni izziv: izvede orientacijsko igro »Do varnega pristana«.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670AA92E" w14:textId="77777777">
              <w:trPr>
                <w:jc w:val="center"/>
              </w:trPr>
              <w:tc>
                <w:tcPr>
                  <w:tcW w:w="7087" w:type="dxa"/>
                  <w:shd w:val="clear" w:color="auto" w:fill="EDC9EA"/>
                  <w:tcMar>
                    <w:top w:w="45" w:type="dxa"/>
                    <w:left w:w="70" w:type="dxa"/>
                    <w:bottom w:w="45" w:type="dxa"/>
                    <w:right w:w="70" w:type="dxa"/>
                  </w:tcMar>
                </w:tcPr>
                <w:p w14:paraId="2007D1DC" w14:textId="77777777" w:rsidR="00623E5F" w:rsidRDefault="00000000">
                  <w:pPr>
                    <w:keepNext/>
                  </w:pPr>
                  <w:r>
                    <w:rPr>
                      <w:b/>
                      <w:color w:val="000000"/>
                    </w:rPr>
                    <w:t>NAMENI UČENJA</w:t>
                  </w:r>
                </w:p>
              </w:tc>
            </w:tr>
          </w:tbl>
          <w:p w14:paraId="1F0935C3" w14:textId="77777777" w:rsidR="00623E5F" w:rsidRDefault="00623E5F">
            <w:pPr>
              <w:spacing w:line="20" w:lineRule="exact"/>
            </w:pPr>
          </w:p>
          <w:p w14:paraId="3F602A78"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674A1303" w14:textId="77777777" w:rsidR="00623E5F" w:rsidRDefault="00000000">
            <w:pPr>
              <w:pStyle w:val="Oznaenseznam"/>
              <w:spacing w:after="16"/>
            </w:pPr>
            <w:r>
              <w:rPr>
                <w:color w:val="000000"/>
                <w:sz w:val="15"/>
              </w:rPr>
              <w:t>sledim oznakam</w:t>
            </w:r>
          </w:p>
          <w:p w14:paraId="1FC836A1" w14:textId="77777777" w:rsidR="00623E5F" w:rsidRDefault="00000000">
            <w:pPr>
              <w:pStyle w:val="Oznaenseznam"/>
              <w:spacing w:after="16"/>
            </w:pPr>
            <w:r>
              <w:rPr>
                <w:color w:val="000000"/>
                <w:sz w:val="15"/>
              </w:rPr>
              <w:t>sodelujem v skupini</w:t>
            </w:r>
          </w:p>
          <w:p w14:paraId="5EE47E7A" w14:textId="77777777" w:rsidR="00623E5F" w:rsidRDefault="00000000">
            <w:pPr>
              <w:pStyle w:val="Oznaenseznam"/>
              <w:spacing w:after="16"/>
            </w:pPr>
            <w:r>
              <w:rPr>
                <w:color w:val="000000"/>
                <w:sz w:val="15"/>
              </w:rPr>
              <w:t>varno ravnam na prostem</w:t>
            </w:r>
          </w:p>
          <w:tbl>
            <w:tblPr>
              <w:tblStyle w:val="Tabelamrea"/>
              <w:tblW w:w="0" w:type="auto"/>
              <w:jc w:val="center"/>
              <w:tblLayout w:type="fixed"/>
              <w:tblLook w:val="04A0" w:firstRow="1" w:lastRow="0" w:firstColumn="1" w:lastColumn="0" w:noHBand="0" w:noVBand="1"/>
            </w:tblPr>
            <w:tblGrid>
              <w:gridCol w:w="7087"/>
            </w:tblGrid>
            <w:tr w:rsidR="00623E5F" w14:paraId="498D768C" w14:textId="77777777">
              <w:trPr>
                <w:jc w:val="center"/>
              </w:trPr>
              <w:tc>
                <w:tcPr>
                  <w:tcW w:w="7087" w:type="dxa"/>
                  <w:shd w:val="clear" w:color="auto" w:fill="EDC9EA"/>
                  <w:tcMar>
                    <w:top w:w="45" w:type="dxa"/>
                    <w:left w:w="70" w:type="dxa"/>
                    <w:bottom w:w="45" w:type="dxa"/>
                    <w:right w:w="70" w:type="dxa"/>
                  </w:tcMar>
                </w:tcPr>
                <w:p w14:paraId="7ED4ECCD" w14:textId="77777777" w:rsidR="00623E5F" w:rsidRDefault="00000000">
                  <w:pPr>
                    <w:keepNext/>
                  </w:pPr>
                  <w:r>
                    <w:rPr>
                      <w:b/>
                      <w:color w:val="000000"/>
                    </w:rPr>
                    <w:t>PREVERJANJE PREDZNANJA</w:t>
                  </w:r>
                </w:p>
              </w:tc>
            </w:tr>
          </w:tbl>
          <w:p w14:paraId="5309BF49" w14:textId="77777777" w:rsidR="00623E5F" w:rsidRDefault="00623E5F">
            <w:pPr>
              <w:spacing w:line="20" w:lineRule="exact"/>
            </w:pPr>
          </w:p>
          <w:p w14:paraId="37FC38F9" w14:textId="77777777" w:rsidR="00623E5F" w:rsidRDefault="00000000">
            <w:pPr>
              <w:pStyle w:val="Oznaenseznam"/>
              <w:spacing w:after="16"/>
            </w:pPr>
            <w:r>
              <w:rPr>
                <w:color w:val="000000"/>
                <w:sz w:val="15"/>
              </w:rPr>
              <w:t>Kaj moje telo in prostor že znata pokazati pri temi »ORIENTACIJSKA IGRA«?</w:t>
            </w:r>
          </w:p>
          <w:p w14:paraId="6222800C" w14:textId="77777777" w:rsidR="00623E5F" w:rsidRDefault="00000000">
            <w:pPr>
              <w:pStyle w:val="Oznaenseznam"/>
              <w:spacing w:after="16"/>
            </w:pPr>
            <w:r>
              <w:rPr>
                <w:color w:val="000000"/>
                <w:sz w:val="15"/>
              </w:rPr>
              <w:t>Katero varnostno pravilo, gibalni korak ali strategijo že obvladam in kaj bi najprej preizkusil/-a?</w:t>
            </w:r>
          </w:p>
          <w:p w14:paraId="60973329"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4857C100" w14:textId="77777777">
              <w:trPr>
                <w:jc w:val="center"/>
              </w:trPr>
              <w:tc>
                <w:tcPr>
                  <w:tcW w:w="7087" w:type="dxa"/>
                  <w:shd w:val="clear" w:color="auto" w:fill="EDC9EA"/>
                  <w:tcMar>
                    <w:top w:w="45" w:type="dxa"/>
                    <w:left w:w="70" w:type="dxa"/>
                    <w:bottom w:w="45" w:type="dxa"/>
                    <w:right w:w="70" w:type="dxa"/>
                  </w:tcMar>
                </w:tcPr>
                <w:p w14:paraId="23928DD4" w14:textId="77777777" w:rsidR="00623E5F" w:rsidRDefault="00000000">
                  <w:pPr>
                    <w:keepNext/>
                  </w:pPr>
                  <w:r>
                    <w:rPr>
                      <w:b/>
                      <w:color w:val="000000"/>
                    </w:rPr>
                    <w:t>KRITERIJI USPEŠNOSTI</w:t>
                  </w:r>
                </w:p>
              </w:tc>
            </w:tr>
          </w:tbl>
          <w:p w14:paraId="699405AC" w14:textId="77777777" w:rsidR="00623E5F" w:rsidRDefault="00623E5F"/>
          <w:p w14:paraId="6EAA8E2B" w14:textId="77777777" w:rsidR="00623E5F" w:rsidRDefault="00000000">
            <w:pPr>
              <w:spacing w:before="20" w:after="20" w:line="245" w:lineRule="auto"/>
            </w:pPr>
            <w:r>
              <w:rPr>
                <w:b/>
                <w:color w:val="000000"/>
                <w:sz w:val="16"/>
              </w:rPr>
              <w:t>Uspešen/-na bom, ko:</w:t>
            </w:r>
          </w:p>
          <w:p w14:paraId="201CFD09" w14:textId="77777777" w:rsidR="00623E5F" w:rsidRDefault="00000000">
            <w:pPr>
              <w:pStyle w:val="Oznaenseznam"/>
              <w:spacing w:after="16"/>
            </w:pPr>
            <w:r>
              <w:rPr>
                <w:color w:val="000000"/>
                <w:sz w:val="15"/>
              </w:rPr>
              <w:t>sledim oznakam</w:t>
            </w:r>
          </w:p>
          <w:p w14:paraId="13240E06" w14:textId="77777777" w:rsidR="00623E5F" w:rsidRDefault="00000000">
            <w:pPr>
              <w:pStyle w:val="Oznaenseznam"/>
              <w:spacing w:after="16"/>
            </w:pPr>
            <w:r>
              <w:rPr>
                <w:color w:val="000000"/>
                <w:sz w:val="15"/>
              </w:rPr>
              <w:t>sodelujem v skupini</w:t>
            </w:r>
          </w:p>
          <w:p w14:paraId="693AC828" w14:textId="77777777" w:rsidR="00623E5F" w:rsidRDefault="00000000">
            <w:pPr>
              <w:pStyle w:val="Oznaenseznam"/>
              <w:spacing w:after="16"/>
            </w:pPr>
            <w:r>
              <w:rPr>
                <w:color w:val="000000"/>
                <w:sz w:val="15"/>
              </w:rPr>
              <w:t>varno ravnam na prostem</w:t>
            </w:r>
          </w:p>
          <w:p w14:paraId="0F1D876B" w14:textId="77777777" w:rsidR="00623E5F" w:rsidRDefault="00000000">
            <w:pPr>
              <w:pStyle w:val="Oznaenseznam"/>
              <w:spacing w:after="16"/>
            </w:pPr>
            <w:r>
              <w:rPr>
                <w:color w:val="000000"/>
                <w:sz w:val="15"/>
              </w:rPr>
              <w:t>pred začetkom preverim prostor in opremo, ohranjam razdaljo ter se na znak varno ustavim</w:t>
            </w:r>
          </w:p>
          <w:p w14:paraId="7AE0C206"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1B805C30" w14:textId="77777777" w:rsidR="00623E5F" w:rsidRDefault="00623E5F"/>
          <w:p w14:paraId="265D6898"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688249CF"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69568C0C" w14:textId="77777777" w:rsidR="00623E5F" w:rsidRDefault="00000000">
            <w:pPr>
              <w:spacing w:after="100" w:line="245" w:lineRule="auto"/>
            </w:pPr>
            <w:r>
              <w:rPr>
                <w:color w:val="000000"/>
                <w:sz w:val="15"/>
              </w:rPr>
              <w:t>Sodeluje pri razumevanju namena, vidnih meril, varnostnih pravil, prehodov in načina dokazovanja.</w:t>
            </w:r>
          </w:p>
          <w:p w14:paraId="3847A03F" w14:textId="77777777" w:rsidR="00623E5F" w:rsidRDefault="00000000">
            <w:pPr>
              <w:spacing w:after="20" w:line="245" w:lineRule="auto"/>
            </w:pPr>
            <w:r>
              <w:rPr>
                <w:b/>
                <w:color w:val="D95BC6"/>
                <w:sz w:val="17"/>
              </w:rPr>
              <w:t>DOKAZ O UČENJU</w:t>
            </w:r>
          </w:p>
          <w:p w14:paraId="2EDB5C57"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2BDD3FE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58982D2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1E97A4D"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505BFB4" w14:textId="77777777" w:rsidR="00623E5F" w:rsidRDefault="00000000">
            <w:pPr>
              <w:jc w:val="center"/>
            </w:pPr>
            <w:r>
              <w:rPr>
                <w:b/>
                <w:color w:val="000000"/>
                <w:sz w:val="20"/>
              </w:rPr>
              <w:t>UČNE DEJAVNOSTI, METODE IN FORMATIVNO SPREMLJANJE</w:t>
            </w:r>
          </w:p>
        </w:tc>
      </w:tr>
      <w:tr w:rsidR="00623E5F" w14:paraId="7D448637" w14:textId="77777777">
        <w:trPr>
          <w:tblHeader/>
          <w:jc w:val="center"/>
        </w:trPr>
        <w:tc>
          <w:tcPr>
            <w:tcW w:w="4422" w:type="dxa"/>
            <w:vMerge/>
            <w:tcMar>
              <w:top w:w="70" w:type="dxa"/>
              <w:left w:w="90" w:type="dxa"/>
              <w:bottom w:w="70" w:type="dxa"/>
              <w:right w:w="90" w:type="dxa"/>
            </w:tcMar>
            <w:vAlign w:val="center"/>
          </w:tcPr>
          <w:p w14:paraId="610976C1" w14:textId="77777777" w:rsidR="00623E5F" w:rsidRDefault="00623E5F"/>
        </w:tc>
        <w:tc>
          <w:tcPr>
            <w:tcW w:w="7087" w:type="dxa"/>
            <w:shd w:val="clear" w:color="auto" w:fill="FFFFFF"/>
            <w:tcMar>
              <w:top w:w="70" w:type="dxa"/>
              <w:left w:w="90" w:type="dxa"/>
              <w:bottom w:w="70" w:type="dxa"/>
              <w:right w:w="90" w:type="dxa"/>
            </w:tcMar>
            <w:vAlign w:val="center"/>
          </w:tcPr>
          <w:p w14:paraId="431DA36E"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3137A37" w14:textId="77777777" w:rsidR="00623E5F" w:rsidRDefault="00000000">
            <w:pPr>
              <w:jc w:val="center"/>
            </w:pPr>
            <w:r>
              <w:rPr>
                <w:b/>
                <w:color w:val="000000"/>
              </w:rPr>
              <w:t>UČENEC</w:t>
            </w:r>
          </w:p>
        </w:tc>
      </w:tr>
      <w:tr w:rsidR="00623E5F" w14:paraId="16EC64E7" w14:textId="77777777">
        <w:trPr>
          <w:jc w:val="center"/>
        </w:trPr>
        <w:tc>
          <w:tcPr>
            <w:tcW w:w="4422" w:type="dxa"/>
            <w:tcMar>
              <w:top w:w="70" w:type="dxa"/>
              <w:left w:w="90" w:type="dxa"/>
              <w:bottom w:w="70" w:type="dxa"/>
              <w:right w:w="90" w:type="dxa"/>
            </w:tcMar>
          </w:tcPr>
          <w:p w14:paraId="48DDDDF2" w14:textId="77777777" w:rsidR="00623E5F" w:rsidRDefault="00623E5F"/>
          <w:p w14:paraId="02987166" w14:textId="77777777" w:rsidR="00623E5F" w:rsidRDefault="00000000">
            <w:pPr>
              <w:spacing w:after="40" w:line="245" w:lineRule="auto"/>
            </w:pPr>
            <w:r>
              <w:rPr>
                <w:b/>
                <w:color w:val="000000"/>
                <w:sz w:val="17"/>
              </w:rPr>
              <w:t>KLJUČNI ŠPORTNI IN GIBALNI POJMI</w:t>
            </w:r>
          </w:p>
          <w:p w14:paraId="2D42F96C"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teren, podlaga, orientacija, oznaka, pot, tempo, vzdržljivost, okolje</w:t>
            </w:r>
          </w:p>
          <w:p w14:paraId="7D6773E2" w14:textId="77777777" w:rsidR="00623E5F" w:rsidRDefault="00000000">
            <w:pPr>
              <w:spacing w:after="20" w:line="245" w:lineRule="auto"/>
            </w:pPr>
            <w:r>
              <w:rPr>
                <w:b/>
                <w:color w:val="000000"/>
                <w:sz w:val="17"/>
              </w:rPr>
              <w:t>DOKAZI O UČENJU</w:t>
            </w:r>
          </w:p>
          <w:p w14:paraId="04D5992B" w14:textId="77777777" w:rsidR="00623E5F" w:rsidRDefault="00000000">
            <w:pPr>
              <w:pStyle w:val="Oznaenseznam"/>
              <w:spacing w:after="7"/>
            </w:pPr>
            <w:r>
              <w:rPr>
                <w:color w:val="000000"/>
                <w:sz w:val="14"/>
              </w:rPr>
              <w:t>varen odziv na znak, začetni poskus prvine in ustno varnostno pravilo.</w:t>
            </w:r>
          </w:p>
          <w:p w14:paraId="1161C809" w14:textId="77777777" w:rsidR="00623E5F" w:rsidRDefault="00000000">
            <w:pPr>
              <w:pStyle w:val="Oznaenseznam"/>
              <w:spacing w:after="7"/>
            </w:pPr>
            <w:r>
              <w:rPr>
                <w:color w:val="000000"/>
                <w:sz w:val="14"/>
              </w:rPr>
              <w:t>uporaba prvine v igri, sodelovanje, upoštevanje pravil in osebno samovrednotenje.</w:t>
            </w:r>
          </w:p>
          <w:p w14:paraId="6F43CAB2" w14:textId="77777777" w:rsidR="00623E5F" w:rsidRDefault="00000000">
            <w:pPr>
              <w:spacing w:before="40" w:after="20" w:line="245" w:lineRule="auto"/>
            </w:pPr>
            <w:r>
              <w:rPr>
                <w:b/>
                <w:color w:val="000000"/>
                <w:sz w:val="16"/>
              </w:rPr>
              <w:t>GIBALNO DOŽIVETJE IN IZKUŠENJSKI POUK</w:t>
            </w:r>
          </w:p>
          <w:p w14:paraId="16C40F2B"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7A86ABE0" w14:textId="77777777" w:rsidR="00623E5F" w:rsidRDefault="00000000">
            <w:pPr>
              <w:spacing w:after="20" w:line="245" w:lineRule="auto"/>
            </w:pPr>
            <w:r>
              <w:rPr>
                <w:b/>
                <w:color w:val="000000"/>
                <w:sz w:val="16"/>
              </w:rPr>
              <w:t>POUČEVANJE V GIBANJU</w:t>
            </w:r>
          </w:p>
          <w:p w14:paraId="1B7CA69D"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1810A0CA" w14:textId="77777777" w:rsidR="00623E5F" w:rsidRDefault="00000000">
            <w:pPr>
              <w:spacing w:after="20" w:line="245" w:lineRule="auto"/>
            </w:pPr>
            <w:r>
              <w:rPr>
                <w:b/>
                <w:color w:val="000000"/>
                <w:sz w:val="16"/>
              </w:rPr>
              <w:t>DELO PO ŠTIRIH POSTAJAH</w:t>
            </w:r>
          </w:p>
          <w:p w14:paraId="50F5315C"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6973774D" w14:textId="77777777" w:rsidR="00623E5F" w:rsidRDefault="00000000">
            <w:pPr>
              <w:spacing w:after="7" w:line="245" w:lineRule="auto"/>
            </w:pPr>
            <w:r>
              <w:rPr>
                <w:color w:val="000000"/>
                <w:sz w:val="14"/>
              </w:rPr>
              <w:t>1. Terenska: na označenem območju in različnih podlagah uresničujem cilj »sledim oznakam«.</w:t>
            </w:r>
          </w:p>
          <w:p w14:paraId="0DB4BFDC" w14:textId="77777777" w:rsidR="00623E5F" w:rsidRDefault="00000000">
            <w:pPr>
              <w:spacing w:after="7" w:line="245" w:lineRule="auto"/>
            </w:pPr>
            <w:r>
              <w:rPr>
                <w:color w:val="000000"/>
                <w:sz w:val="14"/>
              </w:rPr>
              <w:t>2. Orientacijska: sledim preprostim oznakam, izberem varno pot in se vedno vrnem na zbirno mesto.</w:t>
            </w:r>
          </w:p>
          <w:p w14:paraId="6A310A33" w14:textId="77777777" w:rsidR="00623E5F" w:rsidRDefault="00000000">
            <w:pPr>
              <w:spacing w:after="7" w:line="245" w:lineRule="auto"/>
            </w:pPr>
            <w:r>
              <w:rPr>
                <w:color w:val="000000"/>
                <w:sz w:val="14"/>
              </w:rPr>
              <w:t>3. Tempo in ravnotežje: po terenu uravnavam napor ter preverjam cilj »sodelujem v skupini«.</w:t>
            </w:r>
          </w:p>
          <w:p w14:paraId="766137F7" w14:textId="77777777" w:rsidR="00623E5F" w:rsidRDefault="00000000">
            <w:pPr>
              <w:spacing w:after="7" w:line="245" w:lineRule="auto"/>
            </w:pPr>
            <w:r>
              <w:rPr>
                <w:color w:val="000000"/>
                <w:sz w:val="14"/>
              </w:rPr>
              <w:t>4. Okoljska: v skupini rešim gibalni izziv, ne poškodujem okolja in pokažem, kako »varno ravnam na prostem«.</w:t>
            </w:r>
          </w:p>
          <w:p w14:paraId="0AACFF16" w14:textId="77777777" w:rsidR="00623E5F" w:rsidRDefault="00000000">
            <w:pPr>
              <w:spacing w:after="20" w:line="245" w:lineRule="auto"/>
            </w:pPr>
            <w:r>
              <w:rPr>
                <w:b/>
                <w:color w:val="000000"/>
                <w:sz w:val="16"/>
              </w:rPr>
              <w:t>DIFERENCIACIJA IN VKLJUČEVANJE</w:t>
            </w:r>
          </w:p>
          <w:p w14:paraId="29C2A850"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2BBFDD2E" w14:textId="77777777" w:rsidR="00623E5F" w:rsidRDefault="00000000">
            <w:pPr>
              <w:spacing w:after="20" w:line="245" w:lineRule="auto"/>
            </w:pPr>
            <w:r>
              <w:rPr>
                <w:b/>
                <w:color w:val="000000"/>
                <w:sz w:val="16"/>
              </w:rPr>
              <w:t>SPREMLJANJE</w:t>
            </w:r>
          </w:p>
          <w:p w14:paraId="7A94F890"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401097C3"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6A9AA08A" w14:textId="77777777">
              <w:trPr>
                <w:jc w:val="center"/>
              </w:trPr>
              <w:tc>
                <w:tcPr>
                  <w:tcW w:w="7087" w:type="dxa"/>
                  <w:shd w:val="clear" w:color="auto" w:fill="C6E7F3"/>
                  <w:tcMar>
                    <w:top w:w="45" w:type="dxa"/>
                    <w:left w:w="70" w:type="dxa"/>
                    <w:bottom w:w="45" w:type="dxa"/>
                    <w:right w:w="70" w:type="dxa"/>
                  </w:tcMar>
                </w:tcPr>
                <w:p w14:paraId="579AD999" w14:textId="77777777" w:rsidR="00623E5F" w:rsidRDefault="00000000">
                  <w:pPr>
                    <w:keepNext/>
                  </w:pPr>
                  <w:r>
                    <w:rPr>
                      <w:b/>
                      <w:color w:val="000000"/>
                      <w:sz w:val="16"/>
                    </w:rPr>
                    <w:t>GLAVNI DEL – GIBALNI IZZIV, VADBA NA ŠTIRIH POSTAJAH IN IGRA (2 šolski uri)</w:t>
                  </w:r>
                </w:p>
              </w:tc>
            </w:tr>
          </w:tbl>
          <w:p w14:paraId="490DC5CB" w14:textId="77777777" w:rsidR="00623E5F" w:rsidRDefault="00623E5F">
            <w:pPr>
              <w:spacing w:line="20" w:lineRule="exact"/>
            </w:pPr>
          </w:p>
          <w:p w14:paraId="3069D9A9" w14:textId="77777777" w:rsidR="00623E5F" w:rsidRDefault="00000000">
            <w:pPr>
              <w:keepNext/>
              <w:spacing w:before="16" w:after="6" w:line="245" w:lineRule="auto"/>
            </w:pPr>
            <w:r>
              <w:rPr>
                <w:b/>
                <w:color w:val="000000"/>
                <w:sz w:val="15"/>
              </w:rPr>
              <w:t>1. URA – Orientacijska igra – Ogrejem se in usvojim gib</w:t>
            </w:r>
          </w:p>
          <w:p w14:paraId="67CFE4DC"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»Bobek in barčica« – Anja Štefan • NADALJEVANJE. Osrednji del 30': 32' – Preveri prostor in opremo, predstavi varnostni znak ter skozi gibalno zgodbo modelira ključno prvino po korakih.</w:t>
            </w:r>
          </w:p>
          <w:p w14:paraId="2D8BBC2A"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64BE74D7" w14:textId="77777777" w:rsidR="00623E5F" w:rsidRDefault="00000000">
            <w:pPr>
              <w:spacing w:after="15" w:line="245" w:lineRule="auto"/>
            </w:pPr>
            <w:r>
              <w:rPr>
                <w:i/>
                <w:color w:val="D95BC6"/>
                <w:sz w:val="14"/>
              </w:rPr>
              <w:t>Predvideni dokaz: varen odziv na znak, začetni poskus prvine in ustno varnostno pravilo..</w:t>
            </w:r>
          </w:p>
          <w:p w14:paraId="79955749" w14:textId="77777777" w:rsidR="00623E5F" w:rsidRDefault="00000000">
            <w:pPr>
              <w:keepNext/>
              <w:spacing w:before="16" w:after="6" w:line="245" w:lineRule="auto"/>
            </w:pPr>
            <w:r>
              <w:rPr>
                <w:b/>
                <w:color w:val="000000"/>
                <w:sz w:val="15"/>
              </w:rPr>
              <w:t>2. URA – Orientacijska igra – Uporabim v igri</w:t>
            </w:r>
          </w:p>
          <w:p w14:paraId="71427D09"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»Bobek in barčica« – Anja Štefan • NADALJEVANJE. Osrednji del 30': 32' – Organizira vključujočo igro ali izziv brez izločanja, spremlja varnost, pošteno igro in uporabo naučene prvine.</w:t>
            </w:r>
          </w:p>
          <w:p w14:paraId="1EC3A34E"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525CA381"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67EDA580" w14:textId="77777777">
              <w:trPr>
                <w:jc w:val="center"/>
              </w:trPr>
              <w:tc>
                <w:tcPr>
                  <w:tcW w:w="7087" w:type="dxa"/>
                  <w:shd w:val="clear" w:color="auto" w:fill="EDC9EA"/>
                  <w:tcMar>
                    <w:top w:w="45" w:type="dxa"/>
                    <w:left w:w="70" w:type="dxa"/>
                    <w:bottom w:w="45" w:type="dxa"/>
                    <w:right w:w="70" w:type="dxa"/>
                  </w:tcMar>
                </w:tcPr>
                <w:p w14:paraId="46F9603C" w14:textId="77777777" w:rsidR="00623E5F" w:rsidRDefault="00000000">
                  <w:pPr>
                    <w:keepNext/>
                  </w:pPr>
                  <w:r>
                    <w:rPr>
                      <w:b/>
                      <w:color w:val="000000"/>
                      <w:sz w:val="16"/>
                    </w:rPr>
                    <w:t>ORGANIZACIJA POSTAJ, PREHODOV IN AKTIVNEGA ČASA</w:t>
                  </w:r>
                </w:p>
              </w:tc>
            </w:tr>
          </w:tbl>
          <w:p w14:paraId="22F31930" w14:textId="77777777" w:rsidR="00623E5F" w:rsidRDefault="00623E5F"/>
          <w:p w14:paraId="6319F950" w14:textId="77777777" w:rsidR="00623E5F" w:rsidRDefault="00000000">
            <w:pPr>
              <w:spacing w:before="5" w:after="6" w:line="245" w:lineRule="auto"/>
            </w:pPr>
            <w:r>
              <w:rPr>
                <w:color w:val="000000"/>
                <w:sz w:val="14"/>
              </w:rPr>
              <w:t>Postaja 1: Terenska: na označenem območju in različnih podlagah uresničujem cilj »sledim oznakam«.</w:t>
            </w:r>
          </w:p>
          <w:p w14:paraId="767E58B6" w14:textId="77777777" w:rsidR="00623E5F" w:rsidRDefault="00000000">
            <w:pPr>
              <w:spacing w:before="5" w:after="6" w:line="245" w:lineRule="auto"/>
            </w:pPr>
            <w:r>
              <w:rPr>
                <w:color w:val="000000"/>
                <w:sz w:val="14"/>
              </w:rPr>
              <w:t>Postaja 2: Orientacijska: sledim preprostim oznakam, izberem varno pot in se vedno vrnem na zbirno mesto.</w:t>
            </w:r>
          </w:p>
          <w:p w14:paraId="681E3879" w14:textId="77777777" w:rsidR="00623E5F" w:rsidRDefault="00000000">
            <w:pPr>
              <w:spacing w:before="5" w:after="6" w:line="245" w:lineRule="auto"/>
            </w:pPr>
            <w:r>
              <w:rPr>
                <w:color w:val="000000"/>
                <w:sz w:val="14"/>
              </w:rPr>
              <w:t>Postaja 3: Tempo in ravnotežje: po terenu uravnavam napor ter preverjam cilj »sodelujem v skupini«.</w:t>
            </w:r>
          </w:p>
          <w:p w14:paraId="6A696B9F" w14:textId="77777777" w:rsidR="00623E5F" w:rsidRDefault="00000000">
            <w:pPr>
              <w:spacing w:before="5" w:after="6" w:line="245" w:lineRule="auto"/>
            </w:pPr>
            <w:r>
              <w:rPr>
                <w:color w:val="000000"/>
                <w:sz w:val="14"/>
              </w:rPr>
              <w:t>Postaja 4: Okoljska: v skupini rešim gibalni izziv, ne poškodujem okolja in pokažem, kako »varno ravnam na prostem«.</w:t>
            </w:r>
          </w:p>
          <w:p w14:paraId="6952A1A7"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22107D47" w14:textId="77777777" w:rsidR="00623E5F" w:rsidRDefault="00623E5F"/>
          <w:p w14:paraId="6DA2DF10" w14:textId="77777777" w:rsidR="00623E5F" w:rsidRDefault="00000000">
            <w:pPr>
              <w:spacing w:after="5" w:line="245" w:lineRule="auto"/>
            </w:pPr>
            <w:r>
              <w:rPr>
                <w:b/>
                <w:color w:val="000000"/>
                <w:sz w:val="15"/>
              </w:rPr>
              <w:t>1. URA – Orientacijska igra – Ogrejem se in usvojim gib</w:t>
            </w:r>
          </w:p>
          <w:p w14:paraId="1C545396"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A17752F" w14:textId="77777777" w:rsidR="00623E5F" w:rsidRDefault="00000000">
            <w:pPr>
              <w:spacing w:after="14" w:line="245" w:lineRule="auto"/>
            </w:pPr>
            <w:r>
              <w:rPr>
                <w:color w:val="D95BC6"/>
                <w:sz w:val="13"/>
              </w:rPr>
              <w:t>Dokaz: varen odziv na znak, začetni poskus prvine in ustno varnostno pravilo.</w:t>
            </w:r>
          </w:p>
          <w:p w14:paraId="20F78828" w14:textId="77777777" w:rsidR="00623E5F" w:rsidRDefault="00000000">
            <w:pPr>
              <w:spacing w:after="5" w:line="245" w:lineRule="auto"/>
            </w:pPr>
            <w:r>
              <w:rPr>
                <w:b/>
                <w:color w:val="000000"/>
                <w:sz w:val="15"/>
              </w:rPr>
              <w:t>2. URA – Orientacijska igra – Uporabim v igri</w:t>
            </w:r>
          </w:p>
          <w:p w14:paraId="532F3894"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559A5BA2" w14:textId="77777777" w:rsidR="00623E5F" w:rsidRDefault="00000000">
            <w:pPr>
              <w:spacing w:after="14" w:line="245" w:lineRule="auto"/>
            </w:pPr>
            <w:r>
              <w:rPr>
                <w:color w:val="D95BC6"/>
                <w:sz w:val="13"/>
              </w:rPr>
              <w:t>Dokaz: uporaba prvine v igri, sodelovanje, upoštevanje pravil in osebno.</w:t>
            </w:r>
          </w:p>
          <w:p w14:paraId="1DBA35D6" w14:textId="77777777" w:rsidR="00623E5F" w:rsidRDefault="00000000">
            <w:pPr>
              <w:spacing w:before="30" w:after="14" w:line="245" w:lineRule="auto"/>
            </w:pPr>
            <w:r>
              <w:rPr>
                <w:b/>
                <w:color w:val="D95BC6"/>
                <w:sz w:val="16"/>
              </w:rPr>
              <w:t>MOJ KROG POSTAJ</w:t>
            </w:r>
          </w:p>
          <w:p w14:paraId="0BB0205F" w14:textId="77777777" w:rsidR="00623E5F" w:rsidRDefault="00000000">
            <w:pPr>
              <w:spacing w:after="8" w:line="245" w:lineRule="auto"/>
            </w:pPr>
            <w:r>
              <w:rPr>
                <w:color w:val="000000"/>
                <w:sz w:val="13"/>
              </w:rPr>
              <w:t>1. Terenska: na označenem območju in različnih podlagah uresničujem cilj »sledim.</w:t>
            </w:r>
          </w:p>
          <w:p w14:paraId="7ED696E1" w14:textId="77777777" w:rsidR="00623E5F" w:rsidRDefault="00000000">
            <w:pPr>
              <w:spacing w:after="8" w:line="245" w:lineRule="auto"/>
            </w:pPr>
            <w:r>
              <w:rPr>
                <w:color w:val="000000"/>
                <w:sz w:val="13"/>
              </w:rPr>
              <w:t>2. Orientacijska: sledim preprostim oznakam, izberem varno pot in se vedno vrnem na.</w:t>
            </w:r>
          </w:p>
          <w:p w14:paraId="096722B0" w14:textId="77777777" w:rsidR="00623E5F" w:rsidRDefault="00000000">
            <w:pPr>
              <w:spacing w:after="8" w:line="245" w:lineRule="auto"/>
            </w:pPr>
            <w:r>
              <w:rPr>
                <w:color w:val="000000"/>
                <w:sz w:val="13"/>
              </w:rPr>
              <w:t>3. Tempo in ravnotežje: po terenu uravnavam napor ter preverjam cilj »sodelujem v.</w:t>
            </w:r>
          </w:p>
          <w:p w14:paraId="54AA719C" w14:textId="77777777" w:rsidR="00623E5F" w:rsidRDefault="00000000">
            <w:pPr>
              <w:spacing w:after="8" w:line="245" w:lineRule="auto"/>
            </w:pPr>
            <w:r>
              <w:rPr>
                <w:color w:val="000000"/>
                <w:sz w:val="13"/>
              </w:rPr>
              <w:t>4. Okoljska: v skupini rešim gibalni izziv, ne poškodujem okolja in pokažem.</w:t>
            </w:r>
          </w:p>
          <w:p w14:paraId="29D545F0"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75E8E0F9" w14:textId="77777777" w:rsidR="00623E5F" w:rsidRDefault="00000000">
            <w:pPr>
              <w:spacing w:after="14" w:line="245" w:lineRule="auto"/>
            </w:pPr>
            <w:r>
              <w:rPr>
                <w:b/>
                <w:color w:val="D95BC6"/>
                <w:sz w:val="16"/>
              </w:rPr>
              <w:t>DOKAZ O UČENJU</w:t>
            </w:r>
          </w:p>
          <w:p w14:paraId="020BBA08"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05E7BAE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C28453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5F9F740"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18F2919" w14:textId="77777777" w:rsidR="00623E5F" w:rsidRDefault="00000000">
            <w:pPr>
              <w:jc w:val="center"/>
            </w:pPr>
            <w:r>
              <w:rPr>
                <w:b/>
                <w:color w:val="000000"/>
                <w:sz w:val="20"/>
              </w:rPr>
              <w:t>UČNE DEJAVNOSTI, METODE IN FORMATIVNO SPREMLJANJE</w:t>
            </w:r>
          </w:p>
        </w:tc>
      </w:tr>
      <w:tr w:rsidR="00623E5F" w14:paraId="36925318" w14:textId="77777777">
        <w:trPr>
          <w:tblHeader/>
          <w:jc w:val="center"/>
        </w:trPr>
        <w:tc>
          <w:tcPr>
            <w:tcW w:w="4422" w:type="dxa"/>
            <w:vMerge/>
            <w:tcMar>
              <w:top w:w="70" w:type="dxa"/>
              <w:left w:w="90" w:type="dxa"/>
              <w:bottom w:w="70" w:type="dxa"/>
              <w:right w:w="90" w:type="dxa"/>
            </w:tcMar>
            <w:vAlign w:val="center"/>
          </w:tcPr>
          <w:p w14:paraId="5FF39A4E" w14:textId="77777777" w:rsidR="00623E5F" w:rsidRDefault="00623E5F"/>
        </w:tc>
        <w:tc>
          <w:tcPr>
            <w:tcW w:w="7087" w:type="dxa"/>
            <w:shd w:val="clear" w:color="auto" w:fill="FFFFFF"/>
            <w:tcMar>
              <w:top w:w="70" w:type="dxa"/>
              <w:left w:w="90" w:type="dxa"/>
              <w:bottom w:w="70" w:type="dxa"/>
              <w:right w:w="90" w:type="dxa"/>
            </w:tcMar>
            <w:vAlign w:val="center"/>
          </w:tcPr>
          <w:p w14:paraId="1F73938E"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FF073AC" w14:textId="77777777" w:rsidR="00623E5F" w:rsidRDefault="00000000">
            <w:pPr>
              <w:jc w:val="center"/>
            </w:pPr>
            <w:r>
              <w:rPr>
                <w:b/>
                <w:color w:val="000000"/>
              </w:rPr>
              <w:t>UČENEC</w:t>
            </w:r>
          </w:p>
        </w:tc>
      </w:tr>
      <w:tr w:rsidR="00623E5F" w14:paraId="1D3D8E10" w14:textId="77777777">
        <w:trPr>
          <w:jc w:val="center"/>
        </w:trPr>
        <w:tc>
          <w:tcPr>
            <w:tcW w:w="4422" w:type="dxa"/>
            <w:tcMar>
              <w:top w:w="70" w:type="dxa"/>
              <w:left w:w="90" w:type="dxa"/>
              <w:bottom w:w="70" w:type="dxa"/>
              <w:right w:w="90" w:type="dxa"/>
            </w:tcMar>
          </w:tcPr>
          <w:p w14:paraId="268A8FBE" w14:textId="77777777" w:rsidR="00623E5F" w:rsidRDefault="00623E5F"/>
          <w:p w14:paraId="2CB94590" w14:textId="77777777" w:rsidR="00623E5F" w:rsidRDefault="00000000">
            <w:pPr>
              <w:spacing w:after="40" w:line="245" w:lineRule="auto"/>
            </w:pPr>
            <w:r>
              <w:rPr>
                <w:b/>
                <w:color w:val="000000"/>
              </w:rPr>
              <w:t>FORMATIVNO SPREMLJANJE</w:t>
            </w:r>
          </w:p>
          <w:p w14:paraId="5AAE8179" w14:textId="77777777" w:rsidR="00623E5F" w:rsidRDefault="00000000">
            <w:pPr>
              <w:pStyle w:val="Oznaenseznam"/>
              <w:spacing w:after="16"/>
            </w:pPr>
            <w:r>
              <w:rPr>
                <w:color w:val="000000"/>
                <w:sz w:val="15"/>
              </w:rPr>
              <w:t>predznanje: gibalni prikaz, odziv na znak, izbira kartice, začetni poskus ali kratka razlaga</w:t>
            </w:r>
          </w:p>
          <w:p w14:paraId="73A9E8D4" w14:textId="77777777" w:rsidR="00623E5F" w:rsidRDefault="00000000">
            <w:pPr>
              <w:pStyle w:val="Oznaenseznam"/>
              <w:spacing w:after="16"/>
            </w:pPr>
            <w:r>
              <w:rPr>
                <w:color w:val="000000"/>
                <w:sz w:val="15"/>
              </w:rPr>
              <w:t>nameni in merila: kratka poved, slikovni znak, model varne izvedbe in en opazljiv tehnični poudarek</w:t>
            </w:r>
          </w:p>
          <w:p w14:paraId="5856001B"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764EE5A5" w14:textId="77777777" w:rsidR="00623E5F" w:rsidRDefault="00000000">
            <w:pPr>
              <w:pStyle w:val="Oznaenseznam"/>
              <w:spacing w:after="16"/>
            </w:pPr>
            <w:r>
              <w:rPr>
                <w:color w:val="000000"/>
                <w:sz w:val="15"/>
              </w:rPr>
              <w:t>povratna informacija: opis opaženega, povezava z enim merilom in takoj izvedljiv ponovni poskus</w:t>
            </w:r>
          </w:p>
          <w:p w14:paraId="4BCCE2FA" w14:textId="77777777" w:rsidR="00623E5F" w:rsidRDefault="00000000">
            <w:pPr>
              <w:pStyle w:val="Oznaenseznam"/>
              <w:spacing w:after="16"/>
            </w:pPr>
            <w:r>
              <w:rPr>
                <w:color w:val="000000"/>
                <w:sz w:val="15"/>
              </w:rPr>
              <w:t>samovrednotenje: semafor napora in varnosti, lestvica samostojnosti, izbran dokaz ter osebni naslednji korak</w:t>
            </w:r>
          </w:p>
          <w:p w14:paraId="0E2C6A5D" w14:textId="77777777" w:rsidR="00623E5F" w:rsidRDefault="00000000">
            <w:pPr>
              <w:spacing w:before="40" w:after="20" w:line="245" w:lineRule="auto"/>
            </w:pPr>
            <w:r>
              <w:rPr>
                <w:b/>
                <w:color w:val="000000"/>
                <w:sz w:val="17"/>
              </w:rPr>
              <w:t>VARNOST, POČUTJE IN HIGIENA</w:t>
            </w:r>
          </w:p>
          <w:p w14:paraId="58F92795"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Območje je vnaprej pregledano in označeno, učenci so v vidnem polju odraslega, prilagodijo tempo vremenu in ne zapuščajo skupine.</w:t>
            </w:r>
          </w:p>
          <w:p w14:paraId="69706900" w14:textId="77777777" w:rsidR="00623E5F" w:rsidRDefault="00000000">
            <w:pPr>
              <w:spacing w:after="20" w:line="245" w:lineRule="auto"/>
            </w:pPr>
            <w:r>
              <w:rPr>
                <w:b/>
                <w:color w:val="000000"/>
                <w:sz w:val="17"/>
              </w:rPr>
              <w:t>EVIDENCA PO IZVEDBI</w:t>
            </w:r>
          </w:p>
          <w:p w14:paraId="18791818"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789E0431" w14:textId="77777777" w:rsidR="00623E5F" w:rsidRDefault="00000000">
            <w:pPr>
              <w:spacing w:before="40" w:after="20" w:line="245" w:lineRule="auto"/>
            </w:pPr>
            <w:r>
              <w:rPr>
                <w:b/>
                <w:color w:val="000000"/>
                <w:sz w:val="17"/>
              </w:rPr>
              <w:t>RAVEN DOSEGANJA</w:t>
            </w:r>
          </w:p>
          <w:p w14:paraId="6113C3D6"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4E4CC248"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8D2AD4C" w14:textId="77777777">
              <w:trPr>
                <w:jc w:val="center"/>
              </w:trPr>
              <w:tc>
                <w:tcPr>
                  <w:tcW w:w="7087" w:type="dxa"/>
                  <w:shd w:val="clear" w:color="auto" w:fill="EDC9EA"/>
                  <w:tcMar>
                    <w:top w:w="45" w:type="dxa"/>
                    <w:left w:w="70" w:type="dxa"/>
                    <w:bottom w:w="45" w:type="dxa"/>
                    <w:right w:w="70" w:type="dxa"/>
                  </w:tcMar>
                </w:tcPr>
                <w:p w14:paraId="71C62051" w14:textId="77777777" w:rsidR="00623E5F" w:rsidRDefault="00000000">
                  <w:pPr>
                    <w:keepNext/>
                  </w:pPr>
                  <w:r>
                    <w:rPr>
                      <w:b/>
                      <w:color w:val="000000"/>
                    </w:rPr>
                    <w:t>VPRAŠANJA V PODPORO GIBALNEMU UČENJU</w:t>
                  </w:r>
                </w:p>
              </w:tc>
            </w:tr>
          </w:tbl>
          <w:p w14:paraId="254F2FC7" w14:textId="77777777" w:rsidR="00623E5F" w:rsidRDefault="00623E5F">
            <w:pPr>
              <w:spacing w:line="20" w:lineRule="exact"/>
            </w:pPr>
          </w:p>
          <w:p w14:paraId="69E89FBC" w14:textId="77777777" w:rsidR="00623E5F" w:rsidRDefault="00000000">
            <w:pPr>
              <w:pStyle w:val="Oznaenseznam"/>
              <w:spacing w:after="16"/>
            </w:pPr>
            <w:r>
              <w:rPr>
                <w:color w:val="000000"/>
                <w:sz w:val="15"/>
              </w:rPr>
              <w:t>Kaj si pri prvem poskusu začutil/-a ali opazil/-a v položaju telesa, ravnotežju, smeri, ritmu ali naporu?</w:t>
            </w:r>
          </w:p>
          <w:p w14:paraId="1C44E337" w14:textId="77777777" w:rsidR="00623E5F" w:rsidRDefault="00000000">
            <w:pPr>
              <w:pStyle w:val="Oznaenseznam"/>
              <w:spacing w:after="16"/>
            </w:pPr>
            <w:r>
              <w:rPr>
                <w:color w:val="000000"/>
                <w:sz w:val="15"/>
              </w:rPr>
              <w:t>Katero varnostno pravilo in kateri gibalni korak sta bila danes najpomembnejša?</w:t>
            </w:r>
          </w:p>
          <w:p w14:paraId="19CD6862" w14:textId="77777777" w:rsidR="00623E5F" w:rsidRDefault="00000000">
            <w:pPr>
              <w:pStyle w:val="Oznaenseznam"/>
              <w:spacing w:after="16"/>
            </w:pPr>
            <w:r>
              <w:rPr>
                <w:color w:val="000000"/>
                <w:sz w:val="15"/>
              </w:rPr>
              <w:t>Katero raven si izbral/-a, zakaj je bila primerna in kaj si pri naslednjem poskusu spremenil/-a?</w:t>
            </w:r>
          </w:p>
          <w:p w14:paraId="782A424D" w14:textId="77777777" w:rsidR="00623E5F" w:rsidRDefault="00000000">
            <w:pPr>
              <w:pStyle w:val="Oznaenseznam"/>
              <w:spacing w:after="16"/>
            </w:pPr>
            <w:r>
              <w:rPr>
                <w:color w:val="000000"/>
                <w:sz w:val="15"/>
              </w:rPr>
              <w:t>Kateri tvoj gibalni dokaz najjasneje pokaže dogovorjeno merilo?</w:t>
            </w:r>
          </w:p>
          <w:p w14:paraId="083E87DA"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108CD1DA" w14:textId="77777777">
              <w:trPr>
                <w:jc w:val="center"/>
              </w:trPr>
              <w:tc>
                <w:tcPr>
                  <w:tcW w:w="7087" w:type="dxa"/>
                  <w:shd w:val="clear" w:color="auto" w:fill="C6E7F3"/>
                  <w:tcMar>
                    <w:top w:w="45" w:type="dxa"/>
                    <w:left w:w="70" w:type="dxa"/>
                    <w:bottom w:w="45" w:type="dxa"/>
                    <w:right w:w="70" w:type="dxa"/>
                  </w:tcMar>
                </w:tcPr>
                <w:p w14:paraId="61EE5DAE" w14:textId="77777777" w:rsidR="00623E5F" w:rsidRDefault="00000000">
                  <w:pPr>
                    <w:keepNext/>
                  </w:pPr>
                  <w:r>
                    <w:rPr>
                      <w:b/>
                      <w:color w:val="000000"/>
                    </w:rPr>
                    <w:t>ZAKLJUČNI DEL – UMIRJANJE, RAZTEZANJE, DOKAZ IN REFLEKSIJA (8–10 min)</w:t>
                  </w:r>
                </w:p>
              </w:tc>
            </w:tr>
          </w:tbl>
          <w:p w14:paraId="055B526B" w14:textId="77777777" w:rsidR="00623E5F" w:rsidRDefault="00623E5F">
            <w:pPr>
              <w:spacing w:line="20" w:lineRule="exact"/>
            </w:pPr>
          </w:p>
          <w:p w14:paraId="1B758B85"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5BAC4835" w14:textId="77777777">
              <w:trPr>
                <w:jc w:val="center"/>
              </w:trPr>
              <w:tc>
                <w:tcPr>
                  <w:tcW w:w="7087" w:type="dxa"/>
                  <w:shd w:val="clear" w:color="auto" w:fill="EDC9EA"/>
                  <w:tcMar>
                    <w:top w:w="45" w:type="dxa"/>
                    <w:left w:w="70" w:type="dxa"/>
                    <w:bottom w:w="45" w:type="dxa"/>
                    <w:right w:w="70" w:type="dxa"/>
                  </w:tcMar>
                </w:tcPr>
                <w:p w14:paraId="07762D16" w14:textId="77777777" w:rsidR="00623E5F" w:rsidRDefault="00000000">
                  <w:pPr>
                    <w:keepNext/>
                  </w:pPr>
                  <w:r>
                    <w:rPr>
                      <w:b/>
                      <w:color w:val="000000"/>
                    </w:rPr>
                    <w:t>SAMOVREDNOTENJE</w:t>
                  </w:r>
                </w:p>
              </w:tc>
            </w:tr>
          </w:tbl>
          <w:p w14:paraId="7B5B0153" w14:textId="77777777" w:rsidR="00623E5F" w:rsidRDefault="00623E5F">
            <w:pPr>
              <w:spacing w:line="20" w:lineRule="exact"/>
            </w:pPr>
          </w:p>
          <w:p w14:paraId="6D4ED8D1"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3C4A41AC" w14:textId="77777777">
              <w:trPr>
                <w:jc w:val="center"/>
              </w:trPr>
              <w:tc>
                <w:tcPr>
                  <w:tcW w:w="7087" w:type="dxa"/>
                  <w:shd w:val="clear" w:color="auto" w:fill="EDC9EA"/>
                  <w:tcMar>
                    <w:top w:w="45" w:type="dxa"/>
                    <w:left w:w="70" w:type="dxa"/>
                    <w:bottom w:w="45" w:type="dxa"/>
                    <w:right w:w="70" w:type="dxa"/>
                  </w:tcMar>
                </w:tcPr>
                <w:p w14:paraId="04E0B9F3" w14:textId="77777777" w:rsidR="00623E5F" w:rsidRDefault="00000000">
                  <w:pPr>
                    <w:keepNext/>
                  </w:pPr>
                  <w:r>
                    <w:rPr>
                      <w:b/>
                      <w:color w:val="000000"/>
                    </w:rPr>
                    <w:t>VRSTNIŠKO OPAZOVANJE IN POVRATNA INFORMACIJA</w:t>
                  </w:r>
                </w:p>
              </w:tc>
            </w:tr>
          </w:tbl>
          <w:p w14:paraId="07C62546" w14:textId="77777777" w:rsidR="00623E5F" w:rsidRDefault="00623E5F">
            <w:pPr>
              <w:spacing w:line="20" w:lineRule="exact"/>
            </w:pPr>
          </w:p>
          <w:p w14:paraId="5790B456"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29ADB523" w14:textId="77777777">
              <w:trPr>
                <w:jc w:val="center"/>
              </w:trPr>
              <w:tc>
                <w:tcPr>
                  <w:tcW w:w="7087" w:type="dxa"/>
                  <w:shd w:val="clear" w:color="auto" w:fill="EDC9EA"/>
                  <w:tcMar>
                    <w:top w:w="45" w:type="dxa"/>
                    <w:left w:w="70" w:type="dxa"/>
                    <w:bottom w:w="45" w:type="dxa"/>
                    <w:right w:w="70" w:type="dxa"/>
                  </w:tcMar>
                </w:tcPr>
                <w:p w14:paraId="65633323" w14:textId="77777777" w:rsidR="00623E5F" w:rsidRDefault="00000000">
                  <w:pPr>
                    <w:keepNext/>
                  </w:pPr>
                  <w:r>
                    <w:rPr>
                      <w:b/>
                      <w:color w:val="000000"/>
                    </w:rPr>
                    <w:t>SKUPNI POVZETEK</w:t>
                  </w:r>
                </w:p>
              </w:tc>
            </w:tr>
          </w:tbl>
          <w:p w14:paraId="080AB704" w14:textId="77777777" w:rsidR="00623E5F" w:rsidRDefault="00623E5F"/>
          <w:p w14:paraId="1E1BC9E1" w14:textId="77777777" w:rsidR="00623E5F" w:rsidRDefault="00000000">
            <w:pPr>
              <w:spacing w:before="20" w:after="40" w:line="245" w:lineRule="auto"/>
            </w:pPr>
            <w:r>
              <w:rPr>
                <w:b/>
                <w:color w:val="000000"/>
                <w:sz w:val="16"/>
              </w:rPr>
              <w:t>sledim oznakam; sodelujem v skupini; varno ravnam na prostem. Izbrani gibalni dokaz pojasnim in določim varen naslednji korak.</w:t>
            </w:r>
          </w:p>
        </w:tc>
        <w:tc>
          <w:tcPr>
            <w:tcW w:w="2551" w:type="dxa"/>
            <w:tcMar>
              <w:top w:w="70" w:type="dxa"/>
              <w:left w:w="90" w:type="dxa"/>
              <w:bottom w:w="70" w:type="dxa"/>
              <w:right w:w="90" w:type="dxa"/>
            </w:tcMar>
          </w:tcPr>
          <w:p w14:paraId="2B1C83C6" w14:textId="77777777" w:rsidR="00623E5F" w:rsidRDefault="00623E5F"/>
          <w:p w14:paraId="7FF7FDE5" w14:textId="77777777" w:rsidR="00623E5F" w:rsidRDefault="00000000">
            <w:pPr>
              <w:spacing w:after="80" w:line="245" w:lineRule="auto"/>
            </w:pPr>
            <w:r>
              <w:rPr>
                <w:color w:val="000000"/>
                <w:sz w:val="15"/>
              </w:rPr>
              <w:t>Odgovarja na podporna vprašanja in se sklicuje na svojo izvedbo, počutje, izbrano raven in varnost.</w:t>
            </w:r>
          </w:p>
          <w:p w14:paraId="67D43885" w14:textId="77777777" w:rsidR="00623E5F" w:rsidRDefault="00000000">
            <w:pPr>
              <w:spacing w:after="80" w:line="245" w:lineRule="auto"/>
            </w:pPr>
            <w:r>
              <w:rPr>
                <w:color w:val="000000"/>
                <w:sz w:val="15"/>
              </w:rPr>
              <w:t>Predstavi izbrani gibalni dokaz ter pokaže ali pove, katero merilo z njim dosega.</w:t>
            </w:r>
          </w:p>
          <w:p w14:paraId="538929BF" w14:textId="77777777" w:rsidR="00623E5F" w:rsidRDefault="00000000">
            <w:pPr>
              <w:spacing w:after="80" w:line="245" w:lineRule="auto"/>
            </w:pPr>
            <w:r>
              <w:rPr>
                <w:color w:val="000000"/>
                <w:sz w:val="15"/>
              </w:rPr>
              <w:t>Opazuje eno dogovorjeno prvino vrstnikove izvedbe in poda kratek, prijazen ter uporaben odziv.</w:t>
            </w:r>
          </w:p>
          <w:p w14:paraId="50135FA6"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1249464A" w14:textId="77777777" w:rsidR="00623E5F" w:rsidRDefault="00000000">
            <w:pPr>
              <w:spacing w:after="100" w:line="245" w:lineRule="auto"/>
            </w:pPr>
            <w:r>
              <w:rPr>
                <w:color w:val="000000"/>
                <w:sz w:val="15"/>
              </w:rPr>
              <w:t>Umiri dihanje, oceni napor in počutje, izbere raven samostojnosti ter določi varen naslednji korak.</w:t>
            </w:r>
          </w:p>
          <w:p w14:paraId="201A3656" w14:textId="77777777" w:rsidR="00623E5F" w:rsidRDefault="00000000">
            <w:pPr>
              <w:spacing w:after="20" w:line="245" w:lineRule="auto"/>
            </w:pPr>
            <w:r>
              <w:rPr>
                <w:b/>
                <w:color w:val="D95BC6"/>
                <w:sz w:val="17"/>
              </w:rPr>
              <w:t>DOKAZ O UČENJU</w:t>
            </w:r>
          </w:p>
          <w:p w14:paraId="28A35696"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5D7FBFEC"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5EC4A3B3" w14:textId="77777777">
        <w:trPr>
          <w:cantSplit/>
          <w:jc w:val="center"/>
        </w:trPr>
        <w:tc>
          <w:tcPr>
            <w:tcW w:w="14060" w:type="dxa"/>
            <w:gridSpan w:val="6"/>
            <w:tcMar>
              <w:top w:w="70" w:type="dxa"/>
              <w:left w:w="90" w:type="dxa"/>
              <w:bottom w:w="70" w:type="dxa"/>
              <w:right w:w="90" w:type="dxa"/>
            </w:tcMar>
            <w:vAlign w:val="center"/>
          </w:tcPr>
          <w:p w14:paraId="08F29ED9" w14:textId="77777777" w:rsidR="00623E5F" w:rsidRDefault="00000000">
            <w:pPr>
              <w:jc w:val="center"/>
            </w:pPr>
            <w:r>
              <w:rPr>
                <w:b/>
                <w:color w:val="000000"/>
                <w:sz w:val="24"/>
              </w:rPr>
              <w:lastRenderedPageBreak/>
              <w:t>UČNA PRIPRAVA 34/39</w:t>
            </w:r>
          </w:p>
        </w:tc>
      </w:tr>
      <w:tr w:rsidR="00623E5F" w14:paraId="37D42D5A" w14:textId="77777777">
        <w:trPr>
          <w:jc w:val="center"/>
        </w:trPr>
        <w:tc>
          <w:tcPr>
            <w:tcW w:w="2665" w:type="dxa"/>
            <w:tcMar>
              <w:top w:w="70" w:type="dxa"/>
              <w:left w:w="90" w:type="dxa"/>
              <w:bottom w:w="70" w:type="dxa"/>
              <w:right w:w="90" w:type="dxa"/>
            </w:tcMar>
            <w:vAlign w:val="center"/>
          </w:tcPr>
          <w:p w14:paraId="38C9050F"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2D3F408"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684599BD"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127E8C3" w14:textId="77777777" w:rsidR="00623E5F" w:rsidRDefault="00000000">
            <w:r>
              <w:rPr>
                <w:b/>
                <w:color w:val="000000"/>
                <w:sz w:val="16"/>
              </w:rPr>
              <w:t xml:space="preserve">NAČRTOVANI TERMIN: </w:t>
            </w:r>
            <w:r>
              <w:rPr>
                <w:color w:val="000000"/>
                <w:sz w:val="16"/>
              </w:rPr>
              <w:t>34. teden • 17.–21. 5. 2027</w:t>
            </w:r>
          </w:p>
        </w:tc>
        <w:tc>
          <w:tcPr>
            <w:tcW w:w="2268" w:type="dxa"/>
            <w:tcMar>
              <w:top w:w="70" w:type="dxa"/>
              <w:left w:w="90" w:type="dxa"/>
              <w:bottom w:w="70" w:type="dxa"/>
              <w:right w:w="90" w:type="dxa"/>
            </w:tcMar>
            <w:vAlign w:val="center"/>
          </w:tcPr>
          <w:p w14:paraId="03195969"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E87B914" w14:textId="77777777" w:rsidR="00623E5F" w:rsidRDefault="00000000">
            <w:r>
              <w:rPr>
                <w:b/>
                <w:color w:val="000000"/>
                <w:sz w:val="16"/>
              </w:rPr>
              <w:t xml:space="preserve">ŠTEVILO UR: </w:t>
            </w:r>
            <w:r>
              <w:rPr>
                <w:color w:val="000000"/>
                <w:sz w:val="16"/>
              </w:rPr>
              <w:t>3</w:t>
            </w:r>
          </w:p>
        </w:tc>
      </w:tr>
      <w:tr w:rsidR="00623E5F" w14:paraId="6B0A63A5" w14:textId="77777777">
        <w:trPr>
          <w:jc w:val="center"/>
        </w:trPr>
        <w:tc>
          <w:tcPr>
            <w:tcW w:w="14061" w:type="dxa"/>
            <w:gridSpan w:val="6"/>
            <w:tcMar>
              <w:top w:w="70" w:type="dxa"/>
              <w:left w:w="90" w:type="dxa"/>
              <w:bottom w:w="70" w:type="dxa"/>
              <w:right w:w="90" w:type="dxa"/>
            </w:tcMar>
            <w:vAlign w:val="center"/>
          </w:tcPr>
          <w:p w14:paraId="61DCB4A1"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207BD183" w14:textId="77777777">
        <w:trPr>
          <w:cantSplit/>
          <w:jc w:val="center"/>
        </w:trPr>
        <w:tc>
          <w:tcPr>
            <w:tcW w:w="14060" w:type="dxa"/>
            <w:gridSpan w:val="6"/>
            <w:tcMar>
              <w:top w:w="70" w:type="dxa"/>
              <w:left w:w="90" w:type="dxa"/>
              <w:bottom w:w="70" w:type="dxa"/>
              <w:right w:w="90" w:type="dxa"/>
            </w:tcMar>
            <w:vAlign w:val="center"/>
          </w:tcPr>
          <w:p w14:paraId="089DA502" w14:textId="77777777" w:rsidR="00623E5F" w:rsidRDefault="00623E5F"/>
          <w:p w14:paraId="22CFFF24" w14:textId="77777777" w:rsidR="00623E5F" w:rsidRDefault="00000000">
            <w:pPr>
              <w:spacing w:line="245" w:lineRule="auto"/>
            </w:pPr>
            <w:r>
              <w:rPr>
                <w:b/>
                <w:color w:val="000000"/>
                <w:sz w:val="15"/>
              </w:rPr>
              <w:t xml:space="preserve">UČNI SKLOP: </w:t>
            </w:r>
            <w:r>
              <w:rPr>
                <w:color w:val="000000"/>
                <w:sz w:val="15"/>
              </w:rPr>
              <w:t>POKRAJINA, PROSTOR IN TRAJNOSTNA SKUPNOST</w:t>
            </w:r>
          </w:p>
        </w:tc>
      </w:tr>
      <w:tr w:rsidR="00623E5F" w14:paraId="2780A0C9" w14:textId="77777777">
        <w:trPr>
          <w:cantSplit/>
          <w:jc w:val="center"/>
        </w:trPr>
        <w:tc>
          <w:tcPr>
            <w:tcW w:w="14060" w:type="dxa"/>
            <w:gridSpan w:val="6"/>
            <w:tcMar>
              <w:top w:w="70" w:type="dxa"/>
              <w:left w:w="90" w:type="dxa"/>
              <w:bottom w:w="70" w:type="dxa"/>
              <w:right w:w="90" w:type="dxa"/>
            </w:tcMar>
            <w:vAlign w:val="center"/>
          </w:tcPr>
          <w:p w14:paraId="4921425D" w14:textId="77777777" w:rsidR="00623E5F" w:rsidRDefault="00623E5F"/>
          <w:p w14:paraId="1BFBD755" w14:textId="77777777" w:rsidR="00623E5F" w:rsidRDefault="00000000">
            <w:pPr>
              <w:spacing w:line="245" w:lineRule="auto"/>
            </w:pPr>
            <w:r>
              <w:rPr>
                <w:b/>
                <w:color w:val="000000"/>
                <w:sz w:val="15"/>
              </w:rPr>
              <w:t xml:space="preserve">UČNA TEMA: </w:t>
            </w:r>
            <w:r>
              <w:rPr>
                <w:color w:val="000000"/>
                <w:sz w:val="15"/>
              </w:rPr>
              <w:t>IGRE NA PROSTEM</w:t>
            </w:r>
          </w:p>
        </w:tc>
      </w:tr>
      <w:tr w:rsidR="00623E5F" w14:paraId="57D1A65E" w14:textId="77777777">
        <w:trPr>
          <w:cantSplit/>
          <w:jc w:val="center"/>
        </w:trPr>
        <w:tc>
          <w:tcPr>
            <w:tcW w:w="14060" w:type="dxa"/>
            <w:gridSpan w:val="6"/>
            <w:tcMar>
              <w:top w:w="70" w:type="dxa"/>
              <w:left w:w="90" w:type="dxa"/>
              <w:bottom w:w="70" w:type="dxa"/>
              <w:right w:w="90" w:type="dxa"/>
            </w:tcMar>
            <w:vAlign w:val="center"/>
          </w:tcPr>
          <w:p w14:paraId="0CA50EBF" w14:textId="77777777" w:rsidR="00623E5F" w:rsidRDefault="00623E5F"/>
          <w:p w14:paraId="3333730E" w14:textId="77777777" w:rsidR="00623E5F" w:rsidRDefault="00000000">
            <w:pPr>
              <w:spacing w:line="245" w:lineRule="auto"/>
            </w:pPr>
            <w:r>
              <w:rPr>
                <w:b/>
                <w:color w:val="000000"/>
                <w:sz w:val="15"/>
              </w:rPr>
              <w:t xml:space="preserve">KNJIŽEVNO / MOTIVNO IZHODIŠČE: </w:t>
            </w:r>
            <w:r>
              <w:rPr>
                <w:color w:val="000000"/>
                <w:sz w:val="15"/>
              </w:rPr>
              <w:t>»Dinozavri?!« – Lila Prap • preteklost, pokrajina, živa bitja in raziskovalna vprašanja</w:t>
            </w:r>
          </w:p>
        </w:tc>
      </w:tr>
      <w:tr w:rsidR="00623E5F" w14:paraId="6410404E" w14:textId="77777777">
        <w:trPr>
          <w:cantSplit/>
          <w:jc w:val="center"/>
        </w:trPr>
        <w:tc>
          <w:tcPr>
            <w:tcW w:w="14060" w:type="dxa"/>
            <w:gridSpan w:val="6"/>
            <w:tcMar>
              <w:top w:w="70" w:type="dxa"/>
              <w:left w:w="90" w:type="dxa"/>
              <w:bottom w:w="70" w:type="dxa"/>
              <w:right w:w="90" w:type="dxa"/>
            </w:tcMar>
            <w:vAlign w:val="center"/>
          </w:tcPr>
          <w:p w14:paraId="20E84C87" w14:textId="77777777" w:rsidR="00623E5F" w:rsidRDefault="00623E5F"/>
          <w:p w14:paraId="0ACC8B7F" w14:textId="77777777" w:rsidR="00623E5F" w:rsidRDefault="00000000">
            <w:pPr>
              <w:spacing w:line="245" w:lineRule="auto"/>
            </w:pPr>
            <w:r>
              <w:rPr>
                <w:b/>
                <w:color w:val="000000"/>
                <w:sz w:val="15"/>
              </w:rPr>
              <w:t xml:space="preserve">GIBALNO IZHODIŠČE / MOTIVACIJA: </w:t>
            </w:r>
            <w:r>
              <w:rPr>
                <w:color w:val="000000"/>
                <w:sz w:val="15"/>
              </w:rPr>
              <w:t>skrivnostni zemljevid pokaže pot, teren in štiri varne točke; učenci z opazovanjem prostora načrtujejo gibanje na temo »igre na prostem«. Tedenski gibalni izziv: izvede gibalne naloge velikih in majhnih dinozavrov.</w:t>
            </w:r>
          </w:p>
        </w:tc>
      </w:tr>
      <w:tr w:rsidR="00623E5F" w14:paraId="1E57D814" w14:textId="77777777">
        <w:trPr>
          <w:cantSplit/>
          <w:jc w:val="center"/>
        </w:trPr>
        <w:tc>
          <w:tcPr>
            <w:tcW w:w="14060" w:type="dxa"/>
            <w:gridSpan w:val="6"/>
            <w:tcMar>
              <w:top w:w="70" w:type="dxa"/>
              <w:left w:w="90" w:type="dxa"/>
              <w:bottom w:w="70" w:type="dxa"/>
              <w:right w:w="90" w:type="dxa"/>
            </w:tcMar>
            <w:vAlign w:val="center"/>
          </w:tcPr>
          <w:p w14:paraId="5E7FE0E0" w14:textId="77777777" w:rsidR="00623E5F" w:rsidRDefault="00623E5F"/>
          <w:p w14:paraId="6AE2EAD5" w14:textId="77777777" w:rsidR="00623E5F" w:rsidRDefault="00000000">
            <w:pPr>
              <w:spacing w:line="245" w:lineRule="auto"/>
            </w:pPr>
            <w:r>
              <w:rPr>
                <w:b/>
                <w:color w:val="000000"/>
                <w:sz w:val="15"/>
              </w:rPr>
              <w:t xml:space="preserve">UČNE ENOTE: </w:t>
            </w:r>
            <w:r>
              <w:rPr>
                <w:color w:val="000000"/>
                <w:sz w:val="15"/>
              </w:rPr>
              <w:t>1. ura – Igre na prostem – Ogrejem se in usvojim gib • 2. ura – Igre na prostem – Vadim na postajah • 3. ura – Igre na prostem – Uporabim v igri</w:t>
            </w:r>
          </w:p>
        </w:tc>
      </w:tr>
      <w:tr w:rsidR="00623E5F" w14:paraId="3AC25D51" w14:textId="77777777">
        <w:trPr>
          <w:cantSplit/>
          <w:jc w:val="center"/>
        </w:trPr>
        <w:tc>
          <w:tcPr>
            <w:tcW w:w="14060" w:type="dxa"/>
            <w:gridSpan w:val="6"/>
            <w:tcMar>
              <w:top w:w="70" w:type="dxa"/>
              <w:left w:w="90" w:type="dxa"/>
              <w:bottom w:w="70" w:type="dxa"/>
              <w:right w:w="90" w:type="dxa"/>
            </w:tcMar>
            <w:vAlign w:val="center"/>
          </w:tcPr>
          <w:p w14:paraId="2B0943EB" w14:textId="77777777" w:rsidR="00623E5F" w:rsidRDefault="00623E5F"/>
          <w:p w14:paraId="1D7F613F"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4197DF78" w14:textId="77777777">
        <w:trPr>
          <w:cantSplit/>
          <w:jc w:val="center"/>
        </w:trPr>
        <w:tc>
          <w:tcPr>
            <w:tcW w:w="14060" w:type="dxa"/>
            <w:gridSpan w:val="6"/>
            <w:tcMar>
              <w:top w:w="70" w:type="dxa"/>
              <w:left w:w="90" w:type="dxa"/>
              <w:bottom w:w="70" w:type="dxa"/>
              <w:right w:w="90" w:type="dxa"/>
            </w:tcMar>
            <w:vAlign w:val="center"/>
          </w:tcPr>
          <w:p w14:paraId="4D82C571" w14:textId="77777777" w:rsidR="00623E5F" w:rsidRDefault="00623E5F"/>
          <w:p w14:paraId="2CDD51CD"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12DA91FD" w14:textId="77777777">
        <w:trPr>
          <w:cantSplit/>
          <w:jc w:val="center"/>
        </w:trPr>
        <w:tc>
          <w:tcPr>
            <w:tcW w:w="14060" w:type="dxa"/>
            <w:gridSpan w:val="6"/>
            <w:tcMar>
              <w:top w:w="70" w:type="dxa"/>
              <w:left w:w="90" w:type="dxa"/>
              <w:bottom w:w="70" w:type="dxa"/>
              <w:right w:w="90" w:type="dxa"/>
            </w:tcMar>
            <w:vAlign w:val="center"/>
          </w:tcPr>
          <w:p w14:paraId="7A64C8B2" w14:textId="77777777" w:rsidR="00623E5F" w:rsidRDefault="00623E5F"/>
          <w:p w14:paraId="07744729"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2238F56A" w14:textId="77777777">
        <w:trPr>
          <w:cantSplit/>
          <w:jc w:val="center"/>
        </w:trPr>
        <w:tc>
          <w:tcPr>
            <w:tcW w:w="14060" w:type="dxa"/>
            <w:gridSpan w:val="6"/>
            <w:tcMar>
              <w:top w:w="70" w:type="dxa"/>
              <w:left w:w="90" w:type="dxa"/>
              <w:bottom w:w="70" w:type="dxa"/>
              <w:right w:w="90" w:type="dxa"/>
            </w:tcMar>
            <w:vAlign w:val="center"/>
          </w:tcPr>
          <w:p w14:paraId="661F632F" w14:textId="77777777" w:rsidR="00623E5F" w:rsidRDefault="00623E5F"/>
          <w:p w14:paraId="5D2CFED4" w14:textId="77777777" w:rsidR="00623E5F" w:rsidRDefault="00000000">
            <w:pPr>
              <w:spacing w:line="245" w:lineRule="auto"/>
            </w:pPr>
            <w:r>
              <w:rPr>
                <w:b/>
                <w:color w:val="000000"/>
                <w:sz w:val="15"/>
              </w:rPr>
              <w:t xml:space="preserve">MEDPREDMETNE POVEZAVE: </w:t>
            </w:r>
            <w:r>
              <w:rPr>
                <w:color w:val="000000"/>
                <w:sz w:val="15"/>
              </w:rPr>
              <w:t>SPO – preteklost, pokrajina, živa bitja in raziskovalna vprašanja, telo, zdravje, varnost in okolje; SLJ – poslušanje navodila, športno izrazje, kratka razlaga in podporna povratna informacija; MAT – smer, zaporedje, razdalja, merjenje in primerjanje; GUM – ritem, tempo in odziv na zvočni znak.</w:t>
            </w:r>
          </w:p>
        </w:tc>
      </w:tr>
      <w:tr w:rsidR="00623E5F" w14:paraId="317708D7" w14:textId="77777777">
        <w:trPr>
          <w:cantSplit/>
          <w:jc w:val="center"/>
        </w:trPr>
        <w:tc>
          <w:tcPr>
            <w:tcW w:w="14060" w:type="dxa"/>
            <w:gridSpan w:val="6"/>
            <w:tcMar>
              <w:top w:w="70" w:type="dxa"/>
              <w:left w:w="90" w:type="dxa"/>
              <w:bottom w:w="70" w:type="dxa"/>
              <w:right w:w="90" w:type="dxa"/>
            </w:tcMar>
            <w:vAlign w:val="center"/>
          </w:tcPr>
          <w:p w14:paraId="7E2BBAA5" w14:textId="77777777" w:rsidR="00623E5F" w:rsidRDefault="00623E5F"/>
          <w:p w14:paraId="6EA455A8" w14:textId="77777777" w:rsidR="00623E5F" w:rsidRDefault="00000000">
            <w:pPr>
              <w:spacing w:line="245" w:lineRule="auto"/>
            </w:pPr>
            <w:r>
              <w:rPr>
                <w:b/>
                <w:color w:val="000000"/>
                <w:sz w:val="15"/>
              </w:rPr>
              <w:t xml:space="preserve">UČNA SREDSTVA IN PRIPOMOČKI: </w:t>
            </w:r>
            <w:r>
              <w:rPr>
                <w:color w:val="000000"/>
                <w:sz w:val="15"/>
              </w:rPr>
              <w:t>talne ali orientacijske oznake, vrvice, slikovni zemljevid, stožci, opazovalne kartice, voda in komplet prve pomoči; kartice namena in kriterijev; oznake štirih postaj; opazovalni list; semafor napora in mapa dokazov</w:t>
            </w:r>
          </w:p>
        </w:tc>
      </w:tr>
      <w:tr w:rsidR="00623E5F" w14:paraId="5CE33E10" w14:textId="77777777">
        <w:trPr>
          <w:cantSplit/>
          <w:jc w:val="center"/>
        </w:trPr>
        <w:tc>
          <w:tcPr>
            <w:tcW w:w="14060" w:type="dxa"/>
            <w:gridSpan w:val="6"/>
            <w:tcMar>
              <w:top w:w="70" w:type="dxa"/>
              <w:left w:w="90" w:type="dxa"/>
              <w:bottom w:w="70" w:type="dxa"/>
              <w:right w:w="90" w:type="dxa"/>
            </w:tcMar>
            <w:vAlign w:val="center"/>
          </w:tcPr>
          <w:p w14:paraId="3E9AEEDB" w14:textId="77777777" w:rsidR="00623E5F" w:rsidRDefault="00623E5F"/>
          <w:p w14:paraId="58CA1DBA"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1BC063E5" w14:textId="77777777">
        <w:trPr>
          <w:cantSplit/>
          <w:jc w:val="center"/>
        </w:trPr>
        <w:tc>
          <w:tcPr>
            <w:tcW w:w="14060" w:type="dxa"/>
            <w:gridSpan w:val="6"/>
            <w:tcMar>
              <w:top w:w="70" w:type="dxa"/>
              <w:left w:w="90" w:type="dxa"/>
              <w:bottom w:w="70" w:type="dxa"/>
              <w:right w:w="90" w:type="dxa"/>
            </w:tcMar>
            <w:vAlign w:val="center"/>
          </w:tcPr>
          <w:p w14:paraId="14D0CF52" w14:textId="77777777" w:rsidR="00623E5F" w:rsidRDefault="00623E5F"/>
          <w:p w14:paraId="29AE38A9"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2DD34B8B" w14:textId="77777777">
        <w:trPr>
          <w:cantSplit/>
          <w:jc w:val="center"/>
        </w:trPr>
        <w:tc>
          <w:tcPr>
            <w:tcW w:w="14060" w:type="dxa"/>
            <w:gridSpan w:val="6"/>
            <w:tcMar>
              <w:top w:w="70" w:type="dxa"/>
              <w:left w:w="90" w:type="dxa"/>
              <w:bottom w:w="70" w:type="dxa"/>
              <w:right w:w="90" w:type="dxa"/>
            </w:tcMar>
            <w:vAlign w:val="center"/>
          </w:tcPr>
          <w:p w14:paraId="3EC4FA05" w14:textId="77777777" w:rsidR="00623E5F" w:rsidRDefault="00623E5F"/>
          <w:p w14:paraId="25B863A4"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1E05D97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4999088C"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175102F"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2FAC65F" w14:textId="77777777" w:rsidR="00623E5F" w:rsidRDefault="00000000">
            <w:pPr>
              <w:jc w:val="center"/>
            </w:pPr>
            <w:r>
              <w:rPr>
                <w:b/>
                <w:color w:val="000000"/>
                <w:sz w:val="20"/>
              </w:rPr>
              <w:t>UČNE DEJAVNOSTI, METODE IN FORMATIVNO SPREMLJANJE</w:t>
            </w:r>
          </w:p>
        </w:tc>
      </w:tr>
      <w:tr w:rsidR="00623E5F" w14:paraId="62702ED6" w14:textId="77777777">
        <w:trPr>
          <w:tblHeader/>
          <w:jc w:val="center"/>
        </w:trPr>
        <w:tc>
          <w:tcPr>
            <w:tcW w:w="4422" w:type="dxa"/>
            <w:vMerge/>
            <w:tcMar>
              <w:top w:w="70" w:type="dxa"/>
              <w:left w:w="90" w:type="dxa"/>
              <w:bottom w:w="70" w:type="dxa"/>
              <w:right w:w="90" w:type="dxa"/>
            </w:tcMar>
            <w:vAlign w:val="center"/>
          </w:tcPr>
          <w:p w14:paraId="0EE9BB21" w14:textId="77777777" w:rsidR="00623E5F" w:rsidRDefault="00623E5F"/>
        </w:tc>
        <w:tc>
          <w:tcPr>
            <w:tcW w:w="7087" w:type="dxa"/>
            <w:shd w:val="clear" w:color="auto" w:fill="FFFFFF"/>
            <w:tcMar>
              <w:top w:w="70" w:type="dxa"/>
              <w:left w:w="90" w:type="dxa"/>
              <w:bottom w:w="70" w:type="dxa"/>
              <w:right w:w="90" w:type="dxa"/>
            </w:tcMar>
            <w:vAlign w:val="center"/>
          </w:tcPr>
          <w:p w14:paraId="37BC936A"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8702CB6" w14:textId="77777777" w:rsidR="00623E5F" w:rsidRDefault="00000000">
            <w:pPr>
              <w:jc w:val="center"/>
            </w:pPr>
            <w:r>
              <w:rPr>
                <w:b/>
                <w:color w:val="000000"/>
              </w:rPr>
              <w:t>UČENEC</w:t>
            </w:r>
          </w:p>
        </w:tc>
      </w:tr>
      <w:tr w:rsidR="00623E5F" w14:paraId="398C3033" w14:textId="77777777">
        <w:trPr>
          <w:jc w:val="center"/>
        </w:trPr>
        <w:tc>
          <w:tcPr>
            <w:tcW w:w="4422" w:type="dxa"/>
            <w:tcMar>
              <w:top w:w="70" w:type="dxa"/>
              <w:left w:w="90" w:type="dxa"/>
              <w:bottom w:w="70" w:type="dxa"/>
              <w:right w:w="90" w:type="dxa"/>
            </w:tcMar>
          </w:tcPr>
          <w:p w14:paraId="04C1B717" w14:textId="77777777" w:rsidR="00623E5F" w:rsidRDefault="00623E5F"/>
          <w:p w14:paraId="16999DB0" w14:textId="77777777" w:rsidR="00623E5F" w:rsidRDefault="00000000">
            <w:pPr>
              <w:spacing w:after="60" w:line="245" w:lineRule="auto"/>
            </w:pPr>
            <w:r>
              <w:rPr>
                <w:b/>
                <w:color w:val="000000"/>
              </w:rPr>
              <w:t>UČNI CILJI</w:t>
            </w:r>
          </w:p>
          <w:p w14:paraId="1E43227C" w14:textId="77777777" w:rsidR="00623E5F" w:rsidRDefault="00000000">
            <w:pPr>
              <w:spacing w:after="20" w:line="245" w:lineRule="auto"/>
            </w:pPr>
            <w:r>
              <w:rPr>
                <w:b/>
                <w:color w:val="000000"/>
                <w:sz w:val="17"/>
              </w:rPr>
              <w:t>SPLOŠNI</w:t>
            </w:r>
          </w:p>
          <w:p w14:paraId="108EB5B5"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4DDD9F3E" w14:textId="77777777" w:rsidR="00623E5F" w:rsidRDefault="00000000">
            <w:pPr>
              <w:pStyle w:val="Oznaenseznam"/>
              <w:spacing w:after="16"/>
            </w:pPr>
            <w:r>
              <w:rPr>
                <w:color w:val="000000"/>
                <w:sz w:val="15"/>
              </w:rPr>
              <w:t>varno hodi, teče, skače, meče, pleza, se plazi, lovi, ravnoteži, pleše in uporablja različne rekvizite</w:t>
            </w:r>
          </w:p>
          <w:p w14:paraId="4A32FA18" w14:textId="77777777" w:rsidR="00623E5F" w:rsidRDefault="00000000">
            <w:pPr>
              <w:pStyle w:val="Oznaenseznam"/>
              <w:spacing w:after="16"/>
            </w:pPr>
            <w:r>
              <w:rPr>
                <w:color w:val="000000"/>
                <w:sz w:val="15"/>
              </w:rPr>
              <w:t>razume pomen rednega gibanja, ogrevanja, higiene, primerne opreme, počitka in varnega ravnanja</w:t>
            </w:r>
          </w:p>
          <w:p w14:paraId="20B14C21"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4CC2468F" w14:textId="77777777" w:rsidR="00623E5F" w:rsidRDefault="00000000">
            <w:pPr>
              <w:spacing w:before="40" w:after="20" w:line="245" w:lineRule="auto"/>
            </w:pPr>
            <w:r>
              <w:rPr>
                <w:b/>
                <w:color w:val="000000"/>
                <w:sz w:val="17"/>
              </w:rPr>
              <w:t>OPERATIVNI</w:t>
            </w:r>
          </w:p>
          <w:p w14:paraId="5419BB1B" w14:textId="77777777" w:rsidR="00623E5F" w:rsidRDefault="00000000">
            <w:pPr>
              <w:pStyle w:val="Oznaenseznam"/>
              <w:spacing w:after="16"/>
            </w:pPr>
            <w:r>
              <w:rPr>
                <w:color w:val="000000"/>
                <w:sz w:val="15"/>
              </w:rPr>
              <w:t>izbere primerno igro</w:t>
            </w:r>
          </w:p>
          <w:p w14:paraId="7A2BEEDF" w14:textId="77777777" w:rsidR="00623E5F" w:rsidRDefault="00000000">
            <w:pPr>
              <w:pStyle w:val="Oznaenseznam"/>
              <w:spacing w:after="16"/>
            </w:pPr>
            <w:r>
              <w:rPr>
                <w:color w:val="000000"/>
                <w:sz w:val="15"/>
              </w:rPr>
              <w:t>upošteva varnost</w:t>
            </w:r>
          </w:p>
          <w:p w14:paraId="0277C8B7" w14:textId="77777777" w:rsidR="00623E5F" w:rsidRDefault="00000000">
            <w:pPr>
              <w:pStyle w:val="Oznaenseznam"/>
              <w:spacing w:after="16"/>
            </w:pPr>
            <w:r>
              <w:rPr>
                <w:color w:val="000000"/>
                <w:sz w:val="15"/>
              </w:rPr>
              <w:t>vključuje vse člane skupine</w:t>
            </w:r>
          </w:p>
          <w:p w14:paraId="485BD6F1" w14:textId="77777777" w:rsidR="00623E5F" w:rsidRDefault="00000000">
            <w:pPr>
              <w:spacing w:before="40" w:after="20" w:line="245" w:lineRule="auto"/>
            </w:pPr>
            <w:r>
              <w:rPr>
                <w:b/>
                <w:color w:val="000000"/>
                <w:sz w:val="17"/>
              </w:rPr>
              <w:t>PRIČAKOVANI DOSEŽKI / MINIMALNI POUDARKI</w:t>
            </w:r>
          </w:p>
          <w:p w14:paraId="0651B9D1" w14:textId="77777777" w:rsidR="00623E5F" w:rsidRDefault="00000000">
            <w:pPr>
              <w:pStyle w:val="Oznaenseznam"/>
              <w:spacing w:after="16"/>
            </w:pPr>
            <w:r>
              <w:rPr>
                <w:color w:val="000000"/>
                <w:sz w:val="15"/>
              </w:rPr>
              <w:t>učenec samostojno oziroma z dogovorjeno oporo izbere primerno igro</w:t>
            </w:r>
          </w:p>
          <w:p w14:paraId="08523E60" w14:textId="77777777" w:rsidR="00623E5F" w:rsidRDefault="00000000">
            <w:pPr>
              <w:pStyle w:val="Oznaenseznam"/>
              <w:spacing w:after="16"/>
            </w:pPr>
            <w:r>
              <w:rPr>
                <w:color w:val="000000"/>
                <w:sz w:val="15"/>
              </w:rPr>
              <w:t>učenec samostojno oziroma z dogovorjeno oporo upošteva varnost</w:t>
            </w:r>
          </w:p>
          <w:p w14:paraId="562FAC3C" w14:textId="77777777" w:rsidR="00623E5F" w:rsidRDefault="00000000">
            <w:pPr>
              <w:pStyle w:val="Oznaenseznam"/>
              <w:spacing w:after="16"/>
            </w:pPr>
            <w:r>
              <w:rPr>
                <w:color w:val="000000"/>
                <w:sz w:val="15"/>
              </w:rPr>
              <w:t>učenec samostojno oziroma z dogovorjeno oporo vključuje vse člane skupine</w:t>
            </w:r>
          </w:p>
        </w:tc>
        <w:tc>
          <w:tcPr>
            <w:tcW w:w="7087" w:type="dxa"/>
            <w:tcMar>
              <w:top w:w="70" w:type="dxa"/>
              <w:left w:w="90" w:type="dxa"/>
              <w:bottom w:w="70" w:type="dxa"/>
              <w:right w:w="90" w:type="dxa"/>
            </w:tcMar>
          </w:tcPr>
          <w:p w14:paraId="7DEF5EF2"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8A2046C" w14:textId="77777777">
              <w:trPr>
                <w:jc w:val="center"/>
              </w:trPr>
              <w:tc>
                <w:tcPr>
                  <w:tcW w:w="7087" w:type="dxa"/>
                  <w:shd w:val="clear" w:color="auto" w:fill="C6E7F3"/>
                  <w:tcMar>
                    <w:top w:w="45" w:type="dxa"/>
                    <w:left w:w="70" w:type="dxa"/>
                    <w:bottom w:w="45" w:type="dxa"/>
                    <w:right w:w="70" w:type="dxa"/>
                  </w:tcMar>
                </w:tcPr>
                <w:p w14:paraId="631A725B" w14:textId="77777777" w:rsidR="00623E5F" w:rsidRDefault="00000000">
                  <w:pPr>
                    <w:keepNext/>
                  </w:pPr>
                  <w:r>
                    <w:rPr>
                      <w:b/>
                      <w:color w:val="000000"/>
                    </w:rPr>
                    <w:t>UVODNI DEL – POČUTJE, GIBALNI NAMIG, PREDZNANJE IN NAMEN UČENJA (7–10 min)</w:t>
                  </w:r>
                </w:p>
              </w:tc>
            </w:tr>
          </w:tbl>
          <w:p w14:paraId="4A906446" w14:textId="77777777" w:rsidR="00623E5F" w:rsidRDefault="00623E5F">
            <w:pPr>
              <w:spacing w:line="20" w:lineRule="exact"/>
            </w:pPr>
          </w:p>
          <w:p w14:paraId="20639E62" w14:textId="77777777" w:rsidR="00623E5F" w:rsidRDefault="00000000">
            <w:pPr>
              <w:spacing w:before="40" w:after="60" w:line="245" w:lineRule="auto"/>
            </w:pPr>
            <w:r>
              <w:rPr>
                <w:color w:val="000000"/>
                <w:sz w:val="15"/>
              </w:rPr>
              <w:t>Ob književnem motivu »Dinozavri?!« – Lila Prap učenci vstopijo v temo preteklost, pokrajina, živa bitja in raziskovalna vprašanja. Učiteljica pripravi kratek gibalni namig: skrivnostni zemljevid pokaže pot, teren in štiri varne točke; učenci z opazovanjem prostora načrtujejo gibanje na temo »igre na prostem«. Tedenski gibalni izziv: izvede gibalne naloge velikih in majhnih dinozavrov.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63B3D1DB" w14:textId="77777777">
              <w:trPr>
                <w:jc w:val="center"/>
              </w:trPr>
              <w:tc>
                <w:tcPr>
                  <w:tcW w:w="7087" w:type="dxa"/>
                  <w:shd w:val="clear" w:color="auto" w:fill="EDC9EA"/>
                  <w:tcMar>
                    <w:top w:w="45" w:type="dxa"/>
                    <w:left w:w="70" w:type="dxa"/>
                    <w:bottom w:w="45" w:type="dxa"/>
                    <w:right w:w="70" w:type="dxa"/>
                  </w:tcMar>
                </w:tcPr>
                <w:p w14:paraId="28BFDDFC" w14:textId="77777777" w:rsidR="00623E5F" w:rsidRDefault="00000000">
                  <w:pPr>
                    <w:keepNext/>
                  </w:pPr>
                  <w:r>
                    <w:rPr>
                      <w:b/>
                      <w:color w:val="000000"/>
                    </w:rPr>
                    <w:t>NAMENI UČENJA</w:t>
                  </w:r>
                </w:p>
              </w:tc>
            </w:tr>
          </w:tbl>
          <w:p w14:paraId="04869913" w14:textId="77777777" w:rsidR="00623E5F" w:rsidRDefault="00623E5F">
            <w:pPr>
              <w:spacing w:line="20" w:lineRule="exact"/>
            </w:pPr>
          </w:p>
          <w:p w14:paraId="3AAB3190"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54993BFA" w14:textId="77777777" w:rsidR="00623E5F" w:rsidRDefault="00000000">
            <w:pPr>
              <w:pStyle w:val="Oznaenseznam"/>
              <w:spacing w:after="16"/>
            </w:pPr>
            <w:r>
              <w:rPr>
                <w:color w:val="000000"/>
                <w:sz w:val="15"/>
              </w:rPr>
              <w:t>izberem primerno igro</w:t>
            </w:r>
          </w:p>
          <w:p w14:paraId="159EB76C" w14:textId="77777777" w:rsidR="00623E5F" w:rsidRDefault="00000000">
            <w:pPr>
              <w:pStyle w:val="Oznaenseznam"/>
              <w:spacing w:after="16"/>
            </w:pPr>
            <w:r>
              <w:rPr>
                <w:color w:val="000000"/>
                <w:sz w:val="15"/>
              </w:rPr>
              <w:t>upoštevam varnost</w:t>
            </w:r>
          </w:p>
          <w:p w14:paraId="04EF564C" w14:textId="77777777" w:rsidR="00623E5F" w:rsidRDefault="00000000">
            <w:pPr>
              <w:pStyle w:val="Oznaenseznam"/>
              <w:spacing w:after="16"/>
            </w:pPr>
            <w:r>
              <w:rPr>
                <w:color w:val="000000"/>
                <w:sz w:val="15"/>
              </w:rPr>
              <w:t>vključuje vse člane skupine</w:t>
            </w:r>
          </w:p>
          <w:tbl>
            <w:tblPr>
              <w:tblStyle w:val="Tabelamrea"/>
              <w:tblW w:w="0" w:type="auto"/>
              <w:jc w:val="center"/>
              <w:tblLayout w:type="fixed"/>
              <w:tblLook w:val="04A0" w:firstRow="1" w:lastRow="0" w:firstColumn="1" w:lastColumn="0" w:noHBand="0" w:noVBand="1"/>
            </w:tblPr>
            <w:tblGrid>
              <w:gridCol w:w="7087"/>
            </w:tblGrid>
            <w:tr w:rsidR="00623E5F" w14:paraId="41838B99" w14:textId="77777777">
              <w:trPr>
                <w:jc w:val="center"/>
              </w:trPr>
              <w:tc>
                <w:tcPr>
                  <w:tcW w:w="7087" w:type="dxa"/>
                  <w:shd w:val="clear" w:color="auto" w:fill="EDC9EA"/>
                  <w:tcMar>
                    <w:top w:w="45" w:type="dxa"/>
                    <w:left w:w="70" w:type="dxa"/>
                    <w:bottom w:w="45" w:type="dxa"/>
                    <w:right w:w="70" w:type="dxa"/>
                  </w:tcMar>
                </w:tcPr>
                <w:p w14:paraId="6CCE4D97" w14:textId="77777777" w:rsidR="00623E5F" w:rsidRDefault="00000000">
                  <w:pPr>
                    <w:keepNext/>
                  </w:pPr>
                  <w:r>
                    <w:rPr>
                      <w:b/>
                      <w:color w:val="000000"/>
                    </w:rPr>
                    <w:t>PREVERJANJE PREDZNANJA</w:t>
                  </w:r>
                </w:p>
              </w:tc>
            </w:tr>
          </w:tbl>
          <w:p w14:paraId="6E8F3C3A" w14:textId="77777777" w:rsidR="00623E5F" w:rsidRDefault="00623E5F">
            <w:pPr>
              <w:spacing w:line="20" w:lineRule="exact"/>
            </w:pPr>
          </w:p>
          <w:p w14:paraId="08068080" w14:textId="77777777" w:rsidR="00623E5F" w:rsidRDefault="00000000">
            <w:pPr>
              <w:pStyle w:val="Oznaenseznam"/>
              <w:spacing w:after="16"/>
            </w:pPr>
            <w:r>
              <w:rPr>
                <w:color w:val="000000"/>
                <w:sz w:val="15"/>
              </w:rPr>
              <w:t>Kaj moje telo in prostor že znata pokazati pri temi »IGRE NA PROSTEM«?</w:t>
            </w:r>
          </w:p>
          <w:p w14:paraId="7C7C52B0" w14:textId="77777777" w:rsidR="00623E5F" w:rsidRDefault="00000000">
            <w:pPr>
              <w:pStyle w:val="Oznaenseznam"/>
              <w:spacing w:after="16"/>
            </w:pPr>
            <w:r>
              <w:rPr>
                <w:color w:val="000000"/>
                <w:sz w:val="15"/>
              </w:rPr>
              <w:t>Katero varnostno pravilo, gibalni korak ali strategijo že obvladam in kaj bi najprej preizkusil/-a?</w:t>
            </w:r>
          </w:p>
          <w:p w14:paraId="487D1FE0"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496A4BDC" w14:textId="77777777">
              <w:trPr>
                <w:jc w:val="center"/>
              </w:trPr>
              <w:tc>
                <w:tcPr>
                  <w:tcW w:w="7087" w:type="dxa"/>
                  <w:shd w:val="clear" w:color="auto" w:fill="EDC9EA"/>
                  <w:tcMar>
                    <w:top w:w="45" w:type="dxa"/>
                    <w:left w:w="70" w:type="dxa"/>
                    <w:bottom w:w="45" w:type="dxa"/>
                    <w:right w:w="70" w:type="dxa"/>
                  </w:tcMar>
                </w:tcPr>
                <w:p w14:paraId="033CAA9F" w14:textId="77777777" w:rsidR="00623E5F" w:rsidRDefault="00000000">
                  <w:pPr>
                    <w:keepNext/>
                  </w:pPr>
                  <w:r>
                    <w:rPr>
                      <w:b/>
                      <w:color w:val="000000"/>
                    </w:rPr>
                    <w:t>KRITERIJI USPEŠNOSTI</w:t>
                  </w:r>
                </w:p>
              </w:tc>
            </w:tr>
          </w:tbl>
          <w:p w14:paraId="0DED1650" w14:textId="77777777" w:rsidR="00623E5F" w:rsidRDefault="00623E5F"/>
          <w:p w14:paraId="5B7DA7F1" w14:textId="77777777" w:rsidR="00623E5F" w:rsidRDefault="00000000">
            <w:pPr>
              <w:spacing w:before="20" w:after="20" w:line="245" w:lineRule="auto"/>
            </w:pPr>
            <w:r>
              <w:rPr>
                <w:b/>
                <w:color w:val="000000"/>
                <w:sz w:val="16"/>
              </w:rPr>
              <w:t>Uspešen/-na bom, ko:</w:t>
            </w:r>
          </w:p>
          <w:p w14:paraId="7EA0C12F" w14:textId="77777777" w:rsidR="00623E5F" w:rsidRDefault="00000000">
            <w:pPr>
              <w:pStyle w:val="Oznaenseznam"/>
              <w:spacing w:after="16"/>
            </w:pPr>
            <w:r>
              <w:rPr>
                <w:color w:val="000000"/>
                <w:sz w:val="15"/>
              </w:rPr>
              <w:t>izberem primerno igro</w:t>
            </w:r>
          </w:p>
          <w:p w14:paraId="782012D8" w14:textId="77777777" w:rsidR="00623E5F" w:rsidRDefault="00000000">
            <w:pPr>
              <w:pStyle w:val="Oznaenseznam"/>
              <w:spacing w:after="16"/>
            </w:pPr>
            <w:r>
              <w:rPr>
                <w:color w:val="000000"/>
                <w:sz w:val="15"/>
              </w:rPr>
              <w:t>upoštevam varnost</w:t>
            </w:r>
          </w:p>
          <w:p w14:paraId="017FE288" w14:textId="77777777" w:rsidR="00623E5F" w:rsidRDefault="00000000">
            <w:pPr>
              <w:pStyle w:val="Oznaenseznam"/>
              <w:spacing w:after="16"/>
            </w:pPr>
            <w:r>
              <w:rPr>
                <w:color w:val="000000"/>
                <w:sz w:val="15"/>
              </w:rPr>
              <w:t>vključuje vse člane skupine</w:t>
            </w:r>
          </w:p>
          <w:p w14:paraId="22222AD7" w14:textId="77777777" w:rsidR="00623E5F" w:rsidRDefault="00000000">
            <w:pPr>
              <w:pStyle w:val="Oznaenseznam"/>
              <w:spacing w:after="16"/>
            </w:pPr>
            <w:r>
              <w:rPr>
                <w:color w:val="000000"/>
                <w:sz w:val="15"/>
              </w:rPr>
              <w:t>pred začetkom preverim prostor in opremo, ohranjam razdaljo ter se na znak varno ustavim</w:t>
            </w:r>
          </w:p>
          <w:p w14:paraId="13D22CC3"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010BEBBB" w14:textId="77777777" w:rsidR="00623E5F" w:rsidRDefault="00623E5F"/>
          <w:p w14:paraId="415F0737"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75A4937F"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45BB59E9" w14:textId="77777777" w:rsidR="00623E5F" w:rsidRDefault="00000000">
            <w:pPr>
              <w:spacing w:after="100" w:line="245" w:lineRule="auto"/>
            </w:pPr>
            <w:r>
              <w:rPr>
                <w:color w:val="000000"/>
                <w:sz w:val="15"/>
              </w:rPr>
              <w:t>Sodeluje pri razumevanju namena, vidnih meril, varnostnih pravil, prehodov in načina dokazovanja.</w:t>
            </w:r>
          </w:p>
          <w:p w14:paraId="3F751357" w14:textId="77777777" w:rsidR="00623E5F" w:rsidRDefault="00000000">
            <w:pPr>
              <w:spacing w:after="20" w:line="245" w:lineRule="auto"/>
            </w:pPr>
            <w:r>
              <w:rPr>
                <w:b/>
                <w:color w:val="D95BC6"/>
                <w:sz w:val="17"/>
              </w:rPr>
              <w:t>DOKAZ O UČENJU</w:t>
            </w:r>
          </w:p>
          <w:p w14:paraId="0973C654"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5221EA65"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3BDB8B1"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A2A04AC"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9022E79" w14:textId="77777777" w:rsidR="00623E5F" w:rsidRDefault="00000000">
            <w:pPr>
              <w:jc w:val="center"/>
            </w:pPr>
            <w:r>
              <w:rPr>
                <w:b/>
                <w:color w:val="000000"/>
                <w:sz w:val="20"/>
              </w:rPr>
              <w:t>UČNE DEJAVNOSTI, METODE IN FORMATIVNO SPREMLJANJE</w:t>
            </w:r>
          </w:p>
        </w:tc>
      </w:tr>
      <w:tr w:rsidR="00623E5F" w14:paraId="4208F031" w14:textId="77777777">
        <w:trPr>
          <w:tblHeader/>
          <w:jc w:val="center"/>
        </w:trPr>
        <w:tc>
          <w:tcPr>
            <w:tcW w:w="4422" w:type="dxa"/>
            <w:vMerge/>
            <w:tcMar>
              <w:top w:w="70" w:type="dxa"/>
              <w:left w:w="90" w:type="dxa"/>
              <w:bottom w:w="70" w:type="dxa"/>
              <w:right w:w="90" w:type="dxa"/>
            </w:tcMar>
            <w:vAlign w:val="center"/>
          </w:tcPr>
          <w:p w14:paraId="406324E2" w14:textId="77777777" w:rsidR="00623E5F" w:rsidRDefault="00623E5F"/>
        </w:tc>
        <w:tc>
          <w:tcPr>
            <w:tcW w:w="7087" w:type="dxa"/>
            <w:shd w:val="clear" w:color="auto" w:fill="FFFFFF"/>
            <w:tcMar>
              <w:top w:w="70" w:type="dxa"/>
              <w:left w:w="90" w:type="dxa"/>
              <w:bottom w:w="70" w:type="dxa"/>
              <w:right w:w="90" w:type="dxa"/>
            </w:tcMar>
            <w:vAlign w:val="center"/>
          </w:tcPr>
          <w:p w14:paraId="368ACFFD"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659E73E" w14:textId="77777777" w:rsidR="00623E5F" w:rsidRDefault="00000000">
            <w:pPr>
              <w:jc w:val="center"/>
            </w:pPr>
            <w:r>
              <w:rPr>
                <w:b/>
                <w:color w:val="000000"/>
              </w:rPr>
              <w:t>UČENEC</w:t>
            </w:r>
          </w:p>
        </w:tc>
      </w:tr>
      <w:tr w:rsidR="00623E5F" w14:paraId="77953006" w14:textId="77777777">
        <w:trPr>
          <w:jc w:val="center"/>
        </w:trPr>
        <w:tc>
          <w:tcPr>
            <w:tcW w:w="4422" w:type="dxa"/>
            <w:tcMar>
              <w:top w:w="70" w:type="dxa"/>
              <w:left w:w="90" w:type="dxa"/>
              <w:bottom w:w="70" w:type="dxa"/>
              <w:right w:w="90" w:type="dxa"/>
            </w:tcMar>
          </w:tcPr>
          <w:p w14:paraId="6BF36A41" w14:textId="77777777" w:rsidR="00623E5F" w:rsidRDefault="00623E5F"/>
          <w:p w14:paraId="74403360" w14:textId="77777777" w:rsidR="00623E5F" w:rsidRDefault="00000000">
            <w:pPr>
              <w:spacing w:after="40" w:line="245" w:lineRule="auto"/>
            </w:pPr>
            <w:r>
              <w:rPr>
                <w:b/>
                <w:color w:val="000000"/>
                <w:sz w:val="17"/>
              </w:rPr>
              <w:t>KLJUČNI ŠPORTNI IN GIBALNI POJMI</w:t>
            </w:r>
          </w:p>
          <w:p w14:paraId="5DFFDC24"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teren, podlaga, orientacija, oznaka, pot, tempo, vzdržljivost, okolje</w:t>
            </w:r>
          </w:p>
          <w:p w14:paraId="3BAD2B11" w14:textId="77777777" w:rsidR="00623E5F" w:rsidRDefault="00000000">
            <w:pPr>
              <w:spacing w:after="20" w:line="245" w:lineRule="auto"/>
            </w:pPr>
            <w:r>
              <w:rPr>
                <w:b/>
                <w:color w:val="000000"/>
                <w:sz w:val="17"/>
              </w:rPr>
              <w:t>DOKAZI O UČENJU</w:t>
            </w:r>
          </w:p>
          <w:p w14:paraId="7D5A0AC8" w14:textId="77777777" w:rsidR="00623E5F" w:rsidRDefault="00000000">
            <w:pPr>
              <w:pStyle w:val="Oznaenseznam"/>
              <w:spacing w:after="7"/>
            </w:pPr>
            <w:r>
              <w:rPr>
                <w:color w:val="000000"/>
                <w:sz w:val="14"/>
              </w:rPr>
              <w:t>varen odziv na znak, začetni poskus prvine in ustno varnostno pravilo.</w:t>
            </w:r>
          </w:p>
          <w:p w14:paraId="025C922C" w14:textId="77777777" w:rsidR="00623E5F" w:rsidRDefault="00000000">
            <w:pPr>
              <w:pStyle w:val="Oznaenseznam"/>
              <w:spacing w:after="7"/>
            </w:pPr>
            <w:r>
              <w:rPr>
                <w:color w:val="000000"/>
                <w:sz w:val="14"/>
              </w:rPr>
              <w:t>opazovalna kartica, izvedba na izbrani ravni in učiteljev zapis o napredku.</w:t>
            </w:r>
          </w:p>
          <w:p w14:paraId="34604AAC" w14:textId="77777777" w:rsidR="00623E5F" w:rsidRDefault="00000000">
            <w:pPr>
              <w:pStyle w:val="Oznaenseznam"/>
              <w:spacing w:after="7"/>
            </w:pPr>
            <w:r>
              <w:rPr>
                <w:color w:val="000000"/>
                <w:sz w:val="14"/>
              </w:rPr>
              <w:t>uporaba prvine v igri, sodelovanje, upoštevanje pravil in osebno samovrednotenje.</w:t>
            </w:r>
          </w:p>
          <w:p w14:paraId="6D1D7429" w14:textId="77777777" w:rsidR="00623E5F" w:rsidRDefault="00000000">
            <w:pPr>
              <w:spacing w:before="40" w:after="20" w:line="245" w:lineRule="auto"/>
            </w:pPr>
            <w:r>
              <w:rPr>
                <w:b/>
                <w:color w:val="000000"/>
                <w:sz w:val="16"/>
              </w:rPr>
              <w:t>GIBALNO DOŽIVETJE IN IZKUŠENJSKI POUK</w:t>
            </w:r>
          </w:p>
          <w:p w14:paraId="1DFE4B46"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3F9A7201" w14:textId="77777777" w:rsidR="00623E5F" w:rsidRDefault="00000000">
            <w:pPr>
              <w:spacing w:after="20" w:line="245" w:lineRule="auto"/>
            </w:pPr>
            <w:r>
              <w:rPr>
                <w:b/>
                <w:color w:val="000000"/>
                <w:sz w:val="16"/>
              </w:rPr>
              <w:t>POUČEVANJE V GIBANJU</w:t>
            </w:r>
          </w:p>
          <w:p w14:paraId="23146556"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608046F8" w14:textId="77777777" w:rsidR="00623E5F" w:rsidRDefault="00000000">
            <w:pPr>
              <w:spacing w:after="20" w:line="245" w:lineRule="auto"/>
            </w:pPr>
            <w:r>
              <w:rPr>
                <w:b/>
                <w:color w:val="000000"/>
                <w:sz w:val="16"/>
              </w:rPr>
              <w:t>DELO PO ŠTIRIH POSTAJAH</w:t>
            </w:r>
          </w:p>
          <w:p w14:paraId="342F70CF"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1B079170" w14:textId="77777777" w:rsidR="00623E5F" w:rsidRDefault="00000000">
            <w:pPr>
              <w:spacing w:after="7" w:line="245" w:lineRule="auto"/>
            </w:pPr>
            <w:r>
              <w:rPr>
                <w:color w:val="000000"/>
                <w:sz w:val="14"/>
              </w:rPr>
              <w:t>1. Terenska: na označenem območju in različnih podlagah uresničujem cilj »izberem primerno igro«.</w:t>
            </w:r>
          </w:p>
          <w:p w14:paraId="0C63402B" w14:textId="77777777" w:rsidR="00623E5F" w:rsidRDefault="00000000">
            <w:pPr>
              <w:spacing w:after="7" w:line="245" w:lineRule="auto"/>
            </w:pPr>
            <w:r>
              <w:rPr>
                <w:color w:val="000000"/>
                <w:sz w:val="14"/>
              </w:rPr>
              <w:t>2. Orientacijska: sledim preprostim oznakam, izberem varno pot in se vedno vrnem na zbirno mesto.</w:t>
            </w:r>
          </w:p>
          <w:p w14:paraId="56A17A3A" w14:textId="77777777" w:rsidR="00623E5F" w:rsidRDefault="00000000">
            <w:pPr>
              <w:spacing w:after="7" w:line="245" w:lineRule="auto"/>
            </w:pPr>
            <w:r>
              <w:rPr>
                <w:color w:val="000000"/>
                <w:sz w:val="14"/>
              </w:rPr>
              <w:t>3. Tempo in ravnotežje: po terenu uravnavam napor ter preverjam cilj »upoštevam varnost«.</w:t>
            </w:r>
          </w:p>
          <w:p w14:paraId="0BDADD4A" w14:textId="77777777" w:rsidR="00623E5F" w:rsidRDefault="00000000">
            <w:pPr>
              <w:spacing w:after="7" w:line="245" w:lineRule="auto"/>
            </w:pPr>
            <w:r>
              <w:rPr>
                <w:color w:val="000000"/>
                <w:sz w:val="14"/>
              </w:rPr>
              <w:t>4. Okoljska: v skupini rešim gibalni izziv, ne poškodujem okolja in pokažem, kako »vključuje vse člane skupine«.</w:t>
            </w:r>
          </w:p>
          <w:p w14:paraId="666807AB" w14:textId="77777777" w:rsidR="00623E5F" w:rsidRDefault="00000000">
            <w:pPr>
              <w:spacing w:after="20" w:line="245" w:lineRule="auto"/>
            </w:pPr>
            <w:r>
              <w:rPr>
                <w:b/>
                <w:color w:val="000000"/>
                <w:sz w:val="16"/>
              </w:rPr>
              <w:t>DIFERENCIACIJA IN VKLJUČEVANJE</w:t>
            </w:r>
          </w:p>
          <w:p w14:paraId="3FFB1645"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1E92252B" w14:textId="77777777" w:rsidR="00623E5F" w:rsidRDefault="00000000">
            <w:pPr>
              <w:spacing w:after="20" w:line="245" w:lineRule="auto"/>
            </w:pPr>
            <w:r>
              <w:rPr>
                <w:b/>
                <w:color w:val="000000"/>
                <w:sz w:val="16"/>
              </w:rPr>
              <w:t>SPREMLJANJE</w:t>
            </w:r>
          </w:p>
          <w:p w14:paraId="67A89CC3"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4A92E33E"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9DE9423" w14:textId="77777777">
              <w:trPr>
                <w:jc w:val="center"/>
              </w:trPr>
              <w:tc>
                <w:tcPr>
                  <w:tcW w:w="7087" w:type="dxa"/>
                  <w:shd w:val="clear" w:color="auto" w:fill="C6E7F3"/>
                  <w:tcMar>
                    <w:top w:w="45" w:type="dxa"/>
                    <w:left w:w="70" w:type="dxa"/>
                    <w:bottom w:w="45" w:type="dxa"/>
                    <w:right w:w="70" w:type="dxa"/>
                  </w:tcMar>
                </w:tcPr>
                <w:p w14:paraId="0024ABC7" w14:textId="77777777" w:rsidR="00623E5F" w:rsidRDefault="00000000">
                  <w:pPr>
                    <w:keepNext/>
                  </w:pPr>
                  <w:r>
                    <w:rPr>
                      <w:b/>
                      <w:color w:val="000000"/>
                      <w:sz w:val="16"/>
                    </w:rPr>
                    <w:t>GLAVNI DEL – GIBALNI IZZIV, VADBA NA ŠTIRIH POSTAJAH IN IGRA (3 šolske ure)</w:t>
                  </w:r>
                </w:p>
              </w:tc>
            </w:tr>
          </w:tbl>
          <w:p w14:paraId="0AE5C7F4" w14:textId="77777777" w:rsidR="00623E5F" w:rsidRDefault="00623E5F">
            <w:pPr>
              <w:spacing w:line="20" w:lineRule="exact"/>
            </w:pPr>
          </w:p>
          <w:p w14:paraId="2C349731" w14:textId="77777777" w:rsidR="00623E5F" w:rsidRDefault="00000000">
            <w:pPr>
              <w:keepNext/>
              <w:spacing w:before="16" w:after="6" w:line="245" w:lineRule="auto"/>
            </w:pPr>
            <w:r>
              <w:rPr>
                <w:b/>
                <w:color w:val="000000"/>
                <w:sz w:val="15"/>
              </w:rPr>
              <w:t>1. URA – Igre na prostem – Ogrejem se in usvojim gib</w:t>
            </w:r>
          </w:p>
          <w:p w14:paraId="7898FDA2"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»Dinozavri?!« – Lila Prap. Osrednji del 30': 32' – Preveri prostor in opremo, predstavi varnostni znak ter skozi gibalno zgodbo modelira ključno prvino po korakih.</w:t>
            </w:r>
          </w:p>
          <w:p w14:paraId="2047232B"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641CF113" w14:textId="77777777" w:rsidR="00623E5F" w:rsidRDefault="00000000">
            <w:pPr>
              <w:spacing w:after="15" w:line="245" w:lineRule="auto"/>
            </w:pPr>
            <w:r>
              <w:rPr>
                <w:i/>
                <w:color w:val="D95BC6"/>
                <w:sz w:val="14"/>
              </w:rPr>
              <w:t>Predvideni dokaz: varen odziv na znak, začetni poskus prvine in ustno varnostno pravilo..</w:t>
            </w:r>
          </w:p>
          <w:p w14:paraId="4559588B" w14:textId="77777777" w:rsidR="00623E5F" w:rsidRDefault="00000000">
            <w:pPr>
              <w:keepNext/>
              <w:spacing w:before="16" w:after="6" w:line="245" w:lineRule="auto"/>
            </w:pPr>
            <w:r>
              <w:rPr>
                <w:b/>
                <w:color w:val="000000"/>
                <w:sz w:val="15"/>
              </w:rPr>
              <w:t>2. URA – Igre na prostem – Vadim na postajah</w:t>
            </w:r>
          </w:p>
          <w:p w14:paraId="0FA6A2E4"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»Dinozavri?!« – Lila Prap. Osrednji del 30': 32' – Pripravi 4–6 postaj z enosmernimi prehodi, pokaže tri ravni izziva in opazovalcu dodeli en jasen kriterij.</w:t>
            </w:r>
          </w:p>
          <w:p w14:paraId="06C3C8DE"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1FFD9D6E" w14:textId="77777777" w:rsidR="00623E5F" w:rsidRDefault="00000000">
            <w:pPr>
              <w:spacing w:after="15" w:line="245" w:lineRule="auto"/>
            </w:pPr>
            <w:r>
              <w:rPr>
                <w:i/>
                <w:color w:val="D95BC6"/>
                <w:sz w:val="14"/>
              </w:rPr>
              <w:t>Predvideni dokaz: opazovalna kartica, izvedba na izbrani ravni in učiteljev zapis o napredku..</w:t>
            </w:r>
          </w:p>
          <w:p w14:paraId="5F8D41F3" w14:textId="77777777" w:rsidR="00623E5F" w:rsidRDefault="00000000">
            <w:pPr>
              <w:keepNext/>
              <w:spacing w:before="16" w:after="6" w:line="245" w:lineRule="auto"/>
            </w:pPr>
            <w:r>
              <w:rPr>
                <w:b/>
                <w:color w:val="000000"/>
                <w:sz w:val="15"/>
              </w:rPr>
              <w:t>3. URA – Igre na prostem – Uporabim v igri</w:t>
            </w:r>
          </w:p>
          <w:p w14:paraId="492801EF"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»Dinozavri?!« – Lila Prap. Osrednji del 30': 32' – Organizira vključujočo igro ali izziv brez izločanja, spremlja varnost, pošteno igro in uporabo naučene prvine.</w:t>
            </w:r>
          </w:p>
          <w:p w14:paraId="1EDF14EE"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6F329F89"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3F66A5F6" w14:textId="77777777">
              <w:trPr>
                <w:jc w:val="center"/>
              </w:trPr>
              <w:tc>
                <w:tcPr>
                  <w:tcW w:w="7087" w:type="dxa"/>
                  <w:shd w:val="clear" w:color="auto" w:fill="EDC9EA"/>
                  <w:tcMar>
                    <w:top w:w="45" w:type="dxa"/>
                    <w:left w:w="70" w:type="dxa"/>
                    <w:bottom w:w="45" w:type="dxa"/>
                    <w:right w:w="70" w:type="dxa"/>
                  </w:tcMar>
                </w:tcPr>
                <w:p w14:paraId="041F4A00" w14:textId="77777777" w:rsidR="00623E5F" w:rsidRDefault="00000000">
                  <w:pPr>
                    <w:keepNext/>
                  </w:pPr>
                  <w:r>
                    <w:rPr>
                      <w:b/>
                      <w:color w:val="000000"/>
                      <w:sz w:val="16"/>
                    </w:rPr>
                    <w:t>ORGANIZACIJA POSTAJ, PREHODOV IN AKTIVNEGA ČASA</w:t>
                  </w:r>
                </w:p>
              </w:tc>
            </w:tr>
          </w:tbl>
          <w:p w14:paraId="5FF99E8A" w14:textId="77777777" w:rsidR="00623E5F" w:rsidRDefault="00623E5F"/>
          <w:p w14:paraId="0643FB9D" w14:textId="77777777" w:rsidR="00623E5F" w:rsidRDefault="00000000">
            <w:pPr>
              <w:spacing w:before="5" w:after="6" w:line="245" w:lineRule="auto"/>
            </w:pPr>
            <w:r>
              <w:rPr>
                <w:color w:val="000000"/>
                <w:sz w:val="14"/>
              </w:rPr>
              <w:t>Postaja 1: Terenska: na označenem območju in različnih podlagah uresničujem cilj »izberem primerno igro«.</w:t>
            </w:r>
          </w:p>
          <w:p w14:paraId="79186397" w14:textId="77777777" w:rsidR="00623E5F" w:rsidRDefault="00000000">
            <w:pPr>
              <w:spacing w:before="5" w:after="6" w:line="245" w:lineRule="auto"/>
            </w:pPr>
            <w:r>
              <w:rPr>
                <w:color w:val="000000"/>
                <w:sz w:val="14"/>
              </w:rPr>
              <w:t>Postaja 2: Orientacijska: sledim preprostim oznakam, izberem varno pot in se vedno vrnem na zbirno mesto.</w:t>
            </w:r>
          </w:p>
          <w:p w14:paraId="37B1827B" w14:textId="77777777" w:rsidR="00623E5F" w:rsidRDefault="00000000">
            <w:pPr>
              <w:spacing w:before="5" w:after="6" w:line="245" w:lineRule="auto"/>
            </w:pPr>
            <w:r>
              <w:rPr>
                <w:color w:val="000000"/>
                <w:sz w:val="14"/>
              </w:rPr>
              <w:t>Postaja 3: Tempo in ravnotežje: po terenu uravnavam napor ter preverjam cilj »upoštevam varnost«.</w:t>
            </w:r>
          </w:p>
          <w:p w14:paraId="2FE76E71" w14:textId="77777777" w:rsidR="00623E5F" w:rsidRDefault="00000000">
            <w:pPr>
              <w:spacing w:before="5" w:after="6" w:line="245" w:lineRule="auto"/>
            </w:pPr>
            <w:r>
              <w:rPr>
                <w:color w:val="000000"/>
                <w:sz w:val="14"/>
              </w:rPr>
              <w:t>Postaja 4: Okoljska: v skupini rešim gibalni izziv, ne poškodujem okolja in pokažem, kako »vključuje vse člane skupine«.</w:t>
            </w:r>
          </w:p>
          <w:p w14:paraId="5C84C302"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6C3A1B62" w14:textId="77777777" w:rsidR="00623E5F" w:rsidRDefault="00623E5F"/>
          <w:p w14:paraId="0C3981E1" w14:textId="77777777" w:rsidR="00623E5F" w:rsidRDefault="00000000">
            <w:pPr>
              <w:spacing w:after="5" w:line="245" w:lineRule="auto"/>
            </w:pPr>
            <w:r>
              <w:rPr>
                <w:b/>
                <w:color w:val="000000"/>
                <w:sz w:val="15"/>
              </w:rPr>
              <w:t>1. URA – Igre na prostem – Ogrejem se in usvojim gib</w:t>
            </w:r>
          </w:p>
          <w:p w14:paraId="15385135"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2C902822" w14:textId="77777777" w:rsidR="00623E5F" w:rsidRDefault="00000000">
            <w:pPr>
              <w:spacing w:after="14" w:line="245" w:lineRule="auto"/>
            </w:pPr>
            <w:r>
              <w:rPr>
                <w:color w:val="D95BC6"/>
                <w:sz w:val="13"/>
              </w:rPr>
              <w:t>Dokaz: varen odziv na znak, začetni poskus prvine in ustno varnostno pravilo.</w:t>
            </w:r>
          </w:p>
          <w:p w14:paraId="31607DF0" w14:textId="77777777" w:rsidR="00623E5F" w:rsidRDefault="00000000">
            <w:pPr>
              <w:spacing w:after="5" w:line="245" w:lineRule="auto"/>
            </w:pPr>
            <w:r>
              <w:rPr>
                <w:b/>
                <w:color w:val="000000"/>
                <w:sz w:val="15"/>
              </w:rPr>
              <w:t>2. URA – Igre na prostem – Vadim na postajah</w:t>
            </w:r>
          </w:p>
          <w:p w14:paraId="5DCC3501"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E1A58E0" w14:textId="77777777" w:rsidR="00623E5F" w:rsidRDefault="00000000">
            <w:pPr>
              <w:spacing w:after="14" w:line="245" w:lineRule="auto"/>
            </w:pPr>
            <w:r>
              <w:rPr>
                <w:color w:val="D95BC6"/>
                <w:sz w:val="13"/>
              </w:rPr>
              <w:t>Dokaz: opazovalna kartica, izvedba na izbrani ravni in učiteljev zapis o napredku.</w:t>
            </w:r>
          </w:p>
          <w:p w14:paraId="53D090B2" w14:textId="77777777" w:rsidR="00623E5F" w:rsidRDefault="00000000">
            <w:pPr>
              <w:spacing w:after="5" w:line="245" w:lineRule="auto"/>
            </w:pPr>
            <w:r>
              <w:rPr>
                <w:b/>
                <w:color w:val="000000"/>
                <w:sz w:val="15"/>
              </w:rPr>
              <w:t>3. URA – Igre na prostem – Uporabim v igri</w:t>
            </w:r>
          </w:p>
          <w:p w14:paraId="034BD84E"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0FB5E16F" w14:textId="77777777" w:rsidR="00623E5F" w:rsidRDefault="00000000">
            <w:pPr>
              <w:spacing w:after="14" w:line="245" w:lineRule="auto"/>
            </w:pPr>
            <w:r>
              <w:rPr>
                <w:color w:val="D95BC6"/>
                <w:sz w:val="13"/>
              </w:rPr>
              <w:t>Dokaz: uporaba prvine v igri, sodelovanje, upoštevanje pravil in osebno.</w:t>
            </w:r>
          </w:p>
          <w:p w14:paraId="4F962289" w14:textId="77777777" w:rsidR="00623E5F" w:rsidRDefault="00000000">
            <w:pPr>
              <w:spacing w:before="30" w:after="14" w:line="245" w:lineRule="auto"/>
            </w:pPr>
            <w:r>
              <w:rPr>
                <w:b/>
                <w:color w:val="D95BC6"/>
                <w:sz w:val="16"/>
              </w:rPr>
              <w:t>MOJ KROG POSTAJ</w:t>
            </w:r>
          </w:p>
          <w:p w14:paraId="4DB7CFFD" w14:textId="77777777" w:rsidR="00623E5F" w:rsidRDefault="00000000">
            <w:pPr>
              <w:spacing w:after="8" w:line="245" w:lineRule="auto"/>
            </w:pPr>
            <w:r>
              <w:rPr>
                <w:color w:val="000000"/>
                <w:sz w:val="13"/>
              </w:rPr>
              <w:t>1. Terenska: na označenem območju in različnih podlagah uresničujem cilj »izberem.</w:t>
            </w:r>
          </w:p>
          <w:p w14:paraId="1FB2FE2B" w14:textId="77777777" w:rsidR="00623E5F" w:rsidRDefault="00000000">
            <w:pPr>
              <w:spacing w:after="8" w:line="245" w:lineRule="auto"/>
            </w:pPr>
            <w:r>
              <w:rPr>
                <w:color w:val="000000"/>
                <w:sz w:val="13"/>
              </w:rPr>
              <w:t>2. Orientacijska: sledim preprostim oznakam, izberem varno pot in se vedno vrnem na.</w:t>
            </w:r>
          </w:p>
          <w:p w14:paraId="30CD889F" w14:textId="77777777" w:rsidR="00623E5F" w:rsidRDefault="00000000">
            <w:pPr>
              <w:spacing w:after="8" w:line="245" w:lineRule="auto"/>
            </w:pPr>
            <w:r>
              <w:rPr>
                <w:color w:val="000000"/>
                <w:sz w:val="13"/>
              </w:rPr>
              <w:t>3. Tempo in ravnotežje: po terenu uravnavam napor ter preverjam cilj »upoštevam.</w:t>
            </w:r>
          </w:p>
          <w:p w14:paraId="57FEFCCC" w14:textId="77777777" w:rsidR="00623E5F" w:rsidRDefault="00000000">
            <w:pPr>
              <w:spacing w:after="8" w:line="245" w:lineRule="auto"/>
            </w:pPr>
            <w:r>
              <w:rPr>
                <w:color w:val="000000"/>
                <w:sz w:val="13"/>
              </w:rPr>
              <w:t>4. Okoljska: v skupini rešim gibalni izziv, ne poškodujem okolja in pokažem.</w:t>
            </w:r>
          </w:p>
          <w:p w14:paraId="6C35116C"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4AEA4AFA" w14:textId="77777777" w:rsidR="00623E5F" w:rsidRDefault="00000000">
            <w:pPr>
              <w:spacing w:after="14" w:line="245" w:lineRule="auto"/>
            </w:pPr>
            <w:r>
              <w:rPr>
                <w:b/>
                <w:color w:val="D95BC6"/>
                <w:sz w:val="16"/>
              </w:rPr>
              <w:t>DOKAZ O UČENJU</w:t>
            </w:r>
          </w:p>
          <w:p w14:paraId="194B44A5"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31605E53"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7311AE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90F71A3"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087721A" w14:textId="77777777" w:rsidR="00623E5F" w:rsidRDefault="00000000">
            <w:pPr>
              <w:jc w:val="center"/>
            </w:pPr>
            <w:r>
              <w:rPr>
                <w:b/>
                <w:color w:val="000000"/>
                <w:sz w:val="20"/>
              </w:rPr>
              <w:t>UČNE DEJAVNOSTI, METODE IN FORMATIVNO SPREMLJANJE</w:t>
            </w:r>
          </w:p>
        </w:tc>
      </w:tr>
      <w:tr w:rsidR="00623E5F" w14:paraId="1411DB74" w14:textId="77777777">
        <w:trPr>
          <w:tblHeader/>
          <w:jc w:val="center"/>
        </w:trPr>
        <w:tc>
          <w:tcPr>
            <w:tcW w:w="4422" w:type="dxa"/>
            <w:vMerge/>
            <w:tcMar>
              <w:top w:w="70" w:type="dxa"/>
              <w:left w:w="90" w:type="dxa"/>
              <w:bottom w:w="70" w:type="dxa"/>
              <w:right w:w="90" w:type="dxa"/>
            </w:tcMar>
            <w:vAlign w:val="center"/>
          </w:tcPr>
          <w:p w14:paraId="21E1C006" w14:textId="77777777" w:rsidR="00623E5F" w:rsidRDefault="00623E5F"/>
        </w:tc>
        <w:tc>
          <w:tcPr>
            <w:tcW w:w="7087" w:type="dxa"/>
            <w:shd w:val="clear" w:color="auto" w:fill="FFFFFF"/>
            <w:tcMar>
              <w:top w:w="70" w:type="dxa"/>
              <w:left w:w="90" w:type="dxa"/>
              <w:bottom w:w="70" w:type="dxa"/>
              <w:right w:w="90" w:type="dxa"/>
            </w:tcMar>
            <w:vAlign w:val="center"/>
          </w:tcPr>
          <w:p w14:paraId="6C90712E"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7C52EB17" w14:textId="77777777" w:rsidR="00623E5F" w:rsidRDefault="00000000">
            <w:pPr>
              <w:jc w:val="center"/>
            </w:pPr>
            <w:r>
              <w:rPr>
                <w:b/>
                <w:color w:val="000000"/>
              </w:rPr>
              <w:t>UČENEC</w:t>
            </w:r>
          </w:p>
        </w:tc>
      </w:tr>
      <w:tr w:rsidR="00623E5F" w14:paraId="1DE83509" w14:textId="77777777">
        <w:trPr>
          <w:jc w:val="center"/>
        </w:trPr>
        <w:tc>
          <w:tcPr>
            <w:tcW w:w="4422" w:type="dxa"/>
            <w:tcMar>
              <w:top w:w="70" w:type="dxa"/>
              <w:left w:w="90" w:type="dxa"/>
              <w:bottom w:w="70" w:type="dxa"/>
              <w:right w:w="90" w:type="dxa"/>
            </w:tcMar>
          </w:tcPr>
          <w:p w14:paraId="0C1C9BA1" w14:textId="77777777" w:rsidR="00623E5F" w:rsidRDefault="00623E5F"/>
          <w:p w14:paraId="408B2297" w14:textId="77777777" w:rsidR="00623E5F" w:rsidRDefault="00000000">
            <w:pPr>
              <w:spacing w:after="40" w:line="245" w:lineRule="auto"/>
            </w:pPr>
            <w:r>
              <w:rPr>
                <w:b/>
                <w:color w:val="000000"/>
              </w:rPr>
              <w:t>FORMATIVNO SPREMLJANJE</w:t>
            </w:r>
          </w:p>
          <w:p w14:paraId="34BAD00D" w14:textId="77777777" w:rsidR="00623E5F" w:rsidRDefault="00000000">
            <w:pPr>
              <w:pStyle w:val="Oznaenseznam"/>
              <w:spacing w:after="16"/>
            </w:pPr>
            <w:r>
              <w:rPr>
                <w:color w:val="000000"/>
                <w:sz w:val="15"/>
              </w:rPr>
              <w:t>predznanje: gibalni prikaz, odziv na znak, izbira kartice, začetni poskus ali kratka razlaga</w:t>
            </w:r>
          </w:p>
          <w:p w14:paraId="7DCC4A5A" w14:textId="77777777" w:rsidR="00623E5F" w:rsidRDefault="00000000">
            <w:pPr>
              <w:pStyle w:val="Oznaenseznam"/>
              <w:spacing w:after="16"/>
            </w:pPr>
            <w:r>
              <w:rPr>
                <w:color w:val="000000"/>
                <w:sz w:val="15"/>
              </w:rPr>
              <w:t>nameni in merila: kratka poved, slikovni znak, model varne izvedbe in en opazljiv tehnični poudarek</w:t>
            </w:r>
          </w:p>
          <w:p w14:paraId="214D516A"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2E390695" w14:textId="77777777" w:rsidR="00623E5F" w:rsidRDefault="00000000">
            <w:pPr>
              <w:pStyle w:val="Oznaenseznam"/>
              <w:spacing w:after="16"/>
            </w:pPr>
            <w:r>
              <w:rPr>
                <w:color w:val="000000"/>
                <w:sz w:val="15"/>
              </w:rPr>
              <w:t>povratna informacija: opis opaženega, povezava z enim merilom in takoj izvedljiv ponovni poskus</w:t>
            </w:r>
          </w:p>
          <w:p w14:paraId="5CBE4902" w14:textId="77777777" w:rsidR="00623E5F" w:rsidRDefault="00000000">
            <w:pPr>
              <w:pStyle w:val="Oznaenseznam"/>
              <w:spacing w:after="16"/>
            </w:pPr>
            <w:r>
              <w:rPr>
                <w:color w:val="000000"/>
                <w:sz w:val="15"/>
              </w:rPr>
              <w:t>samovrednotenje: semafor napora in varnosti, lestvica samostojnosti, izbran dokaz ter osebni naslednji korak</w:t>
            </w:r>
          </w:p>
          <w:p w14:paraId="0B03CB7D" w14:textId="77777777" w:rsidR="00623E5F" w:rsidRDefault="00000000">
            <w:pPr>
              <w:spacing w:before="40" w:after="20" w:line="245" w:lineRule="auto"/>
            </w:pPr>
            <w:r>
              <w:rPr>
                <w:b/>
                <w:color w:val="000000"/>
                <w:sz w:val="17"/>
              </w:rPr>
              <w:t>VARNOST, POČUTJE IN HIGIENA</w:t>
            </w:r>
          </w:p>
          <w:p w14:paraId="2BA23442"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Območje je vnaprej pregledano in označeno, učenci so v vidnem polju odraslega, prilagodijo tempo vremenu in ne zapuščajo skupine.</w:t>
            </w:r>
          </w:p>
          <w:p w14:paraId="08BB8426" w14:textId="77777777" w:rsidR="00623E5F" w:rsidRDefault="00000000">
            <w:pPr>
              <w:spacing w:after="20" w:line="245" w:lineRule="auto"/>
            </w:pPr>
            <w:r>
              <w:rPr>
                <w:b/>
                <w:color w:val="000000"/>
                <w:sz w:val="17"/>
              </w:rPr>
              <w:t>EVIDENCA PO IZVEDBI</w:t>
            </w:r>
          </w:p>
          <w:p w14:paraId="1CC953D0"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72A11A44" w14:textId="77777777" w:rsidR="00623E5F" w:rsidRDefault="00000000">
            <w:pPr>
              <w:spacing w:before="40" w:after="20" w:line="245" w:lineRule="auto"/>
            </w:pPr>
            <w:r>
              <w:rPr>
                <w:b/>
                <w:color w:val="000000"/>
                <w:sz w:val="17"/>
              </w:rPr>
              <w:t>RAVEN DOSEGANJA</w:t>
            </w:r>
          </w:p>
          <w:p w14:paraId="29799C63"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39715B35"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31B687E" w14:textId="77777777">
              <w:trPr>
                <w:jc w:val="center"/>
              </w:trPr>
              <w:tc>
                <w:tcPr>
                  <w:tcW w:w="7087" w:type="dxa"/>
                  <w:shd w:val="clear" w:color="auto" w:fill="EDC9EA"/>
                  <w:tcMar>
                    <w:top w:w="45" w:type="dxa"/>
                    <w:left w:w="70" w:type="dxa"/>
                    <w:bottom w:w="45" w:type="dxa"/>
                    <w:right w:w="70" w:type="dxa"/>
                  </w:tcMar>
                </w:tcPr>
                <w:p w14:paraId="4CC4C08B" w14:textId="77777777" w:rsidR="00623E5F" w:rsidRDefault="00000000">
                  <w:pPr>
                    <w:keepNext/>
                  </w:pPr>
                  <w:r>
                    <w:rPr>
                      <w:b/>
                      <w:color w:val="000000"/>
                    </w:rPr>
                    <w:t>VPRAŠANJA V PODPORO GIBALNEMU UČENJU</w:t>
                  </w:r>
                </w:p>
              </w:tc>
            </w:tr>
          </w:tbl>
          <w:p w14:paraId="3D847500" w14:textId="77777777" w:rsidR="00623E5F" w:rsidRDefault="00623E5F">
            <w:pPr>
              <w:spacing w:line="20" w:lineRule="exact"/>
            </w:pPr>
          </w:p>
          <w:p w14:paraId="1D8968EE" w14:textId="77777777" w:rsidR="00623E5F" w:rsidRDefault="00000000">
            <w:pPr>
              <w:pStyle w:val="Oznaenseznam"/>
              <w:spacing w:after="16"/>
            </w:pPr>
            <w:r>
              <w:rPr>
                <w:color w:val="000000"/>
                <w:sz w:val="15"/>
              </w:rPr>
              <w:t>Kaj si pri prvem poskusu začutil/-a ali opazil/-a v položaju telesa, ravnotežju, smeri, ritmu ali naporu?</w:t>
            </w:r>
          </w:p>
          <w:p w14:paraId="3B8B2377" w14:textId="77777777" w:rsidR="00623E5F" w:rsidRDefault="00000000">
            <w:pPr>
              <w:pStyle w:val="Oznaenseznam"/>
              <w:spacing w:after="16"/>
            </w:pPr>
            <w:r>
              <w:rPr>
                <w:color w:val="000000"/>
                <w:sz w:val="15"/>
              </w:rPr>
              <w:t>Katero varnostno pravilo in kateri gibalni korak sta bila danes najpomembnejša?</w:t>
            </w:r>
          </w:p>
          <w:p w14:paraId="63DC5E20" w14:textId="77777777" w:rsidR="00623E5F" w:rsidRDefault="00000000">
            <w:pPr>
              <w:pStyle w:val="Oznaenseznam"/>
              <w:spacing w:after="16"/>
            </w:pPr>
            <w:r>
              <w:rPr>
                <w:color w:val="000000"/>
                <w:sz w:val="15"/>
              </w:rPr>
              <w:t>Katero raven si izbral/-a, zakaj je bila primerna in kaj si pri naslednjem poskusu spremenil/-a?</w:t>
            </w:r>
          </w:p>
          <w:p w14:paraId="1813DFEC" w14:textId="77777777" w:rsidR="00623E5F" w:rsidRDefault="00000000">
            <w:pPr>
              <w:pStyle w:val="Oznaenseznam"/>
              <w:spacing w:after="16"/>
            </w:pPr>
            <w:r>
              <w:rPr>
                <w:color w:val="000000"/>
                <w:sz w:val="15"/>
              </w:rPr>
              <w:t>Kateri tvoj gibalni dokaz najjasneje pokaže dogovorjeno merilo?</w:t>
            </w:r>
          </w:p>
          <w:p w14:paraId="4D822299"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10FBB448" w14:textId="77777777">
              <w:trPr>
                <w:jc w:val="center"/>
              </w:trPr>
              <w:tc>
                <w:tcPr>
                  <w:tcW w:w="7087" w:type="dxa"/>
                  <w:shd w:val="clear" w:color="auto" w:fill="C6E7F3"/>
                  <w:tcMar>
                    <w:top w:w="45" w:type="dxa"/>
                    <w:left w:w="70" w:type="dxa"/>
                    <w:bottom w:w="45" w:type="dxa"/>
                    <w:right w:w="70" w:type="dxa"/>
                  </w:tcMar>
                </w:tcPr>
                <w:p w14:paraId="14761476" w14:textId="77777777" w:rsidR="00623E5F" w:rsidRDefault="00000000">
                  <w:pPr>
                    <w:keepNext/>
                  </w:pPr>
                  <w:r>
                    <w:rPr>
                      <w:b/>
                      <w:color w:val="000000"/>
                    </w:rPr>
                    <w:t>ZAKLJUČNI DEL – UMIRJANJE, RAZTEZANJE, DOKAZ IN REFLEKSIJA (8–10 min)</w:t>
                  </w:r>
                </w:p>
              </w:tc>
            </w:tr>
          </w:tbl>
          <w:p w14:paraId="233FF797" w14:textId="77777777" w:rsidR="00623E5F" w:rsidRDefault="00623E5F">
            <w:pPr>
              <w:spacing w:line="20" w:lineRule="exact"/>
            </w:pPr>
          </w:p>
          <w:p w14:paraId="680A0FA1"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4590FF2D" w14:textId="77777777">
              <w:trPr>
                <w:jc w:val="center"/>
              </w:trPr>
              <w:tc>
                <w:tcPr>
                  <w:tcW w:w="7087" w:type="dxa"/>
                  <w:shd w:val="clear" w:color="auto" w:fill="EDC9EA"/>
                  <w:tcMar>
                    <w:top w:w="45" w:type="dxa"/>
                    <w:left w:w="70" w:type="dxa"/>
                    <w:bottom w:w="45" w:type="dxa"/>
                    <w:right w:w="70" w:type="dxa"/>
                  </w:tcMar>
                </w:tcPr>
                <w:p w14:paraId="65068108" w14:textId="77777777" w:rsidR="00623E5F" w:rsidRDefault="00000000">
                  <w:pPr>
                    <w:keepNext/>
                  </w:pPr>
                  <w:r>
                    <w:rPr>
                      <w:b/>
                      <w:color w:val="000000"/>
                    </w:rPr>
                    <w:t>SAMOVREDNOTENJE</w:t>
                  </w:r>
                </w:p>
              </w:tc>
            </w:tr>
          </w:tbl>
          <w:p w14:paraId="669A3112" w14:textId="77777777" w:rsidR="00623E5F" w:rsidRDefault="00623E5F">
            <w:pPr>
              <w:spacing w:line="20" w:lineRule="exact"/>
            </w:pPr>
          </w:p>
          <w:p w14:paraId="44596392"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20BF982B" w14:textId="77777777">
              <w:trPr>
                <w:jc w:val="center"/>
              </w:trPr>
              <w:tc>
                <w:tcPr>
                  <w:tcW w:w="7087" w:type="dxa"/>
                  <w:shd w:val="clear" w:color="auto" w:fill="EDC9EA"/>
                  <w:tcMar>
                    <w:top w:w="45" w:type="dxa"/>
                    <w:left w:w="70" w:type="dxa"/>
                    <w:bottom w:w="45" w:type="dxa"/>
                    <w:right w:w="70" w:type="dxa"/>
                  </w:tcMar>
                </w:tcPr>
                <w:p w14:paraId="344D9E53" w14:textId="77777777" w:rsidR="00623E5F" w:rsidRDefault="00000000">
                  <w:pPr>
                    <w:keepNext/>
                  </w:pPr>
                  <w:r>
                    <w:rPr>
                      <w:b/>
                      <w:color w:val="000000"/>
                    </w:rPr>
                    <w:t>VRSTNIŠKO OPAZOVANJE IN POVRATNA INFORMACIJA</w:t>
                  </w:r>
                </w:p>
              </w:tc>
            </w:tr>
          </w:tbl>
          <w:p w14:paraId="713D5E11" w14:textId="77777777" w:rsidR="00623E5F" w:rsidRDefault="00623E5F">
            <w:pPr>
              <w:spacing w:line="20" w:lineRule="exact"/>
            </w:pPr>
          </w:p>
          <w:p w14:paraId="5A4EB812"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0F998799" w14:textId="77777777">
              <w:trPr>
                <w:jc w:val="center"/>
              </w:trPr>
              <w:tc>
                <w:tcPr>
                  <w:tcW w:w="7087" w:type="dxa"/>
                  <w:shd w:val="clear" w:color="auto" w:fill="EDC9EA"/>
                  <w:tcMar>
                    <w:top w:w="45" w:type="dxa"/>
                    <w:left w:w="70" w:type="dxa"/>
                    <w:bottom w:w="45" w:type="dxa"/>
                    <w:right w:w="70" w:type="dxa"/>
                  </w:tcMar>
                </w:tcPr>
                <w:p w14:paraId="18F87B29" w14:textId="77777777" w:rsidR="00623E5F" w:rsidRDefault="00000000">
                  <w:pPr>
                    <w:keepNext/>
                  </w:pPr>
                  <w:r>
                    <w:rPr>
                      <w:b/>
                      <w:color w:val="000000"/>
                    </w:rPr>
                    <w:t>SKUPNI POVZETEK</w:t>
                  </w:r>
                </w:p>
              </w:tc>
            </w:tr>
          </w:tbl>
          <w:p w14:paraId="0FF3B8CD" w14:textId="77777777" w:rsidR="00623E5F" w:rsidRDefault="00623E5F"/>
          <w:p w14:paraId="14053723" w14:textId="77777777" w:rsidR="00623E5F" w:rsidRDefault="00000000">
            <w:pPr>
              <w:spacing w:before="20" w:after="40" w:line="245" w:lineRule="auto"/>
            </w:pPr>
            <w:r>
              <w:rPr>
                <w:b/>
                <w:color w:val="000000"/>
                <w:sz w:val="16"/>
              </w:rPr>
              <w:t>izberem primerno igro; upoštevam varnost; vključuje vse člane skupine. Izbrani gibalni dokaz pojasnim in določim varen naslednji korak.</w:t>
            </w:r>
          </w:p>
        </w:tc>
        <w:tc>
          <w:tcPr>
            <w:tcW w:w="2551" w:type="dxa"/>
            <w:tcMar>
              <w:top w:w="70" w:type="dxa"/>
              <w:left w:w="90" w:type="dxa"/>
              <w:bottom w:w="70" w:type="dxa"/>
              <w:right w:w="90" w:type="dxa"/>
            </w:tcMar>
          </w:tcPr>
          <w:p w14:paraId="27210911" w14:textId="77777777" w:rsidR="00623E5F" w:rsidRDefault="00623E5F"/>
          <w:p w14:paraId="3965925D" w14:textId="77777777" w:rsidR="00623E5F" w:rsidRDefault="00000000">
            <w:pPr>
              <w:spacing w:after="80" w:line="245" w:lineRule="auto"/>
            </w:pPr>
            <w:r>
              <w:rPr>
                <w:color w:val="000000"/>
                <w:sz w:val="15"/>
              </w:rPr>
              <w:t>Odgovarja na podporna vprašanja in se sklicuje na svojo izvedbo, počutje, izbrano raven in varnost.</w:t>
            </w:r>
          </w:p>
          <w:p w14:paraId="08ACD4AD" w14:textId="77777777" w:rsidR="00623E5F" w:rsidRDefault="00000000">
            <w:pPr>
              <w:spacing w:after="80" w:line="245" w:lineRule="auto"/>
            </w:pPr>
            <w:r>
              <w:rPr>
                <w:color w:val="000000"/>
                <w:sz w:val="15"/>
              </w:rPr>
              <w:t>Predstavi izbrani gibalni dokaz ter pokaže ali pove, katero merilo z njim dosega.</w:t>
            </w:r>
          </w:p>
          <w:p w14:paraId="6967B0FC" w14:textId="77777777" w:rsidR="00623E5F" w:rsidRDefault="00000000">
            <w:pPr>
              <w:spacing w:after="80" w:line="245" w:lineRule="auto"/>
            </w:pPr>
            <w:r>
              <w:rPr>
                <w:color w:val="000000"/>
                <w:sz w:val="15"/>
              </w:rPr>
              <w:t>Opazuje eno dogovorjeno prvino vrstnikove izvedbe in poda kratek, prijazen ter uporaben odziv.</w:t>
            </w:r>
          </w:p>
          <w:p w14:paraId="49FD9FF8"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21EEC091" w14:textId="77777777" w:rsidR="00623E5F" w:rsidRDefault="00000000">
            <w:pPr>
              <w:spacing w:after="100" w:line="245" w:lineRule="auto"/>
            </w:pPr>
            <w:r>
              <w:rPr>
                <w:color w:val="000000"/>
                <w:sz w:val="15"/>
              </w:rPr>
              <w:t>Umiri dihanje, oceni napor in počutje, izbere raven samostojnosti ter določi varen naslednji korak.</w:t>
            </w:r>
          </w:p>
          <w:p w14:paraId="5F5E3B7D" w14:textId="77777777" w:rsidR="00623E5F" w:rsidRDefault="00000000">
            <w:pPr>
              <w:spacing w:after="20" w:line="245" w:lineRule="auto"/>
            </w:pPr>
            <w:r>
              <w:rPr>
                <w:b/>
                <w:color w:val="D95BC6"/>
                <w:sz w:val="17"/>
              </w:rPr>
              <w:t>DOKAZ O UČENJU</w:t>
            </w:r>
          </w:p>
          <w:p w14:paraId="3D1D08D2"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70475E7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6E0DD887" w14:textId="77777777">
        <w:trPr>
          <w:cantSplit/>
          <w:jc w:val="center"/>
        </w:trPr>
        <w:tc>
          <w:tcPr>
            <w:tcW w:w="14060" w:type="dxa"/>
            <w:gridSpan w:val="6"/>
            <w:tcMar>
              <w:top w:w="70" w:type="dxa"/>
              <w:left w:w="90" w:type="dxa"/>
              <w:bottom w:w="70" w:type="dxa"/>
              <w:right w:w="90" w:type="dxa"/>
            </w:tcMar>
            <w:vAlign w:val="center"/>
          </w:tcPr>
          <w:p w14:paraId="7CFF6D37" w14:textId="77777777" w:rsidR="00623E5F" w:rsidRDefault="00000000">
            <w:pPr>
              <w:jc w:val="center"/>
            </w:pPr>
            <w:r>
              <w:rPr>
                <w:b/>
                <w:color w:val="000000"/>
                <w:sz w:val="24"/>
              </w:rPr>
              <w:lastRenderedPageBreak/>
              <w:t>UČNA PRIPRAVA 35/39</w:t>
            </w:r>
          </w:p>
        </w:tc>
      </w:tr>
      <w:tr w:rsidR="00623E5F" w14:paraId="4F8F80F0" w14:textId="77777777">
        <w:trPr>
          <w:jc w:val="center"/>
        </w:trPr>
        <w:tc>
          <w:tcPr>
            <w:tcW w:w="2665" w:type="dxa"/>
            <w:tcMar>
              <w:top w:w="70" w:type="dxa"/>
              <w:left w:w="90" w:type="dxa"/>
              <w:bottom w:w="70" w:type="dxa"/>
              <w:right w:w="90" w:type="dxa"/>
            </w:tcMar>
            <w:vAlign w:val="center"/>
          </w:tcPr>
          <w:p w14:paraId="2438B57F"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2E9785C1"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05F314EF"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976C3CE" w14:textId="77777777" w:rsidR="00623E5F" w:rsidRDefault="00000000">
            <w:r>
              <w:rPr>
                <w:b/>
                <w:color w:val="000000"/>
                <w:sz w:val="16"/>
              </w:rPr>
              <w:t xml:space="preserve">NAČRTOVANI TERMIN: </w:t>
            </w:r>
            <w:r>
              <w:rPr>
                <w:color w:val="000000"/>
                <w:sz w:val="16"/>
              </w:rPr>
              <w:t>35. teden • 24.–28. 5. 2027</w:t>
            </w:r>
          </w:p>
        </w:tc>
        <w:tc>
          <w:tcPr>
            <w:tcW w:w="2268" w:type="dxa"/>
            <w:tcMar>
              <w:top w:w="70" w:type="dxa"/>
              <w:left w:w="90" w:type="dxa"/>
              <w:bottom w:w="70" w:type="dxa"/>
              <w:right w:w="90" w:type="dxa"/>
            </w:tcMar>
            <w:vAlign w:val="center"/>
          </w:tcPr>
          <w:p w14:paraId="3C428B68"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FEAD8E4" w14:textId="77777777" w:rsidR="00623E5F" w:rsidRDefault="00000000">
            <w:r>
              <w:rPr>
                <w:b/>
                <w:color w:val="000000"/>
                <w:sz w:val="16"/>
              </w:rPr>
              <w:t xml:space="preserve">ŠTEVILO UR: </w:t>
            </w:r>
            <w:r>
              <w:rPr>
                <w:color w:val="000000"/>
                <w:sz w:val="16"/>
              </w:rPr>
              <w:t>3</w:t>
            </w:r>
          </w:p>
        </w:tc>
      </w:tr>
      <w:tr w:rsidR="00623E5F" w14:paraId="24CA41E8" w14:textId="77777777">
        <w:trPr>
          <w:jc w:val="center"/>
        </w:trPr>
        <w:tc>
          <w:tcPr>
            <w:tcW w:w="14061" w:type="dxa"/>
            <w:gridSpan w:val="6"/>
            <w:tcMar>
              <w:top w:w="70" w:type="dxa"/>
              <w:left w:w="90" w:type="dxa"/>
              <w:bottom w:w="70" w:type="dxa"/>
              <w:right w:w="90" w:type="dxa"/>
            </w:tcMar>
            <w:vAlign w:val="center"/>
          </w:tcPr>
          <w:p w14:paraId="4F52566C"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2ABED8FB" w14:textId="77777777">
        <w:trPr>
          <w:cantSplit/>
          <w:jc w:val="center"/>
        </w:trPr>
        <w:tc>
          <w:tcPr>
            <w:tcW w:w="14060" w:type="dxa"/>
            <w:gridSpan w:val="6"/>
            <w:tcMar>
              <w:top w:w="70" w:type="dxa"/>
              <w:left w:w="90" w:type="dxa"/>
              <w:bottom w:w="70" w:type="dxa"/>
              <w:right w:w="90" w:type="dxa"/>
            </w:tcMar>
            <w:vAlign w:val="center"/>
          </w:tcPr>
          <w:p w14:paraId="7E4F1E7F" w14:textId="77777777" w:rsidR="00623E5F" w:rsidRDefault="00623E5F"/>
          <w:p w14:paraId="3C51D756" w14:textId="77777777" w:rsidR="00623E5F" w:rsidRDefault="00000000">
            <w:pPr>
              <w:spacing w:line="245" w:lineRule="auto"/>
            </w:pPr>
            <w:r>
              <w:rPr>
                <w:b/>
                <w:color w:val="000000"/>
                <w:sz w:val="15"/>
              </w:rPr>
              <w:t xml:space="preserve">UČNI SKLOP: </w:t>
            </w:r>
            <w:r>
              <w:rPr>
                <w:color w:val="000000"/>
                <w:sz w:val="15"/>
              </w:rPr>
              <w:t>POKRAJINA, PROSTOR IN TRAJNOSTNA SKUPNOST</w:t>
            </w:r>
          </w:p>
        </w:tc>
      </w:tr>
      <w:tr w:rsidR="00623E5F" w14:paraId="019A9E86" w14:textId="77777777">
        <w:trPr>
          <w:cantSplit/>
          <w:jc w:val="center"/>
        </w:trPr>
        <w:tc>
          <w:tcPr>
            <w:tcW w:w="14060" w:type="dxa"/>
            <w:gridSpan w:val="6"/>
            <w:tcMar>
              <w:top w:w="70" w:type="dxa"/>
              <w:left w:w="90" w:type="dxa"/>
              <w:bottom w:w="70" w:type="dxa"/>
              <w:right w:w="90" w:type="dxa"/>
            </w:tcMar>
            <w:vAlign w:val="center"/>
          </w:tcPr>
          <w:p w14:paraId="7696EDBF" w14:textId="77777777" w:rsidR="00623E5F" w:rsidRDefault="00623E5F"/>
          <w:p w14:paraId="172BAD0E" w14:textId="77777777" w:rsidR="00623E5F" w:rsidRDefault="00000000">
            <w:pPr>
              <w:spacing w:line="245" w:lineRule="auto"/>
            </w:pPr>
            <w:r>
              <w:rPr>
                <w:b/>
                <w:color w:val="000000"/>
                <w:sz w:val="15"/>
              </w:rPr>
              <w:t xml:space="preserve">UČNA TEMA: </w:t>
            </w:r>
            <w:r>
              <w:rPr>
                <w:color w:val="000000"/>
                <w:sz w:val="15"/>
              </w:rPr>
              <w:t>PREIZKUS GIBALNIH NALOG</w:t>
            </w:r>
          </w:p>
        </w:tc>
      </w:tr>
      <w:tr w:rsidR="00623E5F" w14:paraId="2F358FDB" w14:textId="77777777">
        <w:trPr>
          <w:cantSplit/>
          <w:jc w:val="center"/>
        </w:trPr>
        <w:tc>
          <w:tcPr>
            <w:tcW w:w="14060" w:type="dxa"/>
            <w:gridSpan w:val="6"/>
            <w:tcMar>
              <w:top w:w="70" w:type="dxa"/>
              <w:left w:w="90" w:type="dxa"/>
              <w:bottom w:w="70" w:type="dxa"/>
              <w:right w:w="90" w:type="dxa"/>
            </w:tcMar>
            <w:vAlign w:val="center"/>
          </w:tcPr>
          <w:p w14:paraId="23C02325" w14:textId="77777777" w:rsidR="00623E5F" w:rsidRDefault="00623E5F"/>
          <w:p w14:paraId="1D10F938" w14:textId="77777777" w:rsidR="00623E5F" w:rsidRDefault="00000000">
            <w:pPr>
              <w:spacing w:line="245" w:lineRule="auto"/>
            </w:pPr>
            <w:r>
              <w:rPr>
                <w:b/>
                <w:color w:val="000000"/>
                <w:sz w:val="15"/>
              </w:rPr>
              <w:t xml:space="preserve">KNJIŽEVNO / MOTIVNO IZHODIŠČE: </w:t>
            </w:r>
            <w:r>
              <w:rPr>
                <w:color w:val="000000"/>
                <w:sz w:val="15"/>
              </w:rPr>
              <w:t>»Juri Muri v Afriki« – Tone Pavček • NADALJEVANJE • odgovorna mobilnost, potovanje in predstavitev kraja</w:t>
            </w:r>
          </w:p>
        </w:tc>
      </w:tr>
      <w:tr w:rsidR="00623E5F" w14:paraId="46E5BBEA" w14:textId="77777777">
        <w:trPr>
          <w:cantSplit/>
          <w:jc w:val="center"/>
        </w:trPr>
        <w:tc>
          <w:tcPr>
            <w:tcW w:w="14060" w:type="dxa"/>
            <w:gridSpan w:val="6"/>
            <w:tcMar>
              <w:top w:w="70" w:type="dxa"/>
              <w:left w:w="90" w:type="dxa"/>
              <w:bottom w:w="70" w:type="dxa"/>
              <w:right w:w="90" w:type="dxa"/>
            </w:tcMar>
            <w:vAlign w:val="center"/>
          </w:tcPr>
          <w:p w14:paraId="34DC90B9" w14:textId="77777777" w:rsidR="00623E5F" w:rsidRDefault="00623E5F"/>
          <w:p w14:paraId="0CA8E855" w14:textId="77777777" w:rsidR="00623E5F" w:rsidRDefault="00000000">
            <w:pPr>
              <w:spacing w:line="245" w:lineRule="auto"/>
            </w:pPr>
            <w:r>
              <w:rPr>
                <w:b/>
                <w:color w:val="000000"/>
                <w:sz w:val="15"/>
              </w:rPr>
              <w:t xml:space="preserve">GIBALNO IZHODIŠČE / MOTIVACIJA: </w:t>
            </w:r>
            <w:r>
              <w:rPr>
                <w:color w:val="000000"/>
                <w:sz w:val="15"/>
              </w:rPr>
              <w:t>trije simboli - tek, skok in met - vabijo k napovedi tehnike, varnega prehoda in osebnega izziva pri temi »preizkus gibalnih nalog«. Tedenski gibalni izziv: izvede preizkus gibalnih nalog kot potovalne postaje.</w:t>
            </w:r>
          </w:p>
        </w:tc>
      </w:tr>
      <w:tr w:rsidR="00623E5F" w14:paraId="44595F13" w14:textId="77777777">
        <w:trPr>
          <w:cantSplit/>
          <w:jc w:val="center"/>
        </w:trPr>
        <w:tc>
          <w:tcPr>
            <w:tcW w:w="14060" w:type="dxa"/>
            <w:gridSpan w:val="6"/>
            <w:tcMar>
              <w:top w:w="70" w:type="dxa"/>
              <w:left w:w="90" w:type="dxa"/>
              <w:bottom w:w="70" w:type="dxa"/>
              <w:right w:w="90" w:type="dxa"/>
            </w:tcMar>
            <w:vAlign w:val="center"/>
          </w:tcPr>
          <w:p w14:paraId="7666D696" w14:textId="77777777" w:rsidR="00623E5F" w:rsidRDefault="00623E5F"/>
          <w:p w14:paraId="62432117" w14:textId="77777777" w:rsidR="00623E5F" w:rsidRDefault="00000000">
            <w:pPr>
              <w:spacing w:line="245" w:lineRule="auto"/>
            </w:pPr>
            <w:r>
              <w:rPr>
                <w:b/>
                <w:color w:val="000000"/>
                <w:sz w:val="15"/>
              </w:rPr>
              <w:t xml:space="preserve">UČNE ENOTE: </w:t>
            </w:r>
            <w:r>
              <w:rPr>
                <w:color w:val="000000"/>
                <w:sz w:val="15"/>
              </w:rPr>
              <w:t>1. ura – Preizkus gibalnih nalog – Ogrejem se in usvojim gib • 2. ura – Preizkus gibalnih nalog – Vadim na postajah • 3. ura – Preizkus gibalnih nalog – Uporabim v igri</w:t>
            </w:r>
          </w:p>
        </w:tc>
      </w:tr>
      <w:tr w:rsidR="00623E5F" w14:paraId="5C5C34C8" w14:textId="77777777">
        <w:trPr>
          <w:cantSplit/>
          <w:jc w:val="center"/>
        </w:trPr>
        <w:tc>
          <w:tcPr>
            <w:tcW w:w="14060" w:type="dxa"/>
            <w:gridSpan w:val="6"/>
            <w:tcMar>
              <w:top w:w="70" w:type="dxa"/>
              <w:left w:w="90" w:type="dxa"/>
              <w:bottom w:w="70" w:type="dxa"/>
              <w:right w:w="90" w:type="dxa"/>
            </w:tcMar>
            <w:vAlign w:val="center"/>
          </w:tcPr>
          <w:p w14:paraId="33A12F13" w14:textId="77777777" w:rsidR="00623E5F" w:rsidRDefault="00623E5F"/>
          <w:p w14:paraId="4997B734"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26A8FB3B" w14:textId="77777777">
        <w:trPr>
          <w:cantSplit/>
          <w:jc w:val="center"/>
        </w:trPr>
        <w:tc>
          <w:tcPr>
            <w:tcW w:w="14060" w:type="dxa"/>
            <w:gridSpan w:val="6"/>
            <w:tcMar>
              <w:top w:w="70" w:type="dxa"/>
              <w:left w:w="90" w:type="dxa"/>
              <w:bottom w:w="70" w:type="dxa"/>
              <w:right w:w="90" w:type="dxa"/>
            </w:tcMar>
            <w:vAlign w:val="center"/>
          </w:tcPr>
          <w:p w14:paraId="5861D644" w14:textId="77777777" w:rsidR="00623E5F" w:rsidRDefault="00623E5F"/>
          <w:p w14:paraId="3C65C0FA"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2487FCE9" w14:textId="77777777">
        <w:trPr>
          <w:cantSplit/>
          <w:jc w:val="center"/>
        </w:trPr>
        <w:tc>
          <w:tcPr>
            <w:tcW w:w="14060" w:type="dxa"/>
            <w:gridSpan w:val="6"/>
            <w:tcMar>
              <w:top w:w="70" w:type="dxa"/>
              <w:left w:w="90" w:type="dxa"/>
              <w:bottom w:w="70" w:type="dxa"/>
              <w:right w:w="90" w:type="dxa"/>
            </w:tcMar>
            <w:vAlign w:val="center"/>
          </w:tcPr>
          <w:p w14:paraId="3BBADA0E" w14:textId="77777777" w:rsidR="00623E5F" w:rsidRDefault="00623E5F"/>
          <w:p w14:paraId="0A4C19D7"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227D4C94" w14:textId="77777777">
        <w:trPr>
          <w:cantSplit/>
          <w:jc w:val="center"/>
        </w:trPr>
        <w:tc>
          <w:tcPr>
            <w:tcW w:w="14060" w:type="dxa"/>
            <w:gridSpan w:val="6"/>
            <w:tcMar>
              <w:top w:w="70" w:type="dxa"/>
              <w:left w:w="90" w:type="dxa"/>
              <w:bottom w:w="70" w:type="dxa"/>
              <w:right w:w="90" w:type="dxa"/>
            </w:tcMar>
            <w:vAlign w:val="center"/>
          </w:tcPr>
          <w:p w14:paraId="0FFE4C24" w14:textId="77777777" w:rsidR="00623E5F" w:rsidRDefault="00623E5F"/>
          <w:p w14:paraId="29BBBE39" w14:textId="77777777" w:rsidR="00623E5F" w:rsidRDefault="00000000">
            <w:pPr>
              <w:spacing w:line="245" w:lineRule="auto"/>
            </w:pPr>
            <w:r>
              <w:rPr>
                <w:b/>
                <w:color w:val="000000"/>
                <w:sz w:val="15"/>
              </w:rPr>
              <w:t xml:space="preserve">MEDPREDMETNE POVEZAVE: </w:t>
            </w:r>
            <w:r>
              <w:rPr>
                <w:color w:val="000000"/>
                <w:sz w:val="15"/>
              </w:rPr>
              <w:t>SPO – odgovorna mobilnost, potovanje in predstavitev kraja, telo, zdravje, varnost in okolje; SLJ – poslušanje navodila, športno izrazje, kratka razlaga in podporna povratna informacija; MAT – smer, zaporedje, razdalja, merjenje in primerjanje; GUM – ritem, tempo in odziv na zvočni znak.</w:t>
            </w:r>
          </w:p>
        </w:tc>
      </w:tr>
      <w:tr w:rsidR="00623E5F" w14:paraId="38045F3B" w14:textId="77777777">
        <w:trPr>
          <w:cantSplit/>
          <w:jc w:val="center"/>
        </w:trPr>
        <w:tc>
          <w:tcPr>
            <w:tcW w:w="14060" w:type="dxa"/>
            <w:gridSpan w:val="6"/>
            <w:tcMar>
              <w:top w:w="70" w:type="dxa"/>
              <w:left w:w="90" w:type="dxa"/>
              <w:bottom w:w="70" w:type="dxa"/>
              <w:right w:w="90" w:type="dxa"/>
            </w:tcMar>
            <w:vAlign w:val="center"/>
          </w:tcPr>
          <w:p w14:paraId="3BEF8243" w14:textId="77777777" w:rsidR="00623E5F" w:rsidRDefault="00623E5F"/>
          <w:p w14:paraId="6E651C87" w14:textId="77777777" w:rsidR="00623E5F" w:rsidRDefault="00000000">
            <w:pPr>
              <w:spacing w:line="245" w:lineRule="auto"/>
            </w:pPr>
            <w:r>
              <w:rPr>
                <w:b/>
                <w:color w:val="000000"/>
                <w:sz w:val="15"/>
              </w:rPr>
              <w:t xml:space="preserve">UČNA SREDSTVA IN PRIPOMOČKI: </w:t>
            </w:r>
            <w:r>
              <w:rPr>
                <w:color w:val="000000"/>
                <w:sz w:val="15"/>
              </w:rPr>
              <w:t>stožci, nizke ovire, merilni trak, talne črte, mehke žogice ali vrečke za met, obroči in blazine za doskok; kartice namena in kriterijev; oznake štirih postaj; opazovalni list; semafor napora in mapa dokazov</w:t>
            </w:r>
          </w:p>
        </w:tc>
      </w:tr>
      <w:tr w:rsidR="00623E5F" w14:paraId="0AF3F223" w14:textId="77777777">
        <w:trPr>
          <w:cantSplit/>
          <w:jc w:val="center"/>
        </w:trPr>
        <w:tc>
          <w:tcPr>
            <w:tcW w:w="14060" w:type="dxa"/>
            <w:gridSpan w:val="6"/>
            <w:tcMar>
              <w:top w:w="70" w:type="dxa"/>
              <w:left w:w="90" w:type="dxa"/>
              <w:bottom w:w="70" w:type="dxa"/>
              <w:right w:w="90" w:type="dxa"/>
            </w:tcMar>
            <w:vAlign w:val="center"/>
          </w:tcPr>
          <w:p w14:paraId="1AC61B66" w14:textId="77777777" w:rsidR="00623E5F" w:rsidRDefault="00623E5F"/>
          <w:p w14:paraId="3D15DE0A"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1E32FCE0" w14:textId="77777777">
        <w:trPr>
          <w:cantSplit/>
          <w:jc w:val="center"/>
        </w:trPr>
        <w:tc>
          <w:tcPr>
            <w:tcW w:w="14060" w:type="dxa"/>
            <w:gridSpan w:val="6"/>
            <w:tcMar>
              <w:top w:w="70" w:type="dxa"/>
              <w:left w:w="90" w:type="dxa"/>
              <w:bottom w:w="70" w:type="dxa"/>
              <w:right w:w="90" w:type="dxa"/>
            </w:tcMar>
            <w:vAlign w:val="center"/>
          </w:tcPr>
          <w:p w14:paraId="4B9CEDA6" w14:textId="77777777" w:rsidR="00623E5F" w:rsidRDefault="00623E5F"/>
          <w:p w14:paraId="5E55D757"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0EA8AF92" w14:textId="77777777">
        <w:trPr>
          <w:cantSplit/>
          <w:jc w:val="center"/>
        </w:trPr>
        <w:tc>
          <w:tcPr>
            <w:tcW w:w="14060" w:type="dxa"/>
            <w:gridSpan w:val="6"/>
            <w:tcMar>
              <w:top w:w="70" w:type="dxa"/>
              <w:left w:w="90" w:type="dxa"/>
              <w:bottom w:w="70" w:type="dxa"/>
              <w:right w:w="90" w:type="dxa"/>
            </w:tcMar>
            <w:vAlign w:val="center"/>
          </w:tcPr>
          <w:p w14:paraId="251BCFCE" w14:textId="77777777" w:rsidR="00623E5F" w:rsidRDefault="00623E5F"/>
          <w:p w14:paraId="36FFCEAE"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78643D0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35DEB3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885BF82"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E10BE35" w14:textId="77777777" w:rsidR="00623E5F" w:rsidRDefault="00000000">
            <w:pPr>
              <w:jc w:val="center"/>
            </w:pPr>
            <w:r>
              <w:rPr>
                <w:b/>
                <w:color w:val="000000"/>
                <w:sz w:val="20"/>
              </w:rPr>
              <w:t>UČNE DEJAVNOSTI, METODE IN FORMATIVNO SPREMLJANJE</w:t>
            </w:r>
          </w:p>
        </w:tc>
      </w:tr>
      <w:tr w:rsidR="00623E5F" w14:paraId="77524725" w14:textId="77777777">
        <w:trPr>
          <w:tblHeader/>
          <w:jc w:val="center"/>
        </w:trPr>
        <w:tc>
          <w:tcPr>
            <w:tcW w:w="4422" w:type="dxa"/>
            <w:vMerge/>
            <w:tcMar>
              <w:top w:w="70" w:type="dxa"/>
              <w:left w:w="90" w:type="dxa"/>
              <w:bottom w:w="70" w:type="dxa"/>
              <w:right w:w="90" w:type="dxa"/>
            </w:tcMar>
            <w:vAlign w:val="center"/>
          </w:tcPr>
          <w:p w14:paraId="25168A42" w14:textId="77777777" w:rsidR="00623E5F" w:rsidRDefault="00623E5F"/>
        </w:tc>
        <w:tc>
          <w:tcPr>
            <w:tcW w:w="7087" w:type="dxa"/>
            <w:shd w:val="clear" w:color="auto" w:fill="FFFFFF"/>
            <w:tcMar>
              <w:top w:w="70" w:type="dxa"/>
              <w:left w:w="90" w:type="dxa"/>
              <w:bottom w:w="70" w:type="dxa"/>
              <w:right w:w="90" w:type="dxa"/>
            </w:tcMar>
            <w:vAlign w:val="center"/>
          </w:tcPr>
          <w:p w14:paraId="6CC2CC8E"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082E67D7" w14:textId="77777777" w:rsidR="00623E5F" w:rsidRDefault="00000000">
            <w:pPr>
              <w:jc w:val="center"/>
            </w:pPr>
            <w:r>
              <w:rPr>
                <w:b/>
                <w:color w:val="000000"/>
              </w:rPr>
              <w:t>UČENEC</w:t>
            </w:r>
          </w:p>
        </w:tc>
      </w:tr>
      <w:tr w:rsidR="00623E5F" w14:paraId="570618B5" w14:textId="77777777">
        <w:trPr>
          <w:jc w:val="center"/>
        </w:trPr>
        <w:tc>
          <w:tcPr>
            <w:tcW w:w="4422" w:type="dxa"/>
            <w:tcMar>
              <w:top w:w="70" w:type="dxa"/>
              <w:left w:w="90" w:type="dxa"/>
              <w:bottom w:w="70" w:type="dxa"/>
              <w:right w:w="90" w:type="dxa"/>
            </w:tcMar>
          </w:tcPr>
          <w:p w14:paraId="2A803E72" w14:textId="77777777" w:rsidR="00623E5F" w:rsidRDefault="00623E5F"/>
          <w:p w14:paraId="14E85363" w14:textId="77777777" w:rsidR="00623E5F" w:rsidRDefault="00000000">
            <w:pPr>
              <w:spacing w:after="60" w:line="245" w:lineRule="auto"/>
            </w:pPr>
            <w:r>
              <w:rPr>
                <w:b/>
                <w:color w:val="000000"/>
              </w:rPr>
              <w:t>UČNI CILJI</w:t>
            </w:r>
          </w:p>
          <w:p w14:paraId="2FD3CABE" w14:textId="77777777" w:rsidR="00623E5F" w:rsidRDefault="00000000">
            <w:pPr>
              <w:spacing w:after="20" w:line="245" w:lineRule="auto"/>
            </w:pPr>
            <w:r>
              <w:rPr>
                <w:b/>
                <w:color w:val="000000"/>
                <w:sz w:val="17"/>
              </w:rPr>
              <w:t>SPLOŠNI</w:t>
            </w:r>
          </w:p>
          <w:p w14:paraId="6B15A354"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3827B238" w14:textId="77777777" w:rsidR="00623E5F" w:rsidRDefault="00000000">
            <w:pPr>
              <w:pStyle w:val="Oznaenseznam"/>
              <w:spacing w:after="16"/>
            </w:pPr>
            <w:r>
              <w:rPr>
                <w:color w:val="000000"/>
                <w:sz w:val="15"/>
              </w:rPr>
              <w:t>varno hodi, teče, skače, meče, pleza, se plazi, lovi, ravnoteži, pleše in uporablja različne rekvizite</w:t>
            </w:r>
          </w:p>
          <w:p w14:paraId="65ECECFA" w14:textId="77777777" w:rsidR="00623E5F" w:rsidRDefault="00000000">
            <w:pPr>
              <w:pStyle w:val="Oznaenseznam"/>
              <w:spacing w:after="16"/>
            </w:pPr>
            <w:r>
              <w:rPr>
                <w:color w:val="000000"/>
                <w:sz w:val="15"/>
              </w:rPr>
              <w:t>razume pomen rednega gibanja, ogrevanja, higiene, primerne opreme, počitka in varnega ravnanja</w:t>
            </w:r>
          </w:p>
          <w:p w14:paraId="4D4C1C78"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7BED05C6" w14:textId="77777777" w:rsidR="00623E5F" w:rsidRDefault="00000000">
            <w:pPr>
              <w:spacing w:before="40" w:after="20" w:line="245" w:lineRule="auto"/>
            </w:pPr>
            <w:r>
              <w:rPr>
                <w:b/>
                <w:color w:val="000000"/>
                <w:sz w:val="17"/>
              </w:rPr>
              <w:t>OPERATIVNI</w:t>
            </w:r>
          </w:p>
          <w:p w14:paraId="4F03897F" w14:textId="77777777" w:rsidR="00623E5F" w:rsidRDefault="00000000">
            <w:pPr>
              <w:pStyle w:val="Oznaenseznam"/>
              <w:spacing w:after="16"/>
            </w:pPr>
            <w:r>
              <w:rPr>
                <w:color w:val="000000"/>
                <w:sz w:val="15"/>
              </w:rPr>
              <w:t>pokaže napredek v teku, skoku in metu</w:t>
            </w:r>
          </w:p>
          <w:p w14:paraId="55BE9DAF" w14:textId="77777777" w:rsidR="00623E5F" w:rsidRDefault="00000000">
            <w:pPr>
              <w:pStyle w:val="Oznaenseznam"/>
              <w:spacing w:after="16"/>
            </w:pPr>
            <w:r>
              <w:rPr>
                <w:color w:val="000000"/>
                <w:sz w:val="15"/>
              </w:rPr>
              <w:t>upošteva pošteno igro</w:t>
            </w:r>
          </w:p>
          <w:p w14:paraId="0CB42688" w14:textId="77777777" w:rsidR="00623E5F" w:rsidRDefault="00000000">
            <w:pPr>
              <w:pStyle w:val="Oznaenseznam"/>
              <w:spacing w:after="16"/>
            </w:pPr>
            <w:r>
              <w:rPr>
                <w:color w:val="000000"/>
                <w:sz w:val="15"/>
              </w:rPr>
              <w:t>samovrednoti trud</w:t>
            </w:r>
          </w:p>
          <w:p w14:paraId="7636EEB8" w14:textId="77777777" w:rsidR="00623E5F" w:rsidRDefault="00000000">
            <w:pPr>
              <w:spacing w:before="40" w:after="20" w:line="245" w:lineRule="auto"/>
            </w:pPr>
            <w:r>
              <w:rPr>
                <w:b/>
                <w:color w:val="000000"/>
                <w:sz w:val="17"/>
              </w:rPr>
              <w:t>PRIČAKOVANI DOSEŽKI / MINIMALNI POUDARKI</w:t>
            </w:r>
          </w:p>
          <w:p w14:paraId="3470F557" w14:textId="77777777" w:rsidR="00623E5F" w:rsidRDefault="00000000">
            <w:pPr>
              <w:pStyle w:val="Oznaenseznam"/>
              <w:spacing w:after="16"/>
            </w:pPr>
            <w:r>
              <w:rPr>
                <w:color w:val="000000"/>
                <w:sz w:val="15"/>
              </w:rPr>
              <w:t>učenec samostojno oziroma z dogovorjeno oporo pokaže napredek v teku, skoku in metu</w:t>
            </w:r>
          </w:p>
          <w:p w14:paraId="6C80E50B" w14:textId="77777777" w:rsidR="00623E5F" w:rsidRDefault="00000000">
            <w:pPr>
              <w:pStyle w:val="Oznaenseznam"/>
              <w:spacing w:after="16"/>
            </w:pPr>
            <w:r>
              <w:rPr>
                <w:color w:val="000000"/>
                <w:sz w:val="15"/>
              </w:rPr>
              <w:t>učenec samostojno oziroma z dogovorjeno oporo upošteva pošteno igro</w:t>
            </w:r>
          </w:p>
          <w:p w14:paraId="27DFBA0E" w14:textId="77777777" w:rsidR="00623E5F" w:rsidRDefault="00000000">
            <w:pPr>
              <w:pStyle w:val="Oznaenseznam"/>
              <w:spacing w:after="16"/>
            </w:pPr>
            <w:r>
              <w:rPr>
                <w:color w:val="000000"/>
                <w:sz w:val="15"/>
              </w:rPr>
              <w:t>učenec samostojno oziroma z dogovorjeno oporo samovrednoti trud</w:t>
            </w:r>
          </w:p>
        </w:tc>
        <w:tc>
          <w:tcPr>
            <w:tcW w:w="7087" w:type="dxa"/>
            <w:tcMar>
              <w:top w:w="70" w:type="dxa"/>
              <w:left w:w="90" w:type="dxa"/>
              <w:bottom w:w="70" w:type="dxa"/>
              <w:right w:w="90" w:type="dxa"/>
            </w:tcMar>
          </w:tcPr>
          <w:p w14:paraId="4CF163A8"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A4C3C81" w14:textId="77777777">
              <w:trPr>
                <w:jc w:val="center"/>
              </w:trPr>
              <w:tc>
                <w:tcPr>
                  <w:tcW w:w="7087" w:type="dxa"/>
                  <w:shd w:val="clear" w:color="auto" w:fill="C6E7F3"/>
                  <w:tcMar>
                    <w:top w:w="45" w:type="dxa"/>
                    <w:left w:w="70" w:type="dxa"/>
                    <w:bottom w:w="45" w:type="dxa"/>
                    <w:right w:w="70" w:type="dxa"/>
                  </w:tcMar>
                </w:tcPr>
                <w:p w14:paraId="63890330" w14:textId="77777777" w:rsidR="00623E5F" w:rsidRDefault="00000000">
                  <w:pPr>
                    <w:keepNext/>
                  </w:pPr>
                  <w:r>
                    <w:rPr>
                      <w:b/>
                      <w:color w:val="000000"/>
                    </w:rPr>
                    <w:t>UVODNI DEL – POČUTJE, GIBALNI NAMIG, PREDZNANJE IN NAMEN UČENJA (7–10 min)</w:t>
                  </w:r>
                </w:p>
              </w:tc>
            </w:tr>
          </w:tbl>
          <w:p w14:paraId="79B9E233" w14:textId="77777777" w:rsidR="00623E5F" w:rsidRDefault="00623E5F">
            <w:pPr>
              <w:spacing w:line="20" w:lineRule="exact"/>
            </w:pPr>
          </w:p>
          <w:p w14:paraId="6B27A75A" w14:textId="77777777" w:rsidR="00623E5F" w:rsidRDefault="00000000">
            <w:pPr>
              <w:spacing w:before="40" w:after="60" w:line="245" w:lineRule="auto"/>
            </w:pPr>
            <w:r>
              <w:rPr>
                <w:color w:val="000000"/>
                <w:sz w:val="15"/>
              </w:rPr>
              <w:t>Ob književnem motivu »Juri Muri v Afriki« – Tone Pavček • NADALJEVANJE učenci vstopijo v temo odgovorna mobilnost, potovanje in predstavitev kraja. Učiteljica pripravi kratek gibalni namig: trije simboli - tek, skok in met - vabijo k napovedi tehnike, varnega prehoda in osebnega izziva pri temi »preizkus gibalnih nalog«. Tedenski gibalni izziv: izvede preizkus gibalnih nalog kot potovalne postaje.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5E902EC1" w14:textId="77777777">
              <w:trPr>
                <w:jc w:val="center"/>
              </w:trPr>
              <w:tc>
                <w:tcPr>
                  <w:tcW w:w="7087" w:type="dxa"/>
                  <w:shd w:val="clear" w:color="auto" w:fill="EDC9EA"/>
                  <w:tcMar>
                    <w:top w:w="45" w:type="dxa"/>
                    <w:left w:w="70" w:type="dxa"/>
                    <w:bottom w:w="45" w:type="dxa"/>
                    <w:right w:w="70" w:type="dxa"/>
                  </w:tcMar>
                </w:tcPr>
                <w:p w14:paraId="6B4C0607" w14:textId="77777777" w:rsidR="00623E5F" w:rsidRDefault="00000000">
                  <w:pPr>
                    <w:keepNext/>
                  </w:pPr>
                  <w:r>
                    <w:rPr>
                      <w:b/>
                      <w:color w:val="000000"/>
                    </w:rPr>
                    <w:t>NAMENI UČENJA</w:t>
                  </w:r>
                </w:p>
              </w:tc>
            </w:tr>
          </w:tbl>
          <w:p w14:paraId="5C5E97D3" w14:textId="77777777" w:rsidR="00623E5F" w:rsidRDefault="00623E5F">
            <w:pPr>
              <w:spacing w:line="20" w:lineRule="exact"/>
            </w:pPr>
          </w:p>
          <w:p w14:paraId="33F36134"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1AE4E2C8" w14:textId="77777777" w:rsidR="00623E5F" w:rsidRDefault="00000000">
            <w:pPr>
              <w:pStyle w:val="Oznaenseznam"/>
              <w:spacing w:after="16"/>
            </w:pPr>
            <w:r>
              <w:rPr>
                <w:color w:val="000000"/>
                <w:sz w:val="15"/>
              </w:rPr>
              <w:t>pokažem napredek v teku, skoku in metu</w:t>
            </w:r>
          </w:p>
          <w:p w14:paraId="59DCD2CB" w14:textId="77777777" w:rsidR="00623E5F" w:rsidRDefault="00000000">
            <w:pPr>
              <w:pStyle w:val="Oznaenseznam"/>
              <w:spacing w:after="16"/>
            </w:pPr>
            <w:r>
              <w:rPr>
                <w:color w:val="000000"/>
                <w:sz w:val="15"/>
              </w:rPr>
              <w:t>upoštevam pošteno igro</w:t>
            </w:r>
          </w:p>
          <w:p w14:paraId="078FA22C" w14:textId="77777777" w:rsidR="00623E5F" w:rsidRDefault="00000000">
            <w:pPr>
              <w:pStyle w:val="Oznaenseznam"/>
              <w:spacing w:after="16"/>
            </w:pPr>
            <w:r>
              <w:rPr>
                <w:color w:val="000000"/>
                <w:sz w:val="15"/>
              </w:rPr>
              <w:t>samovrednotim trud</w:t>
            </w:r>
          </w:p>
          <w:tbl>
            <w:tblPr>
              <w:tblStyle w:val="Tabelamrea"/>
              <w:tblW w:w="0" w:type="auto"/>
              <w:jc w:val="center"/>
              <w:tblLayout w:type="fixed"/>
              <w:tblLook w:val="04A0" w:firstRow="1" w:lastRow="0" w:firstColumn="1" w:lastColumn="0" w:noHBand="0" w:noVBand="1"/>
            </w:tblPr>
            <w:tblGrid>
              <w:gridCol w:w="7087"/>
            </w:tblGrid>
            <w:tr w:rsidR="00623E5F" w14:paraId="25AE9C89" w14:textId="77777777">
              <w:trPr>
                <w:jc w:val="center"/>
              </w:trPr>
              <w:tc>
                <w:tcPr>
                  <w:tcW w:w="7087" w:type="dxa"/>
                  <w:shd w:val="clear" w:color="auto" w:fill="EDC9EA"/>
                  <w:tcMar>
                    <w:top w:w="45" w:type="dxa"/>
                    <w:left w:w="70" w:type="dxa"/>
                    <w:bottom w:w="45" w:type="dxa"/>
                    <w:right w:w="70" w:type="dxa"/>
                  </w:tcMar>
                </w:tcPr>
                <w:p w14:paraId="2C4D1F18" w14:textId="77777777" w:rsidR="00623E5F" w:rsidRDefault="00000000">
                  <w:pPr>
                    <w:keepNext/>
                  </w:pPr>
                  <w:r>
                    <w:rPr>
                      <w:b/>
                      <w:color w:val="000000"/>
                    </w:rPr>
                    <w:t>PREVERJANJE PREDZNANJA</w:t>
                  </w:r>
                </w:p>
              </w:tc>
            </w:tr>
          </w:tbl>
          <w:p w14:paraId="36B7EBD1" w14:textId="77777777" w:rsidR="00623E5F" w:rsidRDefault="00623E5F">
            <w:pPr>
              <w:spacing w:line="20" w:lineRule="exact"/>
            </w:pPr>
          </w:p>
          <w:p w14:paraId="48DE85AB" w14:textId="77777777" w:rsidR="00623E5F" w:rsidRDefault="00000000">
            <w:pPr>
              <w:pStyle w:val="Oznaenseznam"/>
              <w:spacing w:after="16"/>
            </w:pPr>
            <w:r>
              <w:rPr>
                <w:color w:val="000000"/>
                <w:sz w:val="15"/>
              </w:rPr>
              <w:t>Kaj moje telo in prostor že znata pokazati pri temi »PREIZKUS GIBALNIH NALOG«?</w:t>
            </w:r>
          </w:p>
          <w:p w14:paraId="1BBADBAC" w14:textId="77777777" w:rsidR="00623E5F" w:rsidRDefault="00000000">
            <w:pPr>
              <w:pStyle w:val="Oznaenseznam"/>
              <w:spacing w:after="16"/>
            </w:pPr>
            <w:r>
              <w:rPr>
                <w:color w:val="000000"/>
                <w:sz w:val="15"/>
              </w:rPr>
              <w:t>Katero varnostno pravilo, gibalni korak ali strategijo že obvladam in kaj bi najprej preizkusil/-a?</w:t>
            </w:r>
          </w:p>
          <w:p w14:paraId="6A8A1432"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7F9F3F9E" w14:textId="77777777">
              <w:trPr>
                <w:jc w:val="center"/>
              </w:trPr>
              <w:tc>
                <w:tcPr>
                  <w:tcW w:w="7087" w:type="dxa"/>
                  <w:shd w:val="clear" w:color="auto" w:fill="EDC9EA"/>
                  <w:tcMar>
                    <w:top w:w="45" w:type="dxa"/>
                    <w:left w:w="70" w:type="dxa"/>
                    <w:bottom w:w="45" w:type="dxa"/>
                    <w:right w:w="70" w:type="dxa"/>
                  </w:tcMar>
                </w:tcPr>
                <w:p w14:paraId="4E35C3A4" w14:textId="77777777" w:rsidR="00623E5F" w:rsidRDefault="00000000">
                  <w:pPr>
                    <w:keepNext/>
                  </w:pPr>
                  <w:r>
                    <w:rPr>
                      <w:b/>
                      <w:color w:val="000000"/>
                    </w:rPr>
                    <w:t>KRITERIJI USPEŠNOSTI</w:t>
                  </w:r>
                </w:p>
              </w:tc>
            </w:tr>
          </w:tbl>
          <w:p w14:paraId="1B5896D3" w14:textId="77777777" w:rsidR="00623E5F" w:rsidRDefault="00623E5F"/>
          <w:p w14:paraId="309ECB09" w14:textId="77777777" w:rsidR="00623E5F" w:rsidRDefault="00000000">
            <w:pPr>
              <w:spacing w:before="20" w:after="20" w:line="245" w:lineRule="auto"/>
            </w:pPr>
            <w:r>
              <w:rPr>
                <w:b/>
                <w:color w:val="000000"/>
                <w:sz w:val="16"/>
              </w:rPr>
              <w:t>Uspešen/-na bom, ko:</w:t>
            </w:r>
          </w:p>
          <w:p w14:paraId="56DFDC74" w14:textId="77777777" w:rsidR="00623E5F" w:rsidRDefault="00000000">
            <w:pPr>
              <w:pStyle w:val="Oznaenseznam"/>
              <w:spacing w:after="16"/>
            </w:pPr>
            <w:r>
              <w:rPr>
                <w:color w:val="000000"/>
                <w:sz w:val="15"/>
              </w:rPr>
              <w:t>pokažem napredek v teku, skoku in metu</w:t>
            </w:r>
          </w:p>
          <w:p w14:paraId="65193338" w14:textId="77777777" w:rsidR="00623E5F" w:rsidRDefault="00000000">
            <w:pPr>
              <w:pStyle w:val="Oznaenseznam"/>
              <w:spacing w:after="16"/>
            </w:pPr>
            <w:r>
              <w:rPr>
                <w:color w:val="000000"/>
                <w:sz w:val="15"/>
              </w:rPr>
              <w:t>upoštevam pošteno igro</w:t>
            </w:r>
          </w:p>
          <w:p w14:paraId="12CEC676" w14:textId="77777777" w:rsidR="00623E5F" w:rsidRDefault="00000000">
            <w:pPr>
              <w:pStyle w:val="Oznaenseznam"/>
              <w:spacing w:after="16"/>
            </w:pPr>
            <w:r>
              <w:rPr>
                <w:color w:val="000000"/>
                <w:sz w:val="15"/>
              </w:rPr>
              <w:t>samovrednotim trud</w:t>
            </w:r>
          </w:p>
          <w:p w14:paraId="21A04B8D" w14:textId="77777777" w:rsidR="00623E5F" w:rsidRDefault="00000000">
            <w:pPr>
              <w:pStyle w:val="Oznaenseznam"/>
              <w:spacing w:after="16"/>
            </w:pPr>
            <w:r>
              <w:rPr>
                <w:color w:val="000000"/>
                <w:sz w:val="15"/>
              </w:rPr>
              <w:t>pred začetkom preverim prostor in opremo, ohranjam razdaljo ter se na znak varno ustavim</w:t>
            </w:r>
          </w:p>
          <w:p w14:paraId="1D7F19EB"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301220F7" w14:textId="77777777" w:rsidR="00623E5F" w:rsidRDefault="00623E5F"/>
          <w:p w14:paraId="42878058"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635376ED"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14063C77" w14:textId="77777777" w:rsidR="00623E5F" w:rsidRDefault="00000000">
            <w:pPr>
              <w:spacing w:after="100" w:line="245" w:lineRule="auto"/>
            </w:pPr>
            <w:r>
              <w:rPr>
                <w:color w:val="000000"/>
                <w:sz w:val="15"/>
              </w:rPr>
              <w:t>Sodeluje pri razumevanju namena, vidnih meril, varnostnih pravil, prehodov in načina dokazovanja.</w:t>
            </w:r>
          </w:p>
          <w:p w14:paraId="4E4A56F4" w14:textId="77777777" w:rsidR="00623E5F" w:rsidRDefault="00000000">
            <w:pPr>
              <w:spacing w:after="20" w:line="245" w:lineRule="auto"/>
            </w:pPr>
            <w:r>
              <w:rPr>
                <w:b/>
                <w:color w:val="D95BC6"/>
                <w:sz w:val="17"/>
              </w:rPr>
              <w:t>DOKAZ O UČENJU</w:t>
            </w:r>
          </w:p>
          <w:p w14:paraId="14F6B18D"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1FEEB138"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05FE28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311868A"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26323C3" w14:textId="77777777" w:rsidR="00623E5F" w:rsidRDefault="00000000">
            <w:pPr>
              <w:jc w:val="center"/>
            </w:pPr>
            <w:r>
              <w:rPr>
                <w:b/>
                <w:color w:val="000000"/>
                <w:sz w:val="20"/>
              </w:rPr>
              <w:t>UČNE DEJAVNOSTI, METODE IN FORMATIVNO SPREMLJANJE</w:t>
            </w:r>
          </w:p>
        </w:tc>
      </w:tr>
      <w:tr w:rsidR="00623E5F" w14:paraId="51509676" w14:textId="77777777">
        <w:trPr>
          <w:tblHeader/>
          <w:jc w:val="center"/>
        </w:trPr>
        <w:tc>
          <w:tcPr>
            <w:tcW w:w="4422" w:type="dxa"/>
            <w:vMerge/>
            <w:tcMar>
              <w:top w:w="70" w:type="dxa"/>
              <w:left w:w="90" w:type="dxa"/>
              <w:bottom w:w="70" w:type="dxa"/>
              <w:right w:w="90" w:type="dxa"/>
            </w:tcMar>
            <w:vAlign w:val="center"/>
          </w:tcPr>
          <w:p w14:paraId="59833F05" w14:textId="77777777" w:rsidR="00623E5F" w:rsidRDefault="00623E5F"/>
        </w:tc>
        <w:tc>
          <w:tcPr>
            <w:tcW w:w="7087" w:type="dxa"/>
            <w:shd w:val="clear" w:color="auto" w:fill="FFFFFF"/>
            <w:tcMar>
              <w:top w:w="70" w:type="dxa"/>
              <w:left w:w="90" w:type="dxa"/>
              <w:bottom w:w="70" w:type="dxa"/>
              <w:right w:w="90" w:type="dxa"/>
            </w:tcMar>
            <w:vAlign w:val="center"/>
          </w:tcPr>
          <w:p w14:paraId="1B159010"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5448936" w14:textId="77777777" w:rsidR="00623E5F" w:rsidRDefault="00000000">
            <w:pPr>
              <w:jc w:val="center"/>
            </w:pPr>
            <w:r>
              <w:rPr>
                <w:b/>
                <w:color w:val="000000"/>
              </w:rPr>
              <w:t>UČENEC</w:t>
            </w:r>
          </w:p>
        </w:tc>
      </w:tr>
      <w:tr w:rsidR="00623E5F" w14:paraId="1487FDA2" w14:textId="77777777">
        <w:trPr>
          <w:jc w:val="center"/>
        </w:trPr>
        <w:tc>
          <w:tcPr>
            <w:tcW w:w="4422" w:type="dxa"/>
            <w:tcMar>
              <w:top w:w="70" w:type="dxa"/>
              <w:left w:w="90" w:type="dxa"/>
              <w:bottom w:w="70" w:type="dxa"/>
              <w:right w:w="90" w:type="dxa"/>
            </w:tcMar>
          </w:tcPr>
          <w:p w14:paraId="1BA90F67" w14:textId="77777777" w:rsidR="00623E5F" w:rsidRDefault="00623E5F"/>
          <w:p w14:paraId="3FC0906D" w14:textId="77777777" w:rsidR="00623E5F" w:rsidRDefault="00000000">
            <w:pPr>
              <w:spacing w:after="40" w:line="245" w:lineRule="auto"/>
            </w:pPr>
            <w:r>
              <w:rPr>
                <w:b/>
                <w:color w:val="000000"/>
                <w:sz w:val="17"/>
              </w:rPr>
              <w:t>KLJUČNI ŠPORTNI IN GIBALNI POJMI</w:t>
            </w:r>
          </w:p>
          <w:p w14:paraId="59716D4E"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start, tek, nizka ovira, odriv, sonožni skok, doskok, met, cilj, daljina</w:t>
            </w:r>
          </w:p>
          <w:p w14:paraId="6F7B1CA7" w14:textId="77777777" w:rsidR="00623E5F" w:rsidRDefault="00000000">
            <w:pPr>
              <w:spacing w:after="20" w:line="245" w:lineRule="auto"/>
            </w:pPr>
            <w:r>
              <w:rPr>
                <w:b/>
                <w:color w:val="000000"/>
                <w:sz w:val="17"/>
              </w:rPr>
              <w:t>DOKAZI O UČENJU</w:t>
            </w:r>
          </w:p>
          <w:p w14:paraId="61073245" w14:textId="77777777" w:rsidR="00623E5F" w:rsidRDefault="00000000">
            <w:pPr>
              <w:pStyle w:val="Oznaenseznam"/>
              <w:spacing w:after="7"/>
            </w:pPr>
            <w:r>
              <w:rPr>
                <w:color w:val="000000"/>
                <w:sz w:val="14"/>
              </w:rPr>
              <w:t>varen odziv na znak, začetni poskus prvine in ustno varnostno pravilo.</w:t>
            </w:r>
          </w:p>
          <w:p w14:paraId="6C2067CA" w14:textId="77777777" w:rsidR="00623E5F" w:rsidRDefault="00000000">
            <w:pPr>
              <w:pStyle w:val="Oznaenseznam"/>
              <w:spacing w:after="7"/>
            </w:pPr>
            <w:r>
              <w:rPr>
                <w:color w:val="000000"/>
                <w:sz w:val="14"/>
              </w:rPr>
              <w:t>opazovalna kartica, izvedba na izbrani ravni in učiteljev zapis o napredku.</w:t>
            </w:r>
          </w:p>
          <w:p w14:paraId="323AB1B6" w14:textId="77777777" w:rsidR="00623E5F" w:rsidRDefault="00000000">
            <w:pPr>
              <w:pStyle w:val="Oznaenseznam"/>
              <w:spacing w:after="7"/>
            </w:pPr>
            <w:r>
              <w:rPr>
                <w:color w:val="000000"/>
                <w:sz w:val="14"/>
              </w:rPr>
              <w:t>uporaba prvine v igri, sodelovanje, upoštevanje pravil in osebno samovrednotenje.</w:t>
            </w:r>
          </w:p>
          <w:p w14:paraId="10C05A61" w14:textId="77777777" w:rsidR="00623E5F" w:rsidRDefault="00000000">
            <w:pPr>
              <w:spacing w:before="40" w:after="20" w:line="245" w:lineRule="auto"/>
            </w:pPr>
            <w:r>
              <w:rPr>
                <w:b/>
                <w:color w:val="000000"/>
                <w:sz w:val="16"/>
              </w:rPr>
              <w:t>GIBALNO DOŽIVETJE IN IZKUŠENJSKI POUK</w:t>
            </w:r>
          </w:p>
          <w:p w14:paraId="3E57E4C0"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4CEF655A" w14:textId="77777777" w:rsidR="00623E5F" w:rsidRDefault="00000000">
            <w:pPr>
              <w:spacing w:after="20" w:line="245" w:lineRule="auto"/>
            </w:pPr>
            <w:r>
              <w:rPr>
                <w:b/>
                <w:color w:val="000000"/>
                <w:sz w:val="16"/>
              </w:rPr>
              <w:t>POUČEVANJE V GIBANJU</w:t>
            </w:r>
          </w:p>
          <w:p w14:paraId="1710121A"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5E933234" w14:textId="77777777" w:rsidR="00623E5F" w:rsidRDefault="00000000">
            <w:pPr>
              <w:spacing w:after="20" w:line="245" w:lineRule="auto"/>
            </w:pPr>
            <w:r>
              <w:rPr>
                <w:b/>
                <w:color w:val="000000"/>
                <w:sz w:val="16"/>
              </w:rPr>
              <w:t>DELO PO ŠTIRIH POSTAJAH</w:t>
            </w:r>
          </w:p>
          <w:p w14:paraId="4FF9EF06"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425395DE" w14:textId="77777777" w:rsidR="00623E5F" w:rsidRDefault="00000000">
            <w:pPr>
              <w:spacing w:after="7" w:line="245" w:lineRule="auto"/>
            </w:pPr>
            <w:r>
              <w:rPr>
                <w:color w:val="000000"/>
                <w:sz w:val="14"/>
              </w:rPr>
              <w:t>1. Tekalna: po znaku stečem, uravnavam smer in hitrost ter vadim cilj »pokažem napredek v teku, skoku in metu«.</w:t>
            </w:r>
          </w:p>
          <w:p w14:paraId="1BA93394" w14:textId="77777777" w:rsidR="00623E5F" w:rsidRDefault="00000000">
            <w:pPr>
              <w:spacing w:after="7" w:line="245" w:lineRule="auto"/>
            </w:pPr>
            <w:r>
              <w:rPr>
                <w:color w:val="000000"/>
                <w:sz w:val="14"/>
              </w:rPr>
              <w:t>2. Skakalna: na treh razdaljah vadim sonožni odriv in varen doskok ter uresničujem cilj »upoštevam pošteno igro«.</w:t>
            </w:r>
          </w:p>
          <w:p w14:paraId="452C64A5" w14:textId="77777777" w:rsidR="00623E5F" w:rsidRDefault="00000000">
            <w:pPr>
              <w:spacing w:after="7" w:line="245" w:lineRule="auto"/>
            </w:pPr>
            <w:r>
              <w:rPr>
                <w:color w:val="000000"/>
                <w:sz w:val="14"/>
              </w:rPr>
              <w:t>3. Metalna: mehko žogico ali vrečko vržem v cilj oziroma daljino in jo poberem le na skupni znak.</w:t>
            </w:r>
          </w:p>
          <w:p w14:paraId="531DEA67" w14:textId="77777777" w:rsidR="00623E5F" w:rsidRDefault="00000000">
            <w:pPr>
              <w:spacing w:after="7" w:line="245" w:lineRule="auto"/>
            </w:pPr>
            <w:r>
              <w:rPr>
                <w:color w:val="000000"/>
                <w:sz w:val="14"/>
              </w:rPr>
              <w:t>4. Igralno-merilna: uporabim tek, skok ali met, primerjam le svoj dokaz in pokažem, kako »samovrednotim trud«.</w:t>
            </w:r>
          </w:p>
          <w:p w14:paraId="3DB650CD" w14:textId="77777777" w:rsidR="00623E5F" w:rsidRDefault="00000000">
            <w:pPr>
              <w:spacing w:after="20" w:line="245" w:lineRule="auto"/>
            </w:pPr>
            <w:r>
              <w:rPr>
                <w:b/>
                <w:color w:val="000000"/>
                <w:sz w:val="16"/>
              </w:rPr>
              <w:t>DIFERENCIACIJA IN VKLJUČEVANJE</w:t>
            </w:r>
          </w:p>
          <w:p w14:paraId="1646AB15"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301DF99B" w14:textId="77777777" w:rsidR="00623E5F" w:rsidRDefault="00000000">
            <w:pPr>
              <w:spacing w:after="20" w:line="245" w:lineRule="auto"/>
            </w:pPr>
            <w:r>
              <w:rPr>
                <w:b/>
                <w:color w:val="000000"/>
                <w:sz w:val="16"/>
              </w:rPr>
              <w:t>SPREMLJANJE</w:t>
            </w:r>
          </w:p>
          <w:p w14:paraId="08FD72E6"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7E2D8EE2"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50F8D20" w14:textId="77777777">
              <w:trPr>
                <w:jc w:val="center"/>
              </w:trPr>
              <w:tc>
                <w:tcPr>
                  <w:tcW w:w="7087" w:type="dxa"/>
                  <w:shd w:val="clear" w:color="auto" w:fill="C6E7F3"/>
                  <w:tcMar>
                    <w:top w:w="45" w:type="dxa"/>
                    <w:left w:w="70" w:type="dxa"/>
                    <w:bottom w:w="45" w:type="dxa"/>
                    <w:right w:w="70" w:type="dxa"/>
                  </w:tcMar>
                </w:tcPr>
                <w:p w14:paraId="34CF702F" w14:textId="77777777" w:rsidR="00623E5F" w:rsidRDefault="00000000">
                  <w:pPr>
                    <w:keepNext/>
                  </w:pPr>
                  <w:r>
                    <w:rPr>
                      <w:b/>
                      <w:color w:val="000000"/>
                      <w:sz w:val="16"/>
                    </w:rPr>
                    <w:t>GLAVNI DEL – GIBALNI IZZIV, VADBA NA ŠTIRIH POSTAJAH IN IGRA (3 šolske ure)</w:t>
                  </w:r>
                </w:p>
              </w:tc>
            </w:tr>
          </w:tbl>
          <w:p w14:paraId="10A5B422" w14:textId="77777777" w:rsidR="00623E5F" w:rsidRDefault="00623E5F">
            <w:pPr>
              <w:spacing w:line="20" w:lineRule="exact"/>
            </w:pPr>
          </w:p>
          <w:p w14:paraId="3FFC35F9" w14:textId="77777777" w:rsidR="00623E5F" w:rsidRDefault="00000000">
            <w:pPr>
              <w:keepNext/>
              <w:spacing w:before="16" w:after="6" w:line="245" w:lineRule="auto"/>
            </w:pPr>
            <w:r>
              <w:rPr>
                <w:b/>
                <w:color w:val="000000"/>
                <w:sz w:val="15"/>
              </w:rPr>
              <w:t>1. URA – Preizkus gibalnih nalog – Ogrejem se in usvojim gib</w:t>
            </w:r>
          </w:p>
          <w:p w14:paraId="49AF5F15"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»Juri Muri v Afriki« – Tone Pavček • NADALJEVANJE. Osrednji del 30': 32' – Preveri prostor in opremo, predstavi varnostni znak ter skozi gibalno zgodbo modelira ključno prvino po korakih.</w:t>
            </w:r>
          </w:p>
          <w:p w14:paraId="67DF895C"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05A57B5F" w14:textId="77777777" w:rsidR="00623E5F" w:rsidRDefault="00000000">
            <w:pPr>
              <w:spacing w:after="15" w:line="245" w:lineRule="auto"/>
            </w:pPr>
            <w:r>
              <w:rPr>
                <w:i/>
                <w:color w:val="D95BC6"/>
                <w:sz w:val="14"/>
              </w:rPr>
              <w:t>Predvideni dokaz: varen odziv na znak, začetni poskus prvine in ustno varnostno pravilo..</w:t>
            </w:r>
          </w:p>
          <w:p w14:paraId="387AA309" w14:textId="77777777" w:rsidR="00623E5F" w:rsidRDefault="00000000">
            <w:pPr>
              <w:keepNext/>
              <w:spacing w:before="16" w:after="6" w:line="245" w:lineRule="auto"/>
            </w:pPr>
            <w:r>
              <w:rPr>
                <w:b/>
                <w:color w:val="000000"/>
                <w:sz w:val="15"/>
              </w:rPr>
              <w:t>2. URA – Preizkus gibalnih nalog – Vadim na postajah</w:t>
            </w:r>
          </w:p>
          <w:p w14:paraId="53CD5A99"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»Juri Muri v Afriki« – Tone Pavček • NADALJEVANJE. Osrednji del 30': 32' – Pripravi 4–6 postaj z enosmernimi prehodi, pokaže tri ravni izziva in opazovalcu dodeli en jasen kriterij.</w:t>
            </w:r>
          </w:p>
          <w:p w14:paraId="0819809E"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5567E97D" w14:textId="77777777" w:rsidR="00623E5F" w:rsidRDefault="00000000">
            <w:pPr>
              <w:spacing w:after="15" w:line="245" w:lineRule="auto"/>
            </w:pPr>
            <w:r>
              <w:rPr>
                <w:i/>
                <w:color w:val="D95BC6"/>
                <w:sz w:val="14"/>
              </w:rPr>
              <w:t>Predvideni dokaz: opazovalna kartica, izvedba na izbrani ravni in učiteljev zapis o napredku..</w:t>
            </w:r>
          </w:p>
          <w:p w14:paraId="0E75542D" w14:textId="77777777" w:rsidR="00623E5F" w:rsidRDefault="00000000">
            <w:pPr>
              <w:keepNext/>
              <w:spacing w:before="16" w:after="6" w:line="245" w:lineRule="auto"/>
            </w:pPr>
            <w:r>
              <w:rPr>
                <w:b/>
                <w:color w:val="000000"/>
                <w:sz w:val="15"/>
              </w:rPr>
              <w:t>3. URA – Preizkus gibalnih nalog – Uporabim v igri</w:t>
            </w:r>
          </w:p>
          <w:p w14:paraId="462B0E2D"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»Juri Muri v Afriki« – Tone Pavček • NADALJEVANJE. Osrednji del 30': 32' – Organizira vključujočo igro ali izziv brez izločanja, spremlja varnost, pošteno igro in uporabo naučene prvine.</w:t>
            </w:r>
          </w:p>
          <w:p w14:paraId="7CCBA74A"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2BDDC502"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08660FA1" w14:textId="77777777">
              <w:trPr>
                <w:jc w:val="center"/>
              </w:trPr>
              <w:tc>
                <w:tcPr>
                  <w:tcW w:w="7087" w:type="dxa"/>
                  <w:shd w:val="clear" w:color="auto" w:fill="EDC9EA"/>
                  <w:tcMar>
                    <w:top w:w="45" w:type="dxa"/>
                    <w:left w:w="70" w:type="dxa"/>
                    <w:bottom w:w="45" w:type="dxa"/>
                    <w:right w:w="70" w:type="dxa"/>
                  </w:tcMar>
                </w:tcPr>
                <w:p w14:paraId="75DBB2C4" w14:textId="77777777" w:rsidR="00623E5F" w:rsidRDefault="00000000">
                  <w:pPr>
                    <w:keepNext/>
                  </w:pPr>
                  <w:r>
                    <w:rPr>
                      <w:b/>
                      <w:color w:val="000000"/>
                      <w:sz w:val="16"/>
                    </w:rPr>
                    <w:t>ORGANIZACIJA POSTAJ, PREHODOV IN AKTIVNEGA ČASA</w:t>
                  </w:r>
                </w:p>
              </w:tc>
            </w:tr>
          </w:tbl>
          <w:p w14:paraId="4E7241DE" w14:textId="77777777" w:rsidR="00623E5F" w:rsidRDefault="00623E5F"/>
          <w:p w14:paraId="1055CC33" w14:textId="77777777" w:rsidR="00623E5F" w:rsidRDefault="00000000">
            <w:pPr>
              <w:spacing w:before="5" w:after="6" w:line="245" w:lineRule="auto"/>
            </w:pPr>
            <w:r>
              <w:rPr>
                <w:color w:val="000000"/>
                <w:sz w:val="14"/>
              </w:rPr>
              <w:t>Postaja 1: Tekalna: po znaku stečem, uravnavam smer in hitrost ter vadim cilj »pokažem napredek v teku, skoku in metu«.</w:t>
            </w:r>
          </w:p>
          <w:p w14:paraId="46877F3E" w14:textId="77777777" w:rsidR="00623E5F" w:rsidRDefault="00000000">
            <w:pPr>
              <w:spacing w:before="5" w:after="6" w:line="245" w:lineRule="auto"/>
            </w:pPr>
            <w:r>
              <w:rPr>
                <w:color w:val="000000"/>
                <w:sz w:val="14"/>
              </w:rPr>
              <w:t>Postaja 2: Skakalna: na treh razdaljah vadim sonožni odriv in varen doskok ter uresničujem cilj »upoštevam pošteno igro«.</w:t>
            </w:r>
          </w:p>
          <w:p w14:paraId="572948A3" w14:textId="77777777" w:rsidR="00623E5F" w:rsidRDefault="00000000">
            <w:pPr>
              <w:spacing w:before="5" w:after="6" w:line="245" w:lineRule="auto"/>
            </w:pPr>
            <w:r>
              <w:rPr>
                <w:color w:val="000000"/>
                <w:sz w:val="14"/>
              </w:rPr>
              <w:t>Postaja 3: Metalna: mehko žogico ali vrečko vržem v cilj oziroma daljino in jo poberem le na skupni znak.</w:t>
            </w:r>
          </w:p>
          <w:p w14:paraId="65D46A42" w14:textId="77777777" w:rsidR="00623E5F" w:rsidRDefault="00000000">
            <w:pPr>
              <w:spacing w:before="5" w:after="6" w:line="245" w:lineRule="auto"/>
            </w:pPr>
            <w:r>
              <w:rPr>
                <w:color w:val="000000"/>
                <w:sz w:val="14"/>
              </w:rPr>
              <w:t>Postaja 4: Igralno-merilna: uporabim tek, skok ali met, primerjam le svoj dokaz in pokažem, kako »samovrednotim trud«.</w:t>
            </w:r>
          </w:p>
          <w:p w14:paraId="20FD4609"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2F749BDD" w14:textId="77777777" w:rsidR="00623E5F" w:rsidRDefault="00623E5F"/>
          <w:p w14:paraId="278C49E6" w14:textId="77777777" w:rsidR="00623E5F" w:rsidRDefault="00000000">
            <w:pPr>
              <w:spacing w:after="5" w:line="245" w:lineRule="auto"/>
            </w:pPr>
            <w:r>
              <w:rPr>
                <w:b/>
                <w:color w:val="000000"/>
                <w:sz w:val="15"/>
              </w:rPr>
              <w:t>1. URA – Preizkus gibalnih nalog – Ogrejem se in usvojim gib</w:t>
            </w:r>
          </w:p>
          <w:p w14:paraId="4BFBC383"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148852F5" w14:textId="77777777" w:rsidR="00623E5F" w:rsidRDefault="00000000">
            <w:pPr>
              <w:spacing w:after="14" w:line="245" w:lineRule="auto"/>
            </w:pPr>
            <w:r>
              <w:rPr>
                <w:color w:val="D95BC6"/>
                <w:sz w:val="13"/>
              </w:rPr>
              <w:t>Dokaz: varen odziv na znak, začetni poskus prvine in ustno varnostno pravilo.</w:t>
            </w:r>
          </w:p>
          <w:p w14:paraId="4CE336BA" w14:textId="77777777" w:rsidR="00623E5F" w:rsidRDefault="00000000">
            <w:pPr>
              <w:spacing w:after="5" w:line="245" w:lineRule="auto"/>
            </w:pPr>
            <w:r>
              <w:rPr>
                <w:b/>
                <w:color w:val="000000"/>
                <w:sz w:val="15"/>
              </w:rPr>
              <w:t>2. URA – Preizkus gibalnih nalog – Vadim na postajah</w:t>
            </w:r>
          </w:p>
          <w:p w14:paraId="43B7607A"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6CFCF92A" w14:textId="77777777" w:rsidR="00623E5F" w:rsidRDefault="00000000">
            <w:pPr>
              <w:spacing w:after="14" w:line="245" w:lineRule="auto"/>
            </w:pPr>
            <w:r>
              <w:rPr>
                <w:color w:val="D95BC6"/>
                <w:sz w:val="13"/>
              </w:rPr>
              <w:t>Dokaz: opazovalna kartica, izvedba na izbrani ravni in učiteljev zapis o napredku.</w:t>
            </w:r>
          </w:p>
          <w:p w14:paraId="3FEFC016" w14:textId="77777777" w:rsidR="00623E5F" w:rsidRDefault="00000000">
            <w:pPr>
              <w:spacing w:after="5" w:line="245" w:lineRule="auto"/>
            </w:pPr>
            <w:r>
              <w:rPr>
                <w:b/>
                <w:color w:val="000000"/>
                <w:sz w:val="15"/>
              </w:rPr>
              <w:t>3. URA – Preizkus gibalnih nalog – Uporabim v igri</w:t>
            </w:r>
          </w:p>
          <w:p w14:paraId="6BA8E155"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8D975CF" w14:textId="77777777" w:rsidR="00623E5F" w:rsidRDefault="00000000">
            <w:pPr>
              <w:spacing w:after="14" w:line="245" w:lineRule="auto"/>
            </w:pPr>
            <w:r>
              <w:rPr>
                <w:color w:val="D95BC6"/>
                <w:sz w:val="13"/>
              </w:rPr>
              <w:t>Dokaz: uporaba prvine v igri, sodelovanje, upoštevanje pravil in osebno.</w:t>
            </w:r>
          </w:p>
          <w:p w14:paraId="598970D2" w14:textId="77777777" w:rsidR="00623E5F" w:rsidRDefault="00000000">
            <w:pPr>
              <w:spacing w:before="30" w:after="14" w:line="245" w:lineRule="auto"/>
            </w:pPr>
            <w:r>
              <w:rPr>
                <w:b/>
                <w:color w:val="D95BC6"/>
                <w:sz w:val="16"/>
              </w:rPr>
              <w:t>MOJ KROG POSTAJ</w:t>
            </w:r>
          </w:p>
          <w:p w14:paraId="08BA1457" w14:textId="77777777" w:rsidR="00623E5F" w:rsidRDefault="00000000">
            <w:pPr>
              <w:spacing w:after="8" w:line="245" w:lineRule="auto"/>
            </w:pPr>
            <w:r>
              <w:rPr>
                <w:color w:val="000000"/>
                <w:sz w:val="13"/>
              </w:rPr>
              <w:t>1. Tekalna: po znaku stečem, uravnavam smer in hitrost ter vadim cilj »pokažem.</w:t>
            </w:r>
          </w:p>
          <w:p w14:paraId="65AAFE3B" w14:textId="77777777" w:rsidR="00623E5F" w:rsidRDefault="00000000">
            <w:pPr>
              <w:spacing w:after="8" w:line="245" w:lineRule="auto"/>
            </w:pPr>
            <w:r>
              <w:rPr>
                <w:color w:val="000000"/>
                <w:sz w:val="13"/>
              </w:rPr>
              <w:t>2. Skakalna: na treh razdaljah vadim sonožni odriv in varen doskok ter uresničujem.</w:t>
            </w:r>
          </w:p>
          <w:p w14:paraId="6BE81936" w14:textId="77777777" w:rsidR="00623E5F" w:rsidRDefault="00000000">
            <w:pPr>
              <w:spacing w:after="8" w:line="245" w:lineRule="auto"/>
            </w:pPr>
            <w:r>
              <w:rPr>
                <w:color w:val="000000"/>
                <w:sz w:val="13"/>
              </w:rPr>
              <w:t>3. Metalna: mehko žogico ali vrečko vržem v cilj oziroma daljino in jo poberem le na.</w:t>
            </w:r>
          </w:p>
          <w:p w14:paraId="421C2F84" w14:textId="77777777" w:rsidR="00623E5F" w:rsidRDefault="00000000">
            <w:pPr>
              <w:spacing w:after="8" w:line="245" w:lineRule="auto"/>
            </w:pPr>
            <w:r>
              <w:rPr>
                <w:color w:val="000000"/>
                <w:sz w:val="13"/>
              </w:rPr>
              <w:t>4. Igralno-merilna: uporabim tek, skok ali met, primerjam le svoj dokaz in pokažem.</w:t>
            </w:r>
          </w:p>
          <w:p w14:paraId="4E57C161"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17A28BB2" w14:textId="77777777" w:rsidR="00623E5F" w:rsidRDefault="00000000">
            <w:pPr>
              <w:spacing w:after="14" w:line="245" w:lineRule="auto"/>
            </w:pPr>
            <w:r>
              <w:rPr>
                <w:b/>
                <w:color w:val="D95BC6"/>
                <w:sz w:val="16"/>
              </w:rPr>
              <w:t>DOKAZ O UČENJU</w:t>
            </w:r>
          </w:p>
          <w:p w14:paraId="51D5DCE4"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4019EB6B"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2B62225" w14:textId="77777777">
        <w:trPr>
          <w:tblHeader/>
          <w:jc w:val="center"/>
        </w:trPr>
        <w:tc>
          <w:tcPr>
            <w:tcW w:w="4422" w:type="dxa"/>
            <w:vMerge w:val="restart"/>
            <w:shd w:val="clear" w:color="auto" w:fill="FFFFFF"/>
            <w:tcMar>
              <w:top w:w="70" w:type="dxa"/>
              <w:left w:w="90" w:type="dxa"/>
              <w:bottom w:w="70" w:type="dxa"/>
              <w:right w:w="90" w:type="dxa"/>
            </w:tcMar>
            <w:vAlign w:val="center"/>
          </w:tcPr>
          <w:p w14:paraId="3D695139"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C5DBA06" w14:textId="77777777" w:rsidR="00623E5F" w:rsidRDefault="00000000">
            <w:pPr>
              <w:jc w:val="center"/>
            </w:pPr>
            <w:r>
              <w:rPr>
                <w:b/>
                <w:color w:val="000000"/>
                <w:sz w:val="20"/>
              </w:rPr>
              <w:t>UČNE DEJAVNOSTI, METODE IN FORMATIVNO SPREMLJANJE</w:t>
            </w:r>
          </w:p>
        </w:tc>
      </w:tr>
      <w:tr w:rsidR="00623E5F" w14:paraId="65462B49" w14:textId="77777777">
        <w:trPr>
          <w:tblHeader/>
          <w:jc w:val="center"/>
        </w:trPr>
        <w:tc>
          <w:tcPr>
            <w:tcW w:w="4422" w:type="dxa"/>
            <w:vMerge/>
            <w:tcMar>
              <w:top w:w="70" w:type="dxa"/>
              <w:left w:w="90" w:type="dxa"/>
              <w:bottom w:w="70" w:type="dxa"/>
              <w:right w:w="90" w:type="dxa"/>
            </w:tcMar>
            <w:vAlign w:val="center"/>
          </w:tcPr>
          <w:p w14:paraId="20488E21" w14:textId="77777777" w:rsidR="00623E5F" w:rsidRDefault="00623E5F"/>
        </w:tc>
        <w:tc>
          <w:tcPr>
            <w:tcW w:w="7087" w:type="dxa"/>
            <w:shd w:val="clear" w:color="auto" w:fill="FFFFFF"/>
            <w:tcMar>
              <w:top w:w="70" w:type="dxa"/>
              <w:left w:w="90" w:type="dxa"/>
              <w:bottom w:w="70" w:type="dxa"/>
              <w:right w:w="90" w:type="dxa"/>
            </w:tcMar>
            <w:vAlign w:val="center"/>
          </w:tcPr>
          <w:p w14:paraId="1A8153AC"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6E73A321" w14:textId="77777777" w:rsidR="00623E5F" w:rsidRDefault="00000000">
            <w:pPr>
              <w:jc w:val="center"/>
            </w:pPr>
            <w:r>
              <w:rPr>
                <w:b/>
                <w:color w:val="000000"/>
              </w:rPr>
              <w:t>UČENEC</w:t>
            </w:r>
          </w:p>
        </w:tc>
      </w:tr>
      <w:tr w:rsidR="00623E5F" w14:paraId="1FDBFABE" w14:textId="77777777">
        <w:trPr>
          <w:jc w:val="center"/>
        </w:trPr>
        <w:tc>
          <w:tcPr>
            <w:tcW w:w="4422" w:type="dxa"/>
            <w:tcMar>
              <w:top w:w="70" w:type="dxa"/>
              <w:left w:w="90" w:type="dxa"/>
              <w:bottom w:w="70" w:type="dxa"/>
              <w:right w:w="90" w:type="dxa"/>
            </w:tcMar>
          </w:tcPr>
          <w:p w14:paraId="4FF78AED" w14:textId="77777777" w:rsidR="00623E5F" w:rsidRDefault="00623E5F"/>
          <w:p w14:paraId="66998627" w14:textId="77777777" w:rsidR="00623E5F" w:rsidRDefault="00000000">
            <w:pPr>
              <w:spacing w:after="40" w:line="245" w:lineRule="auto"/>
            </w:pPr>
            <w:r>
              <w:rPr>
                <w:b/>
                <w:color w:val="000000"/>
              </w:rPr>
              <w:t>FORMATIVNO SPREMLJANJE</w:t>
            </w:r>
          </w:p>
          <w:p w14:paraId="2ABC8120" w14:textId="77777777" w:rsidR="00623E5F" w:rsidRDefault="00000000">
            <w:pPr>
              <w:pStyle w:val="Oznaenseznam"/>
              <w:spacing w:after="16"/>
            </w:pPr>
            <w:r>
              <w:rPr>
                <w:color w:val="000000"/>
                <w:sz w:val="15"/>
              </w:rPr>
              <w:t>predznanje: gibalni prikaz, odziv na znak, izbira kartice, začetni poskus ali kratka razlaga</w:t>
            </w:r>
          </w:p>
          <w:p w14:paraId="1CB2853D" w14:textId="77777777" w:rsidR="00623E5F" w:rsidRDefault="00000000">
            <w:pPr>
              <w:pStyle w:val="Oznaenseznam"/>
              <w:spacing w:after="16"/>
            </w:pPr>
            <w:r>
              <w:rPr>
                <w:color w:val="000000"/>
                <w:sz w:val="15"/>
              </w:rPr>
              <w:t>nameni in merila: kratka poved, slikovni znak, model varne izvedbe in en opazljiv tehnični poudarek</w:t>
            </w:r>
          </w:p>
          <w:p w14:paraId="07AE3C1F"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42452543" w14:textId="77777777" w:rsidR="00623E5F" w:rsidRDefault="00000000">
            <w:pPr>
              <w:pStyle w:val="Oznaenseznam"/>
              <w:spacing w:after="16"/>
            </w:pPr>
            <w:r>
              <w:rPr>
                <w:color w:val="000000"/>
                <w:sz w:val="15"/>
              </w:rPr>
              <w:t>povratna informacija: opis opaženega, povezava z enim merilom in takoj izvedljiv ponovni poskus</w:t>
            </w:r>
          </w:p>
          <w:p w14:paraId="71B3576D" w14:textId="77777777" w:rsidR="00623E5F" w:rsidRDefault="00000000">
            <w:pPr>
              <w:pStyle w:val="Oznaenseznam"/>
              <w:spacing w:after="16"/>
            </w:pPr>
            <w:r>
              <w:rPr>
                <w:color w:val="000000"/>
                <w:sz w:val="15"/>
              </w:rPr>
              <w:t>samovrednotenje: semafor napora in varnosti, lestvica samostojnosti, izbran dokaz ter osebni naslednji korak</w:t>
            </w:r>
          </w:p>
          <w:p w14:paraId="082DD382" w14:textId="77777777" w:rsidR="00623E5F" w:rsidRDefault="00000000">
            <w:pPr>
              <w:spacing w:before="40" w:after="20" w:line="245" w:lineRule="auto"/>
            </w:pPr>
            <w:r>
              <w:rPr>
                <w:b/>
                <w:color w:val="000000"/>
                <w:sz w:val="17"/>
              </w:rPr>
              <w:t>VARNOST, POČUTJE IN HIGIENA</w:t>
            </w:r>
          </w:p>
          <w:p w14:paraId="6117CCB6"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Tekališča, doskočišča in sektorji za mete so ločeni; vsi mečejo in pobirajo rekvizite samo na skupni znak.</w:t>
            </w:r>
          </w:p>
          <w:p w14:paraId="69153B94" w14:textId="77777777" w:rsidR="00623E5F" w:rsidRDefault="00000000">
            <w:pPr>
              <w:spacing w:after="20" w:line="245" w:lineRule="auto"/>
            </w:pPr>
            <w:r>
              <w:rPr>
                <w:b/>
                <w:color w:val="000000"/>
                <w:sz w:val="17"/>
              </w:rPr>
              <w:t>EVIDENCA PO IZVEDBI</w:t>
            </w:r>
          </w:p>
          <w:p w14:paraId="6E9B9852"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622F6FC8" w14:textId="77777777" w:rsidR="00623E5F" w:rsidRDefault="00000000">
            <w:pPr>
              <w:spacing w:before="40" w:after="20" w:line="245" w:lineRule="auto"/>
            </w:pPr>
            <w:r>
              <w:rPr>
                <w:b/>
                <w:color w:val="000000"/>
                <w:sz w:val="17"/>
              </w:rPr>
              <w:t>RAVEN DOSEGANJA</w:t>
            </w:r>
          </w:p>
          <w:p w14:paraId="50E03E5F"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45C59FDF"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A7E3267" w14:textId="77777777">
              <w:trPr>
                <w:jc w:val="center"/>
              </w:trPr>
              <w:tc>
                <w:tcPr>
                  <w:tcW w:w="7087" w:type="dxa"/>
                  <w:shd w:val="clear" w:color="auto" w:fill="EDC9EA"/>
                  <w:tcMar>
                    <w:top w:w="45" w:type="dxa"/>
                    <w:left w:w="70" w:type="dxa"/>
                    <w:bottom w:w="45" w:type="dxa"/>
                    <w:right w:w="70" w:type="dxa"/>
                  </w:tcMar>
                </w:tcPr>
                <w:p w14:paraId="4993144A" w14:textId="77777777" w:rsidR="00623E5F" w:rsidRDefault="00000000">
                  <w:pPr>
                    <w:keepNext/>
                  </w:pPr>
                  <w:r>
                    <w:rPr>
                      <w:b/>
                      <w:color w:val="000000"/>
                    </w:rPr>
                    <w:t>VPRAŠANJA V PODPORO GIBALNEMU UČENJU</w:t>
                  </w:r>
                </w:p>
              </w:tc>
            </w:tr>
          </w:tbl>
          <w:p w14:paraId="466052E3" w14:textId="77777777" w:rsidR="00623E5F" w:rsidRDefault="00623E5F">
            <w:pPr>
              <w:spacing w:line="20" w:lineRule="exact"/>
            </w:pPr>
          </w:p>
          <w:p w14:paraId="7858B484" w14:textId="77777777" w:rsidR="00623E5F" w:rsidRDefault="00000000">
            <w:pPr>
              <w:pStyle w:val="Oznaenseznam"/>
              <w:spacing w:after="16"/>
            </w:pPr>
            <w:r>
              <w:rPr>
                <w:color w:val="000000"/>
                <w:sz w:val="15"/>
              </w:rPr>
              <w:t>Kaj si pri prvem poskusu začutil/-a ali opazil/-a v položaju telesa, ravnotežju, smeri, ritmu ali naporu?</w:t>
            </w:r>
          </w:p>
          <w:p w14:paraId="7E1214ED" w14:textId="77777777" w:rsidR="00623E5F" w:rsidRDefault="00000000">
            <w:pPr>
              <w:pStyle w:val="Oznaenseznam"/>
              <w:spacing w:after="16"/>
            </w:pPr>
            <w:r>
              <w:rPr>
                <w:color w:val="000000"/>
                <w:sz w:val="15"/>
              </w:rPr>
              <w:t>Katero varnostno pravilo in kateri gibalni korak sta bila danes najpomembnejša?</w:t>
            </w:r>
          </w:p>
          <w:p w14:paraId="16B9B45F" w14:textId="77777777" w:rsidR="00623E5F" w:rsidRDefault="00000000">
            <w:pPr>
              <w:pStyle w:val="Oznaenseznam"/>
              <w:spacing w:after="16"/>
            </w:pPr>
            <w:r>
              <w:rPr>
                <w:color w:val="000000"/>
                <w:sz w:val="15"/>
              </w:rPr>
              <w:t>Katero raven si izbral/-a, zakaj je bila primerna in kaj si pri naslednjem poskusu spremenil/-a?</w:t>
            </w:r>
          </w:p>
          <w:p w14:paraId="6D49661E" w14:textId="77777777" w:rsidR="00623E5F" w:rsidRDefault="00000000">
            <w:pPr>
              <w:pStyle w:val="Oznaenseznam"/>
              <w:spacing w:after="16"/>
            </w:pPr>
            <w:r>
              <w:rPr>
                <w:color w:val="000000"/>
                <w:sz w:val="15"/>
              </w:rPr>
              <w:t>Kateri tvoj gibalni dokaz najjasneje pokaže dogovorjeno merilo?</w:t>
            </w:r>
          </w:p>
          <w:p w14:paraId="33DF8349"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75E4589C" w14:textId="77777777">
              <w:trPr>
                <w:jc w:val="center"/>
              </w:trPr>
              <w:tc>
                <w:tcPr>
                  <w:tcW w:w="7087" w:type="dxa"/>
                  <w:shd w:val="clear" w:color="auto" w:fill="C6E7F3"/>
                  <w:tcMar>
                    <w:top w:w="45" w:type="dxa"/>
                    <w:left w:w="70" w:type="dxa"/>
                    <w:bottom w:w="45" w:type="dxa"/>
                    <w:right w:w="70" w:type="dxa"/>
                  </w:tcMar>
                </w:tcPr>
                <w:p w14:paraId="20BC6110" w14:textId="77777777" w:rsidR="00623E5F" w:rsidRDefault="00000000">
                  <w:pPr>
                    <w:keepNext/>
                  </w:pPr>
                  <w:r>
                    <w:rPr>
                      <w:b/>
                      <w:color w:val="000000"/>
                    </w:rPr>
                    <w:t>ZAKLJUČNI DEL – UMIRJANJE, RAZTEZANJE, DOKAZ IN REFLEKSIJA (8–10 min)</w:t>
                  </w:r>
                </w:p>
              </w:tc>
            </w:tr>
          </w:tbl>
          <w:p w14:paraId="5428428B" w14:textId="77777777" w:rsidR="00623E5F" w:rsidRDefault="00623E5F">
            <w:pPr>
              <w:spacing w:line="20" w:lineRule="exact"/>
            </w:pPr>
          </w:p>
          <w:p w14:paraId="278DC1AA"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58770571" w14:textId="77777777">
              <w:trPr>
                <w:jc w:val="center"/>
              </w:trPr>
              <w:tc>
                <w:tcPr>
                  <w:tcW w:w="7087" w:type="dxa"/>
                  <w:shd w:val="clear" w:color="auto" w:fill="EDC9EA"/>
                  <w:tcMar>
                    <w:top w:w="45" w:type="dxa"/>
                    <w:left w:w="70" w:type="dxa"/>
                    <w:bottom w:w="45" w:type="dxa"/>
                    <w:right w:w="70" w:type="dxa"/>
                  </w:tcMar>
                </w:tcPr>
                <w:p w14:paraId="044B5135" w14:textId="77777777" w:rsidR="00623E5F" w:rsidRDefault="00000000">
                  <w:pPr>
                    <w:keepNext/>
                  </w:pPr>
                  <w:r>
                    <w:rPr>
                      <w:b/>
                      <w:color w:val="000000"/>
                    </w:rPr>
                    <w:t>SAMOVREDNOTENJE</w:t>
                  </w:r>
                </w:p>
              </w:tc>
            </w:tr>
          </w:tbl>
          <w:p w14:paraId="691899D0" w14:textId="77777777" w:rsidR="00623E5F" w:rsidRDefault="00623E5F">
            <w:pPr>
              <w:spacing w:line="20" w:lineRule="exact"/>
            </w:pPr>
          </w:p>
          <w:p w14:paraId="6FD1B1A0"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1F820CDA" w14:textId="77777777">
              <w:trPr>
                <w:jc w:val="center"/>
              </w:trPr>
              <w:tc>
                <w:tcPr>
                  <w:tcW w:w="7087" w:type="dxa"/>
                  <w:shd w:val="clear" w:color="auto" w:fill="EDC9EA"/>
                  <w:tcMar>
                    <w:top w:w="45" w:type="dxa"/>
                    <w:left w:w="70" w:type="dxa"/>
                    <w:bottom w:w="45" w:type="dxa"/>
                    <w:right w:w="70" w:type="dxa"/>
                  </w:tcMar>
                </w:tcPr>
                <w:p w14:paraId="5A984AFF" w14:textId="77777777" w:rsidR="00623E5F" w:rsidRDefault="00000000">
                  <w:pPr>
                    <w:keepNext/>
                  </w:pPr>
                  <w:r>
                    <w:rPr>
                      <w:b/>
                      <w:color w:val="000000"/>
                    </w:rPr>
                    <w:t>VRSTNIŠKO OPAZOVANJE IN POVRATNA INFORMACIJA</w:t>
                  </w:r>
                </w:p>
              </w:tc>
            </w:tr>
          </w:tbl>
          <w:p w14:paraId="5B33D678" w14:textId="77777777" w:rsidR="00623E5F" w:rsidRDefault="00623E5F">
            <w:pPr>
              <w:spacing w:line="20" w:lineRule="exact"/>
            </w:pPr>
          </w:p>
          <w:p w14:paraId="6EB79A2C"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3B627C30" w14:textId="77777777">
              <w:trPr>
                <w:jc w:val="center"/>
              </w:trPr>
              <w:tc>
                <w:tcPr>
                  <w:tcW w:w="7087" w:type="dxa"/>
                  <w:shd w:val="clear" w:color="auto" w:fill="EDC9EA"/>
                  <w:tcMar>
                    <w:top w:w="45" w:type="dxa"/>
                    <w:left w:w="70" w:type="dxa"/>
                    <w:bottom w:w="45" w:type="dxa"/>
                    <w:right w:w="70" w:type="dxa"/>
                  </w:tcMar>
                </w:tcPr>
                <w:p w14:paraId="14A28F5C" w14:textId="77777777" w:rsidR="00623E5F" w:rsidRDefault="00000000">
                  <w:pPr>
                    <w:keepNext/>
                  </w:pPr>
                  <w:r>
                    <w:rPr>
                      <w:b/>
                      <w:color w:val="000000"/>
                    </w:rPr>
                    <w:t>SKUPNI POVZETEK</w:t>
                  </w:r>
                </w:p>
              </w:tc>
            </w:tr>
          </w:tbl>
          <w:p w14:paraId="4C430704" w14:textId="77777777" w:rsidR="00623E5F" w:rsidRDefault="00623E5F"/>
          <w:p w14:paraId="42710C87" w14:textId="77777777" w:rsidR="00623E5F" w:rsidRDefault="00000000">
            <w:pPr>
              <w:spacing w:before="20" w:after="40" w:line="245" w:lineRule="auto"/>
            </w:pPr>
            <w:r>
              <w:rPr>
                <w:b/>
                <w:color w:val="000000"/>
                <w:sz w:val="16"/>
              </w:rPr>
              <w:t>pokažem napredek v teku, skoku in metu; upoštevam pošteno igro; samovrednotim trud. Izbrani gibalni dokaz pojasnim in določim varen naslednji korak.</w:t>
            </w:r>
          </w:p>
        </w:tc>
        <w:tc>
          <w:tcPr>
            <w:tcW w:w="2551" w:type="dxa"/>
            <w:tcMar>
              <w:top w:w="70" w:type="dxa"/>
              <w:left w:w="90" w:type="dxa"/>
              <w:bottom w:w="70" w:type="dxa"/>
              <w:right w:w="90" w:type="dxa"/>
            </w:tcMar>
          </w:tcPr>
          <w:p w14:paraId="05FA7C5A" w14:textId="77777777" w:rsidR="00623E5F" w:rsidRDefault="00623E5F"/>
          <w:p w14:paraId="75812BFC" w14:textId="77777777" w:rsidR="00623E5F" w:rsidRDefault="00000000">
            <w:pPr>
              <w:spacing w:after="80" w:line="245" w:lineRule="auto"/>
            </w:pPr>
            <w:r>
              <w:rPr>
                <w:color w:val="000000"/>
                <w:sz w:val="15"/>
              </w:rPr>
              <w:t>Odgovarja na podporna vprašanja in se sklicuje na svojo izvedbo, počutje, izbrano raven in varnost.</w:t>
            </w:r>
          </w:p>
          <w:p w14:paraId="77815196" w14:textId="77777777" w:rsidR="00623E5F" w:rsidRDefault="00000000">
            <w:pPr>
              <w:spacing w:after="80" w:line="245" w:lineRule="auto"/>
            </w:pPr>
            <w:r>
              <w:rPr>
                <w:color w:val="000000"/>
                <w:sz w:val="15"/>
              </w:rPr>
              <w:t>Predstavi izbrani gibalni dokaz ter pokaže ali pove, katero merilo z njim dosega.</w:t>
            </w:r>
          </w:p>
          <w:p w14:paraId="3723EF30" w14:textId="77777777" w:rsidR="00623E5F" w:rsidRDefault="00000000">
            <w:pPr>
              <w:spacing w:after="80" w:line="245" w:lineRule="auto"/>
            </w:pPr>
            <w:r>
              <w:rPr>
                <w:color w:val="000000"/>
                <w:sz w:val="15"/>
              </w:rPr>
              <w:t>Opazuje eno dogovorjeno prvino vrstnikove izvedbe in poda kratek, prijazen ter uporaben odziv.</w:t>
            </w:r>
          </w:p>
          <w:p w14:paraId="789BDC7A"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0E661E92" w14:textId="77777777" w:rsidR="00623E5F" w:rsidRDefault="00000000">
            <w:pPr>
              <w:spacing w:after="100" w:line="245" w:lineRule="auto"/>
            </w:pPr>
            <w:r>
              <w:rPr>
                <w:color w:val="000000"/>
                <w:sz w:val="15"/>
              </w:rPr>
              <w:t>Umiri dihanje, oceni napor in počutje, izbere raven samostojnosti ter določi varen naslednji korak.</w:t>
            </w:r>
          </w:p>
          <w:p w14:paraId="7EAF9064" w14:textId="77777777" w:rsidR="00623E5F" w:rsidRDefault="00000000">
            <w:pPr>
              <w:spacing w:after="20" w:line="245" w:lineRule="auto"/>
            </w:pPr>
            <w:r>
              <w:rPr>
                <w:b/>
                <w:color w:val="D95BC6"/>
                <w:sz w:val="17"/>
              </w:rPr>
              <w:t>DOKAZ O UČENJU</w:t>
            </w:r>
          </w:p>
          <w:p w14:paraId="304345DD"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552EFB20"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68BE424B" w14:textId="77777777">
        <w:trPr>
          <w:cantSplit/>
          <w:jc w:val="center"/>
        </w:trPr>
        <w:tc>
          <w:tcPr>
            <w:tcW w:w="14060" w:type="dxa"/>
            <w:gridSpan w:val="6"/>
            <w:tcMar>
              <w:top w:w="70" w:type="dxa"/>
              <w:left w:w="90" w:type="dxa"/>
              <w:bottom w:w="70" w:type="dxa"/>
              <w:right w:w="90" w:type="dxa"/>
            </w:tcMar>
            <w:vAlign w:val="center"/>
          </w:tcPr>
          <w:p w14:paraId="0664EBFF" w14:textId="77777777" w:rsidR="00623E5F" w:rsidRDefault="00000000">
            <w:pPr>
              <w:jc w:val="center"/>
            </w:pPr>
            <w:r>
              <w:rPr>
                <w:b/>
                <w:color w:val="000000"/>
                <w:sz w:val="24"/>
              </w:rPr>
              <w:lastRenderedPageBreak/>
              <w:t>UČNA PRIPRAVA 36/39</w:t>
            </w:r>
          </w:p>
        </w:tc>
      </w:tr>
      <w:tr w:rsidR="00623E5F" w14:paraId="209C61E1" w14:textId="77777777">
        <w:trPr>
          <w:jc w:val="center"/>
        </w:trPr>
        <w:tc>
          <w:tcPr>
            <w:tcW w:w="2665" w:type="dxa"/>
            <w:tcMar>
              <w:top w:w="70" w:type="dxa"/>
              <w:left w:w="90" w:type="dxa"/>
              <w:bottom w:w="70" w:type="dxa"/>
              <w:right w:w="90" w:type="dxa"/>
            </w:tcMar>
            <w:vAlign w:val="center"/>
          </w:tcPr>
          <w:p w14:paraId="66021AF9"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79D1B997"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7DC9CEB6"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420C1BDF" w14:textId="77777777" w:rsidR="00623E5F" w:rsidRDefault="00000000">
            <w:r>
              <w:rPr>
                <w:b/>
                <w:color w:val="000000"/>
                <w:sz w:val="16"/>
              </w:rPr>
              <w:t xml:space="preserve">NAČRTOVANI TERMIN: </w:t>
            </w:r>
            <w:r>
              <w:rPr>
                <w:color w:val="000000"/>
                <w:sz w:val="16"/>
              </w:rPr>
              <w:t>36. teden • 31. 5.–4. 6. 2027</w:t>
            </w:r>
          </w:p>
        </w:tc>
        <w:tc>
          <w:tcPr>
            <w:tcW w:w="2268" w:type="dxa"/>
            <w:tcMar>
              <w:top w:w="70" w:type="dxa"/>
              <w:left w:w="90" w:type="dxa"/>
              <w:bottom w:w="70" w:type="dxa"/>
              <w:right w:w="90" w:type="dxa"/>
            </w:tcMar>
            <w:vAlign w:val="center"/>
          </w:tcPr>
          <w:p w14:paraId="6596084F"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47C9B7C8" w14:textId="77777777" w:rsidR="00623E5F" w:rsidRDefault="00000000">
            <w:r>
              <w:rPr>
                <w:b/>
                <w:color w:val="000000"/>
                <w:sz w:val="16"/>
              </w:rPr>
              <w:t xml:space="preserve">ŠTEVILO UR: </w:t>
            </w:r>
            <w:r>
              <w:rPr>
                <w:color w:val="000000"/>
                <w:sz w:val="16"/>
              </w:rPr>
              <w:t>3</w:t>
            </w:r>
          </w:p>
        </w:tc>
      </w:tr>
      <w:tr w:rsidR="00623E5F" w14:paraId="4D55AAD9" w14:textId="77777777">
        <w:trPr>
          <w:jc w:val="center"/>
        </w:trPr>
        <w:tc>
          <w:tcPr>
            <w:tcW w:w="14061" w:type="dxa"/>
            <w:gridSpan w:val="6"/>
            <w:tcMar>
              <w:top w:w="70" w:type="dxa"/>
              <w:left w:w="90" w:type="dxa"/>
              <w:bottom w:w="70" w:type="dxa"/>
              <w:right w:w="90" w:type="dxa"/>
            </w:tcMar>
            <w:vAlign w:val="center"/>
          </w:tcPr>
          <w:p w14:paraId="2A63AFA2"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2EF20E22" w14:textId="77777777">
        <w:trPr>
          <w:cantSplit/>
          <w:jc w:val="center"/>
        </w:trPr>
        <w:tc>
          <w:tcPr>
            <w:tcW w:w="14060" w:type="dxa"/>
            <w:gridSpan w:val="6"/>
            <w:tcMar>
              <w:top w:w="70" w:type="dxa"/>
              <w:left w:w="90" w:type="dxa"/>
              <w:bottom w:w="70" w:type="dxa"/>
              <w:right w:w="90" w:type="dxa"/>
            </w:tcMar>
            <w:vAlign w:val="center"/>
          </w:tcPr>
          <w:p w14:paraId="6A882E3B" w14:textId="77777777" w:rsidR="00623E5F" w:rsidRDefault="00623E5F"/>
          <w:p w14:paraId="056280C1" w14:textId="77777777" w:rsidR="00623E5F" w:rsidRDefault="00000000">
            <w:pPr>
              <w:spacing w:line="245" w:lineRule="auto"/>
            </w:pPr>
            <w:r>
              <w:rPr>
                <w:b/>
                <w:color w:val="000000"/>
                <w:sz w:val="15"/>
              </w:rPr>
              <w:t xml:space="preserve">UČNI SKLOP: </w:t>
            </w:r>
            <w:r>
              <w:rPr>
                <w:color w:val="000000"/>
                <w:sz w:val="15"/>
              </w:rPr>
              <w:t>POLETJE, SKUPNOST IN ZAKLJUČEK</w:t>
            </w:r>
          </w:p>
        </w:tc>
      </w:tr>
      <w:tr w:rsidR="00623E5F" w14:paraId="0695D24F" w14:textId="77777777">
        <w:trPr>
          <w:cantSplit/>
          <w:jc w:val="center"/>
        </w:trPr>
        <w:tc>
          <w:tcPr>
            <w:tcW w:w="14060" w:type="dxa"/>
            <w:gridSpan w:val="6"/>
            <w:tcMar>
              <w:top w:w="70" w:type="dxa"/>
              <w:left w:w="90" w:type="dxa"/>
              <w:bottom w:w="70" w:type="dxa"/>
              <w:right w:w="90" w:type="dxa"/>
            </w:tcMar>
            <w:vAlign w:val="center"/>
          </w:tcPr>
          <w:p w14:paraId="1714F3AA" w14:textId="77777777" w:rsidR="00623E5F" w:rsidRDefault="00623E5F"/>
          <w:p w14:paraId="19D474E9" w14:textId="77777777" w:rsidR="00623E5F" w:rsidRDefault="00000000">
            <w:pPr>
              <w:spacing w:line="245" w:lineRule="auto"/>
            </w:pPr>
            <w:r>
              <w:rPr>
                <w:b/>
                <w:color w:val="000000"/>
                <w:sz w:val="15"/>
              </w:rPr>
              <w:t xml:space="preserve">UČNA TEMA: </w:t>
            </w:r>
            <w:r>
              <w:rPr>
                <w:color w:val="000000"/>
                <w:sz w:val="15"/>
              </w:rPr>
              <w:t>PLESNE IN ELEMENTARNE IGRE</w:t>
            </w:r>
          </w:p>
        </w:tc>
      </w:tr>
      <w:tr w:rsidR="00623E5F" w14:paraId="32B2EA01" w14:textId="77777777">
        <w:trPr>
          <w:cantSplit/>
          <w:jc w:val="center"/>
        </w:trPr>
        <w:tc>
          <w:tcPr>
            <w:tcW w:w="14060" w:type="dxa"/>
            <w:gridSpan w:val="6"/>
            <w:tcMar>
              <w:top w:w="70" w:type="dxa"/>
              <w:left w:w="90" w:type="dxa"/>
              <w:bottom w:w="70" w:type="dxa"/>
              <w:right w:w="90" w:type="dxa"/>
            </w:tcMar>
            <w:vAlign w:val="center"/>
          </w:tcPr>
          <w:p w14:paraId="3CB1D500" w14:textId="77777777" w:rsidR="00623E5F" w:rsidRDefault="00623E5F"/>
          <w:p w14:paraId="0D45329A" w14:textId="77777777" w:rsidR="00623E5F" w:rsidRDefault="00000000">
            <w:pPr>
              <w:spacing w:line="245" w:lineRule="auto"/>
            </w:pPr>
            <w:r>
              <w:rPr>
                <w:b/>
                <w:color w:val="000000"/>
                <w:sz w:val="15"/>
              </w:rPr>
              <w:t xml:space="preserve">KNJIŽEVNO / MOTIVNO IZHODIŠČE: </w:t>
            </w:r>
            <w:r>
              <w:rPr>
                <w:color w:val="000000"/>
                <w:sz w:val="15"/>
              </w:rPr>
              <w:t>»Sonček boža tačice« – Srečko Kosovel • NADALJEVANJE • poletje, sonce, varnost in doživljanje narave</w:t>
            </w:r>
          </w:p>
        </w:tc>
      </w:tr>
      <w:tr w:rsidR="00623E5F" w14:paraId="65C94EA2" w14:textId="77777777">
        <w:trPr>
          <w:cantSplit/>
          <w:jc w:val="center"/>
        </w:trPr>
        <w:tc>
          <w:tcPr>
            <w:tcW w:w="14060" w:type="dxa"/>
            <w:gridSpan w:val="6"/>
            <w:tcMar>
              <w:top w:w="70" w:type="dxa"/>
              <w:left w:w="90" w:type="dxa"/>
              <w:bottom w:w="70" w:type="dxa"/>
              <w:right w:w="90" w:type="dxa"/>
            </w:tcMar>
            <w:vAlign w:val="center"/>
          </w:tcPr>
          <w:p w14:paraId="14C7FAB6" w14:textId="77777777" w:rsidR="00623E5F" w:rsidRDefault="00623E5F"/>
          <w:p w14:paraId="56E9E37E" w14:textId="77777777" w:rsidR="00623E5F" w:rsidRDefault="00000000">
            <w:pPr>
              <w:spacing w:line="245" w:lineRule="auto"/>
            </w:pPr>
            <w:r>
              <w:rPr>
                <w:b/>
                <w:color w:val="000000"/>
                <w:sz w:val="15"/>
              </w:rPr>
              <w:t xml:space="preserve">GIBALNO IZHODIŠČE / MOTIVACIJA: </w:t>
            </w:r>
            <w:r>
              <w:rPr>
                <w:color w:val="000000"/>
                <w:sz w:val="15"/>
              </w:rPr>
              <w:t>glasba se nepričakovano ustavlja in spreminja tempo; učenci z držo, ritmom in gibalnim motivom vstopijo v temo »plesne in elementarne igre«. Tedenski gibalni izziv: izvede plesne in elementarne igre na temo sonca.</w:t>
            </w:r>
          </w:p>
        </w:tc>
      </w:tr>
      <w:tr w:rsidR="00623E5F" w14:paraId="678A0C93" w14:textId="77777777">
        <w:trPr>
          <w:cantSplit/>
          <w:jc w:val="center"/>
        </w:trPr>
        <w:tc>
          <w:tcPr>
            <w:tcW w:w="14060" w:type="dxa"/>
            <w:gridSpan w:val="6"/>
            <w:tcMar>
              <w:top w:w="70" w:type="dxa"/>
              <w:left w:w="90" w:type="dxa"/>
              <w:bottom w:w="70" w:type="dxa"/>
              <w:right w:w="90" w:type="dxa"/>
            </w:tcMar>
            <w:vAlign w:val="center"/>
          </w:tcPr>
          <w:p w14:paraId="76DA9256" w14:textId="77777777" w:rsidR="00623E5F" w:rsidRDefault="00623E5F"/>
          <w:p w14:paraId="3A2CE641" w14:textId="77777777" w:rsidR="00623E5F" w:rsidRDefault="00000000">
            <w:pPr>
              <w:spacing w:line="245" w:lineRule="auto"/>
            </w:pPr>
            <w:r>
              <w:rPr>
                <w:b/>
                <w:color w:val="000000"/>
                <w:sz w:val="15"/>
              </w:rPr>
              <w:t xml:space="preserve">UČNE ENOTE: </w:t>
            </w:r>
            <w:r>
              <w:rPr>
                <w:color w:val="000000"/>
                <w:sz w:val="15"/>
              </w:rPr>
              <w:t>1. ura – Plesne in elementarne igre – Ogrejem se in usvojim gib • 2. ura – Plesne in elementarne igre – Vadim na postajah • 3. ura – Plesne in elementarne igre – Uporabim v igri</w:t>
            </w:r>
          </w:p>
        </w:tc>
      </w:tr>
      <w:tr w:rsidR="00623E5F" w14:paraId="50C6938C" w14:textId="77777777">
        <w:trPr>
          <w:cantSplit/>
          <w:jc w:val="center"/>
        </w:trPr>
        <w:tc>
          <w:tcPr>
            <w:tcW w:w="14060" w:type="dxa"/>
            <w:gridSpan w:val="6"/>
            <w:tcMar>
              <w:top w:w="70" w:type="dxa"/>
              <w:left w:w="90" w:type="dxa"/>
              <w:bottom w:w="70" w:type="dxa"/>
              <w:right w:w="90" w:type="dxa"/>
            </w:tcMar>
            <w:vAlign w:val="center"/>
          </w:tcPr>
          <w:p w14:paraId="36114FC0" w14:textId="77777777" w:rsidR="00623E5F" w:rsidRDefault="00623E5F"/>
          <w:p w14:paraId="512D4540"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4D19BD71" w14:textId="77777777">
        <w:trPr>
          <w:cantSplit/>
          <w:jc w:val="center"/>
        </w:trPr>
        <w:tc>
          <w:tcPr>
            <w:tcW w:w="14060" w:type="dxa"/>
            <w:gridSpan w:val="6"/>
            <w:tcMar>
              <w:top w:w="70" w:type="dxa"/>
              <w:left w:w="90" w:type="dxa"/>
              <w:bottom w:w="70" w:type="dxa"/>
              <w:right w:w="90" w:type="dxa"/>
            </w:tcMar>
            <w:vAlign w:val="center"/>
          </w:tcPr>
          <w:p w14:paraId="6D173FE4" w14:textId="77777777" w:rsidR="00623E5F" w:rsidRDefault="00623E5F"/>
          <w:p w14:paraId="2FFB0C75"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4F56F0F6" w14:textId="77777777">
        <w:trPr>
          <w:cantSplit/>
          <w:jc w:val="center"/>
        </w:trPr>
        <w:tc>
          <w:tcPr>
            <w:tcW w:w="14060" w:type="dxa"/>
            <w:gridSpan w:val="6"/>
            <w:tcMar>
              <w:top w:w="70" w:type="dxa"/>
              <w:left w:w="90" w:type="dxa"/>
              <w:bottom w:w="70" w:type="dxa"/>
              <w:right w:w="90" w:type="dxa"/>
            </w:tcMar>
            <w:vAlign w:val="center"/>
          </w:tcPr>
          <w:p w14:paraId="6F858931" w14:textId="77777777" w:rsidR="00623E5F" w:rsidRDefault="00623E5F"/>
          <w:p w14:paraId="70ED0147"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4E4FD714" w14:textId="77777777">
        <w:trPr>
          <w:cantSplit/>
          <w:jc w:val="center"/>
        </w:trPr>
        <w:tc>
          <w:tcPr>
            <w:tcW w:w="14060" w:type="dxa"/>
            <w:gridSpan w:val="6"/>
            <w:tcMar>
              <w:top w:w="70" w:type="dxa"/>
              <w:left w:w="90" w:type="dxa"/>
              <w:bottom w:w="70" w:type="dxa"/>
              <w:right w:w="90" w:type="dxa"/>
            </w:tcMar>
            <w:vAlign w:val="center"/>
          </w:tcPr>
          <w:p w14:paraId="5566E40F" w14:textId="77777777" w:rsidR="00623E5F" w:rsidRDefault="00623E5F"/>
          <w:p w14:paraId="6747F35B" w14:textId="77777777" w:rsidR="00623E5F" w:rsidRDefault="00000000">
            <w:pPr>
              <w:spacing w:line="245" w:lineRule="auto"/>
            </w:pPr>
            <w:r>
              <w:rPr>
                <w:b/>
                <w:color w:val="000000"/>
                <w:sz w:val="15"/>
              </w:rPr>
              <w:t xml:space="preserve">MEDPREDMETNE POVEZAVE: </w:t>
            </w:r>
            <w:r>
              <w:rPr>
                <w:color w:val="000000"/>
                <w:sz w:val="15"/>
              </w:rPr>
              <w:t>SPO – poletje, sonce, varnost in doživljanje narave, telo, zdravje, varnost in okolje; SLJ – poslušanje navodila, športno izrazje, kratka razlaga in podporna povratna informacija; MAT – smer, zaporedje, razdalja, merjenje in primerjanje; GUM – ritem, tempo in odziv na zvočni znak; LUM – talne oznake.</w:t>
            </w:r>
          </w:p>
        </w:tc>
      </w:tr>
      <w:tr w:rsidR="00623E5F" w14:paraId="39A9F300" w14:textId="77777777">
        <w:trPr>
          <w:cantSplit/>
          <w:jc w:val="center"/>
        </w:trPr>
        <w:tc>
          <w:tcPr>
            <w:tcW w:w="14060" w:type="dxa"/>
            <w:gridSpan w:val="6"/>
            <w:tcMar>
              <w:top w:w="70" w:type="dxa"/>
              <w:left w:w="90" w:type="dxa"/>
              <w:bottom w:w="70" w:type="dxa"/>
              <w:right w:w="90" w:type="dxa"/>
            </w:tcMar>
            <w:vAlign w:val="center"/>
          </w:tcPr>
          <w:p w14:paraId="67FAFF1E" w14:textId="77777777" w:rsidR="00623E5F" w:rsidRDefault="00623E5F"/>
          <w:p w14:paraId="231A0E79" w14:textId="77777777" w:rsidR="00623E5F" w:rsidRDefault="00000000">
            <w:pPr>
              <w:spacing w:line="245" w:lineRule="auto"/>
            </w:pPr>
            <w:r>
              <w:rPr>
                <w:b/>
                <w:color w:val="000000"/>
                <w:sz w:val="15"/>
              </w:rPr>
              <w:t xml:space="preserve">UČNA SREDSTVA IN PRIPOMOČKI: </w:t>
            </w:r>
            <w:r>
              <w:rPr>
                <w:color w:val="000000"/>
                <w:sz w:val="15"/>
              </w:rPr>
              <w:t>predvajalnik, izbrana glasba, rutice, trakovi, ritmične kartice, talne oznake in slikovni zapis gibalnega niza; kartice namena in kriterijev; oznake štirih postaj; opazovalni list; semafor napora in mapa dokazov</w:t>
            </w:r>
          </w:p>
        </w:tc>
      </w:tr>
      <w:tr w:rsidR="00623E5F" w14:paraId="4406313F" w14:textId="77777777">
        <w:trPr>
          <w:cantSplit/>
          <w:jc w:val="center"/>
        </w:trPr>
        <w:tc>
          <w:tcPr>
            <w:tcW w:w="14060" w:type="dxa"/>
            <w:gridSpan w:val="6"/>
            <w:tcMar>
              <w:top w:w="70" w:type="dxa"/>
              <w:left w:w="90" w:type="dxa"/>
              <w:bottom w:w="70" w:type="dxa"/>
              <w:right w:w="90" w:type="dxa"/>
            </w:tcMar>
            <w:vAlign w:val="center"/>
          </w:tcPr>
          <w:p w14:paraId="47DC25EF" w14:textId="77777777" w:rsidR="00623E5F" w:rsidRDefault="00623E5F"/>
          <w:p w14:paraId="63A820FB"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309005B0" w14:textId="77777777">
        <w:trPr>
          <w:cantSplit/>
          <w:jc w:val="center"/>
        </w:trPr>
        <w:tc>
          <w:tcPr>
            <w:tcW w:w="14060" w:type="dxa"/>
            <w:gridSpan w:val="6"/>
            <w:tcMar>
              <w:top w:w="70" w:type="dxa"/>
              <w:left w:w="90" w:type="dxa"/>
              <w:bottom w:w="70" w:type="dxa"/>
              <w:right w:w="90" w:type="dxa"/>
            </w:tcMar>
            <w:vAlign w:val="center"/>
          </w:tcPr>
          <w:p w14:paraId="3C9C2597" w14:textId="77777777" w:rsidR="00623E5F" w:rsidRDefault="00623E5F"/>
          <w:p w14:paraId="4D5AD451"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479CDDE4" w14:textId="77777777">
        <w:trPr>
          <w:cantSplit/>
          <w:jc w:val="center"/>
        </w:trPr>
        <w:tc>
          <w:tcPr>
            <w:tcW w:w="14060" w:type="dxa"/>
            <w:gridSpan w:val="6"/>
            <w:tcMar>
              <w:top w:w="70" w:type="dxa"/>
              <w:left w:w="90" w:type="dxa"/>
              <w:bottom w:w="70" w:type="dxa"/>
              <w:right w:w="90" w:type="dxa"/>
            </w:tcMar>
            <w:vAlign w:val="center"/>
          </w:tcPr>
          <w:p w14:paraId="2036F7BF" w14:textId="77777777" w:rsidR="00623E5F" w:rsidRDefault="00623E5F"/>
          <w:p w14:paraId="77CB26CF"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67F9560F"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C0D6EA7" w14:textId="77777777">
        <w:trPr>
          <w:tblHeader/>
          <w:jc w:val="center"/>
        </w:trPr>
        <w:tc>
          <w:tcPr>
            <w:tcW w:w="4422" w:type="dxa"/>
            <w:vMerge w:val="restart"/>
            <w:shd w:val="clear" w:color="auto" w:fill="FFFFFF"/>
            <w:tcMar>
              <w:top w:w="70" w:type="dxa"/>
              <w:left w:w="90" w:type="dxa"/>
              <w:bottom w:w="70" w:type="dxa"/>
              <w:right w:w="90" w:type="dxa"/>
            </w:tcMar>
            <w:vAlign w:val="center"/>
          </w:tcPr>
          <w:p w14:paraId="63675C4E"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F4D1AE5" w14:textId="77777777" w:rsidR="00623E5F" w:rsidRDefault="00000000">
            <w:pPr>
              <w:jc w:val="center"/>
            </w:pPr>
            <w:r>
              <w:rPr>
                <w:b/>
                <w:color w:val="000000"/>
                <w:sz w:val="20"/>
              </w:rPr>
              <w:t>UČNE DEJAVNOSTI, METODE IN FORMATIVNO SPREMLJANJE</w:t>
            </w:r>
          </w:p>
        </w:tc>
      </w:tr>
      <w:tr w:rsidR="00623E5F" w14:paraId="5FB6F8D2" w14:textId="77777777">
        <w:trPr>
          <w:tblHeader/>
          <w:jc w:val="center"/>
        </w:trPr>
        <w:tc>
          <w:tcPr>
            <w:tcW w:w="4422" w:type="dxa"/>
            <w:vMerge/>
            <w:tcMar>
              <w:top w:w="70" w:type="dxa"/>
              <w:left w:w="90" w:type="dxa"/>
              <w:bottom w:w="70" w:type="dxa"/>
              <w:right w:w="90" w:type="dxa"/>
            </w:tcMar>
            <w:vAlign w:val="center"/>
          </w:tcPr>
          <w:p w14:paraId="4A5ABDA1" w14:textId="77777777" w:rsidR="00623E5F" w:rsidRDefault="00623E5F"/>
        </w:tc>
        <w:tc>
          <w:tcPr>
            <w:tcW w:w="7087" w:type="dxa"/>
            <w:shd w:val="clear" w:color="auto" w:fill="FFFFFF"/>
            <w:tcMar>
              <w:top w:w="70" w:type="dxa"/>
              <w:left w:w="90" w:type="dxa"/>
              <w:bottom w:w="70" w:type="dxa"/>
              <w:right w:w="90" w:type="dxa"/>
            </w:tcMar>
            <w:vAlign w:val="center"/>
          </w:tcPr>
          <w:p w14:paraId="1629B5D6"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9319F3E" w14:textId="77777777" w:rsidR="00623E5F" w:rsidRDefault="00000000">
            <w:pPr>
              <w:jc w:val="center"/>
            </w:pPr>
            <w:r>
              <w:rPr>
                <w:b/>
                <w:color w:val="000000"/>
              </w:rPr>
              <w:t>UČENEC</w:t>
            </w:r>
          </w:p>
        </w:tc>
      </w:tr>
      <w:tr w:rsidR="00623E5F" w14:paraId="27A6E80A" w14:textId="77777777">
        <w:trPr>
          <w:jc w:val="center"/>
        </w:trPr>
        <w:tc>
          <w:tcPr>
            <w:tcW w:w="4422" w:type="dxa"/>
            <w:tcMar>
              <w:top w:w="70" w:type="dxa"/>
              <w:left w:w="90" w:type="dxa"/>
              <w:bottom w:w="70" w:type="dxa"/>
              <w:right w:w="90" w:type="dxa"/>
            </w:tcMar>
          </w:tcPr>
          <w:p w14:paraId="09746E54" w14:textId="77777777" w:rsidR="00623E5F" w:rsidRDefault="00623E5F"/>
          <w:p w14:paraId="52B93E6B" w14:textId="77777777" w:rsidR="00623E5F" w:rsidRDefault="00000000">
            <w:pPr>
              <w:spacing w:after="60" w:line="245" w:lineRule="auto"/>
            </w:pPr>
            <w:r>
              <w:rPr>
                <w:b/>
                <w:color w:val="000000"/>
              </w:rPr>
              <w:t>UČNI CILJI</w:t>
            </w:r>
          </w:p>
          <w:p w14:paraId="279C67AA" w14:textId="77777777" w:rsidR="00623E5F" w:rsidRDefault="00000000">
            <w:pPr>
              <w:spacing w:after="20" w:line="245" w:lineRule="auto"/>
            </w:pPr>
            <w:r>
              <w:rPr>
                <w:b/>
                <w:color w:val="000000"/>
                <w:sz w:val="17"/>
              </w:rPr>
              <w:t>SPLOŠNI</w:t>
            </w:r>
          </w:p>
          <w:p w14:paraId="3641A19A"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0EE1574E" w14:textId="77777777" w:rsidR="00623E5F" w:rsidRDefault="00000000">
            <w:pPr>
              <w:pStyle w:val="Oznaenseznam"/>
              <w:spacing w:after="16"/>
            </w:pPr>
            <w:r>
              <w:rPr>
                <w:color w:val="000000"/>
                <w:sz w:val="15"/>
              </w:rPr>
              <w:t>varno hodi, teče, skače, meče, pleza, se plazi, lovi, ravnoteži, pleše in uporablja različne rekvizite</w:t>
            </w:r>
          </w:p>
          <w:p w14:paraId="75DF1450" w14:textId="77777777" w:rsidR="00623E5F" w:rsidRDefault="00000000">
            <w:pPr>
              <w:pStyle w:val="Oznaenseznam"/>
              <w:spacing w:after="16"/>
            </w:pPr>
            <w:r>
              <w:rPr>
                <w:color w:val="000000"/>
                <w:sz w:val="15"/>
              </w:rPr>
              <w:t>razume pomen rednega gibanja, ogrevanja, higiene, primerne opreme, počitka in varnega ravnanja</w:t>
            </w:r>
          </w:p>
          <w:p w14:paraId="0A1B3E1F"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522AE4E1" w14:textId="77777777" w:rsidR="00623E5F" w:rsidRDefault="00000000">
            <w:pPr>
              <w:spacing w:before="40" w:after="20" w:line="245" w:lineRule="auto"/>
            </w:pPr>
            <w:r>
              <w:rPr>
                <w:b/>
                <w:color w:val="000000"/>
                <w:sz w:val="17"/>
              </w:rPr>
              <w:t>OPERATIVNI</w:t>
            </w:r>
          </w:p>
          <w:p w14:paraId="529B7FBA" w14:textId="77777777" w:rsidR="00623E5F" w:rsidRDefault="00000000">
            <w:pPr>
              <w:pStyle w:val="Oznaenseznam"/>
              <w:spacing w:after="16"/>
            </w:pPr>
            <w:r>
              <w:rPr>
                <w:color w:val="000000"/>
                <w:sz w:val="15"/>
              </w:rPr>
              <w:t>izvede znane gibe</w:t>
            </w:r>
          </w:p>
          <w:p w14:paraId="327FE34E" w14:textId="77777777" w:rsidR="00623E5F" w:rsidRDefault="00000000">
            <w:pPr>
              <w:pStyle w:val="Oznaenseznam"/>
              <w:spacing w:after="16"/>
            </w:pPr>
            <w:r>
              <w:rPr>
                <w:color w:val="000000"/>
                <w:sz w:val="15"/>
              </w:rPr>
              <w:t>predlaga različico igre</w:t>
            </w:r>
          </w:p>
          <w:p w14:paraId="6F3FEDEA" w14:textId="77777777" w:rsidR="00623E5F" w:rsidRDefault="00000000">
            <w:pPr>
              <w:pStyle w:val="Oznaenseznam"/>
              <w:spacing w:after="16"/>
            </w:pPr>
            <w:r>
              <w:rPr>
                <w:color w:val="000000"/>
                <w:sz w:val="15"/>
              </w:rPr>
              <w:t>sodeluje</w:t>
            </w:r>
          </w:p>
          <w:p w14:paraId="02972E43" w14:textId="77777777" w:rsidR="00623E5F" w:rsidRDefault="00000000">
            <w:pPr>
              <w:spacing w:before="40" w:after="20" w:line="245" w:lineRule="auto"/>
            </w:pPr>
            <w:r>
              <w:rPr>
                <w:b/>
                <w:color w:val="000000"/>
                <w:sz w:val="17"/>
              </w:rPr>
              <w:t>PRIČAKOVANI DOSEŽKI / MINIMALNI POUDARKI</w:t>
            </w:r>
          </w:p>
          <w:p w14:paraId="7CD66461" w14:textId="77777777" w:rsidR="00623E5F" w:rsidRDefault="00000000">
            <w:pPr>
              <w:pStyle w:val="Oznaenseznam"/>
              <w:spacing w:after="16"/>
            </w:pPr>
            <w:r>
              <w:rPr>
                <w:color w:val="000000"/>
                <w:sz w:val="15"/>
              </w:rPr>
              <w:t>učenec samostojno oziroma z dogovorjeno oporo izvede znane gibe</w:t>
            </w:r>
          </w:p>
          <w:p w14:paraId="47D5C53E" w14:textId="77777777" w:rsidR="00623E5F" w:rsidRDefault="00000000">
            <w:pPr>
              <w:pStyle w:val="Oznaenseznam"/>
              <w:spacing w:after="16"/>
            </w:pPr>
            <w:r>
              <w:rPr>
                <w:color w:val="000000"/>
                <w:sz w:val="15"/>
              </w:rPr>
              <w:t>učenec samostojno oziroma z dogovorjeno oporo predlaga različico igre</w:t>
            </w:r>
          </w:p>
          <w:p w14:paraId="6EFCAA92" w14:textId="77777777" w:rsidR="00623E5F" w:rsidRDefault="00000000">
            <w:pPr>
              <w:pStyle w:val="Oznaenseznam"/>
              <w:spacing w:after="16"/>
            </w:pPr>
            <w:r>
              <w:rPr>
                <w:color w:val="000000"/>
                <w:sz w:val="15"/>
              </w:rPr>
              <w:t>učenec samostojno oziroma z dogovorjeno oporo sodeluje</w:t>
            </w:r>
          </w:p>
        </w:tc>
        <w:tc>
          <w:tcPr>
            <w:tcW w:w="7087" w:type="dxa"/>
            <w:tcMar>
              <w:top w:w="70" w:type="dxa"/>
              <w:left w:w="90" w:type="dxa"/>
              <w:bottom w:w="70" w:type="dxa"/>
              <w:right w:w="90" w:type="dxa"/>
            </w:tcMar>
          </w:tcPr>
          <w:p w14:paraId="6E289514"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6B8D1108" w14:textId="77777777">
              <w:trPr>
                <w:jc w:val="center"/>
              </w:trPr>
              <w:tc>
                <w:tcPr>
                  <w:tcW w:w="7087" w:type="dxa"/>
                  <w:shd w:val="clear" w:color="auto" w:fill="C6E7F3"/>
                  <w:tcMar>
                    <w:top w:w="45" w:type="dxa"/>
                    <w:left w:w="70" w:type="dxa"/>
                    <w:bottom w:w="45" w:type="dxa"/>
                    <w:right w:w="70" w:type="dxa"/>
                  </w:tcMar>
                </w:tcPr>
                <w:p w14:paraId="25EC0BCA" w14:textId="77777777" w:rsidR="00623E5F" w:rsidRDefault="00000000">
                  <w:pPr>
                    <w:keepNext/>
                  </w:pPr>
                  <w:r>
                    <w:rPr>
                      <w:b/>
                      <w:color w:val="000000"/>
                    </w:rPr>
                    <w:t>UVODNI DEL – POČUTJE, GIBALNI NAMIG, PREDZNANJE IN NAMEN UČENJA (7–10 min)</w:t>
                  </w:r>
                </w:p>
              </w:tc>
            </w:tr>
          </w:tbl>
          <w:p w14:paraId="1DD35925" w14:textId="77777777" w:rsidR="00623E5F" w:rsidRDefault="00623E5F">
            <w:pPr>
              <w:spacing w:line="20" w:lineRule="exact"/>
            </w:pPr>
          </w:p>
          <w:p w14:paraId="500F9005" w14:textId="77777777" w:rsidR="00623E5F" w:rsidRDefault="00000000">
            <w:pPr>
              <w:spacing w:before="40" w:after="60" w:line="245" w:lineRule="auto"/>
            </w:pPr>
            <w:r>
              <w:rPr>
                <w:color w:val="000000"/>
                <w:sz w:val="15"/>
              </w:rPr>
              <w:t>Ob književnem motivu »Sonček boža tačice« – Srečko Kosovel • NADALJEVANJE učenci vstopijo v temo poletje, sonce, varnost in doživljanje narave. Učiteljica pripravi kratek gibalni namig: glasba se nepričakovano ustavlja in spreminja tempo; učenci z držo, ritmom in gibalnim motivom vstopijo v temo »plesne in elementarne igre«. Tedenski gibalni izziv: izvede plesne in elementarne igre na temo sonca.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3F4BAD12" w14:textId="77777777">
              <w:trPr>
                <w:jc w:val="center"/>
              </w:trPr>
              <w:tc>
                <w:tcPr>
                  <w:tcW w:w="7087" w:type="dxa"/>
                  <w:shd w:val="clear" w:color="auto" w:fill="EDC9EA"/>
                  <w:tcMar>
                    <w:top w:w="45" w:type="dxa"/>
                    <w:left w:w="70" w:type="dxa"/>
                    <w:bottom w:w="45" w:type="dxa"/>
                    <w:right w:w="70" w:type="dxa"/>
                  </w:tcMar>
                </w:tcPr>
                <w:p w14:paraId="0014F6C6" w14:textId="77777777" w:rsidR="00623E5F" w:rsidRDefault="00000000">
                  <w:pPr>
                    <w:keepNext/>
                  </w:pPr>
                  <w:r>
                    <w:rPr>
                      <w:b/>
                      <w:color w:val="000000"/>
                    </w:rPr>
                    <w:t>NAMENI UČENJA</w:t>
                  </w:r>
                </w:p>
              </w:tc>
            </w:tr>
          </w:tbl>
          <w:p w14:paraId="553B6CA6" w14:textId="77777777" w:rsidR="00623E5F" w:rsidRDefault="00623E5F">
            <w:pPr>
              <w:spacing w:line="20" w:lineRule="exact"/>
            </w:pPr>
          </w:p>
          <w:p w14:paraId="63C3ED00"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6E680AE3" w14:textId="77777777" w:rsidR="00623E5F" w:rsidRDefault="00000000">
            <w:pPr>
              <w:pStyle w:val="Oznaenseznam"/>
              <w:spacing w:after="16"/>
            </w:pPr>
            <w:r>
              <w:rPr>
                <w:color w:val="000000"/>
                <w:sz w:val="15"/>
              </w:rPr>
              <w:t>izvedem znane gibe</w:t>
            </w:r>
          </w:p>
          <w:p w14:paraId="2876AA44" w14:textId="77777777" w:rsidR="00623E5F" w:rsidRDefault="00000000">
            <w:pPr>
              <w:pStyle w:val="Oznaenseznam"/>
              <w:spacing w:after="16"/>
            </w:pPr>
            <w:r>
              <w:rPr>
                <w:color w:val="000000"/>
                <w:sz w:val="15"/>
              </w:rPr>
              <w:t>predlagam različico igre</w:t>
            </w:r>
          </w:p>
          <w:p w14:paraId="6B6EB9A8" w14:textId="77777777" w:rsidR="00623E5F" w:rsidRDefault="00000000">
            <w:pPr>
              <w:pStyle w:val="Oznaenseznam"/>
              <w:spacing w:after="16"/>
            </w:pPr>
            <w:r>
              <w:rPr>
                <w:color w:val="000000"/>
                <w:sz w:val="15"/>
              </w:rPr>
              <w:t>sodelujem</w:t>
            </w:r>
          </w:p>
          <w:tbl>
            <w:tblPr>
              <w:tblStyle w:val="Tabelamrea"/>
              <w:tblW w:w="0" w:type="auto"/>
              <w:jc w:val="center"/>
              <w:tblLayout w:type="fixed"/>
              <w:tblLook w:val="04A0" w:firstRow="1" w:lastRow="0" w:firstColumn="1" w:lastColumn="0" w:noHBand="0" w:noVBand="1"/>
            </w:tblPr>
            <w:tblGrid>
              <w:gridCol w:w="7087"/>
            </w:tblGrid>
            <w:tr w:rsidR="00623E5F" w14:paraId="423A88B7" w14:textId="77777777">
              <w:trPr>
                <w:jc w:val="center"/>
              </w:trPr>
              <w:tc>
                <w:tcPr>
                  <w:tcW w:w="7087" w:type="dxa"/>
                  <w:shd w:val="clear" w:color="auto" w:fill="EDC9EA"/>
                  <w:tcMar>
                    <w:top w:w="45" w:type="dxa"/>
                    <w:left w:w="70" w:type="dxa"/>
                    <w:bottom w:w="45" w:type="dxa"/>
                    <w:right w:w="70" w:type="dxa"/>
                  </w:tcMar>
                </w:tcPr>
                <w:p w14:paraId="11D562C3" w14:textId="77777777" w:rsidR="00623E5F" w:rsidRDefault="00000000">
                  <w:pPr>
                    <w:keepNext/>
                  </w:pPr>
                  <w:r>
                    <w:rPr>
                      <w:b/>
                      <w:color w:val="000000"/>
                    </w:rPr>
                    <w:t>PREVERJANJE PREDZNANJA</w:t>
                  </w:r>
                </w:p>
              </w:tc>
            </w:tr>
          </w:tbl>
          <w:p w14:paraId="5A9B9EF5" w14:textId="77777777" w:rsidR="00623E5F" w:rsidRDefault="00623E5F">
            <w:pPr>
              <w:spacing w:line="20" w:lineRule="exact"/>
            </w:pPr>
          </w:p>
          <w:p w14:paraId="1F2E0BFA" w14:textId="77777777" w:rsidR="00623E5F" w:rsidRDefault="00000000">
            <w:pPr>
              <w:pStyle w:val="Oznaenseznam"/>
              <w:spacing w:after="16"/>
            </w:pPr>
            <w:r>
              <w:rPr>
                <w:color w:val="000000"/>
                <w:sz w:val="15"/>
              </w:rPr>
              <w:t>Kaj moje telo in prostor že znata pokazati pri temi »PLESNE IN ELEMENTARNE IGRE«?</w:t>
            </w:r>
          </w:p>
          <w:p w14:paraId="448E29AC" w14:textId="77777777" w:rsidR="00623E5F" w:rsidRDefault="00000000">
            <w:pPr>
              <w:pStyle w:val="Oznaenseznam"/>
              <w:spacing w:after="16"/>
            </w:pPr>
            <w:r>
              <w:rPr>
                <w:color w:val="000000"/>
                <w:sz w:val="15"/>
              </w:rPr>
              <w:t>Katero varnostno pravilo, gibalni korak ali strategijo že obvladam in kaj bi najprej preizkusil/-a?</w:t>
            </w:r>
          </w:p>
          <w:p w14:paraId="1CE179A3"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6758FB19" w14:textId="77777777">
              <w:trPr>
                <w:jc w:val="center"/>
              </w:trPr>
              <w:tc>
                <w:tcPr>
                  <w:tcW w:w="7087" w:type="dxa"/>
                  <w:shd w:val="clear" w:color="auto" w:fill="EDC9EA"/>
                  <w:tcMar>
                    <w:top w:w="45" w:type="dxa"/>
                    <w:left w:w="70" w:type="dxa"/>
                    <w:bottom w:w="45" w:type="dxa"/>
                    <w:right w:w="70" w:type="dxa"/>
                  </w:tcMar>
                </w:tcPr>
                <w:p w14:paraId="11042701" w14:textId="77777777" w:rsidR="00623E5F" w:rsidRDefault="00000000">
                  <w:pPr>
                    <w:keepNext/>
                  </w:pPr>
                  <w:r>
                    <w:rPr>
                      <w:b/>
                      <w:color w:val="000000"/>
                    </w:rPr>
                    <w:t>KRITERIJI USPEŠNOSTI</w:t>
                  </w:r>
                </w:p>
              </w:tc>
            </w:tr>
          </w:tbl>
          <w:p w14:paraId="5BA5CE97" w14:textId="77777777" w:rsidR="00623E5F" w:rsidRDefault="00623E5F"/>
          <w:p w14:paraId="02F34EE6" w14:textId="77777777" w:rsidR="00623E5F" w:rsidRDefault="00000000">
            <w:pPr>
              <w:spacing w:before="20" w:after="20" w:line="245" w:lineRule="auto"/>
            </w:pPr>
            <w:r>
              <w:rPr>
                <w:b/>
                <w:color w:val="000000"/>
                <w:sz w:val="16"/>
              </w:rPr>
              <w:t>Uspešen/-na bom, ko:</w:t>
            </w:r>
          </w:p>
          <w:p w14:paraId="4B269170" w14:textId="77777777" w:rsidR="00623E5F" w:rsidRDefault="00000000">
            <w:pPr>
              <w:pStyle w:val="Oznaenseznam"/>
              <w:spacing w:after="16"/>
            </w:pPr>
            <w:r>
              <w:rPr>
                <w:color w:val="000000"/>
                <w:sz w:val="15"/>
              </w:rPr>
              <w:t>izvedem znane gibe</w:t>
            </w:r>
          </w:p>
          <w:p w14:paraId="21A66543" w14:textId="77777777" w:rsidR="00623E5F" w:rsidRDefault="00000000">
            <w:pPr>
              <w:pStyle w:val="Oznaenseznam"/>
              <w:spacing w:after="16"/>
            </w:pPr>
            <w:r>
              <w:rPr>
                <w:color w:val="000000"/>
                <w:sz w:val="15"/>
              </w:rPr>
              <w:t>predlagam različico igre</w:t>
            </w:r>
          </w:p>
          <w:p w14:paraId="07877138" w14:textId="77777777" w:rsidR="00623E5F" w:rsidRDefault="00000000">
            <w:pPr>
              <w:pStyle w:val="Oznaenseznam"/>
              <w:spacing w:after="16"/>
            </w:pPr>
            <w:r>
              <w:rPr>
                <w:color w:val="000000"/>
                <w:sz w:val="15"/>
              </w:rPr>
              <w:t>sodelujem</w:t>
            </w:r>
          </w:p>
          <w:p w14:paraId="720F1575" w14:textId="77777777" w:rsidR="00623E5F" w:rsidRDefault="00000000">
            <w:pPr>
              <w:pStyle w:val="Oznaenseznam"/>
              <w:spacing w:after="16"/>
            </w:pPr>
            <w:r>
              <w:rPr>
                <w:color w:val="000000"/>
                <w:sz w:val="15"/>
              </w:rPr>
              <w:t>pred začetkom preverim prostor in opremo, ohranjam razdaljo ter se na znak varno ustavim</w:t>
            </w:r>
          </w:p>
          <w:p w14:paraId="47B71879"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5632B43F" w14:textId="77777777" w:rsidR="00623E5F" w:rsidRDefault="00623E5F"/>
          <w:p w14:paraId="7239AA01"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293BCF64"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768FFFDF" w14:textId="77777777" w:rsidR="00623E5F" w:rsidRDefault="00000000">
            <w:pPr>
              <w:spacing w:after="100" w:line="245" w:lineRule="auto"/>
            </w:pPr>
            <w:r>
              <w:rPr>
                <w:color w:val="000000"/>
                <w:sz w:val="15"/>
              </w:rPr>
              <w:t>Sodeluje pri razumevanju namena, vidnih meril, varnostnih pravil, prehodov in načina dokazovanja.</w:t>
            </w:r>
          </w:p>
          <w:p w14:paraId="0D581855" w14:textId="77777777" w:rsidR="00623E5F" w:rsidRDefault="00000000">
            <w:pPr>
              <w:spacing w:after="20" w:line="245" w:lineRule="auto"/>
            </w:pPr>
            <w:r>
              <w:rPr>
                <w:b/>
                <w:color w:val="D95BC6"/>
                <w:sz w:val="17"/>
              </w:rPr>
              <w:t>DOKAZ O UČENJU</w:t>
            </w:r>
          </w:p>
          <w:p w14:paraId="07AA3459"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492099D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3449F649"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2BA3DD3"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3DE27908" w14:textId="77777777" w:rsidR="00623E5F" w:rsidRDefault="00000000">
            <w:pPr>
              <w:jc w:val="center"/>
            </w:pPr>
            <w:r>
              <w:rPr>
                <w:b/>
                <w:color w:val="000000"/>
                <w:sz w:val="20"/>
              </w:rPr>
              <w:t>UČNE DEJAVNOSTI, METODE IN FORMATIVNO SPREMLJANJE</w:t>
            </w:r>
          </w:p>
        </w:tc>
      </w:tr>
      <w:tr w:rsidR="00623E5F" w14:paraId="15370B6D" w14:textId="77777777">
        <w:trPr>
          <w:tblHeader/>
          <w:jc w:val="center"/>
        </w:trPr>
        <w:tc>
          <w:tcPr>
            <w:tcW w:w="4422" w:type="dxa"/>
            <w:vMerge/>
            <w:tcMar>
              <w:top w:w="70" w:type="dxa"/>
              <w:left w:w="90" w:type="dxa"/>
              <w:bottom w:w="70" w:type="dxa"/>
              <w:right w:w="90" w:type="dxa"/>
            </w:tcMar>
            <w:vAlign w:val="center"/>
          </w:tcPr>
          <w:p w14:paraId="147A18DA" w14:textId="77777777" w:rsidR="00623E5F" w:rsidRDefault="00623E5F"/>
        </w:tc>
        <w:tc>
          <w:tcPr>
            <w:tcW w:w="7087" w:type="dxa"/>
            <w:shd w:val="clear" w:color="auto" w:fill="FFFFFF"/>
            <w:tcMar>
              <w:top w:w="70" w:type="dxa"/>
              <w:left w:w="90" w:type="dxa"/>
              <w:bottom w:w="70" w:type="dxa"/>
              <w:right w:w="90" w:type="dxa"/>
            </w:tcMar>
            <w:vAlign w:val="center"/>
          </w:tcPr>
          <w:p w14:paraId="2B181DDE"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73E89BD" w14:textId="77777777" w:rsidR="00623E5F" w:rsidRDefault="00000000">
            <w:pPr>
              <w:jc w:val="center"/>
            </w:pPr>
            <w:r>
              <w:rPr>
                <w:b/>
                <w:color w:val="000000"/>
              </w:rPr>
              <w:t>UČENEC</w:t>
            </w:r>
          </w:p>
        </w:tc>
      </w:tr>
      <w:tr w:rsidR="00623E5F" w14:paraId="0FDC7439" w14:textId="77777777">
        <w:trPr>
          <w:jc w:val="center"/>
        </w:trPr>
        <w:tc>
          <w:tcPr>
            <w:tcW w:w="4422" w:type="dxa"/>
            <w:tcMar>
              <w:top w:w="70" w:type="dxa"/>
              <w:left w:w="90" w:type="dxa"/>
              <w:bottom w:w="70" w:type="dxa"/>
              <w:right w:w="90" w:type="dxa"/>
            </w:tcMar>
          </w:tcPr>
          <w:p w14:paraId="7BBE206C" w14:textId="77777777" w:rsidR="00623E5F" w:rsidRDefault="00623E5F"/>
          <w:p w14:paraId="47EEC88B" w14:textId="77777777" w:rsidR="00623E5F" w:rsidRDefault="00000000">
            <w:pPr>
              <w:spacing w:after="40" w:line="245" w:lineRule="auto"/>
            </w:pPr>
            <w:r>
              <w:rPr>
                <w:b/>
                <w:color w:val="000000"/>
                <w:sz w:val="17"/>
              </w:rPr>
              <w:t>KLJUČNI ŠPORTNI IN GIBALNI POJMI</w:t>
            </w:r>
          </w:p>
          <w:p w14:paraId="2E905955"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ritem, tempo, gibalni motiv, zaporedje, držo, krog, par, skupinska izvedba</w:t>
            </w:r>
          </w:p>
          <w:p w14:paraId="72BFEDBD" w14:textId="77777777" w:rsidR="00623E5F" w:rsidRDefault="00000000">
            <w:pPr>
              <w:spacing w:after="20" w:line="245" w:lineRule="auto"/>
            </w:pPr>
            <w:r>
              <w:rPr>
                <w:b/>
                <w:color w:val="000000"/>
                <w:sz w:val="17"/>
              </w:rPr>
              <w:t>DOKAZI O UČENJU</w:t>
            </w:r>
          </w:p>
          <w:p w14:paraId="48106006" w14:textId="77777777" w:rsidR="00623E5F" w:rsidRDefault="00000000">
            <w:pPr>
              <w:pStyle w:val="Oznaenseznam"/>
              <w:spacing w:after="7"/>
            </w:pPr>
            <w:r>
              <w:rPr>
                <w:color w:val="000000"/>
                <w:sz w:val="14"/>
              </w:rPr>
              <w:t>varen odziv na znak, začetni poskus prvine in ustno varnostno pravilo.</w:t>
            </w:r>
          </w:p>
          <w:p w14:paraId="3740A377" w14:textId="77777777" w:rsidR="00623E5F" w:rsidRDefault="00000000">
            <w:pPr>
              <w:pStyle w:val="Oznaenseznam"/>
              <w:spacing w:after="7"/>
            </w:pPr>
            <w:r>
              <w:rPr>
                <w:color w:val="000000"/>
                <w:sz w:val="14"/>
              </w:rPr>
              <w:t>opazovalna kartica, izvedba na izbrani ravni in učiteljev zapis o napredku.</w:t>
            </w:r>
          </w:p>
          <w:p w14:paraId="45CBEB8A" w14:textId="77777777" w:rsidR="00623E5F" w:rsidRDefault="00000000">
            <w:pPr>
              <w:pStyle w:val="Oznaenseznam"/>
              <w:spacing w:after="7"/>
            </w:pPr>
            <w:r>
              <w:rPr>
                <w:color w:val="000000"/>
                <w:sz w:val="14"/>
              </w:rPr>
              <w:t>uporaba prvine v igri, sodelovanje, upoštevanje pravil in osebno samovrednotenje.</w:t>
            </w:r>
          </w:p>
          <w:p w14:paraId="3B17E8C5" w14:textId="77777777" w:rsidR="00623E5F" w:rsidRDefault="00000000">
            <w:pPr>
              <w:spacing w:before="40" w:after="20" w:line="245" w:lineRule="auto"/>
            </w:pPr>
            <w:r>
              <w:rPr>
                <w:b/>
                <w:color w:val="000000"/>
                <w:sz w:val="16"/>
              </w:rPr>
              <w:t>GIBALNO DOŽIVETJE IN IZKUŠENJSKI POUK</w:t>
            </w:r>
          </w:p>
          <w:p w14:paraId="1F49AD07"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687FA8C0" w14:textId="77777777" w:rsidR="00623E5F" w:rsidRDefault="00000000">
            <w:pPr>
              <w:spacing w:after="20" w:line="245" w:lineRule="auto"/>
            </w:pPr>
            <w:r>
              <w:rPr>
                <w:b/>
                <w:color w:val="000000"/>
                <w:sz w:val="16"/>
              </w:rPr>
              <w:t>POUČEVANJE V GIBANJU</w:t>
            </w:r>
          </w:p>
          <w:p w14:paraId="0479CB55"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4F7A3FD7" w14:textId="77777777" w:rsidR="00623E5F" w:rsidRDefault="00000000">
            <w:pPr>
              <w:spacing w:after="20" w:line="245" w:lineRule="auto"/>
            </w:pPr>
            <w:r>
              <w:rPr>
                <w:b/>
                <w:color w:val="000000"/>
                <w:sz w:val="16"/>
              </w:rPr>
              <w:t>DELO PO ŠTIRIH POSTAJAH</w:t>
            </w:r>
          </w:p>
          <w:p w14:paraId="1FEFEB48"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5221EA45" w14:textId="77777777" w:rsidR="00623E5F" w:rsidRDefault="00000000">
            <w:pPr>
              <w:spacing w:after="7" w:line="245" w:lineRule="auto"/>
            </w:pPr>
            <w:r>
              <w:rPr>
                <w:color w:val="000000"/>
                <w:sz w:val="14"/>
              </w:rPr>
              <w:t>1. Ritmična: s korakom, ploskom in spremembo nivoja vadim cilj »izvedem znane gibe«.</w:t>
            </w:r>
          </w:p>
          <w:p w14:paraId="7A252CFC" w14:textId="77777777" w:rsidR="00623E5F" w:rsidRDefault="00000000">
            <w:pPr>
              <w:spacing w:after="7" w:line="245" w:lineRule="auto"/>
            </w:pPr>
            <w:r>
              <w:rPr>
                <w:color w:val="000000"/>
                <w:sz w:val="14"/>
              </w:rPr>
              <w:t>2. Motivna: ponovim kratek gibalni motiv ter ga povežem z začetkom, sredino in zaključnim položajem.</w:t>
            </w:r>
          </w:p>
          <w:p w14:paraId="7F3BAA2B" w14:textId="77777777" w:rsidR="00623E5F" w:rsidRDefault="00000000">
            <w:pPr>
              <w:spacing w:after="7" w:line="245" w:lineRule="auto"/>
            </w:pPr>
            <w:r>
              <w:rPr>
                <w:color w:val="000000"/>
                <w:sz w:val="14"/>
              </w:rPr>
              <w:t>3. Parna oziroma krožna: ohranim razdaljo, pogled in dogovor ter uresničujem cilj »predlagam različico igre«.</w:t>
            </w:r>
          </w:p>
          <w:p w14:paraId="2EFC1FBE" w14:textId="77777777" w:rsidR="00623E5F" w:rsidRDefault="00000000">
            <w:pPr>
              <w:spacing w:after="7" w:line="245" w:lineRule="auto"/>
            </w:pPr>
            <w:r>
              <w:rPr>
                <w:color w:val="000000"/>
                <w:sz w:val="14"/>
              </w:rPr>
              <w:t>4. Ustvarjalno-izvajalska: v skupini sestavim kratek niz, ga predstavim in pokažem, kako »sodelujem«.</w:t>
            </w:r>
          </w:p>
          <w:p w14:paraId="195A9A10" w14:textId="77777777" w:rsidR="00623E5F" w:rsidRDefault="00000000">
            <w:pPr>
              <w:spacing w:after="20" w:line="245" w:lineRule="auto"/>
            </w:pPr>
            <w:r>
              <w:rPr>
                <w:b/>
                <w:color w:val="000000"/>
                <w:sz w:val="16"/>
              </w:rPr>
              <w:t>DIFERENCIACIJA IN VKLJUČEVANJE</w:t>
            </w:r>
          </w:p>
          <w:p w14:paraId="43D509B7"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5EE28A45" w14:textId="77777777" w:rsidR="00623E5F" w:rsidRDefault="00000000">
            <w:pPr>
              <w:spacing w:after="20" w:line="245" w:lineRule="auto"/>
            </w:pPr>
            <w:r>
              <w:rPr>
                <w:b/>
                <w:color w:val="000000"/>
                <w:sz w:val="16"/>
              </w:rPr>
              <w:t>SPREMLJANJE</w:t>
            </w:r>
          </w:p>
          <w:p w14:paraId="33DF5C46"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1AE3AFCA"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23CA437B" w14:textId="77777777">
              <w:trPr>
                <w:jc w:val="center"/>
              </w:trPr>
              <w:tc>
                <w:tcPr>
                  <w:tcW w:w="7087" w:type="dxa"/>
                  <w:shd w:val="clear" w:color="auto" w:fill="C6E7F3"/>
                  <w:tcMar>
                    <w:top w:w="45" w:type="dxa"/>
                    <w:left w:w="70" w:type="dxa"/>
                    <w:bottom w:w="45" w:type="dxa"/>
                    <w:right w:w="70" w:type="dxa"/>
                  </w:tcMar>
                </w:tcPr>
                <w:p w14:paraId="2BDBA15D" w14:textId="77777777" w:rsidR="00623E5F" w:rsidRDefault="00000000">
                  <w:pPr>
                    <w:keepNext/>
                  </w:pPr>
                  <w:r>
                    <w:rPr>
                      <w:b/>
                      <w:color w:val="000000"/>
                      <w:sz w:val="16"/>
                    </w:rPr>
                    <w:t>GLAVNI DEL – GIBALNI IZZIV, VADBA NA ŠTIRIH POSTAJAH IN IGRA (3 šolske ure)</w:t>
                  </w:r>
                </w:p>
              </w:tc>
            </w:tr>
          </w:tbl>
          <w:p w14:paraId="218B7F3B" w14:textId="77777777" w:rsidR="00623E5F" w:rsidRDefault="00623E5F">
            <w:pPr>
              <w:spacing w:line="20" w:lineRule="exact"/>
            </w:pPr>
          </w:p>
          <w:p w14:paraId="7F9CC116" w14:textId="77777777" w:rsidR="00623E5F" w:rsidRDefault="00000000">
            <w:pPr>
              <w:keepNext/>
              <w:spacing w:before="16" w:after="6" w:line="245" w:lineRule="auto"/>
            </w:pPr>
            <w:r>
              <w:rPr>
                <w:b/>
                <w:color w:val="000000"/>
                <w:sz w:val="15"/>
              </w:rPr>
              <w:t>1. URA – Plesne in elementarne igre – Ogrejem se in usvojim gib</w:t>
            </w:r>
          </w:p>
          <w:p w14:paraId="3BA87436"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»Sonček boža tačice« – Srečko Kosovel • NADALJEVANJE. Osrednji del 30': 32' – Preveri prostor in opremo, predstavi varnostni znak ter skozi gibalno zgodbo modelira ključno prvino po korakih.</w:t>
            </w:r>
          </w:p>
          <w:p w14:paraId="487F01FA"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4B7B9CCD" w14:textId="77777777" w:rsidR="00623E5F" w:rsidRDefault="00000000">
            <w:pPr>
              <w:spacing w:after="15" w:line="245" w:lineRule="auto"/>
            </w:pPr>
            <w:r>
              <w:rPr>
                <w:i/>
                <w:color w:val="D95BC6"/>
                <w:sz w:val="14"/>
              </w:rPr>
              <w:t>Predvideni dokaz: varen odziv na znak, začetni poskus prvine in ustno varnostno pravilo..</w:t>
            </w:r>
          </w:p>
          <w:p w14:paraId="603B3B2A" w14:textId="77777777" w:rsidR="00623E5F" w:rsidRDefault="00000000">
            <w:pPr>
              <w:keepNext/>
              <w:spacing w:before="16" w:after="6" w:line="245" w:lineRule="auto"/>
            </w:pPr>
            <w:r>
              <w:rPr>
                <w:b/>
                <w:color w:val="000000"/>
                <w:sz w:val="15"/>
              </w:rPr>
              <w:t>2. URA – Plesne in elementarne igre – Vadim na postajah</w:t>
            </w:r>
          </w:p>
          <w:p w14:paraId="5B599A2A"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»Sonček boža tačice« – Srečko Kosovel • NADALJEVANJE. Osrednji del 30': 32' – Pripravi 4–6 postaj z enosmernimi prehodi, pokaže tri ravni izziva in opazovalcu dodeli en jasen kriterij.</w:t>
            </w:r>
          </w:p>
          <w:p w14:paraId="177C2A48"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116ECAA6" w14:textId="77777777" w:rsidR="00623E5F" w:rsidRDefault="00000000">
            <w:pPr>
              <w:spacing w:after="15" w:line="245" w:lineRule="auto"/>
            </w:pPr>
            <w:r>
              <w:rPr>
                <w:i/>
                <w:color w:val="D95BC6"/>
                <w:sz w:val="14"/>
              </w:rPr>
              <w:t>Predvideni dokaz: opazovalna kartica, izvedba na izbrani ravni in učiteljev zapis o napredku..</w:t>
            </w:r>
          </w:p>
          <w:p w14:paraId="62610883" w14:textId="77777777" w:rsidR="00623E5F" w:rsidRDefault="00000000">
            <w:pPr>
              <w:keepNext/>
              <w:spacing w:before="16" w:after="6" w:line="245" w:lineRule="auto"/>
            </w:pPr>
            <w:r>
              <w:rPr>
                <w:b/>
                <w:color w:val="000000"/>
                <w:sz w:val="15"/>
              </w:rPr>
              <w:t>3. URA – Plesne in elementarne igre – Uporabim v igri</w:t>
            </w:r>
          </w:p>
          <w:p w14:paraId="3F906AFF"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»Sonček boža tačice« – Srečko Kosovel • NADALJEVANJE. Osrednji del 30': 32' – Organizira vključujočo igro ali izziv brez izločanja, spremlja varnost, pošteno igro in uporabo naučene prvine.</w:t>
            </w:r>
          </w:p>
          <w:p w14:paraId="22659793"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2E749B33"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2F6BB5C6" w14:textId="77777777">
              <w:trPr>
                <w:jc w:val="center"/>
              </w:trPr>
              <w:tc>
                <w:tcPr>
                  <w:tcW w:w="7087" w:type="dxa"/>
                  <w:shd w:val="clear" w:color="auto" w:fill="EDC9EA"/>
                  <w:tcMar>
                    <w:top w:w="45" w:type="dxa"/>
                    <w:left w:w="70" w:type="dxa"/>
                    <w:bottom w:w="45" w:type="dxa"/>
                    <w:right w:w="70" w:type="dxa"/>
                  </w:tcMar>
                </w:tcPr>
                <w:p w14:paraId="4A72C13A" w14:textId="77777777" w:rsidR="00623E5F" w:rsidRDefault="00000000">
                  <w:pPr>
                    <w:keepNext/>
                  </w:pPr>
                  <w:r>
                    <w:rPr>
                      <w:b/>
                      <w:color w:val="000000"/>
                      <w:sz w:val="16"/>
                    </w:rPr>
                    <w:t>ORGANIZACIJA POSTAJ, PREHODOV IN AKTIVNEGA ČASA</w:t>
                  </w:r>
                </w:p>
              </w:tc>
            </w:tr>
          </w:tbl>
          <w:p w14:paraId="52292F64" w14:textId="77777777" w:rsidR="00623E5F" w:rsidRDefault="00623E5F"/>
          <w:p w14:paraId="110BED97" w14:textId="77777777" w:rsidR="00623E5F" w:rsidRDefault="00000000">
            <w:pPr>
              <w:spacing w:before="5" w:after="6" w:line="245" w:lineRule="auto"/>
            </w:pPr>
            <w:r>
              <w:rPr>
                <w:color w:val="000000"/>
                <w:sz w:val="14"/>
              </w:rPr>
              <w:t>Postaja 1: Ritmična: s korakom, ploskom in spremembo nivoja vadim cilj »izvedem znane gibe«.</w:t>
            </w:r>
          </w:p>
          <w:p w14:paraId="11A680AA" w14:textId="77777777" w:rsidR="00623E5F" w:rsidRDefault="00000000">
            <w:pPr>
              <w:spacing w:before="5" w:after="6" w:line="245" w:lineRule="auto"/>
            </w:pPr>
            <w:r>
              <w:rPr>
                <w:color w:val="000000"/>
                <w:sz w:val="14"/>
              </w:rPr>
              <w:t>Postaja 2: Motivna: ponovim kratek gibalni motiv ter ga povežem z začetkom, sredino in zaključnim položajem.</w:t>
            </w:r>
          </w:p>
          <w:p w14:paraId="3BA2C62F" w14:textId="77777777" w:rsidR="00623E5F" w:rsidRDefault="00000000">
            <w:pPr>
              <w:spacing w:before="5" w:after="6" w:line="245" w:lineRule="auto"/>
            </w:pPr>
            <w:r>
              <w:rPr>
                <w:color w:val="000000"/>
                <w:sz w:val="14"/>
              </w:rPr>
              <w:t>Postaja 3: Parna oziroma krožna: ohranim razdaljo, pogled in dogovor ter uresničujem cilj »predlagam različico igre«.</w:t>
            </w:r>
          </w:p>
          <w:p w14:paraId="6E99DD67" w14:textId="77777777" w:rsidR="00623E5F" w:rsidRDefault="00000000">
            <w:pPr>
              <w:spacing w:before="5" w:after="6" w:line="245" w:lineRule="auto"/>
            </w:pPr>
            <w:r>
              <w:rPr>
                <w:color w:val="000000"/>
                <w:sz w:val="14"/>
              </w:rPr>
              <w:t>Postaja 4: Ustvarjalno-izvajalska: v skupini sestavim kratek niz, ga predstavim in pokažem, kako »sodelujem«.</w:t>
            </w:r>
          </w:p>
          <w:p w14:paraId="1FCF9A94"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7A69D171" w14:textId="77777777" w:rsidR="00623E5F" w:rsidRDefault="00623E5F"/>
          <w:p w14:paraId="4894C64D" w14:textId="77777777" w:rsidR="00623E5F" w:rsidRDefault="00000000">
            <w:pPr>
              <w:spacing w:after="5" w:line="245" w:lineRule="auto"/>
            </w:pPr>
            <w:r>
              <w:rPr>
                <w:b/>
                <w:color w:val="000000"/>
                <w:sz w:val="15"/>
              </w:rPr>
              <w:t>1. URA – Plesne in elementarne igre – Ogrejem se in usvojim gib</w:t>
            </w:r>
          </w:p>
          <w:p w14:paraId="0E884155"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1C3F06B0" w14:textId="77777777" w:rsidR="00623E5F" w:rsidRDefault="00000000">
            <w:pPr>
              <w:spacing w:after="14" w:line="245" w:lineRule="auto"/>
            </w:pPr>
            <w:r>
              <w:rPr>
                <w:color w:val="D95BC6"/>
                <w:sz w:val="13"/>
              </w:rPr>
              <w:t>Dokaz: varen odziv na znak, začetni poskus prvine in ustno varnostno pravilo.</w:t>
            </w:r>
          </w:p>
          <w:p w14:paraId="38F0593E" w14:textId="77777777" w:rsidR="00623E5F" w:rsidRDefault="00000000">
            <w:pPr>
              <w:spacing w:after="5" w:line="245" w:lineRule="auto"/>
            </w:pPr>
            <w:r>
              <w:rPr>
                <w:b/>
                <w:color w:val="000000"/>
                <w:sz w:val="15"/>
              </w:rPr>
              <w:t>2. URA – Plesne in elementarne igre – Vadim na postajah</w:t>
            </w:r>
          </w:p>
          <w:p w14:paraId="779C680D"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650B455" w14:textId="77777777" w:rsidR="00623E5F" w:rsidRDefault="00000000">
            <w:pPr>
              <w:spacing w:after="14" w:line="245" w:lineRule="auto"/>
            </w:pPr>
            <w:r>
              <w:rPr>
                <w:color w:val="D95BC6"/>
                <w:sz w:val="13"/>
              </w:rPr>
              <w:t>Dokaz: opazovalna kartica, izvedba na izbrani ravni in učiteljev zapis o napredku.</w:t>
            </w:r>
          </w:p>
          <w:p w14:paraId="2122F33A" w14:textId="77777777" w:rsidR="00623E5F" w:rsidRDefault="00000000">
            <w:pPr>
              <w:spacing w:after="5" w:line="245" w:lineRule="auto"/>
            </w:pPr>
            <w:r>
              <w:rPr>
                <w:b/>
                <w:color w:val="000000"/>
                <w:sz w:val="15"/>
              </w:rPr>
              <w:t>3. URA – Plesne in elementarne igre – Uporabim v igri</w:t>
            </w:r>
          </w:p>
          <w:p w14:paraId="54D9C372"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12BE247" w14:textId="77777777" w:rsidR="00623E5F" w:rsidRDefault="00000000">
            <w:pPr>
              <w:spacing w:after="14" w:line="245" w:lineRule="auto"/>
            </w:pPr>
            <w:r>
              <w:rPr>
                <w:color w:val="D95BC6"/>
                <w:sz w:val="13"/>
              </w:rPr>
              <w:t>Dokaz: uporaba prvine v igri, sodelovanje, upoštevanje pravil in osebno.</w:t>
            </w:r>
          </w:p>
          <w:p w14:paraId="4B948CEB" w14:textId="77777777" w:rsidR="00623E5F" w:rsidRDefault="00000000">
            <w:pPr>
              <w:spacing w:before="30" w:after="14" w:line="245" w:lineRule="auto"/>
            </w:pPr>
            <w:r>
              <w:rPr>
                <w:b/>
                <w:color w:val="D95BC6"/>
                <w:sz w:val="16"/>
              </w:rPr>
              <w:t>MOJ KROG POSTAJ</w:t>
            </w:r>
          </w:p>
          <w:p w14:paraId="1CEEE605" w14:textId="77777777" w:rsidR="00623E5F" w:rsidRDefault="00000000">
            <w:pPr>
              <w:spacing w:after="8" w:line="245" w:lineRule="auto"/>
            </w:pPr>
            <w:r>
              <w:rPr>
                <w:color w:val="000000"/>
                <w:sz w:val="13"/>
              </w:rPr>
              <w:t>1. Ritmična: s korakom, ploskom in spremembo nivoja vadim cilj »izvedem znane gibe«.</w:t>
            </w:r>
          </w:p>
          <w:p w14:paraId="13FB0EB5" w14:textId="77777777" w:rsidR="00623E5F" w:rsidRDefault="00000000">
            <w:pPr>
              <w:spacing w:after="8" w:line="245" w:lineRule="auto"/>
            </w:pPr>
            <w:r>
              <w:rPr>
                <w:color w:val="000000"/>
                <w:sz w:val="13"/>
              </w:rPr>
              <w:t>2. Motivna: ponovim kratek gibalni motiv ter ga povežem z začetkom.</w:t>
            </w:r>
          </w:p>
          <w:p w14:paraId="216FF4C5" w14:textId="77777777" w:rsidR="00623E5F" w:rsidRDefault="00000000">
            <w:pPr>
              <w:spacing w:after="8" w:line="245" w:lineRule="auto"/>
            </w:pPr>
            <w:r>
              <w:rPr>
                <w:color w:val="000000"/>
                <w:sz w:val="13"/>
              </w:rPr>
              <w:t>3. Parna oziroma krožna: ohranim razdaljo, pogled in dogovor ter uresničujem cilj.</w:t>
            </w:r>
          </w:p>
          <w:p w14:paraId="5F0DFA30" w14:textId="77777777" w:rsidR="00623E5F" w:rsidRDefault="00000000">
            <w:pPr>
              <w:spacing w:after="8" w:line="245" w:lineRule="auto"/>
            </w:pPr>
            <w:r>
              <w:rPr>
                <w:color w:val="000000"/>
                <w:sz w:val="13"/>
              </w:rPr>
              <w:t>4. Ustvarjalno-izvajalska: v skupini sestavim kratek niz, ga predstavim in pokažem.</w:t>
            </w:r>
          </w:p>
          <w:p w14:paraId="3643EE5C"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671C20FA" w14:textId="77777777" w:rsidR="00623E5F" w:rsidRDefault="00000000">
            <w:pPr>
              <w:spacing w:after="14" w:line="245" w:lineRule="auto"/>
            </w:pPr>
            <w:r>
              <w:rPr>
                <w:b/>
                <w:color w:val="D95BC6"/>
                <w:sz w:val="16"/>
              </w:rPr>
              <w:t>DOKAZ O UČENJU</w:t>
            </w:r>
          </w:p>
          <w:p w14:paraId="3D2A03B1"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176356CC"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B403FB3"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9058A67"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449B7765" w14:textId="77777777" w:rsidR="00623E5F" w:rsidRDefault="00000000">
            <w:pPr>
              <w:jc w:val="center"/>
            </w:pPr>
            <w:r>
              <w:rPr>
                <w:b/>
                <w:color w:val="000000"/>
                <w:sz w:val="20"/>
              </w:rPr>
              <w:t>UČNE DEJAVNOSTI, METODE IN FORMATIVNO SPREMLJANJE</w:t>
            </w:r>
          </w:p>
        </w:tc>
      </w:tr>
      <w:tr w:rsidR="00623E5F" w14:paraId="7D950FF2" w14:textId="77777777">
        <w:trPr>
          <w:tblHeader/>
          <w:jc w:val="center"/>
        </w:trPr>
        <w:tc>
          <w:tcPr>
            <w:tcW w:w="4422" w:type="dxa"/>
            <w:vMerge/>
            <w:tcMar>
              <w:top w:w="70" w:type="dxa"/>
              <w:left w:w="90" w:type="dxa"/>
              <w:bottom w:w="70" w:type="dxa"/>
              <w:right w:w="90" w:type="dxa"/>
            </w:tcMar>
            <w:vAlign w:val="center"/>
          </w:tcPr>
          <w:p w14:paraId="0AD87FFC" w14:textId="77777777" w:rsidR="00623E5F" w:rsidRDefault="00623E5F"/>
        </w:tc>
        <w:tc>
          <w:tcPr>
            <w:tcW w:w="7087" w:type="dxa"/>
            <w:shd w:val="clear" w:color="auto" w:fill="FFFFFF"/>
            <w:tcMar>
              <w:top w:w="70" w:type="dxa"/>
              <w:left w:w="90" w:type="dxa"/>
              <w:bottom w:w="70" w:type="dxa"/>
              <w:right w:w="90" w:type="dxa"/>
            </w:tcMar>
            <w:vAlign w:val="center"/>
          </w:tcPr>
          <w:p w14:paraId="2EB2A4BD"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666B75C" w14:textId="77777777" w:rsidR="00623E5F" w:rsidRDefault="00000000">
            <w:pPr>
              <w:jc w:val="center"/>
            </w:pPr>
            <w:r>
              <w:rPr>
                <w:b/>
                <w:color w:val="000000"/>
              </w:rPr>
              <w:t>UČENEC</w:t>
            </w:r>
          </w:p>
        </w:tc>
      </w:tr>
      <w:tr w:rsidR="00623E5F" w14:paraId="31FAA054" w14:textId="77777777">
        <w:trPr>
          <w:jc w:val="center"/>
        </w:trPr>
        <w:tc>
          <w:tcPr>
            <w:tcW w:w="4422" w:type="dxa"/>
            <w:tcMar>
              <w:top w:w="70" w:type="dxa"/>
              <w:left w:w="90" w:type="dxa"/>
              <w:bottom w:w="70" w:type="dxa"/>
              <w:right w:w="90" w:type="dxa"/>
            </w:tcMar>
          </w:tcPr>
          <w:p w14:paraId="5A91BAB6" w14:textId="77777777" w:rsidR="00623E5F" w:rsidRDefault="00623E5F"/>
          <w:p w14:paraId="23B4C571" w14:textId="77777777" w:rsidR="00623E5F" w:rsidRDefault="00000000">
            <w:pPr>
              <w:spacing w:after="40" w:line="245" w:lineRule="auto"/>
            </w:pPr>
            <w:r>
              <w:rPr>
                <w:b/>
                <w:color w:val="000000"/>
              </w:rPr>
              <w:t>FORMATIVNO SPREMLJANJE</w:t>
            </w:r>
          </w:p>
          <w:p w14:paraId="6907340D" w14:textId="77777777" w:rsidR="00623E5F" w:rsidRDefault="00000000">
            <w:pPr>
              <w:pStyle w:val="Oznaenseznam"/>
              <w:spacing w:after="16"/>
            </w:pPr>
            <w:r>
              <w:rPr>
                <w:color w:val="000000"/>
                <w:sz w:val="15"/>
              </w:rPr>
              <w:t>predznanje: gibalni prikaz, odziv na znak, izbira kartice, začetni poskus ali kratka razlaga</w:t>
            </w:r>
          </w:p>
          <w:p w14:paraId="5464B2CF" w14:textId="77777777" w:rsidR="00623E5F" w:rsidRDefault="00000000">
            <w:pPr>
              <w:pStyle w:val="Oznaenseznam"/>
              <w:spacing w:after="16"/>
            </w:pPr>
            <w:r>
              <w:rPr>
                <w:color w:val="000000"/>
                <w:sz w:val="15"/>
              </w:rPr>
              <w:t>nameni in merila: kratka poved, slikovni znak, model varne izvedbe in en opazljiv tehnični poudarek</w:t>
            </w:r>
          </w:p>
          <w:p w14:paraId="362C921B"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66EDE6A7" w14:textId="77777777" w:rsidR="00623E5F" w:rsidRDefault="00000000">
            <w:pPr>
              <w:pStyle w:val="Oznaenseznam"/>
              <w:spacing w:after="16"/>
            </w:pPr>
            <w:r>
              <w:rPr>
                <w:color w:val="000000"/>
                <w:sz w:val="15"/>
              </w:rPr>
              <w:t>povratna informacija: opis opaženega, povezava z enim merilom in takoj izvedljiv ponovni poskus</w:t>
            </w:r>
          </w:p>
          <w:p w14:paraId="4FB6947F" w14:textId="77777777" w:rsidR="00623E5F" w:rsidRDefault="00000000">
            <w:pPr>
              <w:pStyle w:val="Oznaenseznam"/>
              <w:spacing w:after="16"/>
            </w:pPr>
            <w:r>
              <w:rPr>
                <w:color w:val="000000"/>
                <w:sz w:val="15"/>
              </w:rPr>
              <w:t>samovrednotenje: semafor napora in varnosti, lestvica samostojnosti, izbran dokaz ter osebni naslednji korak</w:t>
            </w:r>
          </w:p>
          <w:p w14:paraId="2A6BA155" w14:textId="77777777" w:rsidR="00623E5F" w:rsidRDefault="00000000">
            <w:pPr>
              <w:spacing w:before="40" w:after="20" w:line="245" w:lineRule="auto"/>
            </w:pPr>
            <w:r>
              <w:rPr>
                <w:b/>
                <w:color w:val="000000"/>
                <w:sz w:val="17"/>
              </w:rPr>
              <w:t>VARNOST, POČUTJE IN HIGIENA</w:t>
            </w:r>
          </w:p>
          <w:p w14:paraId="7E190182"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Gibalni prostor je brez ovir, razdalje so označene, obrati in poskoki pa so prilagojeni ravnotežju učencev.</w:t>
            </w:r>
          </w:p>
          <w:p w14:paraId="205BCAF2" w14:textId="77777777" w:rsidR="00623E5F" w:rsidRDefault="00000000">
            <w:pPr>
              <w:spacing w:after="20" w:line="245" w:lineRule="auto"/>
            </w:pPr>
            <w:r>
              <w:rPr>
                <w:b/>
                <w:color w:val="000000"/>
                <w:sz w:val="17"/>
              </w:rPr>
              <w:t>EVIDENCA PO IZVEDBI</w:t>
            </w:r>
          </w:p>
          <w:p w14:paraId="7C855CFC"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234D1CCB" w14:textId="77777777" w:rsidR="00623E5F" w:rsidRDefault="00000000">
            <w:pPr>
              <w:spacing w:before="40" w:after="20" w:line="245" w:lineRule="auto"/>
            </w:pPr>
            <w:r>
              <w:rPr>
                <w:b/>
                <w:color w:val="000000"/>
                <w:sz w:val="17"/>
              </w:rPr>
              <w:t>RAVEN DOSEGANJA</w:t>
            </w:r>
          </w:p>
          <w:p w14:paraId="60566B4A"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6E5EE406"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52325292" w14:textId="77777777">
              <w:trPr>
                <w:jc w:val="center"/>
              </w:trPr>
              <w:tc>
                <w:tcPr>
                  <w:tcW w:w="7087" w:type="dxa"/>
                  <w:shd w:val="clear" w:color="auto" w:fill="EDC9EA"/>
                  <w:tcMar>
                    <w:top w:w="45" w:type="dxa"/>
                    <w:left w:w="70" w:type="dxa"/>
                    <w:bottom w:w="45" w:type="dxa"/>
                    <w:right w:w="70" w:type="dxa"/>
                  </w:tcMar>
                </w:tcPr>
                <w:p w14:paraId="495EBAD5" w14:textId="77777777" w:rsidR="00623E5F" w:rsidRDefault="00000000">
                  <w:pPr>
                    <w:keepNext/>
                  </w:pPr>
                  <w:r>
                    <w:rPr>
                      <w:b/>
                      <w:color w:val="000000"/>
                    </w:rPr>
                    <w:t>VPRAŠANJA V PODPORO GIBALNEMU UČENJU</w:t>
                  </w:r>
                </w:p>
              </w:tc>
            </w:tr>
          </w:tbl>
          <w:p w14:paraId="6F969908" w14:textId="77777777" w:rsidR="00623E5F" w:rsidRDefault="00623E5F">
            <w:pPr>
              <w:spacing w:line="20" w:lineRule="exact"/>
            </w:pPr>
          </w:p>
          <w:p w14:paraId="7F79BA9E" w14:textId="77777777" w:rsidR="00623E5F" w:rsidRDefault="00000000">
            <w:pPr>
              <w:pStyle w:val="Oznaenseznam"/>
              <w:spacing w:after="16"/>
            </w:pPr>
            <w:r>
              <w:rPr>
                <w:color w:val="000000"/>
                <w:sz w:val="15"/>
              </w:rPr>
              <w:t>Kaj si pri prvem poskusu začutil/-a ali opazil/-a v položaju telesa, ravnotežju, smeri, ritmu ali naporu?</w:t>
            </w:r>
          </w:p>
          <w:p w14:paraId="7BF94332" w14:textId="77777777" w:rsidR="00623E5F" w:rsidRDefault="00000000">
            <w:pPr>
              <w:pStyle w:val="Oznaenseznam"/>
              <w:spacing w:after="16"/>
            </w:pPr>
            <w:r>
              <w:rPr>
                <w:color w:val="000000"/>
                <w:sz w:val="15"/>
              </w:rPr>
              <w:t>Katero varnostno pravilo in kateri gibalni korak sta bila danes najpomembnejša?</w:t>
            </w:r>
          </w:p>
          <w:p w14:paraId="2493C27D" w14:textId="77777777" w:rsidR="00623E5F" w:rsidRDefault="00000000">
            <w:pPr>
              <w:pStyle w:val="Oznaenseznam"/>
              <w:spacing w:after="16"/>
            </w:pPr>
            <w:r>
              <w:rPr>
                <w:color w:val="000000"/>
                <w:sz w:val="15"/>
              </w:rPr>
              <w:t>Katero raven si izbral/-a, zakaj je bila primerna in kaj si pri naslednjem poskusu spremenil/-a?</w:t>
            </w:r>
          </w:p>
          <w:p w14:paraId="5398E97C" w14:textId="77777777" w:rsidR="00623E5F" w:rsidRDefault="00000000">
            <w:pPr>
              <w:pStyle w:val="Oznaenseznam"/>
              <w:spacing w:after="16"/>
            </w:pPr>
            <w:r>
              <w:rPr>
                <w:color w:val="000000"/>
                <w:sz w:val="15"/>
              </w:rPr>
              <w:t>Kateri tvoj gibalni dokaz najjasneje pokaže dogovorjeno merilo?</w:t>
            </w:r>
          </w:p>
          <w:p w14:paraId="2C421D1B"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1F96A1A8" w14:textId="77777777">
              <w:trPr>
                <w:jc w:val="center"/>
              </w:trPr>
              <w:tc>
                <w:tcPr>
                  <w:tcW w:w="7087" w:type="dxa"/>
                  <w:shd w:val="clear" w:color="auto" w:fill="C6E7F3"/>
                  <w:tcMar>
                    <w:top w:w="45" w:type="dxa"/>
                    <w:left w:w="70" w:type="dxa"/>
                    <w:bottom w:w="45" w:type="dxa"/>
                    <w:right w:w="70" w:type="dxa"/>
                  </w:tcMar>
                </w:tcPr>
                <w:p w14:paraId="7F634D3A" w14:textId="77777777" w:rsidR="00623E5F" w:rsidRDefault="00000000">
                  <w:pPr>
                    <w:keepNext/>
                  </w:pPr>
                  <w:r>
                    <w:rPr>
                      <w:b/>
                      <w:color w:val="000000"/>
                    </w:rPr>
                    <w:t>ZAKLJUČNI DEL – UMIRJANJE, RAZTEZANJE, DOKAZ IN REFLEKSIJA (8–10 min)</w:t>
                  </w:r>
                </w:p>
              </w:tc>
            </w:tr>
          </w:tbl>
          <w:p w14:paraId="70C47FF9" w14:textId="77777777" w:rsidR="00623E5F" w:rsidRDefault="00623E5F">
            <w:pPr>
              <w:spacing w:line="20" w:lineRule="exact"/>
            </w:pPr>
          </w:p>
          <w:p w14:paraId="3D6E5A69"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0A5C7C28" w14:textId="77777777">
              <w:trPr>
                <w:jc w:val="center"/>
              </w:trPr>
              <w:tc>
                <w:tcPr>
                  <w:tcW w:w="7087" w:type="dxa"/>
                  <w:shd w:val="clear" w:color="auto" w:fill="EDC9EA"/>
                  <w:tcMar>
                    <w:top w:w="45" w:type="dxa"/>
                    <w:left w:w="70" w:type="dxa"/>
                    <w:bottom w:w="45" w:type="dxa"/>
                    <w:right w:w="70" w:type="dxa"/>
                  </w:tcMar>
                </w:tcPr>
                <w:p w14:paraId="4D8F37CC" w14:textId="77777777" w:rsidR="00623E5F" w:rsidRDefault="00000000">
                  <w:pPr>
                    <w:keepNext/>
                  </w:pPr>
                  <w:r>
                    <w:rPr>
                      <w:b/>
                      <w:color w:val="000000"/>
                    </w:rPr>
                    <w:t>SAMOVREDNOTENJE</w:t>
                  </w:r>
                </w:p>
              </w:tc>
            </w:tr>
          </w:tbl>
          <w:p w14:paraId="1913C55A" w14:textId="77777777" w:rsidR="00623E5F" w:rsidRDefault="00623E5F">
            <w:pPr>
              <w:spacing w:line="20" w:lineRule="exact"/>
            </w:pPr>
          </w:p>
          <w:p w14:paraId="2686D7BA"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36DE3583" w14:textId="77777777">
              <w:trPr>
                <w:jc w:val="center"/>
              </w:trPr>
              <w:tc>
                <w:tcPr>
                  <w:tcW w:w="7087" w:type="dxa"/>
                  <w:shd w:val="clear" w:color="auto" w:fill="EDC9EA"/>
                  <w:tcMar>
                    <w:top w:w="45" w:type="dxa"/>
                    <w:left w:w="70" w:type="dxa"/>
                    <w:bottom w:w="45" w:type="dxa"/>
                    <w:right w:w="70" w:type="dxa"/>
                  </w:tcMar>
                </w:tcPr>
                <w:p w14:paraId="1E0EBFBB" w14:textId="77777777" w:rsidR="00623E5F" w:rsidRDefault="00000000">
                  <w:pPr>
                    <w:keepNext/>
                  </w:pPr>
                  <w:r>
                    <w:rPr>
                      <w:b/>
                      <w:color w:val="000000"/>
                    </w:rPr>
                    <w:t>VRSTNIŠKO OPAZOVANJE IN POVRATNA INFORMACIJA</w:t>
                  </w:r>
                </w:p>
              </w:tc>
            </w:tr>
          </w:tbl>
          <w:p w14:paraId="05B7AE7F" w14:textId="77777777" w:rsidR="00623E5F" w:rsidRDefault="00623E5F">
            <w:pPr>
              <w:spacing w:line="20" w:lineRule="exact"/>
            </w:pPr>
          </w:p>
          <w:p w14:paraId="72ADF1AF"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0F31941D" w14:textId="77777777">
              <w:trPr>
                <w:jc w:val="center"/>
              </w:trPr>
              <w:tc>
                <w:tcPr>
                  <w:tcW w:w="7087" w:type="dxa"/>
                  <w:shd w:val="clear" w:color="auto" w:fill="EDC9EA"/>
                  <w:tcMar>
                    <w:top w:w="45" w:type="dxa"/>
                    <w:left w:w="70" w:type="dxa"/>
                    <w:bottom w:w="45" w:type="dxa"/>
                    <w:right w:w="70" w:type="dxa"/>
                  </w:tcMar>
                </w:tcPr>
                <w:p w14:paraId="161DC595" w14:textId="77777777" w:rsidR="00623E5F" w:rsidRDefault="00000000">
                  <w:pPr>
                    <w:keepNext/>
                  </w:pPr>
                  <w:r>
                    <w:rPr>
                      <w:b/>
                      <w:color w:val="000000"/>
                    </w:rPr>
                    <w:t>SKUPNI POVZETEK</w:t>
                  </w:r>
                </w:p>
              </w:tc>
            </w:tr>
          </w:tbl>
          <w:p w14:paraId="7C0BCBBD" w14:textId="77777777" w:rsidR="00623E5F" w:rsidRDefault="00623E5F"/>
          <w:p w14:paraId="6B93FC22" w14:textId="77777777" w:rsidR="00623E5F" w:rsidRDefault="00000000">
            <w:pPr>
              <w:spacing w:before="20" w:after="40" w:line="245" w:lineRule="auto"/>
            </w:pPr>
            <w:r>
              <w:rPr>
                <w:b/>
                <w:color w:val="000000"/>
                <w:sz w:val="16"/>
              </w:rPr>
              <w:t>izvedem znane gibe; predlagam različico igre; sodelujem. Izbrani gibalni dokaz pojasnim in določim varen naslednji korak.</w:t>
            </w:r>
          </w:p>
        </w:tc>
        <w:tc>
          <w:tcPr>
            <w:tcW w:w="2551" w:type="dxa"/>
            <w:tcMar>
              <w:top w:w="70" w:type="dxa"/>
              <w:left w:w="90" w:type="dxa"/>
              <w:bottom w:w="70" w:type="dxa"/>
              <w:right w:w="90" w:type="dxa"/>
            </w:tcMar>
          </w:tcPr>
          <w:p w14:paraId="273C828A" w14:textId="77777777" w:rsidR="00623E5F" w:rsidRDefault="00623E5F"/>
          <w:p w14:paraId="5768A80C" w14:textId="77777777" w:rsidR="00623E5F" w:rsidRDefault="00000000">
            <w:pPr>
              <w:spacing w:after="80" w:line="245" w:lineRule="auto"/>
            </w:pPr>
            <w:r>
              <w:rPr>
                <w:color w:val="000000"/>
                <w:sz w:val="15"/>
              </w:rPr>
              <w:t>Odgovarja na podporna vprašanja in se sklicuje na svojo izvedbo, počutje, izbrano raven in varnost.</w:t>
            </w:r>
          </w:p>
          <w:p w14:paraId="6503ABE0" w14:textId="77777777" w:rsidR="00623E5F" w:rsidRDefault="00000000">
            <w:pPr>
              <w:spacing w:after="80" w:line="245" w:lineRule="auto"/>
            </w:pPr>
            <w:r>
              <w:rPr>
                <w:color w:val="000000"/>
                <w:sz w:val="15"/>
              </w:rPr>
              <w:t>Predstavi izbrani gibalni dokaz ter pokaže ali pove, katero merilo z njim dosega.</w:t>
            </w:r>
          </w:p>
          <w:p w14:paraId="58E59035" w14:textId="77777777" w:rsidR="00623E5F" w:rsidRDefault="00000000">
            <w:pPr>
              <w:spacing w:after="80" w:line="245" w:lineRule="auto"/>
            </w:pPr>
            <w:r>
              <w:rPr>
                <w:color w:val="000000"/>
                <w:sz w:val="15"/>
              </w:rPr>
              <w:t>Opazuje eno dogovorjeno prvino vrstnikove izvedbe in poda kratek, prijazen ter uporaben odziv.</w:t>
            </w:r>
          </w:p>
          <w:p w14:paraId="79DA274E"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4122C450" w14:textId="77777777" w:rsidR="00623E5F" w:rsidRDefault="00000000">
            <w:pPr>
              <w:spacing w:after="100" w:line="245" w:lineRule="auto"/>
            </w:pPr>
            <w:r>
              <w:rPr>
                <w:color w:val="000000"/>
                <w:sz w:val="15"/>
              </w:rPr>
              <w:t>Umiri dihanje, oceni napor in počutje, izbere raven samostojnosti ter določi varen naslednji korak.</w:t>
            </w:r>
          </w:p>
          <w:p w14:paraId="6DD1F6F8" w14:textId="77777777" w:rsidR="00623E5F" w:rsidRDefault="00000000">
            <w:pPr>
              <w:spacing w:after="20" w:line="245" w:lineRule="auto"/>
            </w:pPr>
            <w:r>
              <w:rPr>
                <w:b/>
                <w:color w:val="D95BC6"/>
                <w:sz w:val="17"/>
              </w:rPr>
              <w:t>DOKAZ O UČENJU</w:t>
            </w:r>
          </w:p>
          <w:p w14:paraId="2AFC73FE"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76E5942C"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1E922BD3" w14:textId="77777777">
        <w:trPr>
          <w:cantSplit/>
          <w:jc w:val="center"/>
        </w:trPr>
        <w:tc>
          <w:tcPr>
            <w:tcW w:w="14060" w:type="dxa"/>
            <w:gridSpan w:val="6"/>
            <w:tcMar>
              <w:top w:w="70" w:type="dxa"/>
              <w:left w:w="90" w:type="dxa"/>
              <w:bottom w:w="70" w:type="dxa"/>
              <w:right w:w="90" w:type="dxa"/>
            </w:tcMar>
            <w:vAlign w:val="center"/>
          </w:tcPr>
          <w:p w14:paraId="60725E22" w14:textId="77777777" w:rsidR="00623E5F" w:rsidRDefault="00000000">
            <w:pPr>
              <w:jc w:val="center"/>
            </w:pPr>
            <w:r>
              <w:rPr>
                <w:b/>
                <w:color w:val="000000"/>
                <w:sz w:val="24"/>
              </w:rPr>
              <w:lastRenderedPageBreak/>
              <w:t>UČNA PRIPRAVA 37/39</w:t>
            </w:r>
          </w:p>
        </w:tc>
      </w:tr>
      <w:tr w:rsidR="00623E5F" w14:paraId="34EE425B" w14:textId="77777777">
        <w:trPr>
          <w:jc w:val="center"/>
        </w:trPr>
        <w:tc>
          <w:tcPr>
            <w:tcW w:w="2665" w:type="dxa"/>
            <w:tcMar>
              <w:top w:w="70" w:type="dxa"/>
              <w:left w:w="90" w:type="dxa"/>
              <w:bottom w:w="70" w:type="dxa"/>
              <w:right w:w="90" w:type="dxa"/>
            </w:tcMar>
            <w:vAlign w:val="center"/>
          </w:tcPr>
          <w:p w14:paraId="68A7FF96"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100517B4"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2E6B11AF"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5C923061" w14:textId="77777777" w:rsidR="00623E5F" w:rsidRDefault="00000000">
            <w:r>
              <w:rPr>
                <w:b/>
                <w:color w:val="000000"/>
                <w:sz w:val="16"/>
              </w:rPr>
              <w:t xml:space="preserve">NAČRTOVANI TERMIN: </w:t>
            </w:r>
            <w:r>
              <w:rPr>
                <w:color w:val="000000"/>
                <w:sz w:val="16"/>
              </w:rPr>
              <w:t>37. teden • 7.–11. 6. 2027</w:t>
            </w:r>
          </w:p>
        </w:tc>
        <w:tc>
          <w:tcPr>
            <w:tcW w:w="2268" w:type="dxa"/>
            <w:tcMar>
              <w:top w:w="70" w:type="dxa"/>
              <w:left w:w="90" w:type="dxa"/>
              <w:bottom w:w="70" w:type="dxa"/>
              <w:right w:w="90" w:type="dxa"/>
            </w:tcMar>
            <w:vAlign w:val="center"/>
          </w:tcPr>
          <w:p w14:paraId="6F56CFDA"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7070DD7F" w14:textId="77777777" w:rsidR="00623E5F" w:rsidRDefault="00000000">
            <w:r>
              <w:rPr>
                <w:b/>
                <w:color w:val="000000"/>
                <w:sz w:val="16"/>
              </w:rPr>
              <w:t xml:space="preserve">ŠTEVILO UR: </w:t>
            </w:r>
            <w:r>
              <w:rPr>
                <w:color w:val="000000"/>
                <w:sz w:val="16"/>
              </w:rPr>
              <w:t>3</w:t>
            </w:r>
          </w:p>
        </w:tc>
      </w:tr>
      <w:tr w:rsidR="00623E5F" w14:paraId="12E8CAEC" w14:textId="77777777">
        <w:trPr>
          <w:jc w:val="center"/>
        </w:trPr>
        <w:tc>
          <w:tcPr>
            <w:tcW w:w="14061" w:type="dxa"/>
            <w:gridSpan w:val="6"/>
            <w:tcMar>
              <w:top w:w="70" w:type="dxa"/>
              <w:left w:w="90" w:type="dxa"/>
              <w:bottom w:w="70" w:type="dxa"/>
              <w:right w:w="90" w:type="dxa"/>
            </w:tcMar>
            <w:vAlign w:val="center"/>
          </w:tcPr>
          <w:p w14:paraId="33746238"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3897B8A1" w14:textId="77777777">
        <w:trPr>
          <w:cantSplit/>
          <w:jc w:val="center"/>
        </w:trPr>
        <w:tc>
          <w:tcPr>
            <w:tcW w:w="14060" w:type="dxa"/>
            <w:gridSpan w:val="6"/>
            <w:tcMar>
              <w:top w:w="70" w:type="dxa"/>
              <w:left w:w="90" w:type="dxa"/>
              <w:bottom w:w="70" w:type="dxa"/>
              <w:right w:w="90" w:type="dxa"/>
            </w:tcMar>
            <w:vAlign w:val="center"/>
          </w:tcPr>
          <w:p w14:paraId="07BD8BA4" w14:textId="77777777" w:rsidR="00623E5F" w:rsidRDefault="00623E5F"/>
          <w:p w14:paraId="0DA2C622" w14:textId="77777777" w:rsidR="00623E5F" w:rsidRDefault="00000000">
            <w:pPr>
              <w:spacing w:line="245" w:lineRule="auto"/>
            </w:pPr>
            <w:r>
              <w:rPr>
                <w:b/>
                <w:color w:val="000000"/>
                <w:sz w:val="15"/>
              </w:rPr>
              <w:t xml:space="preserve">UČNI SKLOP: </w:t>
            </w:r>
            <w:r>
              <w:rPr>
                <w:color w:val="000000"/>
                <w:sz w:val="15"/>
              </w:rPr>
              <w:t>POLETJE, SKUPNOST IN ZAKLJUČEK</w:t>
            </w:r>
          </w:p>
        </w:tc>
      </w:tr>
      <w:tr w:rsidR="00623E5F" w14:paraId="5F48797F" w14:textId="77777777">
        <w:trPr>
          <w:cantSplit/>
          <w:jc w:val="center"/>
        </w:trPr>
        <w:tc>
          <w:tcPr>
            <w:tcW w:w="14060" w:type="dxa"/>
            <w:gridSpan w:val="6"/>
            <w:tcMar>
              <w:top w:w="70" w:type="dxa"/>
              <w:left w:w="90" w:type="dxa"/>
              <w:bottom w:w="70" w:type="dxa"/>
              <w:right w:w="90" w:type="dxa"/>
            </w:tcMar>
            <w:vAlign w:val="center"/>
          </w:tcPr>
          <w:p w14:paraId="2F92CDC2" w14:textId="77777777" w:rsidR="00623E5F" w:rsidRDefault="00623E5F"/>
          <w:p w14:paraId="2DEC5A14" w14:textId="77777777" w:rsidR="00623E5F" w:rsidRDefault="00000000">
            <w:pPr>
              <w:spacing w:line="245" w:lineRule="auto"/>
            </w:pPr>
            <w:r>
              <w:rPr>
                <w:b/>
                <w:color w:val="000000"/>
                <w:sz w:val="15"/>
              </w:rPr>
              <w:t xml:space="preserve">UČNA TEMA: </w:t>
            </w:r>
            <w:r>
              <w:rPr>
                <w:color w:val="000000"/>
                <w:sz w:val="15"/>
              </w:rPr>
              <w:t>GIBANJE NA PROSTEM</w:t>
            </w:r>
          </w:p>
        </w:tc>
      </w:tr>
      <w:tr w:rsidR="00623E5F" w14:paraId="43786BA1" w14:textId="77777777">
        <w:trPr>
          <w:cantSplit/>
          <w:jc w:val="center"/>
        </w:trPr>
        <w:tc>
          <w:tcPr>
            <w:tcW w:w="14060" w:type="dxa"/>
            <w:gridSpan w:val="6"/>
            <w:tcMar>
              <w:top w:w="70" w:type="dxa"/>
              <w:left w:w="90" w:type="dxa"/>
              <w:bottom w:w="70" w:type="dxa"/>
              <w:right w:w="90" w:type="dxa"/>
            </w:tcMar>
            <w:vAlign w:val="center"/>
          </w:tcPr>
          <w:p w14:paraId="7A69DADE" w14:textId="77777777" w:rsidR="00623E5F" w:rsidRDefault="00623E5F"/>
          <w:p w14:paraId="49FE7FC4" w14:textId="77777777" w:rsidR="00623E5F" w:rsidRDefault="00000000">
            <w:pPr>
              <w:spacing w:line="245" w:lineRule="auto"/>
            </w:pPr>
            <w:r>
              <w:rPr>
                <w:b/>
                <w:color w:val="000000"/>
                <w:sz w:val="15"/>
              </w:rPr>
              <w:t xml:space="preserve">KNJIŽEVNO / MOTIVNO IZHODIŠČE: </w:t>
            </w:r>
            <w:r>
              <w:rPr>
                <w:color w:val="000000"/>
                <w:sz w:val="15"/>
              </w:rPr>
              <w:t>»Zakaj?« – Lila Prap • NADALJEVANJE • okoljska vprašanja, ponovna uporaba in ustvarjalne rešitve</w:t>
            </w:r>
          </w:p>
        </w:tc>
      </w:tr>
      <w:tr w:rsidR="00623E5F" w14:paraId="3E81CA11" w14:textId="77777777">
        <w:trPr>
          <w:cantSplit/>
          <w:jc w:val="center"/>
        </w:trPr>
        <w:tc>
          <w:tcPr>
            <w:tcW w:w="14060" w:type="dxa"/>
            <w:gridSpan w:val="6"/>
            <w:tcMar>
              <w:top w:w="70" w:type="dxa"/>
              <w:left w:w="90" w:type="dxa"/>
              <w:bottom w:w="70" w:type="dxa"/>
              <w:right w:w="90" w:type="dxa"/>
            </w:tcMar>
            <w:vAlign w:val="center"/>
          </w:tcPr>
          <w:p w14:paraId="7DC5C8C4" w14:textId="77777777" w:rsidR="00623E5F" w:rsidRDefault="00623E5F"/>
          <w:p w14:paraId="27B3F9C5" w14:textId="77777777" w:rsidR="00623E5F" w:rsidRDefault="00000000">
            <w:pPr>
              <w:spacing w:line="245" w:lineRule="auto"/>
            </w:pPr>
            <w:r>
              <w:rPr>
                <w:b/>
                <w:color w:val="000000"/>
                <w:sz w:val="15"/>
              </w:rPr>
              <w:t xml:space="preserve">GIBALNO IZHODIŠČE / MOTIVACIJA: </w:t>
            </w:r>
            <w:r>
              <w:rPr>
                <w:color w:val="000000"/>
                <w:sz w:val="15"/>
              </w:rPr>
              <w:t>skrivnostni zemljevid pokaže pot, teren in štiri varne točke; učenci z opazovanjem prostora načrtujejo gibanje na temo »gibanje na prostem«. Tedenski gibalni izziv: izvede daljšo gibalno dejavnost s skrbjo za okolje.</w:t>
            </w:r>
          </w:p>
        </w:tc>
      </w:tr>
      <w:tr w:rsidR="00623E5F" w14:paraId="273C65A7" w14:textId="77777777">
        <w:trPr>
          <w:cantSplit/>
          <w:jc w:val="center"/>
        </w:trPr>
        <w:tc>
          <w:tcPr>
            <w:tcW w:w="14060" w:type="dxa"/>
            <w:gridSpan w:val="6"/>
            <w:tcMar>
              <w:top w:w="70" w:type="dxa"/>
              <w:left w:w="90" w:type="dxa"/>
              <w:bottom w:w="70" w:type="dxa"/>
              <w:right w:w="90" w:type="dxa"/>
            </w:tcMar>
            <w:vAlign w:val="center"/>
          </w:tcPr>
          <w:p w14:paraId="1431BD4E" w14:textId="77777777" w:rsidR="00623E5F" w:rsidRDefault="00623E5F"/>
          <w:p w14:paraId="5338059E" w14:textId="77777777" w:rsidR="00623E5F" w:rsidRDefault="00000000">
            <w:pPr>
              <w:spacing w:line="245" w:lineRule="auto"/>
            </w:pPr>
            <w:r>
              <w:rPr>
                <w:b/>
                <w:color w:val="000000"/>
                <w:sz w:val="15"/>
              </w:rPr>
              <w:t xml:space="preserve">UČNE ENOTE: </w:t>
            </w:r>
            <w:r>
              <w:rPr>
                <w:color w:val="000000"/>
                <w:sz w:val="15"/>
              </w:rPr>
              <w:t>1. ura – Gibanje na prostem – Ogrejem se in usvojim gib • 2. ura – Gibanje na prostem – Vadim na postajah • 3. ura – Gibanje na prostem – Uporabim v igri</w:t>
            </w:r>
          </w:p>
        </w:tc>
      </w:tr>
      <w:tr w:rsidR="00623E5F" w14:paraId="23EDB117" w14:textId="77777777">
        <w:trPr>
          <w:cantSplit/>
          <w:jc w:val="center"/>
        </w:trPr>
        <w:tc>
          <w:tcPr>
            <w:tcW w:w="14060" w:type="dxa"/>
            <w:gridSpan w:val="6"/>
            <w:tcMar>
              <w:top w:w="70" w:type="dxa"/>
              <w:left w:w="90" w:type="dxa"/>
              <w:bottom w:w="70" w:type="dxa"/>
              <w:right w:w="90" w:type="dxa"/>
            </w:tcMar>
            <w:vAlign w:val="center"/>
          </w:tcPr>
          <w:p w14:paraId="531476AF" w14:textId="77777777" w:rsidR="00623E5F" w:rsidRDefault="00623E5F"/>
          <w:p w14:paraId="5319E832"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0B9C91EE" w14:textId="77777777">
        <w:trPr>
          <w:cantSplit/>
          <w:jc w:val="center"/>
        </w:trPr>
        <w:tc>
          <w:tcPr>
            <w:tcW w:w="14060" w:type="dxa"/>
            <w:gridSpan w:val="6"/>
            <w:tcMar>
              <w:top w:w="70" w:type="dxa"/>
              <w:left w:w="90" w:type="dxa"/>
              <w:bottom w:w="70" w:type="dxa"/>
              <w:right w:w="90" w:type="dxa"/>
            </w:tcMar>
            <w:vAlign w:val="center"/>
          </w:tcPr>
          <w:p w14:paraId="70AF7A8C" w14:textId="77777777" w:rsidR="00623E5F" w:rsidRDefault="00623E5F"/>
          <w:p w14:paraId="16FD39BC"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4E54EBC3" w14:textId="77777777">
        <w:trPr>
          <w:cantSplit/>
          <w:jc w:val="center"/>
        </w:trPr>
        <w:tc>
          <w:tcPr>
            <w:tcW w:w="14060" w:type="dxa"/>
            <w:gridSpan w:val="6"/>
            <w:tcMar>
              <w:top w:w="70" w:type="dxa"/>
              <w:left w:w="90" w:type="dxa"/>
              <w:bottom w:w="70" w:type="dxa"/>
              <w:right w:w="90" w:type="dxa"/>
            </w:tcMar>
            <w:vAlign w:val="center"/>
          </w:tcPr>
          <w:p w14:paraId="10970685" w14:textId="77777777" w:rsidR="00623E5F" w:rsidRDefault="00623E5F"/>
          <w:p w14:paraId="0CE1D27E"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54C7E9B6" w14:textId="77777777">
        <w:trPr>
          <w:cantSplit/>
          <w:jc w:val="center"/>
        </w:trPr>
        <w:tc>
          <w:tcPr>
            <w:tcW w:w="14060" w:type="dxa"/>
            <w:gridSpan w:val="6"/>
            <w:tcMar>
              <w:top w:w="70" w:type="dxa"/>
              <w:left w:w="90" w:type="dxa"/>
              <w:bottom w:w="70" w:type="dxa"/>
              <w:right w:w="90" w:type="dxa"/>
            </w:tcMar>
            <w:vAlign w:val="center"/>
          </w:tcPr>
          <w:p w14:paraId="2AE57653" w14:textId="77777777" w:rsidR="00623E5F" w:rsidRDefault="00623E5F"/>
          <w:p w14:paraId="3FF929DD" w14:textId="77777777" w:rsidR="00623E5F" w:rsidRDefault="00000000">
            <w:pPr>
              <w:spacing w:line="245" w:lineRule="auto"/>
            </w:pPr>
            <w:r>
              <w:rPr>
                <w:b/>
                <w:color w:val="000000"/>
                <w:sz w:val="15"/>
              </w:rPr>
              <w:t xml:space="preserve">MEDPREDMETNE POVEZAVE: </w:t>
            </w:r>
            <w:r>
              <w:rPr>
                <w:color w:val="000000"/>
                <w:sz w:val="15"/>
              </w:rPr>
              <w:t>SPO – okoljska vprašanja, ponovna uporaba in ustvarjalne rešitve, telo, zdravje, varnost in okolje; SLJ – poslušanje navodila, športno izrazje, kratka razlaga in podporna povratna informacija; MAT – smer, zaporedje, razdalja, merjenje in primerjanje; GUM – ritem, tempo in odziv na zvočni znak.</w:t>
            </w:r>
          </w:p>
        </w:tc>
      </w:tr>
      <w:tr w:rsidR="00623E5F" w14:paraId="0E4A2F4B" w14:textId="77777777">
        <w:trPr>
          <w:cantSplit/>
          <w:jc w:val="center"/>
        </w:trPr>
        <w:tc>
          <w:tcPr>
            <w:tcW w:w="14060" w:type="dxa"/>
            <w:gridSpan w:val="6"/>
            <w:tcMar>
              <w:top w:w="70" w:type="dxa"/>
              <w:left w:w="90" w:type="dxa"/>
              <w:bottom w:w="70" w:type="dxa"/>
              <w:right w:w="90" w:type="dxa"/>
            </w:tcMar>
            <w:vAlign w:val="center"/>
          </w:tcPr>
          <w:p w14:paraId="145DD093" w14:textId="77777777" w:rsidR="00623E5F" w:rsidRDefault="00623E5F"/>
          <w:p w14:paraId="6E1748A1" w14:textId="77777777" w:rsidR="00623E5F" w:rsidRDefault="00000000">
            <w:pPr>
              <w:spacing w:line="245" w:lineRule="auto"/>
            </w:pPr>
            <w:r>
              <w:rPr>
                <w:b/>
                <w:color w:val="000000"/>
                <w:sz w:val="15"/>
              </w:rPr>
              <w:t xml:space="preserve">UČNA SREDSTVA IN PRIPOMOČKI: </w:t>
            </w:r>
            <w:r>
              <w:rPr>
                <w:color w:val="000000"/>
                <w:sz w:val="15"/>
              </w:rPr>
              <w:t>talne ali orientacijske oznake, vrvice, slikovni zemljevid, stožci, opazovalne kartice, voda in komplet prve pomoči; kartice namena in kriterijev; oznake štirih postaj; opazovalni list; semafor napora in mapa dokazov</w:t>
            </w:r>
          </w:p>
        </w:tc>
      </w:tr>
      <w:tr w:rsidR="00623E5F" w14:paraId="7E3FBA51" w14:textId="77777777">
        <w:trPr>
          <w:cantSplit/>
          <w:jc w:val="center"/>
        </w:trPr>
        <w:tc>
          <w:tcPr>
            <w:tcW w:w="14060" w:type="dxa"/>
            <w:gridSpan w:val="6"/>
            <w:tcMar>
              <w:top w:w="70" w:type="dxa"/>
              <w:left w:w="90" w:type="dxa"/>
              <w:bottom w:w="70" w:type="dxa"/>
              <w:right w:w="90" w:type="dxa"/>
            </w:tcMar>
            <w:vAlign w:val="center"/>
          </w:tcPr>
          <w:p w14:paraId="4F050BD0" w14:textId="77777777" w:rsidR="00623E5F" w:rsidRDefault="00623E5F"/>
          <w:p w14:paraId="0FA313EA"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3F9E7D3F" w14:textId="77777777">
        <w:trPr>
          <w:cantSplit/>
          <w:jc w:val="center"/>
        </w:trPr>
        <w:tc>
          <w:tcPr>
            <w:tcW w:w="14060" w:type="dxa"/>
            <w:gridSpan w:val="6"/>
            <w:tcMar>
              <w:top w:w="70" w:type="dxa"/>
              <w:left w:w="90" w:type="dxa"/>
              <w:bottom w:w="70" w:type="dxa"/>
              <w:right w:w="90" w:type="dxa"/>
            </w:tcMar>
            <w:vAlign w:val="center"/>
          </w:tcPr>
          <w:p w14:paraId="6DDBAC1C" w14:textId="77777777" w:rsidR="00623E5F" w:rsidRDefault="00623E5F"/>
          <w:p w14:paraId="1F66A396"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58247624" w14:textId="77777777">
        <w:trPr>
          <w:cantSplit/>
          <w:jc w:val="center"/>
        </w:trPr>
        <w:tc>
          <w:tcPr>
            <w:tcW w:w="14060" w:type="dxa"/>
            <w:gridSpan w:val="6"/>
            <w:tcMar>
              <w:top w:w="70" w:type="dxa"/>
              <w:left w:w="90" w:type="dxa"/>
              <w:bottom w:w="70" w:type="dxa"/>
              <w:right w:w="90" w:type="dxa"/>
            </w:tcMar>
            <w:vAlign w:val="center"/>
          </w:tcPr>
          <w:p w14:paraId="3E37A5DD" w14:textId="77777777" w:rsidR="00623E5F" w:rsidRDefault="00623E5F"/>
          <w:p w14:paraId="77E2F02A"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09D518BA"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26EDD8D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4F223C49"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F6F9681" w14:textId="77777777" w:rsidR="00623E5F" w:rsidRDefault="00000000">
            <w:pPr>
              <w:jc w:val="center"/>
            </w:pPr>
            <w:r>
              <w:rPr>
                <w:b/>
                <w:color w:val="000000"/>
                <w:sz w:val="20"/>
              </w:rPr>
              <w:t>UČNE DEJAVNOSTI, METODE IN FORMATIVNO SPREMLJANJE</w:t>
            </w:r>
          </w:p>
        </w:tc>
      </w:tr>
      <w:tr w:rsidR="00623E5F" w14:paraId="196A3E11" w14:textId="77777777">
        <w:trPr>
          <w:tblHeader/>
          <w:jc w:val="center"/>
        </w:trPr>
        <w:tc>
          <w:tcPr>
            <w:tcW w:w="4422" w:type="dxa"/>
            <w:vMerge/>
            <w:tcMar>
              <w:top w:w="70" w:type="dxa"/>
              <w:left w:w="90" w:type="dxa"/>
              <w:bottom w:w="70" w:type="dxa"/>
              <w:right w:w="90" w:type="dxa"/>
            </w:tcMar>
            <w:vAlign w:val="center"/>
          </w:tcPr>
          <w:p w14:paraId="0DA45AE5" w14:textId="77777777" w:rsidR="00623E5F" w:rsidRDefault="00623E5F"/>
        </w:tc>
        <w:tc>
          <w:tcPr>
            <w:tcW w:w="7087" w:type="dxa"/>
            <w:shd w:val="clear" w:color="auto" w:fill="FFFFFF"/>
            <w:tcMar>
              <w:top w:w="70" w:type="dxa"/>
              <w:left w:w="90" w:type="dxa"/>
              <w:bottom w:w="70" w:type="dxa"/>
              <w:right w:w="90" w:type="dxa"/>
            </w:tcMar>
            <w:vAlign w:val="center"/>
          </w:tcPr>
          <w:p w14:paraId="753FABCD"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6AEC28C" w14:textId="77777777" w:rsidR="00623E5F" w:rsidRDefault="00000000">
            <w:pPr>
              <w:jc w:val="center"/>
            </w:pPr>
            <w:r>
              <w:rPr>
                <w:b/>
                <w:color w:val="000000"/>
              </w:rPr>
              <w:t>UČENEC</w:t>
            </w:r>
          </w:p>
        </w:tc>
      </w:tr>
      <w:tr w:rsidR="00623E5F" w14:paraId="1FB01ABD" w14:textId="77777777">
        <w:trPr>
          <w:jc w:val="center"/>
        </w:trPr>
        <w:tc>
          <w:tcPr>
            <w:tcW w:w="4422" w:type="dxa"/>
            <w:tcMar>
              <w:top w:w="70" w:type="dxa"/>
              <w:left w:w="90" w:type="dxa"/>
              <w:bottom w:w="70" w:type="dxa"/>
              <w:right w:w="90" w:type="dxa"/>
            </w:tcMar>
          </w:tcPr>
          <w:p w14:paraId="1BDBD769" w14:textId="77777777" w:rsidR="00623E5F" w:rsidRDefault="00623E5F"/>
          <w:p w14:paraId="5BE3AAB0" w14:textId="77777777" w:rsidR="00623E5F" w:rsidRDefault="00000000">
            <w:pPr>
              <w:spacing w:after="60" w:line="245" w:lineRule="auto"/>
            </w:pPr>
            <w:r>
              <w:rPr>
                <w:b/>
                <w:color w:val="000000"/>
              </w:rPr>
              <w:t>UČNI CILJI</w:t>
            </w:r>
          </w:p>
          <w:p w14:paraId="48181015" w14:textId="77777777" w:rsidR="00623E5F" w:rsidRDefault="00000000">
            <w:pPr>
              <w:spacing w:after="20" w:line="245" w:lineRule="auto"/>
            </w:pPr>
            <w:r>
              <w:rPr>
                <w:b/>
                <w:color w:val="000000"/>
                <w:sz w:val="17"/>
              </w:rPr>
              <w:t>SPLOŠNI</w:t>
            </w:r>
          </w:p>
          <w:p w14:paraId="5E2DCFEA"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1E8E3F7E" w14:textId="77777777" w:rsidR="00623E5F" w:rsidRDefault="00000000">
            <w:pPr>
              <w:pStyle w:val="Oznaenseznam"/>
              <w:spacing w:after="16"/>
            </w:pPr>
            <w:r>
              <w:rPr>
                <w:color w:val="000000"/>
                <w:sz w:val="15"/>
              </w:rPr>
              <w:t>varno hodi, teče, skače, meče, pleza, se plazi, lovi, ravnoteži, pleše in uporablja različne rekvizite</w:t>
            </w:r>
          </w:p>
          <w:p w14:paraId="52268570" w14:textId="77777777" w:rsidR="00623E5F" w:rsidRDefault="00000000">
            <w:pPr>
              <w:pStyle w:val="Oznaenseznam"/>
              <w:spacing w:after="16"/>
            </w:pPr>
            <w:r>
              <w:rPr>
                <w:color w:val="000000"/>
                <w:sz w:val="15"/>
              </w:rPr>
              <w:t>razume pomen rednega gibanja, ogrevanja, higiene, primerne opreme, počitka in varnega ravnanja</w:t>
            </w:r>
          </w:p>
          <w:p w14:paraId="2AD9EA29"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04F903E2" w14:textId="77777777" w:rsidR="00623E5F" w:rsidRDefault="00000000">
            <w:pPr>
              <w:spacing w:before="40" w:after="20" w:line="245" w:lineRule="auto"/>
            </w:pPr>
            <w:r>
              <w:rPr>
                <w:b/>
                <w:color w:val="000000"/>
                <w:sz w:val="17"/>
              </w:rPr>
              <w:t>OPERATIVNI</w:t>
            </w:r>
          </w:p>
          <w:p w14:paraId="6016B889" w14:textId="77777777" w:rsidR="00623E5F" w:rsidRDefault="00000000">
            <w:pPr>
              <w:pStyle w:val="Oznaenseznam"/>
              <w:spacing w:after="16"/>
            </w:pPr>
            <w:r>
              <w:rPr>
                <w:color w:val="000000"/>
                <w:sz w:val="15"/>
              </w:rPr>
              <w:t>izvede daljšo gibalno dejavnost</w:t>
            </w:r>
          </w:p>
          <w:p w14:paraId="62B24BE4" w14:textId="77777777" w:rsidR="00623E5F" w:rsidRDefault="00000000">
            <w:pPr>
              <w:pStyle w:val="Oznaenseznam"/>
              <w:spacing w:after="16"/>
            </w:pPr>
            <w:r>
              <w:rPr>
                <w:color w:val="000000"/>
                <w:sz w:val="15"/>
              </w:rPr>
              <w:t>uravnava napor</w:t>
            </w:r>
          </w:p>
          <w:p w14:paraId="6D1647C9" w14:textId="77777777" w:rsidR="00623E5F" w:rsidRDefault="00000000">
            <w:pPr>
              <w:pStyle w:val="Oznaenseznam"/>
              <w:spacing w:after="16"/>
            </w:pPr>
            <w:r>
              <w:rPr>
                <w:color w:val="000000"/>
                <w:sz w:val="15"/>
              </w:rPr>
              <w:t>skrbi za okolje</w:t>
            </w:r>
          </w:p>
          <w:p w14:paraId="0ACCE1AF" w14:textId="77777777" w:rsidR="00623E5F" w:rsidRDefault="00000000">
            <w:pPr>
              <w:spacing w:before="40" w:after="20" w:line="245" w:lineRule="auto"/>
            </w:pPr>
            <w:r>
              <w:rPr>
                <w:b/>
                <w:color w:val="000000"/>
                <w:sz w:val="17"/>
              </w:rPr>
              <w:t>PRIČAKOVANI DOSEŽKI / MINIMALNI POUDARKI</w:t>
            </w:r>
          </w:p>
          <w:p w14:paraId="70FAAD32" w14:textId="77777777" w:rsidR="00623E5F" w:rsidRDefault="00000000">
            <w:pPr>
              <w:pStyle w:val="Oznaenseznam"/>
              <w:spacing w:after="16"/>
            </w:pPr>
            <w:r>
              <w:rPr>
                <w:color w:val="000000"/>
                <w:sz w:val="15"/>
              </w:rPr>
              <w:t>učenec samostojno oziroma z dogovorjeno oporo izvede daljšo gibalno dejavnost</w:t>
            </w:r>
          </w:p>
          <w:p w14:paraId="5BD340F6" w14:textId="77777777" w:rsidR="00623E5F" w:rsidRDefault="00000000">
            <w:pPr>
              <w:pStyle w:val="Oznaenseznam"/>
              <w:spacing w:after="16"/>
            </w:pPr>
            <w:r>
              <w:rPr>
                <w:color w:val="000000"/>
                <w:sz w:val="15"/>
              </w:rPr>
              <w:t>učenec samostojno oziroma z dogovorjeno oporo uravnava napor</w:t>
            </w:r>
          </w:p>
          <w:p w14:paraId="5270097D" w14:textId="77777777" w:rsidR="00623E5F" w:rsidRDefault="00000000">
            <w:pPr>
              <w:pStyle w:val="Oznaenseznam"/>
              <w:spacing w:after="16"/>
            </w:pPr>
            <w:r>
              <w:rPr>
                <w:color w:val="000000"/>
                <w:sz w:val="15"/>
              </w:rPr>
              <w:t>učenec samostojno oziroma z dogovorjeno oporo skrbi za okolje</w:t>
            </w:r>
          </w:p>
        </w:tc>
        <w:tc>
          <w:tcPr>
            <w:tcW w:w="7087" w:type="dxa"/>
            <w:tcMar>
              <w:top w:w="70" w:type="dxa"/>
              <w:left w:w="90" w:type="dxa"/>
              <w:bottom w:w="70" w:type="dxa"/>
              <w:right w:w="90" w:type="dxa"/>
            </w:tcMar>
          </w:tcPr>
          <w:p w14:paraId="2F28DE5F"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4CE9E91C" w14:textId="77777777">
              <w:trPr>
                <w:jc w:val="center"/>
              </w:trPr>
              <w:tc>
                <w:tcPr>
                  <w:tcW w:w="7087" w:type="dxa"/>
                  <w:shd w:val="clear" w:color="auto" w:fill="C6E7F3"/>
                  <w:tcMar>
                    <w:top w:w="45" w:type="dxa"/>
                    <w:left w:w="70" w:type="dxa"/>
                    <w:bottom w:w="45" w:type="dxa"/>
                    <w:right w:w="70" w:type="dxa"/>
                  </w:tcMar>
                </w:tcPr>
                <w:p w14:paraId="4DE7B3CF" w14:textId="77777777" w:rsidR="00623E5F" w:rsidRDefault="00000000">
                  <w:pPr>
                    <w:keepNext/>
                  </w:pPr>
                  <w:r>
                    <w:rPr>
                      <w:b/>
                      <w:color w:val="000000"/>
                    </w:rPr>
                    <w:t>UVODNI DEL – POČUTJE, GIBALNI NAMIG, PREDZNANJE IN NAMEN UČENJA (7–10 min)</w:t>
                  </w:r>
                </w:p>
              </w:tc>
            </w:tr>
          </w:tbl>
          <w:p w14:paraId="44A0BA01" w14:textId="77777777" w:rsidR="00623E5F" w:rsidRDefault="00623E5F">
            <w:pPr>
              <w:spacing w:line="20" w:lineRule="exact"/>
            </w:pPr>
          </w:p>
          <w:p w14:paraId="650C823E" w14:textId="77777777" w:rsidR="00623E5F" w:rsidRDefault="00000000">
            <w:pPr>
              <w:spacing w:before="40" w:after="60" w:line="245" w:lineRule="auto"/>
            </w:pPr>
            <w:r>
              <w:rPr>
                <w:color w:val="000000"/>
                <w:sz w:val="15"/>
              </w:rPr>
              <w:t>Ob književnem motivu »Zakaj?« – Lila Prap • NADALJEVANJE učenci vstopijo v temo okoljska vprašanja, ponovna uporaba in ustvarjalne rešitve. Učiteljica pripravi kratek gibalni namig: skrivnostni zemljevid pokaže pot, teren in štiri varne točke; učenci z opazovanjem prostora načrtujejo gibanje na temo »gibanje na prostem«. Tedenski gibalni izziv: izvede daljšo gibalno dejavnost s skrbjo za okolje.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4CD9A0FE" w14:textId="77777777">
              <w:trPr>
                <w:jc w:val="center"/>
              </w:trPr>
              <w:tc>
                <w:tcPr>
                  <w:tcW w:w="7087" w:type="dxa"/>
                  <w:shd w:val="clear" w:color="auto" w:fill="EDC9EA"/>
                  <w:tcMar>
                    <w:top w:w="45" w:type="dxa"/>
                    <w:left w:w="70" w:type="dxa"/>
                    <w:bottom w:w="45" w:type="dxa"/>
                    <w:right w:w="70" w:type="dxa"/>
                  </w:tcMar>
                </w:tcPr>
                <w:p w14:paraId="2BED621C" w14:textId="77777777" w:rsidR="00623E5F" w:rsidRDefault="00000000">
                  <w:pPr>
                    <w:keepNext/>
                  </w:pPr>
                  <w:r>
                    <w:rPr>
                      <w:b/>
                      <w:color w:val="000000"/>
                    </w:rPr>
                    <w:t>NAMENI UČENJA</w:t>
                  </w:r>
                </w:p>
              </w:tc>
            </w:tr>
          </w:tbl>
          <w:p w14:paraId="5401FB6D" w14:textId="77777777" w:rsidR="00623E5F" w:rsidRDefault="00623E5F">
            <w:pPr>
              <w:spacing w:line="20" w:lineRule="exact"/>
            </w:pPr>
          </w:p>
          <w:p w14:paraId="6B17658D"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7B9FD412" w14:textId="77777777" w:rsidR="00623E5F" w:rsidRDefault="00000000">
            <w:pPr>
              <w:pStyle w:val="Oznaenseznam"/>
              <w:spacing w:after="16"/>
            </w:pPr>
            <w:r>
              <w:rPr>
                <w:color w:val="000000"/>
                <w:sz w:val="15"/>
              </w:rPr>
              <w:t>izvedem daljšo gibalno dejavnost</w:t>
            </w:r>
          </w:p>
          <w:p w14:paraId="3D97AE80" w14:textId="77777777" w:rsidR="00623E5F" w:rsidRDefault="00000000">
            <w:pPr>
              <w:pStyle w:val="Oznaenseznam"/>
              <w:spacing w:after="16"/>
            </w:pPr>
            <w:r>
              <w:rPr>
                <w:color w:val="000000"/>
                <w:sz w:val="15"/>
              </w:rPr>
              <w:t>uravnavam napor</w:t>
            </w:r>
          </w:p>
          <w:p w14:paraId="7F0E36FE" w14:textId="77777777" w:rsidR="00623E5F" w:rsidRDefault="00000000">
            <w:pPr>
              <w:pStyle w:val="Oznaenseznam"/>
              <w:spacing w:after="16"/>
            </w:pPr>
            <w:r>
              <w:rPr>
                <w:color w:val="000000"/>
                <w:sz w:val="15"/>
              </w:rPr>
              <w:t>skrbim za okolje</w:t>
            </w:r>
          </w:p>
          <w:tbl>
            <w:tblPr>
              <w:tblStyle w:val="Tabelamrea"/>
              <w:tblW w:w="0" w:type="auto"/>
              <w:jc w:val="center"/>
              <w:tblLayout w:type="fixed"/>
              <w:tblLook w:val="04A0" w:firstRow="1" w:lastRow="0" w:firstColumn="1" w:lastColumn="0" w:noHBand="0" w:noVBand="1"/>
            </w:tblPr>
            <w:tblGrid>
              <w:gridCol w:w="7087"/>
            </w:tblGrid>
            <w:tr w:rsidR="00623E5F" w14:paraId="1AFE30E6" w14:textId="77777777">
              <w:trPr>
                <w:jc w:val="center"/>
              </w:trPr>
              <w:tc>
                <w:tcPr>
                  <w:tcW w:w="7087" w:type="dxa"/>
                  <w:shd w:val="clear" w:color="auto" w:fill="EDC9EA"/>
                  <w:tcMar>
                    <w:top w:w="45" w:type="dxa"/>
                    <w:left w:w="70" w:type="dxa"/>
                    <w:bottom w:w="45" w:type="dxa"/>
                    <w:right w:w="70" w:type="dxa"/>
                  </w:tcMar>
                </w:tcPr>
                <w:p w14:paraId="5F60ADF3" w14:textId="77777777" w:rsidR="00623E5F" w:rsidRDefault="00000000">
                  <w:pPr>
                    <w:keepNext/>
                  </w:pPr>
                  <w:r>
                    <w:rPr>
                      <w:b/>
                      <w:color w:val="000000"/>
                    </w:rPr>
                    <w:t>PREVERJANJE PREDZNANJA</w:t>
                  </w:r>
                </w:p>
              </w:tc>
            </w:tr>
          </w:tbl>
          <w:p w14:paraId="24A6B76E" w14:textId="77777777" w:rsidR="00623E5F" w:rsidRDefault="00623E5F">
            <w:pPr>
              <w:spacing w:line="20" w:lineRule="exact"/>
            </w:pPr>
          </w:p>
          <w:p w14:paraId="2AD7C291" w14:textId="77777777" w:rsidR="00623E5F" w:rsidRDefault="00000000">
            <w:pPr>
              <w:pStyle w:val="Oznaenseznam"/>
              <w:spacing w:after="16"/>
            </w:pPr>
            <w:r>
              <w:rPr>
                <w:color w:val="000000"/>
                <w:sz w:val="15"/>
              </w:rPr>
              <w:t>Kaj moje telo in prostor že znata pokazati pri temi »GIBANJE NA PROSTEM«?</w:t>
            </w:r>
          </w:p>
          <w:p w14:paraId="324FF2B8" w14:textId="77777777" w:rsidR="00623E5F" w:rsidRDefault="00000000">
            <w:pPr>
              <w:pStyle w:val="Oznaenseznam"/>
              <w:spacing w:after="16"/>
            </w:pPr>
            <w:r>
              <w:rPr>
                <w:color w:val="000000"/>
                <w:sz w:val="15"/>
              </w:rPr>
              <w:t>Katero varnostno pravilo, gibalni korak ali strategijo že obvladam in kaj bi najprej preizkusil/-a?</w:t>
            </w:r>
          </w:p>
          <w:p w14:paraId="401F3F9B"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3C4868F4" w14:textId="77777777">
              <w:trPr>
                <w:jc w:val="center"/>
              </w:trPr>
              <w:tc>
                <w:tcPr>
                  <w:tcW w:w="7087" w:type="dxa"/>
                  <w:shd w:val="clear" w:color="auto" w:fill="EDC9EA"/>
                  <w:tcMar>
                    <w:top w:w="45" w:type="dxa"/>
                    <w:left w:w="70" w:type="dxa"/>
                    <w:bottom w:w="45" w:type="dxa"/>
                    <w:right w:w="70" w:type="dxa"/>
                  </w:tcMar>
                </w:tcPr>
                <w:p w14:paraId="09D7F115" w14:textId="77777777" w:rsidR="00623E5F" w:rsidRDefault="00000000">
                  <w:pPr>
                    <w:keepNext/>
                  </w:pPr>
                  <w:r>
                    <w:rPr>
                      <w:b/>
                      <w:color w:val="000000"/>
                    </w:rPr>
                    <w:t>KRITERIJI USPEŠNOSTI</w:t>
                  </w:r>
                </w:p>
              </w:tc>
            </w:tr>
          </w:tbl>
          <w:p w14:paraId="40EF2691" w14:textId="77777777" w:rsidR="00623E5F" w:rsidRDefault="00623E5F"/>
          <w:p w14:paraId="31A75EEB" w14:textId="77777777" w:rsidR="00623E5F" w:rsidRDefault="00000000">
            <w:pPr>
              <w:spacing w:before="20" w:after="20" w:line="245" w:lineRule="auto"/>
            </w:pPr>
            <w:r>
              <w:rPr>
                <w:b/>
                <w:color w:val="000000"/>
                <w:sz w:val="16"/>
              </w:rPr>
              <w:t>Uspešen/-na bom, ko:</w:t>
            </w:r>
          </w:p>
          <w:p w14:paraId="7CF139D4" w14:textId="77777777" w:rsidR="00623E5F" w:rsidRDefault="00000000">
            <w:pPr>
              <w:pStyle w:val="Oznaenseznam"/>
              <w:spacing w:after="16"/>
            </w:pPr>
            <w:r>
              <w:rPr>
                <w:color w:val="000000"/>
                <w:sz w:val="15"/>
              </w:rPr>
              <w:t>izvedem daljšo gibalno dejavnost</w:t>
            </w:r>
          </w:p>
          <w:p w14:paraId="4D447FC3" w14:textId="77777777" w:rsidR="00623E5F" w:rsidRDefault="00000000">
            <w:pPr>
              <w:pStyle w:val="Oznaenseznam"/>
              <w:spacing w:after="16"/>
            </w:pPr>
            <w:r>
              <w:rPr>
                <w:color w:val="000000"/>
                <w:sz w:val="15"/>
              </w:rPr>
              <w:t>uravnavam napor</w:t>
            </w:r>
          </w:p>
          <w:p w14:paraId="57E63E85" w14:textId="77777777" w:rsidR="00623E5F" w:rsidRDefault="00000000">
            <w:pPr>
              <w:pStyle w:val="Oznaenseznam"/>
              <w:spacing w:after="16"/>
            </w:pPr>
            <w:r>
              <w:rPr>
                <w:color w:val="000000"/>
                <w:sz w:val="15"/>
              </w:rPr>
              <w:t>skrbim za okolje</w:t>
            </w:r>
          </w:p>
          <w:p w14:paraId="36F956A0" w14:textId="77777777" w:rsidR="00623E5F" w:rsidRDefault="00000000">
            <w:pPr>
              <w:pStyle w:val="Oznaenseznam"/>
              <w:spacing w:after="16"/>
            </w:pPr>
            <w:r>
              <w:rPr>
                <w:color w:val="000000"/>
                <w:sz w:val="15"/>
              </w:rPr>
              <w:t>pred začetkom preverim prostor in opremo, ohranjam razdaljo ter se na znak varno ustavim</w:t>
            </w:r>
          </w:p>
          <w:p w14:paraId="167CF798"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53332FED" w14:textId="77777777" w:rsidR="00623E5F" w:rsidRDefault="00623E5F"/>
          <w:p w14:paraId="6DC2694B"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564E460D"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13E23877" w14:textId="77777777" w:rsidR="00623E5F" w:rsidRDefault="00000000">
            <w:pPr>
              <w:spacing w:after="100" w:line="245" w:lineRule="auto"/>
            </w:pPr>
            <w:r>
              <w:rPr>
                <w:color w:val="000000"/>
                <w:sz w:val="15"/>
              </w:rPr>
              <w:t>Sodeluje pri razumevanju namena, vidnih meril, varnostnih pravil, prehodov in načina dokazovanja.</w:t>
            </w:r>
          </w:p>
          <w:p w14:paraId="689CFB9A" w14:textId="77777777" w:rsidR="00623E5F" w:rsidRDefault="00000000">
            <w:pPr>
              <w:spacing w:after="20" w:line="245" w:lineRule="auto"/>
            </w:pPr>
            <w:r>
              <w:rPr>
                <w:b/>
                <w:color w:val="D95BC6"/>
                <w:sz w:val="17"/>
              </w:rPr>
              <w:t>DOKAZ O UČENJU</w:t>
            </w:r>
          </w:p>
          <w:p w14:paraId="696D42FF"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41FE7FEE"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DDA815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5B7E9AEF"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30ABBFC" w14:textId="77777777" w:rsidR="00623E5F" w:rsidRDefault="00000000">
            <w:pPr>
              <w:jc w:val="center"/>
            </w:pPr>
            <w:r>
              <w:rPr>
                <w:b/>
                <w:color w:val="000000"/>
                <w:sz w:val="20"/>
              </w:rPr>
              <w:t>UČNE DEJAVNOSTI, METODE IN FORMATIVNO SPREMLJANJE</w:t>
            </w:r>
          </w:p>
        </w:tc>
      </w:tr>
      <w:tr w:rsidR="00623E5F" w14:paraId="640A5F0A" w14:textId="77777777">
        <w:trPr>
          <w:tblHeader/>
          <w:jc w:val="center"/>
        </w:trPr>
        <w:tc>
          <w:tcPr>
            <w:tcW w:w="4422" w:type="dxa"/>
            <w:vMerge/>
            <w:tcMar>
              <w:top w:w="70" w:type="dxa"/>
              <w:left w:w="90" w:type="dxa"/>
              <w:bottom w:w="70" w:type="dxa"/>
              <w:right w:w="90" w:type="dxa"/>
            </w:tcMar>
            <w:vAlign w:val="center"/>
          </w:tcPr>
          <w:p w14:paraId="72A1F6A5" w14:textId="77777777" w:rsidR="00623E5F" w:rsidRDefault="00623E5F"/>
        </w:tc>
        <w:tc>
          <w:tcPr>
            <w:tcW w:w="7087" w:type="dxa"/>
            <w:shd w:val="clear" w:color="auto" w:fill="FFFFFF"/>
            <w:tcMar>
              <w:top w:w="70" w:type="dxa"/>
              <w:left w:w="90" w:type="dxa"/>
              <w:bottom w:w="70" w:type="dxa"/>
              <w:right w:w="90" w:type="dxa"/>
            </w:tcMar>
            <w:vAlign w:val="center"/>
          </w:tcPr>
          <w:p w14:paraId="4A800FC0"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DE923AD" w14:textId="77777777" w:rsidR="00623E5F" w:rsidRDefault="00000000">
            <w:pPr>
              <w:jc w:val="center"/>
            </w:pPr>
            <w:r>
              <w:rPr>
                <w:b/>
                <w:color w:val="000000"/>
              </w:rPr>
              <w:t>UČENEC</w:t>
            </w:r>
          </w:p>
        </w:tc>
      </w:tr>
      <w:tr w:rsidR="00623E5F" w14:paraId="03D1C9D6" w14:textId="77777777">
        <w:trPr>
          <w:jc w:val="center"/>
        </w:trPr>
        <w:tc>
          <w:tcPr>
            <w:tcW w:w="4422" w:type="dxa"/>
            <w:tcMar>
              <w:top w:w="70" w:type="dxa"/>
              <w:left w:w="90" w:type="dxa"/>
              <w:bottom w:w="70" w:type="dxa"/>
              <w:right w:w="90" w:type="dxa"/>
            </w:tcMar>
          </w:tcPr>
          <w:p w14:paraId="7CECEF80" w14:textId="77777777" w:rsidR="00623E5F" w:rsidRDefault="00623E5F"/>
          <w:p w14:paraId="28ACFEC8" w14:textId="77777777" w:rsidR="00623E5F" w:rsidRDefault="00000000">
            <w:pPr>
              <w:spacing w:after="40" w:line="245" w:lineRule="auto"/>
            </w:pPr>
            <w:r>
              <w:rPr>
                <w:b/>
                <w:color w:val="000000"/>
                <w:sz w:val="17"/>
              </w:rPr>
              <w:t>KLJUČNI ŠPORTNI IN GIBALNI POJMI</w:t>
            </w:r>
          </w:p>
          <w:p w14:paraId="0FB70D1C"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teren, podlaga, orientacija, oznaka, pot, tempo, vzdržljivost, okolje</w:t>
            </w:r>
          </w:p>
          <w:p w14:paraId="7C7EA576" w14:textId="77777777" w:rsidR="00623E5F" w:rsidRDefault="00000000">
            <w:pPr>
              <w:spacing w:after="20" w:line="245" w:lineRule="auto"/>
            </w:pPr>
            <w:r>
              <w:rPr>
                <w:b/>
                <w:color w:val="000000"/>
                <w:sz w:val="17"/>
              </w:rPr>
              <w:t>DOKAZI O UČENJU</w:t>
            </w:r>
          </w:p>
          <w:p w14:paraId="219EAC36" w14:textId="77777777" w:rsidR="00623E5F" w:rsidRDefault="00000000">
            <w:pPr>
              <w:pStyle w:val="Oznaenseznam"/>
              <w:spacing w:after="7"/>
            </w:pPr>
            <w:r>
              <w:rPr>
                <w:color w:val="000000"/>
                <w:sz w:val="14"/>
              </w:rPr>
              <w:t>varen odziv na znak, začetni poskus prvine in ustno varnostno pravilo.</w:t>
            </w:r>
          </w:p>
          <w:p w14:paraId="5F414F55" w14:textId="77777777" w:rsidR="00623E5F" w:rsidRDefault="00000000">
            <w:pPr>
              <w:pStyle w:val="Oznaenseznam"/>
              <w:spacing w:after="7"/>
            </w:pPr>
            <w:r>
              <w:rPr>
                <w:color w:val="000000"/>
                <w:sz w:val="14"/>
              </w:rPr>
              <w:t>opazovalna kartica, izvedba na izbrani ravni in učiteljev zapis o napredku.</w:t>
            </w:r>
          </w:p>
          <w:p w14:paraId="678D672A" w14:textId="77777777" w:rsidR="00623E5F" w:rsidRDefault="00000000">
            <w:pPr>
              <w:pStyle w:val="Oznaenseznam"/>
              <w:spacing w:after="7"/>
            </w:pPr>
            <w:r>
              <w:rPr>
                <w:color w:val="000000"/>
                <w:sz w:val="14"/>
              </w:rPr>
              <w:t>uporaba prvine v igri, sodelovanje, upoštevanje pravil in osebno samovrednotenje.</w:t>
            </w:r>
          </w:p>
          <w:p w14:paraId="36BB96B1" w14:textId="77777777" w:rsidR="00623E5F" w:rsidRDefault="00000000">
            <w:pPr>
              <w:spacing w:before="40" w:after="20" w:line="245" w:lineRule="auto"/>
            </w:pPr>
            <w:r>
              <w:rPr>
                <w:b/>
                <w:color w:val="000000"/>
                <w:sz w:val="16"/>
              </w:rPr>
              <w:t>GIBALNO DOŽIVETJE IN IZKUŠENJSKI POUK</w:t>
            </w:r>
          </w:p>
          <w:p w14:paraId="5590D55F"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30568BE2" w14:textId="77777777" w:rsidR="00623E5F" w:rsidRDefault="00000000">
            <w:pPr>
              <w:spacing w:after="20" w:line="245" w:lineRule="auto"/>
            </w:pPr>
            <w:r>
              <w:rPr>
                <w:b/>
                <w:color w:val="000000"/>
                <w:sz w:val="16"/>
              </w:rPr>
              <w:t>POUČEVANJE V GIBANJU</w:t>
            </w:r>
          </w:p>
          <w:p w14:paraId="034125F0"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75590A94" w14:textId="77777777" w:rsidR="00623E5F" w:rsidRDefault="00000000">
            <w:pPr>
              <w:spacing w:after="20" w:line="245" w:lineRule="auto"/>
            </w:pPr>
            <w:r>
              <w:rPr>
                <w:b/>
                <w:color w:val="000000"/>
                <w:sz w:val="16"/>
              </w:rPr>
              <w:t>DELO PO ŠTIRIH POSTAJAH</w:t>
            </w:r>
          </w:p>
          <w:p w14:paraId="73F7B7EA"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01578F5C" w14:textId="77777777" w:rsidR="00623E5F" w:rsidRDefault="00000000">
            <w:pPr>
              <w:spacing w:after="7" w:line="245" w:lineRule="auto"/>
            </w:pPr>
            <w:r>
              <w:rPr>
                <w:color w:val="000000"/>
                <w:sz w:val="14"/>
              </w:rPr>
              <w:t>1. Terenska: na označenem območju in različnih podlagah uresničujem cilj »izvedem daljšo gibalno dejavnost«.</w:t>
            </w:r>
          </w:p>
          <w:p w14:paraId="17237FEF" w14:textId="77777777" w:rsidR="00623E5F" w:rsidRDefault="00000000">
            <w:pPr>
              <w:spacing w:after="7" w:line="245" w:lineRule="auto"/>
            </w:pPr>
            <w:r>
              <w:rPr>
                <w:color w:val="000000"/>
                <w:sz w:val="14"/>
              </w:rPr>
              <w:t>2. Orientacijska: sledim preprostim oznakam, izberem varno pot in se vedno vrnem na zbirno mesto.</w:t>
            </w:r>
          </w:p>
          <w:p w14:paraId="47EFC08D" w14:textId="77777777" w:rsidR="00623E5F" w:rsidRDefault="00000000">
            <w:pPr>
              <w:spacing w:after="7" w:line="245" w:lineRule="auto"/>
            </w:pPr>
            <w:r>
              <w:rPr>
                <w:color w:val="000000"/>
                <w:sz w:val="14"/>
              </w:rPr>
              <w:t>3. Tempo in ravnotežje: po terenu uravnavam napor ter preverjam cilj »uravnavam napor«.</w:t>
            </w:r>
          </w:p>
          <w:p w14:paraId="53BAC690" w14:textId="77777777" w:rsidR="00623E5F" w:rsidRDefault="00000000">
            <w:pPr>
              <w:spacing w:after="7" w:line="245" w:lineRule="auto"/>
            </w:pPr>
            <w:r>
              <w:rPr>
                <w:color w:val="000000"/>
                <w:sz w:val="14"/>
              </w:rPr>
              <w:t>4. Okoljska: v skupini rešim gibalni izziv, ne poškodujem okolja in pokažem, kako »skrbim za okolje«.</w:t>
            </w:r>
          </w:p>
          <w:p w14:paraId="3F6062AC" w14:textId="77777777" w:rsidR="00623E5F" w:rsidRDefault="00000000">
            <w:pPr>
              <w:spacing w:after="20" w:line="245" w:lineRule="auto"/>
            </w:pPr>
            <w:r>
              <w:rPr>
                <w:b/>
                <w:color w:val="000000"/>
                <w:sz w:val="16"/>
              </w:rPr>
              <w:t>DIFERENCIACIJA IN VKLJUČEVANJE</w:t>
            </w:r>
          </w:p>
          <w:p w14:paraId="6FB62A96"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3A8CAEFC" w14:textId="77777777" w:rsidR="00623E5F" w:rsidRDefault="00000000">
            <w:pPr>
              <w:spacing w:after="20" w:line="245" w:lineRule="auto"/>
            </w:pPr>
            <w:r>
              <w:rPr>
                <w:b/>
                <w:color w:val="000000"/>
                <w:sz w:val="16"/>
              </w:rPr>
              <w:t>SPREMLJANJE</w:t>
            </w:r>
          </w:p>
          <w:p w14:paraId="4221C201"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241C6CA4"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6F6C057D" w14:textId="77777777">
              <w:trPr>
                <w:jc w:val="center"/>
              </w:trPr>
              <w:tc>
                <w:tcPr>
                  <w:tcW w:w="7087" w:type="dxa"/>
                  <w:shd w:val="clear" w:color="auto" w:fill="C6E7F3"/>
                  <w:tcMar>
                    <w:top w:w="45" w:type="dxa"/>
                    <w:left w:w="70" w:type="dxa"/>
                    <w:bottom w:w="45" w:type="dxa"/>
                    <w:right w:w="70" w:type="dxa"/>
                  </w:tcMar>
                </w:tcPr>
                <w:p w14:paraId="7180A5F8" w14:textId="77777777" w:rsidR="00623E5F" w:rsidRDefault="00000000">
                  <w:pPr>
                    <w:keepNext/>
                  </w:pPr>
                  <w:r>
                    <w:rPr>
                      <w:b/>
                      <w:color w:val="000000"/>
                      <w:sz w:val="16"/>
                    </w:rPr>
                    <w:t>GLAVNI DEL – GIBALNI IZZIV, VADBA NA ŠTIRIH POSTAJAH IN IGRA (3 šolske ure)</w:t>
                  </w:r>
                </w:p>
              </w:tc>
            </w:tr>
          </w:tbl>
          <w:p w14:paraId="1E1B89EB" w14:textId="77777777" w:rsidR="00623E5F" w:rsidRDefault="00623E5F">
            <w:pPr>
              <w:spacing w:line="20" w:lineRule="exact"/>
            </w:pPr>
          </w:p>
          <w:p w14:paraId="2186B971" w14:textId="77777777" w:rsidR="00623E5F" w:rsidRDefault="00000000">
            <w:pPr>
              <w:keepNext/>
              <w:spacing w:before="16" w:after="6" w:line="245" w:lineRule="auto"/>
            </w:pPr>
            <w:r>
              <w:rPr>
                <w:b/>
                <w:color w:val="000000"/>
                <w:sz w:val="15"/>
              </w:rPr>
              <w:t>1. URA – Gibanje na prostem – Ogrejem se in usvojim gib</w:t>
            </w:r>
          </w:p>
          <w:p w14:paraId="4884D8F3"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»Zakaj?« – Lila Prap • NADALJEVANJE. Osrednji del 30': 32' – Preveri prostor in opremo, predstavi varnostni znak ter skozi gibalno zgodbo modelira ključno prvino po korakih.</w:t>
            </w:r>
          </w:p>
          <w:p w14:paraId="2B83C542"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79334CCA" w14:textId="77777777" w:rsidR="00623E5F" w:rsidRDefault="00000000">
            <w:pPr>
              <w:spacing w:after="15" w:line="245" w:lineRule="auto"/>
            </w:pPr>
            <w:r>
              <w:rPr>
                <w:i/>
                <w:color w:val="D95BC6"/>
                <w:sz w:val="14"/>
              </w:rPr>
              <w:t>Predvideni dokaz: varen odziv na znak, začetni poskus prvine in ustno varnostno pravilo..</w:t>
            </w:r>
          </w:p>
          <w:p w14:paraId="4015DD17" w14:textId="77777777" w:rsidR="00623E5F" w:rsidRDefault="00000000">
            <w:pPr>
              <w:keepNext/>
              <w:spacing w:before="16" w:after="6" w:line="245" w:lineRule="auto"/>
            </w:pPr>
            <w:r>
              <w:rPr>
                <w:b/>
                <w:color w:val="000000"/>
                <w:sz w:val="15"/>
              </w:rPr>
              <w:t>2. URA – Gibanje na prostem – Vadim na postajah</w:t>
            </w:r>
          </w:p>
          <w:p w14:paraId="21CF9100"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»Zakaj?« – Lila Prap • NADALJEVANJE. Osrednji del 30': 32' – Pripravi 4–6 postaj z enosmernimi prehodi, pokaže tri ravni izziva in opazovalcu dodeli en jasen kriterij.</w:t>
            </w:r>
          </w:p>
          <w:p w14:paraId="32FA7814"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4DDD7141" w14:textId="77777777" w:rsidR="00623E5F" w:rsidRDefault="00000000">
            <w:pPr>
              <w:spacing w:after="15" w:line="245" w:lineRule="auto"/>
            </w:pPr>
            <w:r>
              <w:rPr>
                <w:i/>
                <w:color w:val="D95BC6"/>
                <w:sz w:val="14"/>
              </w:rPr>
              <w:t>Predvideni dokaz: opazovalna kartica, izvedba na izbrani ravni in učiteljev zapis o napredku..</w:t>
            </w:r>
          </w:p>
          <w:p w14:paraId="434EAA39" w14:textId="77777777" w:rsidR="00623E5F" w:rsidRDefault="00000000">
            <w:pPr>
              <w:keepNext/>
              <w:spacing w:before="16" w:after="6" w:line="245" w:lineRule="auto"/>
            </w:pPr>
            <w:r>
              <w:rPr>
                <w:b/>
                <w:color w:val="000000"/>
                <w:sz w:val="15"/>
              </w:rPr>
              <w:t>3. URA – Gibanje na prostem – Uporabim v igri</w:t>
            </w:r>
          </w:p>
          <w:p w14:paraId="3BE51DDB"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»Zakaj?« – Lila Prap • NADALJEVANJE. Osrednji del 30': 32' – Organizira vključujočo igro ali izziv brez izločanja, spremlja varnost, pošteno igro in uporabo naučene prvine.</w:t>
            </w:r>
          </w:p>
          <w:p w14:paraId="5FB72988"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10C1317B"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6F898430" w14:textId="77777777">
              <w:trPr>
                <w:jc w:val="center"/>
              </w:trPr>
              <w:tc>
                <w:tcPr>
                  <w:tcW w:w="7087" w:type="dxa"/>
                  <w:shd w:val="clear" w:color="auto" w:fill="EDC9EA"/>
                  <w:tcMar>
                    <w:top w:w="45" w:type="dxa"/>
                    <w:left w:w="70" w:type="dxa"/>
                    <w:bottom w:w="45" w:type="dxa"/>
                    <w:right w:w="70" w:type="dxa"/>
                  </w:tcMar>
                </w:tcPr>
                <w:p w14:paraId="5E9404D0" w14:textId="77777777" w:rsidR="00623E5F" w:rsidRDefault="00000000">
                  <w:pPr>
                    <w:keepNext/>
                  </w:pPr>
                  <w:r>
                    <w:rPr>
                      <w:b/>
                      <w:color w:val="000000"/>
                      <w:sz w:val="16"/>
                    </w:rPr>
                    <w:t>ORGANIZACIJA POSTAJ, PREHODOV IN AKTIVNEGA ČASA</w:t>
                  </w:r>
                </w:p>
              </w:tc>
            </w:tr>
          </w:tbl>
          <w:p w14:paraId="09A12378" w14:textId="77777777" w:rsidR="00623E5F" w:rsidRDefault="00623E5F"/>
          <w:p w14:paraId="05DA7A27" w14:textId="77777777" w:rsidR="00623E5F" w:rsidRDefault="00000000">
            <w:pPr>
              <w:spacing w:before="5" w:after="6" w:line="245" w:lineRule="auto"/>
            </w:pPr>
            <w:r>
              <w:rPr>
                <w:color w:val="000000"/>
                <w:sz w:val="14"/>
              </w:rPr>
              <w:t>Postaja 1: Terenska: na označenem območju in različnih podlagah uresničujem cilj »izvedem daljšo gibalno dejavnost«.</w:t>
            </w:r>
          </w:p>
          <w:p w14:paraId="298CEF8E" w14:textId="77777777" w:rsidR="00623E5F" w:rsidRDefault="00000000">
            <w:pPr>
              <w:spacing w:before="5" w:after="6" w:line="245" w:lineRule="auto"/>
            </w:pPr>
            <w:r>
              <w:rPr>
                <w:color w:val="000000"/>
                <w:sz w:val="14"/>
              </w:rPr>
              <w:t>Postaja 2: Orientacijska: sledim preprostim oznakam, izberem varno pot in se vedno vrnem na zbirno mesto.</w:t>
            </w:r>
          </w:p>
          <w:p w14:paraId="1ECED5B5" w14:textId="77777777" w:rsidR="00623E5F" w:rsidRDefault="00000000">
            <w:pPr>
              <w:spacing w:before="5" w:after="6" w:line="245" w:lineRule="auto"/>
            </w:pPr>
            <w:r>
              <w:rPr>
                <w:color w:val="000000"/>
                <w:sz w:val="14"/>
              </w:rPr>
              <w:t>Postaja 3: Tempo in ravnotežje: po terenu uravnavam napor ter preverjam cilj »uravnavam napor«.</w:t>
            </w:r>
          </w:p>
          <w:p w14:paraId="7FE9404A" w14:textId="77777777" w:rsidR="00623E5F" w:rsidRDefault="00000000">
            <w:pPr>
              <w:spacing w:before="5" w:after="6" w:line="245" w:lineRule="auto"/>
            </w:pPr>
            <w:r>
              <w:rPr>
                <w:color w:val="000000"/>
                <w:sz w:val="14"/>
              </w:rPr>
              <w:t>Postaja 4: Okoljska: v skupini rešim gibalni izziv, ne poškodujem okolja in pokažem, kako »skrbim za okolje«.</w:t>
            </w:r>
          </w:p>
          <w:p w14:paraId="32545849"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68CBB6AB" w14:textId="77777777" w:rsidR="00623E5F" w:rsidRDefault="00623E5F"/>
          <w:p w14:paraId="6A2BA944" w14:textId="77777777" w:rsidR="00623E5F" w:rsidRDefault="00000000">
            <w:pPr>
              <w:spacing w:after="5" w:line="245" w:lineRule="auto"/>
            </w:pPr>
            <w:r>
              <w:rPr>
                <w:b/>
                <w:color w:val="000000"/>
                <w:sz w:val="15"/>
              </w:rPr>
              <w:t>1. URA – Gibanje na prostem – Ogrejem se in usvojim gib</w:t>
            </w:r>
          </w:p>
          <w:p w14:paraId="28098C2B"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115307C5" w14:textId="77777777" w:rsidR="00623E5F" w:rsidRDefault="00000000">
            <w:pPr>
              <w:spacing w:after="14" w:line="245" w:lineRule="auto"/>
            </w:pPr>
            <w:r>
              <w:rPr>
                <w:color w:val="D95BC6"/>
                <w:sz w:val="13"/>
              </w:rPr>
              <w:t>Dokaz: varen odziv na znak, začetni poskus prvine in ustno varnostno pravilo.</w:t>
            </w:r>
          </w:p>
          <w:p w14:paraId="395DC23F" w14:textId="77777777" w:rsidR="00623E5F" w:rsidRDefault="00000000">
            <w:pPr>
              <w:spacing w:after="5" w:line="245" w:lineRule="auto"/>
            </w:pPr>
            <w:r>
              <w:rPr>
                <w:b/>
                <w:color w:val="000000"/>
                <w:sz w:val="15"/>
              </w:rPr>
              <w:t>2. URA – Gibanje na prostem – Vadim na postajah</w:t>
            </w:r>
          </w:p>
          <w:p w14:paraId="5CF1AEC5"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3ECAAB23" w14:textId="77777777" w:rsidR="00623E5F" w:rsidRDefault="00000000">
            <w:pPr>
              <w:spacing w:after="14" w:line="245" w:lineRule="auto"/>
            </w:pPr>
            <w:r>
              <w:rPr>
                <w:color w:val="D95BC6"/>
                <w:sz w:val="13"/>
              </w:rPr>
              <w:t>Dokaz: opazovalna kartica, izvedba na izbrani ravni in učiteljev zapis o napredku.</w:t>
            </w:r>
          </w:p>
          <w:p w14:paraId="001422F4" w14:textId="77777777" w:rsidR="00623E5F" w:rsidRDefault="00000000">
            <w:pPr>
              <w:spacing w:after="5" w:line="245" w:lineRule="auto"/>
            </w:pPr>
            <w:r>
              <w:rPr>
                <w:b/>
                <w:color w:val="000000"/>
                <w:sz w:val="15"/>
              </w:rPr>
              <w:t>3. URA – Gibanje na prostem – Uporabim v igri</w:t>
            </w:r>
          </w:p>
          <w:p w14:paraId="1F8D97D3"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16064170" w14:textId="77777777" w:rsidR="00623E5F" w:rsidRDefault="00000000">
            <w:pPr>
              <w:spacing w:after="14" w:line="245" w:lineRule="auto"/>
            </w:pPr>
            <w:r>
              <w:rPr>
                <w:color w:val="D95BC6"/>
                <w:sz w:val="13"/>
              </w:rPr>
              <w:t>Dokaz: uporaba prvine v igri, sodelovanje, upoštevanje pravil in osebno.</w:t>
            </w:r>
          </w:p>
          <w:p w14:paraId="09092741" w14:textId="77777777" w:rsidR="00623E5F" w:rsidRDefault="00000000">
            <w:pPr>
              <w:spacing w:before="30" w:after="14" w:line="245" w:lineRule="auto"/>
            </w:pPr>
            <w:r>
              <w:rPr>
                <w:b/>
                <w:color w:val="D95BC6"/>
                <w:sz w:val="16"/>
              </w:rPr>
              <w:t>MOJ KROG POSTAJ</w:t>
            </w:r>
          </w:p>
          <w:p w14:paraId="3F33999E" w14:textId="77777777" w:rsidR="00623E5F" w:rsidRDefault="00000000">
            <w:pPr>
              <w:spacing w:after="8" w:line="245" w:lineRule="auto"/>
            </w:pPr>
            <w:r>
              <w:rPr>
                <w:color w:val="000000"/>
                <w:sz w:val="13"/>
              </w:rPr>
              <w:t>1. Terenska: na označenem območju in različnih podlagah uresničujem cilj »izvedem.</w:t>
            </w:r>
          </w:p>
          <w:p w14:paraId="3999144C" w14:textId="77777777" w:rsidR="00623E5F" w:rsidRDefault="00000000">
            <w:pPr>
              <w:spacing w:after="8" w:line="245" w:lineRule="auto"/>
            </w:pPr>
            <w:r>
              <w:rPr>
                <w:color w:val="000000"/>
                <w:sz w:val="13"/>
              </w:rPr>
              <w:t>2. Orientacijska: sledim preprostim oznakam, izberem varno pot in se vedno vrnem na.</w:t>
            </w:r>
          </w:p>
          <w:p w14:paraId="40AC6F8A" w14:textId="77777777" w:rsidR="00623E5F" w:rsidRDefault="00000000">
            <w:pPr>
              <w:spacing w:after="8" w:line="245" w:lineRule="auto"/>
            </w:pPr>
            <w:r>
              <w:rPr>
                <w:color w:val="000000"/>
                <w:sz w:val="13"/>
              </w:rPr>
              <w:t>3. Tempo in ravnotežje: po terenu uravnavam napor ter preverjam cilj »uravnavam.</w:t>
            </w:r>
          </w:p>
          <w:p w14:paraId="323FE95C" w14:textId="77777777" w:rsidR="00623E5F" w:rsidRDefault="00000000">
            <w:pPr>
              <w:spacing w:after="8" w:line="245" w:lineRule="auto"/>
            </w:pPr>
            <w:r>
              <w:rPr>
                <w:color w:val="000000"/>
                <w:sz w:val="13"/>
              </w:rPr>
              <w:t>4. Okoljska: v skupini rešim gibalni izziv, ne poškodujem okolja in pokažem.</w:t>
            </w:r>
          </w:p>
          <w:p w14:paraId="58E83B4C"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6037BA62" w14:textId="77777777" w:rsidR="00623E5F" w:rsidRDefault="00000000">
            <w:pPr>
              <w:spacing w:after="14" w:line="245" w:lineRule="auto"/>
            </w:pPr>
            <w:r>
              <w:rPr>
                <w:b/>
                <w:color w:val="D95BC6"/>
                <w:sz w:val="16"/>
              </w:rPr>
              <w:t>DOKAZ O UČENJU</w:t>
            </w:r>
          </w:p>
          <w:p w14:paraId="54F63165"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2238B790"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7632EC34" w14:textId="77777777">
        <w:trPr>
          <w:tblHeader/>
          <w:jc w:val="center"/>
        </w:trPr>
        <w:tc>
          <w:tcPr>
            <w:tcW w:w="4422" w:type="dxa"/>
            <w:vMerge w:val="restart"/>
            <w:shd w:val="clear" w:color="auto" w:fill="FFFFFF"/>
            <w:tcMar>
              <w:top w:w="70" w:type="dxa"/>
              <w:left w:w="90" w:type="dxa"/>
              <w:bottom w:w="70" w:type="dxa"/>
              <w:right w:w="90" w:type="dxa"/>
            </w:tcMar>
            <w:vAlign w:val="center"/>
          </w:tcPr>
          <w:p w14:paraId="74E6D837"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701AC11" w14:textId="77777777" w:rsidR="00623E5F" w:rsidRDefault="00000000">
            <w:pPr>
              <w:jc w:val="center"/>
            </w:pPr>
            <w:r>
              <w:rPr>
                <w:b/>
                <w:color w:val="000000"/>
                <w:sz w:val="20"/>
              </w:rPr>
              <w:t>UČNE DEJAVNOSTI, METODE IN FORMATIVNO SPREMLJANJE</w:t>
            </w:r>
          </w:p>
        </w:tc>
      </w:tr>
      <w:tr w:rsidR="00623E5F" w14:paraId="1D4DAE15" w14:textId="77777777">
        <w:trPr>
          <w:tblHeader/>
          <w:jc w:val="center"/>
        </w:trPr>
        <w:tc>
          <w:tcPr>
            <w:tcW w:w="4422" w:type="dxa"/>
            <w:vMerge/>
            <w:tcMar>
              <w:top w:w="70" w:type="dxa"/>
              <w:left w:w="90" w:type="dxa"/>
              <w:bottom w:w="70" w:type="dxa"/>
              <w:right w:w="90" w:type="dxa"/>
            </w:tcMar>
            <w:vAlign w:val="center"/>
          </w:tcPr>
          <w:p w14:paraId="1A9C738A" w14:textId="77777777" w:rsidR="00623E5F" w:rsidRDefault="00623E5F"/>
        </w:tc>
        <w:tc>
          <w:tcPr>
            <w:tcW w:w="7087" w:type="dxa"/>
            <w:shd w:val="clear" w:color="auto" w:fill="FFFFFF"/>
            <w:tcMar>
              <w:top w:w="70" w:type="dxa"/>
              <w:left w:w="90" w:type="dxa"/>
              <w:bottom w:w="70" w:type="dxa"/>
              <w:right w:w="90" w:type="dxa"/>
            </w:tcMar>
            <w:vAlign w:val="center"/>
          </w:tcPr>
          <w:p w14:paraId="7F09374A"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1F9B2100" w14:textId="77777777" w:rsidR="00623E5F" w:rsidRDefault="00000000">
            <w:pPr>
              <w:jc w:val="center"/>
            </w:pPr>
            <w:r>
              <w:rPr>
                <w:b/>
                <w:color w:val="000000"/>
              </w:rPr>
              <w:t>UČENEC</w:t>
            </w:r>
          </w:p>
        </w:tc>
      </w:tr>
      <w:tr w:rsidR="00623E5F" w14:paraId="5A7D36F3" w14:textId="77777777">
        <w:trPr>
          <w:jc w:val="center"/>
        </w:trPr>
        <w:tc>
          <w:tcPr>
            <w:tcW w:w="4422" w:type="dxa"/>
            <w:tcMar>
              <w:top w:w="70" w:type="dxa"/>
              <w:left w:w="90" w:type="dxa"/>
              <w:bottom w:w="70" w:type="dxa"/>
              <w:right w:w="90" w:type="dxa"/>
            </w:tcMar>
          </w:tcPr>
          <w:p w14:paraId="481C0E21" w14:textId="77777777" w:rsidR="00623E5F" w:rsidRDefault="00623E5F"/>
          <w:p w14:paraId="7756F229" w14:textId="77777777" w:rsidR="00623E5F" w:rsidRDefault="00000000">
            <w:pPr>
              <w:spacing w:after="40" w:line="245" w:lineRule="auto"/>
            </w:pPr>
            <w:r>
              <w:rPr>
                <w:b/>
                <w:color w:val="000000"/>
              </w:rPr>
              <w:t>FORMATIVNO SPREMLJANJE</w:t>
            </w:r>
          </w:p>
          <w:p w14:paraId="5D94F77E" w14:textId="77777777" w:rsidR="00623E5F" w:rsidRDefault="00000000">
            <w:pPr>
              <w:pStyle w:val="Oznaenseznam"/>
              <w:spacing w:after="16"/>
            </w:pPr>
            <w:r>
              <w:rPr>
                <w:color w:val="000000"/>
                <w:sz w:val="15"/>
              </w:rPr>
              <w:t>predznanje: gibalni prikaz, odziv na znak, izbira kartice, začetni poskus ali kratka razlaga</w:t>
            </w:r>
          </w:p>
          <w:p w14:paraId="36E78C7E" w14:textId="77777777" w:rsidR="00623E5F" w:rsidRDefault="00000000">
            <w:pPr>
              <w:pStyle w:val="Oznaenseznam"/>
              <w:spacing w:after="16"/>
            </w:pPr>
            <w:r>
              <w:rPr>
                <w:color w:val="000000"/>
                <w:sz w:val="15"/>
              </w:rPr>
              <w:t>nameni in merila: kratka poved, slikovni znak, model varne izvedbe in en opazljiv tehnični poudarek</w:t>
            </w:r>
          </w:p>
          <w:p w14:paraId="6C0590F1"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2C965F38" w14:textId="77777777" w:rsidR="00623E5F" w:rsidRDefault="00000000">
            <w:pPr>
              <w:pStyle w:val="Oznaenseznam"/>
              <w:spacing w:after="16"/>
            </w:pPr>
            <w:r>
              <w:rPr>
                <w:color w:val="000000"/>
                <w:sz w:val="15"/>
              </w:rPr>
              <w:t>povratna informacija: opis opaženega, povezava z enim merilom in takoj izvedljiv ponovni poskus</w:t>
            </w:r>
          </w:p>
          <w:p w14:paraId="1FCFAFF4" w14:textId="77777777" w:rsidR="00623E5F" w:rsidRDefault="00000000">
            <w:pPr>
              <w:pStyle w:val="Oznaenseznam"/>
              <w:spacing w:after="16"/>
            </w:pPr>
            <w:r>
              <w:rPr>
                <w:color w:val="000000"/>
                <w:sz w:val="15"/>
              </w:rPr>
              <w:t>samovrednotenje: semafor napora in varnosti, lestvica samostojnosti, izbran dokaz ter osebni naslednji korak</w:t>
            </w:r>
          </w:p>
          <w:p w14:paraId="7D9DD77D" w14:textId="77777777" w:rsidR="00623E5F" w:rsidRDefault="00000000">
            <w:pPr>
              <w:spacing w:before="40" w:after="20" w:line="245" w:lineRule="auto"/>
            </w:pPr>
            <w:r>
              <w:rPr>
                <w:b/>
                <w:color w:val="000000"/>
                <w:sz w:val="17"/>
              </w:rPr>
              <w:t>VARNOST, POČUTJE IN HIGIENA</w:t>
            </w:r>
          </w:p>
          <w:p w14:paraId="2B60CAED"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Območje je vnaprej pregledano in označeno, učenci so v vidnem polju odraslega, prilagodijo tempo vremenu in ne zapuščajo skupine.</w:t>
            </w:r>
          </w:p>
          <w:p w14:paraId="3B55AAF5" w14:textId="77777777" w:rsidR="00623E5F" w:rsidRDefault="00000000">
            <w:pPr>
              <w:spacing w:after="20" w:line="245" w:lineRule="auto"/>
            </w:pPr>
            <w:r>
              <w:rPr>
                <w:b/>
                <w:color w:val="000000"/>
                <w:sz w:val="17"/>
              </w:rPr>
              <w:t>EVIDENCA PO IZVEDBI</w:t>
            </w:r>
          </w:p>
          <w:p w14:paraId="608C5012"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01E89EEE" w14:textId="77777777" w:rsidR="00623E5F" w:rsidRDefault="00000000">
            <w:pPr>
              <w:spacing w:before="40" w:after="20" w:line="245" w:lineRule="auto"/>
            </w:pPr>
            <w:r>
              <w:rPr>
                <w:b/>
                <w:color w:val="000000"/>
                <w:sz w:val="17"/>
              </w:rPr>
              <w:t>RAVEN DOSEGANJA</w:t>
            </w:r>
          </w:p>
          <w:p w14:paraId="5425C283"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47A40252"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F9613BA" w14:textId="77777777">
              <w:trPr>
                <w:jc w:val="center"/>
              </w:trPr>
              <w:tc>
                <w:tcPr>
                  <w:tcW w:w="7087" w:type="dxa"/>
                  <w:shd w:val="clear" w:color="auto" w:fill="EDC9EA"/>
                  <w:tcMar>
                    <w:top w:w="45" w:type="dxa"/>
                    <w:left w:w="70" w:type="dxa"/>
                    <w:bottom w:w="45" w:type="dxa"/>
                    <w:right w:w="70" w:type="dxa"/>
                  </w:tcMar>
                </w:tcPr>
                <w:p w14:paraId="79F9CF63" w14:textId="77777777" w:rsidR="00623E5F" w:rsidRDefault="00000000">
                  <w:pPr>
                    <w:keepNext/>
                  </w:pPr>
                  <w:r>
                    <w:rPr>
                      <w:b/>
                      <w:color w:val="000000"/>
                    </w:rPr>
                    <w:t>VPRAŠANJA V PODPORO GIBALNEMU UČENJU</w:t>
                  </w:r>
                </w:p>
              </w:tc>
            </w:tr>
          </w:tbl>
          <w:p w14:paraId="3B7FD60F" w14:textId="77777777" w:rsidR="00623E5F" w:rsidRDefault="00623E5F">
            <w:pPr>
              <w:spacing w:line="20" w:lineRule="exact"/>
            </w:pPr>
          </w:p>
          <w:p w14:paraId="3243D14C" w14:textId="77777777" w:rsidR="00623E5F" w:rsidRDefault="00000000">
            <w:pPr>
              <w:pStyle w:val="Oznaenseznam"/>
              <w:spacing w:after="16"/>
            </w:pPr>
            <w:r>
              <w:rPr>
                <w:color w:val="000000"/>
                <w:sz w:val="15"/>
              </w:rPr>
              <w:t>Kaj si pri prvem poskusu začutil/-a ali opazil/-a v položaju telesa, ravnotežju, smeri, ritmu ali naporu?</w:t>
            </w:r>
          </w:p>
          <w:p w14:paraId="6EC10DE6" w14:textId="77777777" w:rsidR="00623E5F" w:rsidRDefault="00000000">
            <w:pPr>
              <w:pStyle w:val="Oznaenseznam"/>
              <w:spacing w:after="16"/>
            </w:pPr>
            <w:r>
              <w:rPr>
                <w:color w:val="000000"/>
                <w:sz w:val="15"/>
              </w:rPr>
              <w:t>Katero varnostno pravilo in kateri gibalni korak sta bila danes najpomembnejša?</w:t>
            </w:r>
          </w:p>
          <w:p w14:paraId="7F3F20B8" w14:textId="77777777" w:rsidR="00623E5F" w:rsidRDefault="00000000">
            <w:pPr>
              <w:pStyle w:val="Oznaenseznam"/>
              <w:spacing w:after="16"/>
            </w:pPr>
            <w:r>
              <w:rPr>
                <w:color w:val="000000"/>
                <w:sz w:val="15"/>
              </w:rPr>
              <w:t>Katero raven si izbral/-a, zakaj je bila primerna in kaj si pri naslednjem poskusu spremenil/-a?</w:t>
            </w:r>
          </w:p>
          <w:p w14:paraId="33D72FE6" w14:textId="77777777" w:rsidR="00623E5F" w:rsidRDefault="00000000">
            <w:pPr>
              <w:pStyle w:val="Oznaenseznam"/>
              <w:spacing w:after="16"/>
            </w:pPr>
            <w:r>
              <w:rPr>
                <w:color w:val="000000"/>
                <w:sz w:val="15"/>
              </w:rPr>
              <w:t>Kateri tvoj gibalni dokaz najjasneje pokaže dogovorjeno merilo?</w:t>
            </w:r>
          </w:p>
          <w:p w14:paraId="61556A89"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7FE7DC35" w14:textId="77777777">
              <w:trPr>
                <w:jc w:val="center"/>
              </w:trPr>
              <w:tc>
                <w:tcPr>
                  <w:tcW w:w="7087" w:type="dxa"/>
                  <w:shd w:val="clear" w:color="auto" w:fill="C6E7F3"/>
                  <w:tcMar>
                    <w:top w:w="45" w:type="dxa"/>
                    <w:left w:w="70" w:type="dxa"/>
                    <w:bottom w:w="45" w:type="dxa"/>
                    <w:right w:w="70" w:type="dxa"/>
                  </w:tcMar>
                </w:tcPr>
                <w:p w14:paraId="24E4FDC3" w14:textId="77777777" w:rsidR="00623E5F" w:rsidRDefault="00000000">
                  <w:pPr>
                    <w:keepNext/>
                  </w:pPr>
                  <w:r>
                    <w:rPr>
                      <w:b/>
                      <w:color w:val="000000"/>
                    </w:rPr>
                    <w:t>ZAKLJUČNI DEL – UMIRJANJE, RAZTEZANJE, DOKAZ IN REFLEKSIJA (8–10 min)</w:t>
                  </w:r>
                </w:p>
              </w:tc>
            </w:tr>
          </w:tbl>
          <w:p w14:paraId="7CF7CA32" w14:textId="77777777" w:rsidR="00623E5F" w:rsidRDefault="00623E5F">
            <w:pPr>
              <w:spacing w:line="20" w:lineRule="exact"/>
            </w:pPr>
          </w:p>
          <w:p w14:paraId="4914E490"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7C6A266C" w14:textId="77777777">
              <w:trPr>
                <w:jc w:val="center"/>
              </w:trPr>
              <w:tc>
                <w:tcPr>
                  <w:tcW w:w="7087" w:type="dxa"/>
                  <w:shd w:val="clear" w:color="auto" w:fill="EDC9EA"/>
                  <w:tcMar>
                    <w:top w:w="45" w:type="dxa"/>
                    <w:left w:w="70" w:type="dxa"/>
                    <w:bottom w:w="45" w:type="dxa"/>
                    <w:right w:w="70" w:type="dxa"/>
                  </w:tcMar>
                </w:tcPr>
                <w:p w14:paraId="419140A7" w14:textId="77777777" w:rsidR="00623E5F" w:rsidRDefault="00000000">
                  <w:pPr>
                    <w:keepNext/>
                  </w:pPr>
                  <w:r>
                    <w:rPr>
                      <w:b/>
                      <w:color w:val="000000"/>
                    </w:rPr>
                    <w:t>SAMOVREDNOTENJE</w:t>
                  </w:r>
                </w:p>
              </w:tc>
            </w:tr>
          </w:tbl>
          <w:p w14:paraId="0F5102AF" w14:textId="77777777" w:rsidR="00623E5F" w:rsidRDefault="00623E5F">
            <w:pPr>
              <w:spacing w:line="20" w:lineRule="exact"/>
            </w:pPr>
          </w:p>
          <w:p w14:paraId="31E0BA62"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613606DF" w14:textId="77777777">
              <w:trPr>
                <w:jc w:val="center"/>
              </w:trPr>
              <w:tc>
                <w:tcPr>
                  <w:tcW w:w="7087" w:type="dxa"/>
                  <w:shd w:val="clear" w:color="auto" w:fill="EDC9EA"/>
                  <w:tcMar>
                    <w:top w:w="45" w:type="dxa"/>
                    <w:left w:w="70" w:type="dxa"/>
                    <w:bottom w:w="45" w:type="dxa"/>
                    <w:right w:w="70" w:type="dxa"/>
                  </w:tcMar>
                </w:tcPr>
                <w:p w14:paraId="155B0E08" w14:textId="77777777" w:rsidR="00623E5F" w:rsidRDefault="00000000">
                  <w:pPr>
                    <w:keepNext/>
                  </w:pPr>
                  <w:r>
                    <w:rPr>
                      <w:b/>
                      <w:color w:val="000000"/>
                    </w:rPr>
                    <w:t>VRSTNIŠKO OPAZOVANJE IN POVRATNA INFORMACIJA</w:t>
                  </w:r>
                </w:p>
              </w:tc>
            </w:tr>
          </w:tbl>
          <w:p w14:paraId="70B27B2A" w14:textId="77777777" w:rsidR="00623E5F" w:rsidRDefault="00623E5F">
            <w:pPr>
              <w:spacing w:line="20" w:lineRule="exact"/>
            </w:pPr>
          </w:p>
          <w:p w14:paraId="0A2BF884"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432B703C" w14:textId="77777777">
              <w:trPr>
                <w:jc w:val="center"/>
              </w:trPr>
              <w:tc>
                <w:tcPr>
                  <w:tcW w:w="7087" w:type="dxa"/>
                  <w:shd w:val="clear" w:color="auto" w:fill="EDC9EA"/>
                  <w:tcMar>
                    <w:top w:w="45" w:type="dxa"/>
                    <w:left w:w="70" w:type="dxa"/>
                    <w:bottom w:w="45" w:type="dxa"/>
                    <w:right w:w="70" w:type="dxa"/>
                  </w:tcMar>
                </w:tcPr>
                <w:p w14:paraId="53E995FA" w14:textId="77777777" w:rsidR="00623E5F" w:rsidRDefault="00000000">
                  <w:pPr>
                    <w:keepNext/>
                  </w:pPr>
                  <w:r>
                    <w:rPr>
                      <w:b/>
                      <w:color w:val="000000"/>
                    </w:rPr>
                    <w:t>SKUPNI POVZETEK</w:t>
                  </w:r>
                </w:p>
              </w:tc>
            </w:tr>
          </w:tbl>
          <w:p w14:paraId="747D9485" w14:textId="77777777" w:rsidR="00623E5F" w:rsidRDefault="00623E5F"/>
          <w:p w14:paraId="10B7B3A5" w14:textId="77777777" w:rsidR="00623E5F" w:rsidRDefault="00000000">
            <w:pPr>
              <w:spacing w:before="20" w:after="40" w:line="245" w:lineRule="auto"/>
            </w:pPr>
            <w:r>
              <w:rPr>
                <w:b/>
                <w:color w:val="000000"/>
                <w:sz w:val="16"/>
              </w:rPr>
              <w:t>izvedem daljšo gibalno dejavnost; uravnavam napor; skrbim za okolje. Izbrani gibalni dokaz pojasnim in določim varen naslednji korak.</w:t>
            </w:r>
          </w:p>
        </w:tc>
        <w:tc>
          <w:tcPr>
            <w:tcW w:w="2551" w:type="dxa"/>
            <w:tcMar>
              <w:top w:w="70" w:type="dxa"/>
              <w:left w:w="90" w:type="dxa"/>
              <w:bottom w:w="70" w:type="dxa"/>
              <w:right w:w="90" w:type="dxa"/>
            </w:tcMar>
          </w:tcPr>
          <w:p w14:paraId="72738832" w14:textId="77777777" w:rsidR="00623E5F" w:rsidRDefault="00623E5F"/>
          <w:p w14:paraId="553CDC66" w14:textId="77777777" w:rsidR="00623E5F" w:rsidRDefault="00000000">
            <w:pPr>
              <w:spacing w:after="80" w:line="245" w:lineRule="auto"/>
            </w:pPr>
            <w:r>
              <w:rPr>
                <w:color w:val="000000"/>
                <w:sz w:val="15"/>
              </w:rPr>
              <w:t>Odgovarja na podporna vprašanja in se sklicuje na svojo izvedbo, počutje, izbrano raven in varnost.</w:t>
            </w:r>
          </w:p>
          <w:p w14:paraId="1AE0272C" w14:textId="77777777" w:rsidR="00623E5F" w:rsidRDefault="00000000">
            <w:pPr>
              <w:spacing w:after="80" w:line="245" w:lineRule="auto"/>
            </w:pPr>
            <w:r>
              <w:rPr>
                <w:color w:val="000000"/>
                <w:sz w:val="15"/>
              </w:rPr>
              <w:t>Predstavi izbrani gibalni dokaz ter pokaže ali pove, katero merilo z njim dosega.</w:t>
            </w:r>
          </w:p>
          <w:p w14:paraId="244B8EF7" w14:textId="77777777" w:rsidR="00623E5F" w:rsidRDefault="00000000">
            <w:pPr>
              <w:spacing w:after="80" w:line="245" w:lineRule="auto"/>
            </w:pPr>
            <w:r>
              <w:rPr>
                <w:color w:val="000000"/>
                <w:sz w:val="15"/>
              </w:rPr>
              <w:t>Opazuje eno dogovorjeno prvino vrstnikove izvedbe in poda kratek, prijazen ter uporaben odziv.</w:t>
            </w:r>
          </w:p>
          <w:p w14:paraId="01B85441"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1784EFC6" w14:textId="77777777" w:rsidR="00623E5F" w:rsidRDefault="00000000">
            <w:pPr>
              <w:spacing w:after="100" w:line="245" w:lineRule="auto"/>
            </w:pPr>
            <w:r>
              <w:rPr>
                <w:color w:val="000000"/>
                <w:sz w:val="15"/>
              </w:rPr>
              <w:t>Umiri dihanje, oceni napor in počutje, izbere raven samostojnosti ter določi varen naslednji korak.</w:t>
            </w:r>
          </w:p>
          <w:p w14:paraId="61EF2E36" w14:textId="77777777" w:rsidR="00623E5F" w:rsidRDefault="00000000">
            <w:pPr>
              <w:spacing w:after="20" w:line="245" w:lineRule="auto"/>
            </w:pPr>
            <w:r>
              <w:rPr>
                <w:b/>
                <w:color w:val="D95BC6"/>
                <w:sz w:val="17"/>
              </w:rPr>
              <w:t>DOKAZ O UČENJU</w:t>
            </w:r>
          </w:p>
          <w:p w14:paraId="2FCCAFB3"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10B1E8B7"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7805A2CE" w14:textId="77777777">
        <w:trPr>
          <w:cantSplit/>
          <w:jc w:val="center"/>
        </w:trPr>
        <w:tc>
          <w:tcPr>
            <w:tcW w:w="14060" w:type="dxa"/>
            <w:gridSpan w:val="6"/>
            <w:tcMar>
              <w:top w:w="70" w:type="dxa"/>
              <w:left w:w="90" w:type="dxa"/>
              <w:bottom w:w="70" w:type="dxa"/>
              <w:right w:w="90" w:type="dxa"/>
            </w:tcMar>
            <w:vAlign w:val="center"/>
          </w:tcPr>
          <w:p w14:paraId="14395F31" w14:textId="77777777" w:rsidR="00623E5F" w:rsidRDefault="00000000">
            <w:pPr>
              <w:jc w:val="center"/>
            </w:pPr>
            <w:r>
              <w:rPr>
                <w:b/>
                <w:color w:val="000000"/>
                <w:sz w:val="24"/>
              </w:rPr>
              <w:lastRenderedPageBreak/>
              <w:t>UČNA PRIPRAVA 38/39</w:t>
            </w:r>
          </w:p>
        </w:tc>
      </w:tr>
      <w:tr w:rsidR="00623E5F" w14:paraId="4293D729" w14:textId="77777777">
        <w:trPr>
          <w:jc w:val="center"/>
        </w:trPr>
        <w:tc>
          <w:tcPr>
            <w:tcW w:w="2665" w:type="dxa"/>
            <w:tcMar>
              <w:top w:w="70" w:type="dxa"/>
              <w:left w:w="90" w:type="dxa"/>
              <w:bottom w:w="70" w:type="dxa"/>
              <w:right w:w="90" w:type="dxa"/>
            </w:tcMar>
            <w:vAlign w:val="center"/>
          </w:tcPr>
          <w:p w14:paraId="0B43A808"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D9203A9"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25A3528C"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05A28AC5" w14:textId="77777777" w:rsidR="00623E5F" w:rsidRDefault="00000000">
            <w:r>
              <w:rPr>
                <w:b/>
                <w:color w:val="000000"/>
                <w:sz w:val="16"/>
              </w:rPr>
              <w:t xml:space="preserve">NAČRTOVANI TERMIN: </w:t>
            </w:r>
            <w:r>
              <w:rPr>
                <w:color w:val="000000"/>
                <w:sz w:val="16"/>
              </w:rPr>
              <w:t>38. teden • 14.–18. 6. 2027</w:t>
            </w:r>
          </w:p>
        </w:tc>
        <w:tc>
          <w:tcPr>
            <w:tcW w:w="2268" w:type="dxa"/>
            <w:tcMar>
              <w:top w:w="70" w:type="dxa"/>
              <w:left w:w="90" w:type="dxa"/>
              <w:bottom w:w="70" w:type="dxa"/>
              <w:right w:w="90" w:type="dxa"/>
            </w:tcMar>
            <w:vAlign w:val="center"/>
          </w:tcPr>
          <w:p w14:paraId="47B26D1A"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23104781" w14:textId="77777777" w:rsidR="00623E5F" w:rsidRDefault="00000000">
            <w:r>
              <w:rPr>
                <w:b/>
                <w:color w:val="000000"/>
                <w:sz w:val="16"/>
              </w:rPr>
              <w:t xml:space="preserve">ŠTEVILO UR: </w:t>
            </w:r>
            <w:r>
              <w:rPr>
                <w:color w:val="000000"/>
                <w:sz w:val="16"/>
              </w:rPr>
              <w:t>3</w:t>
            </w:r>
          </w:p>
        </w:tc>
      </w:tr>
      <w:tr w:rsidR="00623E5F" w14:paraId="17DCCF9C" w14:textId="77777777">
        <w:trPr>
          <w:jc w:val="center"/>
        </w:trPr>
        <w:tc>
          <w:tcPr>
            <w:tcW w:w="14061" w:type="dxa"/>
            <w:gridSpan w:val="6"/>
            <w:tcMar>
              <w:top w:w="70" w:type="dxa"/>
              <w:left w:w="90" w:type="dxa"/>
              <w:bottom w:w="70" w:type="dxa"/>
              <w:right w:w="90" w:type="dxa"/>
            </w:tcMar>
            <w:vAlign w:val="center"/>
          </w:tcPr>
          <w:p w14:paraId="3CB21BAF"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37EBD4C7" w14:textId="77777777">
        <w:trPr>
          <w:cantSplit/>
          <w:jc w:val="center"/>
        </w:trPr>
        <w:tc>
          <w:tcPr>
            <w:tcW w:w="14060" w:type="dxa"/>
            <w:gridSpan w:val="6"/>
            <w:tcMar>
              <w:top w:w="70" w:type="dxa"/>
              <w:left w:w="90" w:type="dxa"/>
              <w:bottom w:w="70" w:type="dxa"/>
              <w:right w:w="90" w:type="dxa"/>
            </w:tcMar>
            <w:vAlign w:val="center"/>
          </w:tcPr>
          <w:p w14:paraId="0D154EA5" w14:textId="77777777" w:rsidR="00623E5F" w:rsidRDefault="00623E5F"/>
          <w:p w14:paraId="0576C18C" w14:textId="77777777" w:rsidR="00623E5F" w:rsidRDefault="00000000">
            <w:pPr>
              <w:spacing w:line="245" w:lineRule="auto"/>
            </w:pPr>
            <w:r>
              <w:rPr>
                <w:b/>
                <w:color w:val="000000"/>
                <w:sz w:val="15"/>
              </w:rPr>
              <w:t xml:space="preserve">UČNI SKLOP: </w:t>
            </w:r>
            <w:r>
              <w:rPr>
                <w:color w:val="000000"/>
                <w:sz w:val="15"/>
              </w:rPr>
              <w:t>POLETJE, SKUPNOST IN ZAKLJUČEK</w:t>
            </w:r>
          </w:p>
        </w:tc>
      </w:tr>
      <w:tr w:rsidR="00623E5F" w14:paraId="6414DDE7" w14:textId="77777777">
        <w:trPr>
          <w:cantSplit/>
          <w:jc w:val="center"/>
        </w:trPr>
        <w:tc>
          <w:tcPr>
            <w:tcW w:w="14060" w:type="dxa"/>
            <w:gridSpan w:val="6"/>
            <w:tcMar>
              <w:top w:w="70" w:type="dxa"/>
              <w:left w:w="90" w:type="dxa"/>
              <w:bottom w:w="70" w:type="dxa"/>
              <w:right w:w="90" w:type="dxa"/>
            </w:tcMar>
            <w:vAlign w:val="center"/>
          </w:tcPr>
          <w:p w14:paraId="6D4EA39E" w14:textId="77777777" w:rsidR="00623E5F" w:rsidRDefault="00623E5F"/>
          <w:p w14:paraId="7CE7CF9E" w14:textId="77777777" w:rsidR="00623E5F" w:rsidRDefault="00000000">
            <w:pPr>
              <w:spacing w:line="245" w:lineRule="auto"/>
            </w:pPr>
            <w:r>
              <w:rPr>
                <w:b/>
                <w:color w:val="000000"/>
                <w:sz w:val="15"/>
              </w:rPr>
              <w:t xml:space="preserve">UČNA TEMA: </w:t>
            </w:r>
            <w:r>
              <w:rPr>
                <w:color w:val="000000"/>
                <w:sz w:val="15"/>
              </w:rPr>
              <w:t>MOJ GIBALNI NAPREDEK</w:t>
            </w:r>
          </w:p>
        </w:tc>
      </w:tr>
      <w:tr w:rsidR="00623E5F" w14:paraId="68871132" w14:textId="77777777">
        <w:trPr>
          <w:cantSplit/>
          <w:jc w:val="center"/>
        </w:trPr>
        <w:tc>
          <w:tcPr>
            <w:tcW w:w="14060" w:type="dxa"/>
            <w:gridSpan w:val="6"/>
            <w:tcMar>
              <w:top w:w="70" w:type="dxa"/>
              <w:left w:w="90" w:type="dxa"/>
              <w:bottom w:w="70" w:type="dxa"/>
              <w:right w:w="90" w:type="dxa"/>
            </w:tcMar>
            <w:vAlign w:val="center"/>
          </w:tcPr>
          <w:p w14:paraId="0F91CA5A" w14:textId="77777777" w:rsidR="00623E5F" w:rsidRDefault="00623E5F"/>
          <w:p w14:paraId="670C9398" w14:textId="77777777" w:rsidR="00623E5F" w:rsidRDefault="00000000">
            <w:pPr>
              <w:spacing w:line="245" w:lineRule="auto"/>
            </w:pPr>
            <w:r>
              <w:rPr>
                <w:b/>
                <w:color w:val="000000"/>
                <w:sz w:val="15"/>
              </w:rPr>
              <w:t xml:space="preserve">KNJIŽEVNO / MOTIVNO IZHODIŠČE: </w:t>
            </w:r>
            <w:r>
              <w:rPr>
                <w:color w:val="000000"/>
                <w:sz w:val="15"/>
              </w:rPr>
              <w:t>»Pedenjped« – Niko Grafenauer • NADALJEVANJE • osebni napredek, samovrednotenje in igrivost učenja</w:t>
            </w:r>
          </w:p>
        </w:tc>
      </w:tr>
      <w:tr w:rsidR="00623E5F" w14:paraId="49D754A1" w14:textId="77777777">
        <w:trPr>
          <w:cantSplit/>
          <w:jc w:val="center"/>
        </w:trPr>
        <w:tc>
          <w:tcPr>
            <w:tcW w:w="14060" w:type="dxa"/>
            <w:gridSpan w:val="6"/>
            <w:tcMar>
              <w:top w:w="70" w:type="dxa"/>
              <w:left w:w="90" w:type="dxa"/>
              <w:bottom w:w="70" w:type="dxa"/>
              <w:right w:w="90" w:type="dxa"/>
            </w:tcMar>
            <w:vAlign w:val="center"/>
          </w:tcPr>
          <w:p w14:paraId="20ABA958" w14:textId="77777777" w:rsidR="00623E5F" w:rsidRDefault="00623E5F"/>
          <w:p w14:paraId="748C6A4F" w14:textId="77777777" w:rsidR="00623E5F" w:rsidRDefault="00000000">
            <w:pPr>
              <w:spacing w:line="245" w:lineRule="auto"/>
            </w:pPr>
            <w:r>
              <w:rPr>
                <w:b/>
                <w:color w:val="000000"/>
                <w:sz w:val="15"/>
              </w:rPr>
              <w:t xml:space="preserve">GIBALNO IZHODIŠČE / MOTIVACIJA: </w:t>
            </w:r>
            <w:r>
              <w:rPr>
                <w:color w:val="000000"/>
                <w:sz w:val="15"/>
              </w:rPr>
              <w:t>slikovni utrip in dihanje se spreminjata od miru do napora; učenci s telesnim zaznavanjem odkrivajo temo »moj gibalni napredek«. Tedenski gibalni izziv: primerja svoj gibalni napredek in postavi cilj.</w:t>
            </w:r>
          </w:p>
        </w:tc>
      </w:tr>
      <w:tr w:rsidR="00623E5F" w14:paraId="3FCA6856" w14:textId="77777777">
        <w:trPr>
          <w:cantSplit/>
          <w:jc w:val="center"/>
        </w:trPr>
        <w:tc>
          <w:tcPr>
            <w:tcW w:w="14060" w:type="dxa"/>
            <w:gridSpan w:val="6"/>
            <w:tcMar>
              <w:top w:w="70" w:type="dxa"/>
              <w:left w:w="90" w:type="dxa"/>
              <w:bottom w:w="70" w:type="dxa"/>
              <w:right w:w="90" w:type="dxa"/>
            </w:tcMar>
            <w:vAlign w:val="center"/>
          </w:tcPr>
          <w:p w14:paraId="64D68F1C" w14:textId="77777777" w:rsidR="00623E5F" w:rsidRDefault="00623E5F"/>
          <w:p w14:paraId="163D1139" w14:textId="77777777" w:rsidR="00623E5F" w:rsidRDefault="00000000">
            <w:pPr>
              <w:spacing w:line="245" w:lineRule="auto"/>
            </w:pPr>
            <w:r>
              <w:rPr>
                <w:b/>
                <w:color w:val="000000"/>
                <w:sz w:val="15"/>
              </w:rPr>
              <w:t xml:space="preserve">UČNE ENOTE: </w:t>
            </w:r>
            <w:r>
              <w:rPr>
                <w:color w:val="000000"/>
                <w:sz w:val="15"/>
              </w:rPr>
              <w:t>1. ura – Moj gibalni napredek – Ogrejem se in usvojim gib • 2. ura – Moj gibalni napredek – Vadim na postajah • 3. ura – Moj gibalni napredek – Uporabim v igri</w:t>
            </w:r>
          </w:p>
        </w:tc>
      </w:tr>
      <w:tr w:rsidR="00623E5F" w14:paraId="474723D0" w14:textId="77777777">
        <w:trPr>
          <w:cantSplit/>
          <w:jc w:val="center"/>
        </w:trPr>
        <w:tc>
          <w:tcPr>
            <w:tcW w:w="14060" w:type="dxa"/>
            <w:gridSpan w:val="6"/>
            <w:tcMar>
              <w:top w:w="70" w:type="dxa"/>
              <w:left w:w="90" w:type="dxa"/>
              <w:bottom w:w="70" w:type="dxa"/>
              <w:right w:w="90" w:type="dxa"/>
            </w:tcMar>
            <w:vAlign w:val="center"/>
          </w:tcPr>
          <w:p w14:paraId="531180A9" w14:textId="77777777" w:rsidR="00623E5F" w:rsidRDefault="00623E5F"/>
          <w:p w14:paraId="6181AFEE"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3C0429F7" w14:textId="77777777">
        <w:trPr>
          <w:cantSplit/>
          <w:jc w:val="center"/>
        </w:trPr>
        <w:tc>
          <w:tcPr>
            <w:tcW w:w="14060" w:type="dxa"/>
            <w:gridSpan w:val="6"/>
            <w:tcMar>
              <w:top w:w="70" w:type="dxa"/>
              <w:left w:w="90" w:type="dxa"/>
              <w:bottom w:w="70" w:type="dxa"/>
              <w:right w:w="90" w:type="dxa"/>
            </w:tcMar>
            <w:vAlign w:val="center"/>
          </w:tcPr>
          <w:p w14:paraId="0F35C10D" w14:textId="77777777" w:rsidR="00623E5F" w:rsidRDefault="00623E5F"/>
          <w:p w14:paraId="1C3BC513"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263D3890" w14:textId="77777777">
        <w:trPr>
          <w:cantSplit/>
          <w:jc w:val="center"/>
        </w:trPr>
        <w:tc>
          <w:tcPr>
            <w:tcW w:w="14060" w:type="dxa"/>
            <w:gridSpan w:val="6"/>
            <w:tcMar>
              <w:top w:w="70" w:type="dxa"/>
              <w:left w:w="90" w:type="dxa"/>
              <w:bottom w:w="70" w:type="dxa"/>
              <w:right w:w="90" w:type="dxa"/>
            </w:tcMar>
            <w:vAlign w:val="center"/>
          </w:tcPr>
          <w:p w14:paraId="06CACE30" w14:textId="77777777" w:rsidR="00623E5F" w:rsidRDefault="00623E5F"/>
          <w:p w14:paraId="2D54B8AB"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351BD0AB" w14:textId="77777777">
        <w:trPr>
          <w:cantSplit/>
          <w:jc w:val="center"/>
        </w:trPr>
        <w:tc>
          <w:tcPr>
            <w:tcW w:w="14060" w:type="dxa"/>
            <w:gridSpan w:val="6"/>
            <w:tcMar>
              <w:top w:w="70" w:type="dxa"/>
              <w:left w:w="90" w:type="dxa"/>
              <w:bottom w:w="70" w:type="dxa"/>
              <w:right w:w="90" w:type="dxa"/>
            </w:tcMar>
            <w:vAlign w:val="center"/>
          </w:tcPr>
          <w:p w14:paraId="15AFA7E2" w14:textId="77777777" w:rsidR="00623E5F" w:rsidRDefault="00623E5F"/>
          <w:p w14:paraId="0EC84C17" w14:textId="77777777" w:rsidR="00623E5F" w:rsidRDefault="00000000">
            <w:pPr>
              <w:spacing w:line="245" w:lineRule="auto"/>
            </w:pPr>
            <w:r>
              <w:rPr>
                <w:b/>
                <w:color w:val="000000"/>
                <w:sz w:val="15"/>
              </w:rPr>
              <w:t xml:space="preserve">MEDPREDMETNE POVEZAVE: </w:t>
            </w:r>
            <w:r>
              <w:rPr>
                <w:color w:val="000000"/>
                <w:sz w:val="15"/>
              </w:rPr>
              <w:t>SPO – osebni napredek, samovrednotenje in igrivost učenja, telo, zdravje, varnost in okolje; SLJ – poslušanje navodila, športno izrazje, kratka razlaga in podporna povratna informacija; MAT – smer, zaporedje, razdalja, merjenje in primerjanje; GUM – ritem, tempo in odziv na zvočni znak.</w:t>
            </w:r>
          </w:p>
        </w:tc>
      </w:tr>
      <w:tr w:rsidR="00623E5F" w14:paraId="5ABB74E8" w14:textId="77777777">
        <w:trPr>
          <w:cantSplit/>
          <w:jc w:val="center"/>
        </w:trPr>
        <w:tc>
          <w:tcPr>
            <w:tcW w:w="14060" w:type="dxa"/>
            <w:gridSpan w:val="6"/>
            <w:tcMar>
              <w:top w:w="70" w:type="dxa"/>
              <w:left w:w="90" w:type="dxa"/>
              <w:bottom w:w="70" w:type="dxa"/>
              <w:right w:w="90" w:type="dxa"/>
            </w:tcMar>
            <w:vAlign w:val="center"/>
          </w:tcPr>
          <w:p w14:paraId="07210073" w14:textId="77777777" w:rsidR="00623E5F" w:rsidRDefault="00623E5F"/>
          <w:p w14:paraId="181AE477" w14:textId="77777777" w:rsidR="00623E5F" w:rsidRDefault="00000000">
            <w:pPr>
              <w:spacing w:line="245" w:lineRule="auto"/>
            </w:pPr>
            <w:r>
              <w:rPr>
                <w:b/>
                <w:color w:val="000000"/>
                <w:sz w:val="15"/>
              </w:rPr>
              <w:t xml:space="preserve">UČNA SREDSTVA IN PRIPOMOČKI: </w:t>
            </w:r>
            <w:r>
              <w:rPr>
                <w:color w:val="000000"/>
                <w:sz w:val="15"/>
              </w:rPr>
              <w:t>stožci, blazine, obroči, vrvi, semafor napora, kartice ogrevanja, slikovni prikaz dihanja in voda; kartice namena in kriterijev; oznake štirih postaj; opazovalni list; semafor napora in mapa dokazov</w:t>
            </w:r>
          </w:p>
        </w:tc>
      </w:tr>
      <w:tr w:rsidR="00623E5F" w14:paraId="0ABBA4A2" w14:textId="77777777">
        <w:trPr>
          <w:cantSplit/>
          <w:jc w:val="center"/>
        </w:trPr>
        <w:tc>
          <w:tcPr>
            <w:tcW w:w="14060" w:type="dxa"/>
            <w:gridSpan w:val="6"/>
            <w:tcMar>
              <w:top w:w="70" w:type="dxa"/>
              <w:left w:w="90" w:type="dxa"/>
              <w:bottom w:w="70" w:type="dxa"/>
              <w:right w:w="90" w:type="dxa"/>
            </w:tcMar>
            <w:vAlign w:val="center"/>
          </w:tcPr>
          <w:p w14:paraId="6480D3A7" w14:textId="77777777" w:rsidR="00623E5F" w:rsidRDefault="00623E5F"/>
          <w:p w14:paraId="3D4492AC"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74A997CF" w14:textId="77777777">
        <w:trPr>
          <w:cantSplit/>
          <w:jc w:val="center"/>
        </w:trPr>
        <w:tc>
          <w:tcPr>
            <w:tcW w:w="14060" w:type="dxa"/>
            <w:gridSpan w:val="6"/>
            <w:tcMar>
              <w:top w:w="70" w:type="dxa"/>
              <w:left w:w="90" w:type="dxa"/>
              <w:bottom w:w="70" w:type="dxa"/>
              <w:right w:w="90" w:type="dxa"/>
            </w:tcMar>
            <w:vAlign w:val="center"/>
          </w:tcPr>
          <w:p w14:paraId="5BA78DA7" w14:textId="77777777" w:rsidR="00623E5F" w:rsidRDefault="00623E5F"/>
          <w:p w14:paraId="45F21F5A"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4982EE7C" w14:textId="77777777">
        <w:trPr>
          <w:cantSplit/>
          <w:jc w:val="center"/>
        </w:trPr>
        <w:tc>
          <w:tcPr>
            <w:tcW w:w="14060" w:type="dxa"/>
            <w:gridSpan w:val="6"/>
            <w:tcMar>
              <w:top w:w="70" w:type="dxa"/>
              <w:left w:w="90" w:type="dxa"/>
              <w:bottom w:w="70" w:type="dxa"/>
              <w:right w:w="90" w:type="dxa"/>
            </w:tcMar>
            <w:vAlign w:val="center"/>
          </w:tcPr>
          <w:p w14:paraId="2931D16B" w14:textId="77777777" w:rsidR="00623E5F" w:rsidRDefault="00623E5F"/>
          <w:p w14:paraId="773BBB07"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3F03D719"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085166BA"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15FC1F0"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19FBE39" w14:textId="77777777" w:rsidR="00623E5F" w:rsidRDefault="00000000">
            <w:pPr>
              <w:jc w:val="center"/>
            </w:pPr>
            <w:r>
              <w:rPr>
                <w:b/>
                <w:color w:val="000000"/>
                <w:sz w:val="20"/>
              </w:rPr>
              <w:t>UČNE DEJAVNOSTI, METODE IN FORMATIVNO SPREMLJANJE</w:t>
            </w:r>
          </w:p>
        </w:tc>
      </w:tr>
      <w:tr w:rsidR="00623E5F" w14:paraId="121FB72E" w14:textId="77777777">
        <w:trPr>
          <w:tblHeader/>
          <w:jc w:val="center"/>
        </w:trPr>
        <w:tc>
          <w:tcPr>
            <w:tcW w:w="4422" w:type="dxa"/>
            <w:vMerge/>
            <w:tcMar>
              <w:top w:w="70" w:type="dxa"/>
              <w:left w:w="90" w:type="dxa"/>
              <w:bottom w:w="70" w:type="dxa"/>
              <w:right w:w="90" w:type="dxa"/>
            </w:tcMar>
            <w:vAlign w:val="center"/>
          </w:tcPr>
          <w:p w14:paraId="35DEB521" w14:textId="77777777" w:rsidR="00623E5F" w:rsidRDefault="00623E5F"/>
        </w:tc>
        <w:tc>
          <w:tcPr>
            <w:tcW w:w="7087" w:type="dxa"/>
            <w:shd w:val="clear" w:color="auto" w:fill="FFFFFF"/>
            <w:tcMar>
              <w:top w:w="70" w:type="dxa"/>
              <w:left w:w="90" w:type="dxa"/>
              <w:bottom w:w="70" w:type="dxa"/>
              <w:right w:w="90" w:type="dxa"/>
            </w:tcMar>
            <w:vAlign w:val="center"/>
          </w:tcPr>
          <w:p w14:paraId="3BD7785F"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431B5FE" w14:textId="77777777" w:rsidR="00623E5F" w:rsidRDefault="00000000">
            <w:pPr>
              <w:jc w:val="center"/>
            </w:pPr>
            <w:r>
              <w:rPr>
                <w:b/>
                <w:color w:val="000000"/>
              </w:rPr>
              <w:t>UČENEC</w:t>
            </w:r>
          </w:p>
        </w:tc>
      </w:tr>
      <w:tr w:rsidR="00623E5F" w14:paraId="3B7C50E5" w14:textId="77777777">
        <w:trPr>
          <w:jc w:val="center"/>
        </w:trPr>
        <w:tc>
          <w:tcPr>
            <w:tcW w:w="4422" w:type="dxa"/>
            <w:tcMar>
              <w:top w:w="70" w:type="dxa"/>
              <w:left w:w="90" w:type="dxa"/>
              <w:bottom w:w="70" w:type="dxa"/>
              <w:right w:w="90" w:type="dxa"/>
            </w:tcMar>
          </w:tcPr>
          <w:p w14:paraId="65C31462" w14:textId="77777777" w:rsidR="00623E5F" w:rsidRDefault="00623E5F"/>
          <w:p w14:paraId="07F1E80B" w14:textId="77777777" w:rsidR="00623E5F" w:rsidRDefault="00000000">
            <w:pPr>
              <w:spacing w:after="60" w:line="245" w:lineRule="auto"/>
            </w:pPr>
            <w:r>
              <w:rPr>
                <w:b/>
                <w:color w:val="000000"/>
              </w:rPr>
              <w:t>UČNI CILJI</w:t>
            </w:r>
          </w:p>
          <w:p w14:paraId="665FABCF" w14:textId="77777777" w:rsidR="00623E5F" w:rsidRDefault="00000000">
            <w:pPr>
              <w:spacing w:after="20" w:line="245" w:lineRule="auto"/>
            </w:pPr>
            <w:r>
              <w:rPr>
                <w:b/>
                <w:color w:val="000000"/>
                <w:sz w:val="17"/>
              </w:rPr>
              <w:t>SPLOŠNI</w:t>
            </w:r>
          </w:p>
          <w:p w14:paraId="7F4F1EC7"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195CBECB" w14:textId="77777777" w:rsidR="00623E5F" w:rsidRDefault="00000000">
            <w:pPr>
              <w:pStyle w:val="Oznaenseznam"/>
              <w:spacing w:after="16"/>
            </w:pPr>
            <w:r>
              <w:rPr>
                <w:color w:val="000000"/>
                <w:sz w:val="15"/>
              </w:rPr>
              <w:t>varno hodi, teče, skače, meče, pleza, se plazi, lovi, ravnoteži, pleše in uporablja različne rekvizite</w:t>
            </w:r>
          </w:p>
          <w:p w14:paraId="16102706" w14:textId="77777777" w:rsidR="00623E5F" w:rsidRDefault="00000000">
            <w:pPr>
              <w:pStyle w:val="Oznaenseznam"/>
              <w:spacing w:after="16"/>
            </w:pPr>
            <w:r>
              <w:rPr>
                <w:color w:val="000000"/>
                <w:sz w:val="15"/>
              </w:rPr>
              <w:t>razume pomen rednega gibanja, ogrevanja, higiene, primerne opreme, počitka in varnega ravnanja</w:t>
            </w:r>
          </w:p>
          <w:p w14:paraId="04B5CA47"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4D1DC901" w14:textId="77777777" w:rsidR="00623E5F" w:rsidRDefault="00000000">
            <w:pPr>
              <w:spacing w:before="40" w:after="20" w:line="245" w:lineRule="auto"/>
            </w:pPr>
            <w:r>
              <w:rPr>
                <w:b/>
                <w:color w:val="000000"/>
                <w:sz w:val="17"/>
              </w:rPr>
              <w:t>OPERATIVNI</w:t>
            </w:r>
          </w:p>
          <w:p w14:paraId="0AB50295" w14:textId="77777777" w:rsidR="00623E5F" w:rsidRDefault="00000000">
            <w:pPr>
              <w:pStyle w:val="Oznaenseznam"/>
              <w:spacing w:after="16"/>
            </w:pPr>
            <w:r>
              <w:rPr>
                <w:color w:val="000000"/>
                <w:sz w:val="15"/>
              </w:rPr>
              <w:t>izvede izbrane naloge</w:t>
            </w:r>
          </w:p>
          <w:p w14:paraId="5D30D216" w14:textId="77777777" w:rsidR="00623E5F" w:rsidRDefault="00000000">
            <w:pPr>
              <w:pStyle w:val="Oznaenseznam"/>
              <w:spacing w:after="16"/>
            </w:pPr>
            <w:r>
              <w:rPr>
                <w:color w:val="000000"/>
                <w:sz w:val="15"/>
              </w:rPr>
              <w:t>primerja svoj napredek</w:t>
            </w:r>
          </w:p>
          <w:p w14:paraId="34F88C88" w14:textId="77777777" w:rsidR="00623E5F" w:rsidRDefault="00000000">
            <w:pPr>
              <w:pStyle w:val="Oznaenseznam"/>
              <w:spacing w:after="16"/>
            </w:pPr>
            <w:r>
              <w:rPr>
                <w:color w:val="000000"/>
                <w:sz w:val="15"/>
              </w:rPr>
              <w:t>postavi osebni cilj</w:t>
            </w:r>
          </w:p>
          <w:p w14:paraId="3E33FE85" w14:textId="77777777" w:rsidR="00623E5F" w:rsidRDefault="00000000">
            <w:pPr>
              <w:spacing w:before="40" w:after="20" w:line="245" w:lineRule="auto"/>
            </w:pPr>
            <w:r>
              <w:rPr>
                <w:b/>
                <w:color w:val="000000"/>
                <w:sz w:val="17"/>
              </w:rPr>
              <w:t>PRIČAKOVANI DOSEŽKI / MINIMALNI POUDARKI</w:t>
            </w:r>
          </w:p>
          <w:p w14:paraId="6BB8083C" w14:textId="77777777" w:rsidR="00623E5F" w:rsidRDefault="00000000">
            <w:pPr>
              <w:pStyle w:val="Oznaenseznam"/>
              <w:spacing w:after="16"/>
            </w:pPr>
            <w:r>
              <w:rPr>
                <w:color w:val="000000"/>
                <w:sz w:val="15"/>
              </w:rPr>
              <w:t>učenec samostojno oziroma z dogovorjeno oporo izvede izbrane naloge</w:t>
            </w:r>
          </w:p>
          <w:p w14:paraId="0E20D06C" w14:textId="77777777" w:rsidR="00623E5F" w:rsidRDefault="00000000">
            <w:pPr>
              <w:pStyle w:val="Oznaenseznam"/>
              <w:spacing w:after="16"/>
            </w:pPr>
            <w:r>
              <w:rPr>
                <w:color w:val="000000"/>
                <w:sz w:val="15"/>
              </w:rPr>
              <w:t>učenec samostojno oziroma z dogovorjeno oporo primerja svoj napredek</w:t>
            </w:r>
          </w:p>
          <w:p w14:paraId="1BE884FF" w14:textId="77777777" w:rsidR="00623E5F" w:rsidRDefault="00000000">
            <w:pPr>
              <w:pStyle w:val="Oznaenseznam"/>
              <w:spacing w:after="16"/>
            </w:pPr>
            <w:r>
              <w:rPr>
                <w:color w:val="000000"/>
                <w:sz w:val="15"/>
              </w:rPr>
              <w:t>učenec samostojno oziroma z dogovorjeno oporo postavi osebni cilj</w:t>
            </w:r>
          </w:p>
        </w:tc>
        <w:tc>
          <w:tcPr>
            <w:tcW w:w="7087" w:type="dxa"/>
            <w:tcMar>
              <w:top w:w="70" w:type="dxa"/>
              <w:left w:w="90" w:type="dxa"/>
              <w:bottom w:w="70" w:type="dxa"/>
              <w:right w:w="90" w:type="dxa"/>
            </w:tcMar>
          </w:tcPr>
          <w:p w14:paraId="4242E23C"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34141AA2" w14:textId="77777777">
              <w:trPr>
                <w:jc w:val="center"/>
              </w:trPr>
              <w:tc>
                <w:tcPr>
                  <w:tcW w:w="7087" w:type="dxa"/>
                  <w:shd w:val="clear" w:color="auto" w:fill="C6E7F3"/>
                  <w:tcMar>
                    <w:top w:w="45" w:type="dxa"/>
                    <w:left w:w="70" w:type="dxa"/>
                    <w:bottom w:w="45" w:type="dxa"/>
                    <w:right w:w="70" w:type="dxa"/>
                  </w:tcMar>
                </w:tcPr>
                <w:p w14:paraId="1AEDE919" w14:textId="77777777" w:rsidR="00623E5F" w:rsidRDefault="00000000">
                  <w:pPr>
                    <w:keepNext/>
                  </w:pPr>
                  <w:r>
                    <w:rPr>
                      <w:b/>
                      <w:color w:val="000000"/>
                    </w:rPr>
                    <w:t>UVODNI DEL – POČUTJE, GIBALNI NAMIG, PREDZNANJE IN NAMEN UČENJA (7–10 min)</w:t>
                  </w:r>
                </w:p>
              </w:tc>
            </w:tr>
          </w:tbl>
          <w:p w14:paraId="024E7553" w14:textId="77777777" w:rsidR="00623E5F" w:rsidRDefault="00623E5F">
            <w:pPr>
              <w:spacing w:line="20" w:lineRule="exact"/>
            </w:pPr>
          </w:p>
          <w:p w14:paraId="16F794AC" w14:textId="77777777" w:rsidR="00623E5F" w:rsidRDefault="00000000">
            <w:pPr>
              <w:spacing w:before="40" w:after="60" w:line="245" w:lineRule="auto"/>
            </w:pPr>
            <w:r>
              <w:rPr>
                <w:color w:val="000000"/>
                <w:sz w:val="15"/>
              </w:rPr>
              <w:t>Ob književnem motivu »Pedenjped« – Niko Grafenauer • NADALJEVANJE učenci vstopijo v temo osebni napredek, samovrednotenje in igrivost učenja. Učiteljica pripravi kratek gibalni namig: slikovni utrip in dihanje se spreminjata od miru do napora; učenci s telesnim zaznavanjem odkrivajo temo »moj gibalni napredek«. Tedenski gibalni izziv: primerja svoj gibalni napredek in postavi cilj.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6B58A893" w14:textId="77777777">
              <w:trPr>
                <w:jc w:val="center"/>
              </w:trPr>
              <w:tc>
                <w:tcPr>
                  <w:tcW w:w="7087" w:type="dxa"/>
                  <w:shd w:val="clear" w:color="auto" w:fill="EDC9EA"/>
                  <w:tcMar>
                    <w:top w:w="45" w:type="dxa"/>
                    <w:left w:w="70" w:type="dxa"/>
                    <w:bottom w:w="45" w:type="dxa"/>
                    <w:right w:w="70" w:type="dxa"/>
                  </w:tcMar>
                </w:tcPr>
                <w:p w14:paraId="330F41B6" w14:textId="77777777" w:rsidR="00623E5F" w:rsidRDefault="00000000">
                  <w:pPr>
                    <w:keepNext/>
                  </w:pPr>
                  <w:r>
                    <w:rPr>
                      <w:b/>
                      <w:color w:val="000000"/>
                    </w:rPr>
                    <w:t>NAMENI UČENJA</w:t>
                  </w:r>
                </w:p>
              </w:tc>
            </w:tr>
          </w:tbl>
          <w:p w14:paraId="4347F7DA" w14:textId="77777777" w:rsidR="00623E5F" w:rsidRDefault="00623E5F">
            <w:pPr>
              <w:spacing w:line="20" w:lineRule="exact"/>
            </w:pPr>
          </w:p>
          <w:p w14:paraId="3AFC4821"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7B67DCF9" w14:textId="77777777" w:rsidR="00623E5F" w:rsidRDefault="00000000">
            <w:pPr>
              <w:pStyle w:val="Oznaenseznam"/>
              <w:spacing w:after="16"/>
            </w:pPr>
            <w:r>
              <w:rPr>
                <w:color w:val="000000"/>
                <w:sz w:val="15"/>
              </w:rPr>
              <w:t>izvedem izbrane naloge</w:t>
            </w:r>
          </w:p>
          <w:p w14:paraId="5A952521" w14:textId="77777777" w:rsidR="00623E5F" w:rsidRDefault="00000000">
            <w:pPr>
              <w:pStyle w:val="Oznaenseznam"/>
              <w:spacing w:after="16"/>
            </w:pPr>
            <w:r>
              <w:rPr>
                <w:color w:val="000000"/>
                <w:sz w:val="15"/>
              </w:rPr>
              <w:t>primerjam svoj napredek</w:t>
            </w:r>
          </w:p>
          <w:p w14:paraId="26BE59C0" w14:textId="77777777" w:rsidR="00623E5F" w:rsidRDefault="00000000">
            <w:pPr>
              <w:pStyle w:val="Oznaenseznam"/>
              <w:spacing w:after="16"/>
            </w:pPr>
            <w:r>
              <w:rPr>
                <w:color w:val="000000"/>
                <w:sz w:val="15"/>
              </w:rPr>
              <w:t>postavim osebni cilj</w:t>
            </w:r>
          </w:p>
          <w:tbl>
            <w:tblPr>
              <w:tblStyle w:val="Tabelamrea"/>
              <w:tblW w:w="0" w:type="auto"/>
              <w:jc w:val="center"/>
              <w:tblLayout w:type="fixed"/>
              <w:tblLook w:val="04A0" w:firstRow="1" w:lastRow="0" w:firstColumn="1" w:lastColumn="0" w:noHBand="0" w:noVBand="1"/>
            </w:tblPr>
            <w:tblGrid>
              <w:gridCol w:w="7087"/>
            </w:tblGrid>
            <w:tr w:rsidR="00623E5F" w14:paraId="00727D21" w14:textId="77777777">
              <w:trPr>
                <w:jc w:val="center"/>
              </w:trPr>
              <w:tc>
                <w:tcPr>
                  <w:tcW w:w="7087" w:type="dxa"/>
                  <w:shd w:val="clear" w:color="auto" w:fill="EDC9EA"/>
                  <w:tcMar>
                    <w:top w:w="45" w:type="dxa"/>
                    <w:left w:w="70" w:type="dxa"/>
                    <w:bottom w:w="45" w:type="dxa"/>
                    <w:right w:w="70" w:type="dxa"/>
                  </w:tcMar>
                </w:tcPr>
                <w:p w14:paraId="6F85F0C4" w14:textId="77777777" w:rsidR="00623E5F" w:rsidRDefault="00000000">
                  <w:pPr>
                    <w:keepNext/>
                  </w:pPr>
                  <w:r>
                    <w:rPr>
                      <w:b/>
                      <w:color w:val="000000"/>
                    </w:rPr>
                    <w:t>PREVERJANJE PREDZNANJA</w:t>
                  </w:r>
                </w:p>
              </w:tc>
            </w:tr>
          </w:tbl>
          <w:p w14:paraId="4336FA15" w14:textId="77777777" w:rsidR="00623E5F" w:rsidRDefault="00623E5F">
            <w:pPr>
              <w:spacing w:line="20" w:lineRule="exact"/>
            </w:pPr>
          </w:p>
          <w:p w14:paraId="2F24E015" w14:textId="77777777" w:rsidR="00623E5F" w:rsidRDefault="00000000">
            <w:pPr>
              <w:pStyle w:val="Oznaenseznam"/>
              <w:spacing w:after="16"/>
            </w:pPr>
            <w:r>
              <w:rPr>
                <w:color w:val="000000"/>
                <w:sz w:val="15"/>
              </w:rPr>
              <w:t>Kaj moje telo in prostor že znata pokazati pri temi »MOJ GIBALNI NAPREDEK«?</w:t>
            </w:r>
          </w:p>
          <w:p w14:paraId="34B54C83" w14:textId="77777777" w:rsidR="00623E5F" w:rsidRDefault="00000000">
            <w:pPr>
              <w:pStyle w:val="Oznaenseznam"/>
              <w:spacing w:after="16"/>
            </w:pPr>
            <w:r>
              <w:rPr>
                <w:color w:val="000000"/>
                <w:sz w:val="15"/>
              </w:rPr>
              <w:t>Katero varnostno pravilo, gibalni korak ali strategijo že obvladam in kaj bi najprej preizkusil/-a?</w:t>
            </w:r>
          </w:p>
          <w:p w14:paraId="2A4510FD"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1DCA95A5" w14:textId="77777777">
              <w:trPr>
                <w:jc w:val="center"/>
              </w:trPr>
              <w:tc>
                <w:tcPr>
                  <w:tcW w:w="7087" w:type="dxa"/>
                  <w:shd w:val="clear" w:color="auto" w:fill="EDC9EA"/>
                  <w:tcMar>
                    <w:top w:w="45" w:type="dxa"/>
                    <w:left w:w="70" w:type="dxa"/>
                    <w:bottom w:w="45" w:type="dxa"/>
                    <w:right w:w="70" w:type="dxa"/>
                  </w:tcMar>
                </w:tcPr>
                <w:p w14:paraId="36A973C1" w14:textId="77777777" w:rsidR="00623E5F" w:rsidRDefault="00000000">
                  <w:pPr>
                    <w:keepNext/>
                  </w:pPr>
                  <w:r>
                    <w:rPr>
                      <w:b/>
                      <w:color w:val="000000"/>
                    </w:rPr>
                    <w:t>KRITERIJI USPEŠNOSTI</w:t>
                  </w:r>
                </w:p>
              </w:tc>
            </w:tr>
          </w:tbl>
          <w:p w14:paraId="7FDBAF4F" w14:textId="77777777" w:rsidR="00623E5F" w:rsidRDefault="00623E5F"/>
          <w:p w14:paraId="29E157C5" w14:textId="77777777" w:rsidR="00623E5F" w:rsidRDefault="00000000">
            <w:pPr>
              <w:spacing w:before="20" w:after="20" w:line="245" w:lineRule="auto"/>
            </w:pPr>
            <w:r>
              <w:rPr>
                <w:b/>
                <w:color w:val="000000"/>
                <w:sz w:val="16"/>
              </w:rPr>
              <w:t>Uspešen/-na bom, ko:</w:t>
            </w:r>
          </w:p>
          <w:p w14:paraId="44F0F3F6" w14:textId="77777777" w:rsidR="00623E5F" w:rsidRDefault="00000000">
            <w:pPr>
              <w:pStyle w:val="Oznaenseznam"/>
              <w:spacing w:after="16"/>
            </w:pPr>
            <w:r>
              <w:rPr>
                <w:color w:val="000000"/>
                <w:sz w:val="15"/>
              </w:rPr>
              <w:t>izvedem izbrane naloge</w:t>
            </w:r>
          </w:p>
          <w:p w14:paraId="6ACC0493" w14:textId="77777777" w:rsidR="00623E5F" w:rsidRDefault="00000000">
            <w:pPr>
              <w:pStyle w:val="Oznaenseznam"/>
              <w:spacing w:after="16"/>
            </w:pPr>
            <w:r>
              <w:rPr>
                <w:color w:val="000000"/>
                <w:sz w:val="15"/>
              </w:rPr>
              <w:t>primerjam svoj napredek</w:t>
            </w:r>
          </w:p>
          <w:p w14:paraId="2FD85DEF" w14:textId="77777777" w:rsidR="00623E5F" w:rsidRDefault="00000000">
            <w:pPr>
              <w:pStyle w:val="Oznaenseznam"/>
              <w:spacing w:after="16"/>
            </w:pPr>
            <w:r>
              <w:rPr>
                <w:color w:val="000000"/>
                <w:sz w:val="15"/>
              </w:rPr>
              <w:t>postavim osebni cilj</w:t>
            </w:r>
          </w:p>
          <w:p w14:paraId="1A986E45" w14:textId="77777777" w:rsidR="00623E5F" w:rsidRDefault="00000000">
            <w:pPr>
              <w:pStyle w:val="Oznaenseznam"/>
              <w:spacing w:after="16"/>
            </w:pPr>
            <w:r>
              <w:rPr>
                <w:color w:val="000000"/>
                <w:sz w:val="15"/>
              </w:rPr>
              <w:t>pred začetkom preverim prostor in opremo, ohranjam razdaljo ter se na znak varno ustavim</w:t>
            </w:r>
          </w:p>
          <w:p w14:paraId="64CB1BBD"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5EF41739" w14:textId="77777777" w:rsidR="00623E5F" w:rsidRDefault="00623E5F"/>
          <w:p w14:paraId="552BBF52"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0A578FEC"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5C39101F" w14:textId="77777777" w:rsidR="00623E5F" w:rsidRDefault="00000000">
            <w:pPr>
              <w:spacing w:after="100" w:line="245" w:lineRule="auto"/>
            </w:pPr>
            <w:r>
              <w:rPr>
                <w:color w:val="000000"/>
                <w:sz w:val="15"/>
              </w:rPr>
              <w:t>Sodeluje pri razumevanju namena, vidnih meril, varnostnih pravil, prehodov in načina dokazovanja.</w:t>
            </w:r>
          </w:p>
          <w:p w14:paraId="142C68BB" w14:textId="77777777" w:rsidR="00623E5F" w:rsidRDefault="00000000">
            <w:pPr>
              <w:spacing w:after="20" w:line="245" w:lineRule="auto"/>
            </w:pPr>
            <w:r>
              <w:rPr>
                <w:b/>
                <w:color w:val="D95BC6"/>
                <w:sz w:val="17"/>
              </w:rPr>
              <w:t>DOKAZ O UČENJU</w:t>
            </w:r>
          </w:p>
          <w:p w14:paraId="06BA7DE4"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2B383C75"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2A6969B" w14:textId="77777777">
        <w:trPr>
          <w:tblHeader/>
          <w:jc w:val="center"/>
        </w:trPr>
        <w:tc>
          <w:tcPr>
            <w:tcW w:w="4422" w:type="dxa"/>
            <w:vMerge w:val="restart"/>
            <w:shd w:val="clear" w:color="auto" w:fill="FFFFFF"/>
            <w:tcMar>
              <w:top w:w="70" w:type="dxa"/>
              <w:left w:w="90" w:type="dxa"/>
              <w:bottom w:w="70" w:type="dxa"/>
              <w:right w:w="90" w:type="dxa"/>
            </w:tcMar>
            <w:vAlign w:val="center"/>
          </w:tcPr>
          <w:p w14:paraId="2774111F"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2AC1AA14" w14:textId="77777777" w:rsidR="00623E5F" w:rsidRDefault="00000000">
            <w:pPr>
              <w:jc w:val="center"/>
            </w:pPr>
            <w:r>
              <w:rPr>
                <w:b/>
                <w:color w:val="000000"/>
                <w:sz w:val="20"/>
              </w:rPr>
              <w:t>UČNE DEJAVNOSTI, METODE IN FORMATIVNO SPREMLJANJE</w:t>
            </w:r>
          </w:p>
        </w:tc>
      </w:tr>
      <w:tr w:rsidR="00623E5F" w14:paraId="1DEE529A" w14:textId="77777777">
        <w:trPr>
          <w:tblHeader/>
          <w:jc w:val="center"/>
        </w:trPr>
        <w:tc>
          <w:tcPr>
            <w:tcW w:w="4422" w:type="dxa"/>
            <w:vMerge/>
            <w:tcMar>
              <w:top w:w="70" w:type="dxa"/>
              <w:left w:w="90" w:type="dxa"/>
              <w:bottom w:w="70" w:type="dxa"/>
              <w:right w:w="90" w:type="dxa"/>
            </w:tcMar>
            <w:vAlign w:val="center"/>
          </w:tcPr>
          <w:p w14:paraId="2BECB43E" w14:textId="77777777" w:rsidR="00623E5F" w:rsidRDefault="00623E5F"/>
        </w:tc>
        <w:tc>
          <w:tcPr>
            <w:tcW w:w="7087" w:type="dxa"/>
            <w:shd w:val="clear" w:color="auto" w:fill="FFFFFF"/>
            <w:tcMar>
              <w:top w:w="70" w:type="dxa"/>
              <w:left w:w="90" w:type="dxa"/>
              <w:bottom w:w="70" w:type="dxa"/>
              <w:right w:w="90" w:type="dxa"/>
            </w:tcMar>
            <w:vAlign w:val="center"/>
          </w:tcPr>
          <w:p w14:paraId="32CB72A2"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41F98EF6" w14:textId="77777777" w:rsidR="00623E5F" w:rsidRDefault="00000000">
            <w:pPr>
              <w:jc w:val="center"/>
            </w:pPr>
            <w:r>
              <w:rPr>
                <w:b/>
                <w:color w:val="000000"/>
              </w:rPr>
              <w:t>UČENEC</w:t>
            </w:r>
          </w:p>
        </w:tc>
      </w:tr>
      <w:tr w:rsidR="00623E5F" w14:paraId="7A9C6C81" w14:textId="77777777">
        <w:trPr>
          <w:jc w:val="center"/>
        </w:trPr>
        <w:tc>
          <w:tcPr>
            <w:tcW w:w="4422" w:type="dxa"/>
            <w:tcMar>
              <w:top w:w="70" w:type="dxa"/>
              <w:left w:w="90" w:type="dxa"/>
              <w:bottom w:w="70" w:type="dxa"/>
              <w:right w:w="90" w:type="dxa"/>
            </w:tcMar>
          </w:tcPr>
          <w:p w14:paraId="5AE3B29D" w14:textId="77777777" w:rsidR="00623E5F" w:rsidRDefault="00623E5F"/>
          <w:p w14:paraId="6C48149D" w14:textId="77777777" w:rsidR="00623E5F" w:rsidRDefault="00000000">
            <w:pPr>
              <w:spacing w:after="40" w:line="245" w:lineRule="auto"/>
            </w:pPr>
            <w:r>
              <w:rPr>
                <w:b/>
                <w:color w:val="000000"/>
                <w:sz w:val="17"/>
              </w:rPr>
              <w:t>KLJUČNI ŠPORTNI IN GIBALNI POJMI</w:t>
            </w:r>
          </w:p>
          <w:p w14:paraId="244BB43D"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srčni utrip, dihanje, hidracija, gibljivost, moč, vzdržljivost, osebni cilj, napredek</w:t>
            </w:r>
          </w:p>
          <w:p w14:paraId="074E3C8A" w14:textId="77777777" w:rsidR="00623E5F" w:rsidRDefault="00000000">
            <w:pPr>
              <w:spacing w:after="20" w:line="245" w:lineRule="auto"/>
            </w:pPr>
            <w:r>
              <w:rPr>
                <w:b/>
                <w:color w:val="000000"/>
                <w:sz w:val="17"/>
              </w:rPr>
              <w:t>DOKAZI O UČENJU</w:t>
            </w:r>
          </w:p>
          <w:p w14:paraId="5F752C55" w14:textId="77777777" w:rsidR="00623E5F" w:rsidRDefault="00000000">
            <w:pPr>
              <w:pStyle w:val="Oznaenseznam"/>
              <w:spacing w:after="7"/>
            </w:pPr>
            <w:r>
              <w:rPr>
                <w:color w:val="000000"/>
                <w:sz w:val="14"/>
              </w:rPr>
              <w:t>varen odziv na znak, začetni poskus prvine in ustno varnostno pravilo.</w:t>
            </w:r>
          </w:p>
          <w:p w14:paraId="2D32AD8B" w14:textId="77777777" w:rsidR="00623E5F" w:rsidRDefault="00000000">
            <w:pPr>
              <w:pStyle w:val="Oznaenseznam"/>
              <w:spacing w:after="7"/>
            </w:pPr>
            <w:r>
              <w:rPr>
                <w:color w:val="000000"/>
                <w:sz w:val="14"/>
              </w:rPr>
              <w:t>opazovalna kartica, izvedba na izbrani ravni in učiteljev zapis o napredku.</w:t>
            </w:r>
          </w:p>
          <w:p w14:paraId="0C388038" w14:textId="77777777" w:rsidR="00623E5F" w:rsidRDefault="00000000">
            <w:pPr>
              <w:pStyle w:val="Oznaenseznam"/>
              <w:spacing w:after="7"/>
            </w:pPr>
            <w:r>
              <w:rPr>
                <w:color w:val="000000"/>
                <w:sz w:val="14"/>
              </w:rPr>
              <w:t>formativni dokaz: ponovitev izbranih nalog, primerjava lastnega napredka in postavitev osebnega cilja; opazovalna kartica, učenčev dokaz in dogovorjeni naslednji korak.</w:t>
            </w:r>
          </w:p>
          <w:p w14:paraId="6E9BAC33" w14:textId="77777777" w:rsidR="00623E5F" w:rsidRDefault="00000000">
            <w:pPr>
              <w:spacing w:before="40" w:after="20" w:line="245" w:lineRule="auto"/>
            </w:pPr>
            <w:r>
              <w:rPr>
                <w:b/>
                <w:color w:val="000000"/>
                <w:sz w:val="16"/>
              </w:rPr>
              <w:t>GIBALNO DOŽIVETJE IN IZKUŠENJSKI POUK</w:t>
            </w:r>
          </w:p>
          <w:p w14:paraId="652A01C8"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17934D2B" w14:textId="77777777" w:rsidR="00623E5F" w:rsidRDefault="00000000">
            <w:pPr>
              <w:spacing w:after="20" w:line="245" w:lineRule="auto"/>
            </w:pPr>
            <w:r>
              <w:rPr>
                <w:b/>
                <w:color w:val="000000"/>
                <w:sz w:val="16"/>
              </w:rPr>
              <w:t>POUČEVANJE V GIBANJU</w:t>
            </w:r>
          </w:p>
          <w:p w14:paraId="09043999"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0222674C" w14:textId="77777777" w:rsidR="00623E5F" w:rsidRDefault="00000000">
            <w:pPr>
              <w:spacing w:after="20" w:line="245" w:lineRule="auto"/>
            </w:pPr>
            <w:r>
              <w:rPr>
                <w:b/>
                <w:color w:val="000000"/>
                <w:sz w:val="16"/>
              </w:rPr>
              <w:t>DELO PO ŠTIRIH POSTAJAH</w:t>
            </w:r>
          </w:p>
          <w:p w14:paraId="7CE1715F"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6FC75481" w14:textId="77777777" w:rsidR="00623E5F" w:rsidRDefault="00000000">
            <w:pPr>
              <w:spacing w:after="7" w:line="245" w:lineRule="auto"/>
            </w:pPr>
            <w:r>
              <w:rPr>
                <w:color w:val="000000"/>
                <w:sz w:val="14"/>
              </w:rPr>
              <w:t>1. Ogrevalna: po karticah sestavim varen niz za večje sklepe in mišične skupine ter spremljam dihanje.</w:t>
            </w:r>
          </w:p>
          <w:p w14:paraId="4D01C788" w14:textId="77777777" w:rsidR="00623E5F" w:rsidRDefault="00000000">
            <w:pPr>
              <w:spacing w:after="7" w:line="245" w:lineRule="auto"/>
            </w:pPr>
            <w:r>
              <w:rPr>
                <w:color w:val="000000"/>
                <w:sz w:val="14"/>
              </w:rPr>
              <w:t>2. Gibalna učinkovitost: na osebni ravni vadim cilj »izvedem izbrane naloge« in med ponovitvami ohranjam kakovost gibanja.</w:t>
            </w:r>
          </w:p>
          <w:p w14:paraId="5850912F" w14:textId="77777777" w:rsidR="00623E5F" w:rsidRDefault="00000000">
            <w:pPr>
              <w:spacing w:after="7" w:line="245" w:lineRule="auto"/>
            </w:pPr>
            <w:r>
              <w:rPr>
                <w:color w:val="000000"/>
                <w:sz w:val="14"/>
              </w:rPr>
              <w:t>3. Telo in napor: primerjam počutje pred, med in po dejavnosti ter uporabim pogovorni tempo in semafor napora.</w:t>
            </w:r>
          </w:p>
          <w:p w14:paraId="25DE9DAE" w14:textId="77777777" w:rsidR="00623E5F" w:rsidRDefault="00000000">
            <w:pPr>
              <w:spacing w:after="7" w:line="245" w:lineRule="auto"/>
            </w:pPr>
            <w:r>
              <w:rPr>
                <w:color w:val="000000"/>
                <w:sz w:val="14"/>
              </w:rPr>
              <w:t>4. Napredek in cilj: izberem dokaz, ne primerjam se z drugimi in pojasnim, kako »postavim osebni cilj«.</w:t>
            </w:r>
          </w:p>
          <w:p w14:paraId="6853DB60" w14:textId="77777777" w:rsidR="00623E5F" w:rsidRDefault="00000000">
            <w:pPr>
              <w:spacing w:after="20" w:line="245" w:lineRule="auto"/>
            </w:pPr>
            <w:r>
              <w:rPr>
                <w:b/>
                <w:color w:val="000000"/>
                <w:sz w:val="16"/>
              </w:rPr>
              <w:t>DIFERENCIACIJA IN VKLJUČEVANJE</w:t>
            </w:r>
          </w:p>
          <w:p w14:paraId="7413D06F"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37301501" w14:textId="77777777" w:rsidR="00623E5F" w:rsidRDefault="00000000">
            <w:pPr>
              <w:spacing w:after="20" w:line="245" w:lineRule="auto"/>
            </w:pPr>
            <w:r>
              <w:rPr>
                <w:b/>
                <w:color w:val="000000"/>
                <w:sz w:val="16"/>
              </w:rPr>
              <w:t>SPREMLJANJE</w:t>
            </w:r>
          </w:p>
          <w:p w14:paraId="4AA2A9BE"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5D56CAD1"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F22B8BC" w14:textId="77777777">
              <w:trPr>
                <w:jc w:val="center"/>
              </w:trPr>
              <w:tc>
                <w:tcPr>
                  <w:tcW w:w="7087" w:type="dxa"/>
                  <w:shd w:val="clear" w:color="auto" w:fill="C6E7F3"/>
                  <w:tcMar>
                    <w:top w:w="45" w:type="dxa"/>
                    <w:left w:w="70" w:type="dxa"/>
                    <w:bottom w:w="45" w:type="dxa"/>
                    <w:right w:w="70" w:type="dxa"/>
                  </w:tcMar>
                </w:tcPr>
                <w:p w14:paraId="65AFAA3C" w14:textId="77777777" w:rsidR="00623E5F" w:rsidRDefault="00000000">
                  <w:pPr>
                    <w:keepNext/>
                  </w:pPr>
                  <w:r>
                    <w:rPr>
                      <w:b/>
                      <w:color w:val="000000"/>
                      <w:sz w:val="16"/>
                    </w:rPr>
                    <w:t>GLAVNI DEL – GIBALNI IZZIV, VADBA NA ŠTIRIH POSTAJAH IN IGRA (3 šolske ure)</w:t>
                  </w:r>
                </w:p>
              </w:tc>
            </w:tr>
          </w:tbl>
          <w:p w14:paraId="1215BE38" w14:textId="77777777" w:rsidR="00623E5F" w:rsidRDefault="00623E5F">
            <w:pPr>
              <w:spacing w:line="20" w:lineRule="exact"/>
            </w:pPr>
          </w:p>
          <w:p w14:paraId="672F2D7A" w14:textId="77777777" w:rsidR="00623E5F" w:rsidRDefault="00000000">
            <w:pPr>
              <w:keepNext/>
              <w:spacing w:before="16" w:after="6" w:line="245" w:lineRule="auto"/>
            </w:pPr>
            <w:r>
              <w:rPr>
                <w:b/>
                <w:color w:val="000000"/>
                <w:sz w:val="15"/>
              </w:rPr>
              <w:t>1. URA – Moj gibalni napredek – Ogrejem se in usvojim gib</w:t>
            </w:r>
          </w:p>
          <w:p w14:paraId="17F097EF"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»Pedenjped« – Niko Grafenauer • NADALJEVANJE. Osrednji del 30': 32' – Preveri prostor in opremo, predstavi varnostni znak ter skozi gibalno zgodbo modelira ključno prvino po korakih.</w:t>
            </w:r>
          </w:p>
          <w:p w14:paraId="040173E9"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46C85B14" w14:textId="77777777" w:rsidR="00623E5F" w:rsidRDefault="00000000">
            <w:pPr>
              <w:spacing w:after="15" w:line="245" w:lineRule="auto"/>
            </w:pPr>
            <w:r>
              <w:rPr>
                <w:i/>
                <w:color w:val="D95BC6"/>
                <w:sz w:val="14"/>
              </w:rPr>
              <w:t>Predvideni dokaz: varen odziv na znak, začetni poskus prvine in ustno varnostno pravilo..</w:t>
            </w:r>
          </w:p>
          <w:p w14:paraId="0F5AF944" w14:textId="77777777" w:rsidR="00623E5F" w:rsidRDefault="00000000">
            <w:pPr>
              <w:keepNext/>
              <w:spacing w:before="16" w:after="6" w:line="245" w:lineRule="auto"/>
            </w:pPr>
            <w:r>
              <w:rPr>
                <w:b/>
                <w:color w:val="000000"/>
                <w:sz w:val="15"/>
              </w:rPr>
              <w:t>2. URA – Moj gibalni napredek – Vadim na postajah</w:t>
            </w:r>
          </w:p>
          <w:p w14:paraId="301967DE"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»Pedenjped« – Niko Grafenauer • NADALJEVANJE. Osrednji del 30': 32' – Pripravi 4–6 postaj z enosmernimi prehodi, pokaže tri ravni izziva in opazovalcu dodeli en jasen kriterij.</w:t>
            </w:r>
          </w:p>
          <w:p w14:paraId="59B27209"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Kroži po postajah, večkrat ponovi nalogo, izbere primerno raven.</w:t>
            </w:r>
          </w:p>
          <w:p w14:paraId="2DCD9A90" w14:textId="77777777" w:rsidR="00623E5F" w:rsidRDefault="00000000">
            <w:pPr>
              <w:spacing w:after="15" w:line="245" w:lineRule="auto"/>
            </w:pPr>
            <w:r>
              <w:rPr>
                <w:i/>
                <w:color w:val="D95BC6"/>
                <w:sz w:val="14"/>
              </w:rPr>
              <w:t>Predvideni dokaz: opazovalna kartica, izvedba na izbrani ravni in učiteljev zapis o napredku..</w:t>
            </w:r>
          </w:p>
          <w:p w14:paraId="43AF513E" w14:textId="77777777" w:rsidR="00623E5F" w:rsidRDefault="00000000">
            <w:pPr>
              <w:keepNext/>
              <w:spacing w:before="16" w:after="6" w:line="245" w:lineRule="auto"/>
            </w:pPr>
            <w:r>
              <w:rPr>
                <w:b/>
                <w:color w:val="000000"/>
                <w:sz w:val="15"/>
              </w:rPr>
              <w:t>3. URA – Moj gibalni napredek – Uporabim v igri</w:t>
            </w:r>
          </w:p>
          <w:p w14:paraId="37CC8394"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»Pedenjped« – Niko Grafenauer • NADALJEVANJE. Osrednji del 30': 30' – Organizira formativno gibalno nalogo: ponovitev izbranih nalog, primerjava lastnega napredka in postavitev osebnega cilja.</w:t>
            </w:r>
          </w:p>
          <w:p w14:paraId="3BE08641"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Samostojno oziroma ob vnaprej dovoljeni opori izvede dogovorjeno nalogo.</w:t>
            </w:r>
          </w:p>
          <w:p w14:paraId="2F8B3C03" w14:textId="77777777" w:rsidR="00623E5F" w:rsidRDefault="00000000">
            <w:pPr>
              <w:spacing w:after="15" w:line="245" w:lineRule="auto"/>
            </w:pPr>
            <w:r>
              <w:rPr>
                <w:i/>
                <w:color w:val="D95BC6"/>
                <w:sz w:val="14"/>
              </w:rPr>
              <w:t>Predvideni dokaz: formativni dokaz: ponovitev izbranih nalog, primerjava lastnega napredka in postavitev osebnega cilja; opazovalna kartica..</w:t>
            </w:r>
          </w:p>
          <w:tbl>
            <w:tblPr>
              <w:tblStyle w:val="Tabelamrea"/>
              <w:tblW w:w="0" w:type="auto"/>
              <w:jc w:val="center"/>
              <w:tblLayout w:type="fixed"/>
              <w:tblLook w:val="04A0" w:firstRow="1" w:lastRow="0" w:firstColumn="1" w:lastColumn="0" w:noHBand="0" w:noVBand="1"/>
            </w:tblPr>
            <w:tblGrid>
              <w:gridCol w:w="7087"/>
            </w:tblGrid>
            <w:tr w:rsidR="00623E5F" w14:paraId="4B589ABA" w14:textId="77777777">
              <w:trPr>
                <w:jc w:val="center"/>
              </w:trPr>
              <w:tc>
                <w:tcPr>
                  <w:tcW w:w="7087" w:type="dxa"/>
                  <w:shd w:val="clear" w:color="auto" w:fill="EDC9EA"/>
                  <w:tcMar>
                    <w:top w:w="45" w:type="dxa"/>
                    <w:left w:w="70" w:type="dxa"/>
                    <w:bottom w:w="45" w:type="dxa"/>
                    <w:right w:w="70" w:type="dxa"/>
                  </w:tcMar>
                </w:tcPr>
                <w:p w14:paraId="0B8A151C" w14:textId="77777777" w:rsidR="00623E5F" w:rsidRDefault="00000000">
                  <w:pPr>
                    <w:keepNext/>
                  </w:pPr>
                  <w:r>
                    <w:rPr>
                      <w:b/>
                      <w:color w:val="000000"/>
                      <w:sz w:val="16"/>
                    </w:rPr>
                    <w:t>ORGANIZACIJA POSTAJ, PREHODOV IN AKTIVNEGA ČASA</w:t>
                  </w:r>
                </w:p>
              </w:tc>
            </w:tr>
          </w:tbl>
          <w:p w14:paraId="2134BD52" w14:textId="77777777" w:rsidR="00623E5F" w:rsidRDefault="00623E5F"/>
          <w:p w14:paraId="7F4FADE7" w14:textId="77777777" w:rsidR="00623E5F" w:rsidRDefault="00000000">
            <w:pPr>
              <w:spacing w:before="5" w:after="6" w:line="245" w:lineRule="auto"/>
            </w:pPr>
            <w:r>
              <w:rPr>
                <w:color w:val="000000"/>
                <w:sz w:val="14"/>
              </w:rPr>
              <w:t>Postaja 1: Ogrevalna: po karticah sestavim varen niz za večje sklepe in mišične skupine ter spremljam dihanje.</w:t>
            </w:r>
          </w:p>
          <w:p w14:paraId="2ECF832F" w14:textId="77777777" w:rsidR="00623E5F" w:rsidRDefault="00000000">
            <w:pPr>
              <w:spacing w:before="5" w:after="6" w:line="245" w:lineRule="auto"/>
            </w:pPr>
            <w:r>
              <w:rPr>
                <w:color w:val="000000"/>
                <w:sz w:val="14"/>
              </w:rPr>
              <w:t>Postaja 2: Gibalna učinkovitost: na osebni ravni vadim cilj »izvedem izbrane naloge« in med ponovitvami ohranjam kakovost gibanja.</w:t>
            </w:r>
          </w:p>
          <w:p w14:paraId="69E87D1C" w14:textId="77777777" w:rsidR="00623E5F" w:rsidRDefault="00000000">
            <w:pPr>
              <w:spacing w:before="5" w:after="6" w:line="245" w:lineRule="auto"/>
            </w:pPr>
            <w:r>
              <w:rPr>
                <w:color w:val="000000"/>
                <w:sz w:val="14"/>
              </w:rPr>
              <w:t>Postaja 3: Telo in napor: primerjam počutje pred, med in po dejavnosti ter uporabim pogovorni tempo in semafor napora.</w:t>
            </w:r>
          </w:p>
          <w:p w14:paraId="17148F9D" w14:textId="77777777" w:rsidR="00623E5F" w:rsidRDefault="00000000">
            <w:pPr>
              <w:spacing w:before="5" w:after="6" w:line="245" w:lineRule="auto"/>
            </w:pPr>
            <w:r>
              <w:rPr>
                <w:color w:val="000000"/>
                <w:sz w:val="14"/>
              </w:rPr>
              <w:t>Postaja 4: Napredek in cilj: izberem dokaz, ne primerjam se z drugimi in pojasnim, kako »postavim osebni cilj«.</w:t>
            </w:r>
          </w:p>
          <w:p w14:paraId="0AD637DB"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57297A6A" w14:textId="77777777" w:rsidR="00623E5F" w:rsidRDefault="00623E5F"/>
          <w:p w14:paraId="6D4A14A3" w14:textId="77777777" w:rsidR="00623E5F" w:rsidRDefault="00000000">
            <w:pPr>
              <w:spacing w:after="5" w:line="245" w:lineRule="auto"/>
            </w:pPr>
            <w:r>
              <w:rPr>
                <w:b/>
                <w:color w:val="000000"/>
                <w:sz w:val="15"/>
              </w:rPr>
              <w:t>1. URA – Moj gibalni napredek – Ogrejem se in usvojim gib</w:t>
            </w:r>
          </w:p>
          <w:p w14:paraId="4E06B324"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21344B7" w14:textId="77777777" w:rsidR="00623E5F" w:rsidRDefault="00000000">
            <w:pPr>
              <w:spacing w:after="14" w:line="245" w:lineRule="auto"/>
            </w:pPr>
            <w:r>
              <w:rPr>
                <w:color w:val="D95BC6"/>
                <w:sz w:val="13"/>
              </w:rPr>
              <w:t>Dokaz: varen odziv na znak, začetni poskus prvine in ustno varnostno pravilo.</w:t>
            </w:r>
          </w:p>
          <w:p w14:paraId="68401C1C" w14:textId="77777777" w:rsidR="00623E5F" w:rsidRDefault="00000000">
            <w:pPr>
              <w:spacing w:after="5" w:line="245" w:lineRule="auto"/>
            </w:pPr>
            <w:r>
              <w:rPr>
                <w:b/>
                <w:color w:val="000000"/>
                <w:sz w:val="15"/>
              </w:rPr>
              <w:t>2. URA – Moj gibalni napredek – Vadim na postajah</w:t>
            </w:r>
          </w:p>
          <w:p w14:paraId="7E835348"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0F1EEDB1" w14:textId="77777777" w:rsidR="00623E5F" w:rsidRDefault="00000000">
            <w:pPr>
              <w:spacing w:after="14" w:line="245" w:lineRule="auto"/>
            </w:pPr>
            <w:r>
              <w:rPr>
                <w:color w:val="D95BC6"/>
                <w:sz w:val="13"/>
              </w:rPr>
              <w:t>Dokaz: opazovalna kartica, izvedba na izbrani ravni in učiteljev zapis o napredku.</w:t>
            </w:r>
          </w:p>
          <w:p w14:paraId="30914E95" w14:textId="77777777" w:rsidR="00623E5F" w:rsidRDefault="00000000">
            <w:pPr>
              <w:spacing w:after="5" w:line="245" w:lineRule="auto"/>
            </w:pPr>
            <w:r>
              <w:rPr>
                <w:b/>
                <w:color w:val="000000"/>
                <w:sz w:val="15"/>
              </w:rPr>
              <w:t>3. URA – Moj gibalni napredek – Uporabim v igri</w:t>
            </w:r>
          </w:p>
          <w:p w14:paraId="51807535"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481D4C3E" w14:textId="77777777" w:rsidR="00623E5F" w:rsidRDefault="00000000">
            <w:pPr>
              <w:spacing w:after="14" w:line="245" w:lineRule="auto"/>
            </w:pPr>
            <w:r>
              <w:rPr>
                <w:color w:val="D95BC6"/>
                <w:sz w:val="13"/>
              </w:rPr>
              <w:t>Dokaz: formativni dokaz: ponovitev izbranih nalog, primerjava lastnega napredka in.</w:t>
            </w:r>
          </w:p>
          <w:p w14:paraId="2702C622" w14:textId="77777777" w:rsidR="00623E5F" w:rsidRDefault="00000000">
            <w:pPr>
              <w:spacing w:before="30" w:after="14" w:line="245" w:lineRule="auto"/>
            </w:pPr>
            <w:r>
              <w:rPr>
                <w:b/>
                <w:color w:val="D95BC6"/>
                <w:sz w:val="16"/>
              </w:rPr>
              <w:t>MOJ KROG POSTAJ</w:t>
            </w:r>
          </w:p>
          <w:p w14:paraId="3077D780" w14:textId="77777777" w:rsidR="00623E5F" w:rsidRDefault="00000000">
            <w:pPr>
              <w:spacing w:after="8" w:line="245" w:lineRule="auto"/>
            </w:pPr>
            <w:r>
              <w:rPr>
                <w:color w:val="000000"/>
                <w:sz w:val="13"/>
              </w:rPr>
              <w:t>1. Ogrevalna: po karticah sestavim varen niz za večje sklepe in mišične skupine ter.</w:t>
            </w:r>
          </w:p>
          <w:p w14:paraId="0093187B" w14:textId="77777777" w:rsidR="00623E5F" w:rsidRDefault="00000000">
            <w:pPr>
              <w:spacing w:after="8" w:line="245" w:lineRule="auto"/>
            </w:pPr>
            <w:r>
              <w:rPr>
                <w:color w:val="000000"/>
                <w:sz w:val="13"/>
              </w:rPr>
              <w:t>2. Gibalna učinkovitost: na osebni ravni vadim cilj »izvedem izbrane naloge« in med.</w:t>
            </w:r>
          </w:p>
          <w:p w14:paraId="261EC508" w14:textId="77777777" w:rsidR="00623E5F" w:rsidRDefault="00000000">
            <w:pPr>
              <w:spacing w:after="8" w:line="245" w:lineRule="auto"/>
            </w:pPr>
            <w:r>
              <w:rPr>
                <w:color w:val="000000"/>
                <w:sz w:val="13"/>
              </w:rPr>
              <w:t>3. Telo in napor: primerjam počutje pred, med in po dejavnosti ter uporabim pogovorni.</w:t>
            </w:r>
          </w:p>
          <w:p w14:paraId="05798D0B" w14:textId="77777777" w:rsidR="00623E5F" w:rsidRDefault="00000000">
            <w:pPr>
              <w:spacing w:after="8" w:line="245" w:lineRule="auto"/>
            </w:pPr>
            <w:r>
              <w:rPr>
                <w:color w:val="000000"/>
                <w:sz w:val="13"/>
              </w:rPr>
              <w:t>4. Napredek in cilj: izberem dokaz, ne primerjam se z drugimi in pojasnim.</w:t>
            </w:r>
          </w:p>
          <w:p w14:paraId="23248267"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4AAB695E" w14:textId="77777777" w:rsidR="00623E5F" w:rsidRDefault="00000000">
            <w:pPr>
              <w:spacing w:after="14" w:line="245" w:lineRule="auto"/>
            </w:pPr>
            <w:r>
              <w:rPr>
                <w:b/>
                <w:color w:val="D95BC6"/>
                <w:sz w:val="16"/>
              </w:rPr>
              <w:t>DOKAZ O UČENJU</w:t>
            </w:r>
          </w:p>
          <w:p w14:paraId="2CF62955"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5DFB8DC4"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6F97F9E6"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67A909E"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770AACE6" w14:textId="77777777" w:rsidR="00623E5F" w:rsidRDefault="00000000">
            <w:pPr>
              <w:jc w:val="center"/>
            </w:pPr>
            <w:r>
              <w:rPr>
                <w:b/>
                <w:color w:val="000000"/>
                <w:sz w:val="20"/>
              </w:rPr>
              <w:t>UČNE DEJAVNOSTI, METODE IN FORMATIVNO SPREMLJANJE</w:t>
            </w:r>
          </w:p>
        </w:tc>
      </w:tr>
      <w:tr w:rsidR="00623E5F" w14:paraId="78CD146E" w14:textId="77777777">
        <w:trPr>
          <w:tblHeader/>
          <w:jc w:val="center"/>
        </w:trPr>
        <w:tc>
          <w:tcPr>
            <w:tcW w:w="4422" w:type="dxa"/>
            <w:vMerge/>
            <w:tcMar>
              <w:top w:w="70" w:type="dxa"/>
              <w:left w:w="90" w:type="dxa"/>
              <w:bottom w:w="70" w:type="dxa"/>
              <w:right w:w="90" w:type="dxa"/>
            </w:tcMar>
            <w:vAlign w:val="center"/>
          </w:tcPr>
          <w:p w14:paraId="345AE09F" w14:textId="77777777" w:rsidR="00623E5F" w:rsidRDefault="00623E5F"/>
        </w:tc>
        <w:tc>
          <w:tcPr>
            <w:tcW w:w="7087" w:type="dxa"/>
            <w:shd w:val="clear" w:color="auto" w:fill="FFFFFF"/>
            <w:tcMar>
              <w:top w:w="70" w:type="dxa"/>
              <w:left w:w="90" w:type="dxa"/>
              <w:bottom w:w="70" w:type="dxa"/>
              <w:right w:w="90" w:type="dxa"/>
            </w:tcMar>
            <w:vAlign w:val="center"/>
          </w:tcPr>
          <w:p w14:paraId="1D67F52D"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83588C7" w14:textId="77777777" w:rsidR="00623E5F" w:rsidRDefault="00000000">
            <w:pPr>
              <w:jc w:val="center"/>
            </w:pPr>
            <w:r>
              <w:rPr>
                <w:b/>
                <w:color w:val="000000"/>
              </w:rPr>
              <w:t>UČENEC</w:t>
            </w:r>
          </w:p>
        </w:tc>
      </w:tr>
      <w:tr w:rsidR="00623E5F" w14:paraId="7D86CB5E" w14:textId="77777777">
        <w:trPr>
          <w:jc w:val="center"/>
        </w:trPr>
        <w:tc>
          <w:tcPr>
            <w:tcW w:w="4422" w:type="dxa"/>
            <w:tcMar>
              <w:top w:w="70" w:type="dxa"/>
              <w:left w:w="90" w:type="dxa"/>
              <w:bottom w:w="70" w:type="dxa"/>
              <w:right w:w="90" w:type="dxa"/>
            </w:tcMar>
          </w:tcPr>
          <w:p w14:paraId="6E95AD81" w14:textId="77777777" w:rsidR="00623E5F" w:rsidRDefault="00623E5F"/>
          <w:p w14:paraId="7F2E1D47" w14:textId="77777777" w:rsidR="00623E5F" w:rsidRDefault="00000000">
            <w:pPr>
              <w:spacing w:after="40" w:line="245" w:lineRule="auto"/>
            </w:pPr>
            <w:r>
              <w:rPr>
                <w:b/>
                <w:color w:val="000000"/>
              </w:rPr>
              <w:t>FORMATIVNO SPREMLJANJE</w:t>
            </w:r>
          </w:p>
          <w:p w14:paraId="272630E5" w14:textId="77777777" w:rsidR="00623E5F" w:rsidRDefault="00000000">
            <w:pPr>
              <w:pStyle w:val="Oznaenseznam"/>
              <w:spacing w:after="16"/>
            </w:pPr>
            <w:r>
              <w:rPr>
                <w:color w:val="000000"/>
                <w:sz w:val="15"/>
              </w:rPr>
              <w:t>predznanje: gibalni prikaz, odziv na znak, izbira kartice, začetni poskus ali kratka razlaga</w:t>
            </w:r>
          </w:p>
          <w:p w14:paraId="7F2E7DA8" w14:textId="77777777" w:rsidR="00623E5F" w:rsidRDefault="00000000">
            <w:pPr>
              <w:pStyle w:val="Oznaenseznam"/>
              <w:spacing w:after="16"/>
            </w:pPr>
            <w:r>
              <w:rPr>
                <w:color w:val="000000"/>
                <w:sz w:val="15"/>
              </w:rPr>
              <w:t>nameni in merila: kratka poved, slikovni znak, model varne izvedbe in en opazljiv tehnični poudarek</w:t>
            </w:r>
          </w:p>
          <w:p w14:paraId="35978646"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1107092B" w14:textId="77777777" w:rsidR="00623E5F" w:rsidRDefault="00000000">
            <w:pPr>
              <w:pStyle w:val="Oznaenseznam"/>
              <w:spacing w:after="16"/>
            </w:pPr>
            <w:r>
              <w:rPr>
                <w:color w:val="000000"/>
                <w:sz w:val="15"/>
              </w:rPr>
              <w:t>povratna informacija: opis opaženega, povezava z enim merilom in takoj izvedljiv ponovni poskus</w:t>
            </w:r>
          </w:p>
          <w:p w14:paraId="55F77303" w14:textId="77777777" w:rsidR="00623E5F" w:rsidRDefault="00000000">
            <w:pPr>
              <w:pStyle w:val="Oznaenseznam"/>
              <w:spacing w:after="16"/>
            </w:pPr>
            <w:r>
              <w:rPr>
                <w:color w:val="000000"/>
                <w:sz w:val="15"/>
              </w:rPr>
              <w:t>samovrednotenje: semafor napora in varnosti, lestvica samostojnosti, izbran dokaz ter osebni naslednji korak</w:t>
            </w:r>
          </w:p>
          <w:p w14:paraId="1104235E" w14:textId="77777777" w:rsidR="00623E5F" w:rsidRDefault="00000000">
            <w:pPr>
              <w:spacing w:before="40" w:after="20" w:line="245" w:lineRule="auto"/>
            </w:pPr>
            <w:r>
              <w:rPr>
                <w:b/>
                <w:color w:val="000000"/>
                <w:sz w:val="17"/>
              </w:rPr>
              <w:t>VARNOST, POČUTJE IN HIGIENA</w:t>
            </w:r>
          </w:p>
          <w:p w14:paraId="66CD887D"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Intenzivnost se uravnava po pogovornem tempu in semaforju počutja; utrujenost ni razlog za primerjanje ali kaznovanje.</w:t>
            </w:r>
          </w:p>
          <w:p w14:paraId="75FA1E37" w14:textId="77777777" w:rsidR="00623E5F" w:rsidRDefault="00000000">
            <w:pPr>
              <w:spacing w:after="20" w:line="245" w:lineRule="auto"/>
            </w:pPr>
            <w:r>
              <w:rPr>
                <w:b/>
                <w:color w:val="000000"/>
                <w:sz w:val="17"/>
              </w:rPr>
              <w:t>EVIDENCA PO IZVEDBI</w:t>
            </w:r>
          </w:p>
          <w:p w14:paraId="17661905"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42DAA42A" w14:textId="77777777" w:rsidR="00623E5F" w:rsidRDefault="00000000">
            <w:pPr>
              <w:spacing w:before="40" w:after="20" w:line="245" w:lineRule="auto"/>
            </w:pPr>
            <w:r>
              <w:rPr>
                <w:b/>
                <w:color w:val="000000"/>
                <w:sz w:val="17"/>
              </w:rPr>
              <w:t>RAVEN DOSEGANJA</w:t>
            </w:r>
          </w:p>
          <w:p w14:paraId="58D8C6CF"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0F4FCE17"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A2CB631" w14:textId="77777777">
              <w:trPr>
                <w:jc w:val="center"/>
              </w:trPr>
              <w:tc>
                <w:tcPr>
                  <w:tcW w:w="7087" w:type="dxa"/>
                  <w:shd w:val="clear" w:color="auto" w:fill="EDC9EA"/>
                  <w:tcMar>
                    <w:top w:w="45" w:type="dxa"/>
                    <w:left w:w="70" w:type="dxa"/>
                    <w:bottom w:w="45" w:type="dxa"/>
                    <w:right w:w="70" w:type="dxa"/>
                  </w:tcMar>
                </w:tcPr>
                <w:p w14:paraId="03A20880" w14:textId="77777777" w:rsidR="00623E5F" w:rsidRDefault="00000000">
                  <w:pPr>
                    <w:keepNext/>
                  </w:pPr>
                  <w:r>
                    <w:rPr>
                      <w:b/>
                      <w:color w:val="000000"/>
                    </w:rPr>
                    <w:t>VPRAŠANJA V PODPORO GIBALNEMU UČENJU</w:t>
                  </w:r>
                </w:p>
              </w:tc>
            </w:tr>
          </w:tbl>
          <w:p w14:paraId="20566FA3" w14:textId="77777777" w:rsidR="00623E5F" w:rsidRDefault="00623E5F">
            <w:pPr>
              <w:spacing w:line="20" w:lineRule="exact"/>
            </w:pPr>
          </w:p>
          <w:p w14:paraId="2F05812E" w14:textId="77777777" w:rsidR="00623E5F" w:rsidRDefault="00000000">
            <w:pPr>
              <w:pStyle w:val="Oznaenseznam"/>
              <w:spacing w:after="16"/>
            </w:pPr>
            <w:r>
              <w:rPr>
                <w:color w:val="000000"/>
                <w:sz w:val="15"/>
              </w:rPr>
              <w:t>Kaj si pri prvem poskusu začutil/-a ali opazil/-a v položaju telesa, ravnotežju, smeri, ritmu ali naporu?</w:t>
            </w:r>
          </w:p>
          <w:p w14:paraId="013987B3" w14:textId="77777777" w:rsidR="00623E5F" w:rsidRDefault="00000000">
            <w:pPr>
              <w:pStyle w:val="Oznaenseznam"/>
              <w:spacing w:after="16"/>
            </w:pPr>
            <w:r>
              <w:rPr>
                <w:color w:val="000000"/>
                <w:sz w:val="15"/>
              </w:rPr>
              <w:t>Katero varnostno pravilo in kateri gibalni korak sta bila danes najpomembnejša?</w:t>
            </w:r>
          </w:p>
          <w:p w14:paraId="1717842B" w14:textId="77777777" w:rsidR="00623E5F" w:rsidRDefault="00000000">
            <w:pPr>
              <w:pStyle w:val="Oznaenseznam"/>
              <w:spacing w:after="16"/>
            </w:pPr>
            <w:r>
              <w:rPr>
                <w:color w:val="000000"/>
                <w:sz w:val="15"/>
              </w:rPr>
              <w:t>Katero raven si izbral/-a, zakaj je bila primerna in kaj si pri naslednjem poskusu spremenil/-a?</w:t>
            </w:r>
          </w:p>
          <w:p w14:paraId="7C362A8E" w14:textId="77777777" w:rsidR="00623E5F" w:rsidRDefault="00000000">
            <w:pPr>
              <w:pStyle w:val="Oznaenseznam"/>
              <w:spacing w:after="16"/>
            </w:pPr>
            <w:r>
              <w:rPr>
                <w:color w:val="000000"/>
                <w:sz w:val="15"/>
              </w:rPr>
              <w:t>Kateri tvoj gibalni dokaz najjasneje pokaže dogovorjeno merilo?</w:t>
            </w:r>
          </w:p>
          <w:p w14:paraId="450B731F"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02240E5C" w14:textId="77777777">
              <w:trPr>
                <w:jc w:val="center"/>
              </w:trPr>
              <w:tc>
                <w:tcPr>
                  <w:tcW w:w="7087" w:type="dxa"/>
                  <w:shd w:val="clear" w:color="auto" w:fill="C6E7F3"/>
                  <w:tcMar>
                    <w:top w:w="45" w:type="dxa"/>
                    <w:left w:w="70" w:type="dxa"/>
                    <w:bottom w:w="45" w:type="dxa"/>
                    <w:right w:w="70" w:type="dxa"/>
                  </w:tcMar>
                </w:tcPr>
                <w:p w14:paraId="634C5349" w14:textId="77777777" w:rsidR="00623E5F" w:rsidRDefault="00000000">
                  <w:pPr>
                    <w:keepNext/>
                  </w:pPr>
                  <w:r>
                    <w:rPr>
                      <w:b/>
                      <w:color w:val="000000"/>
                    </w:rPr>
                    <w:t>ZAKLJUČNI DEL – UMIRJANJE, RAZTEZANJE, DOKAZ IN REFLEKSIJA (8–10 min)</w:t>
                  </w:r>
                </w:p>
              </w:tc>
            </w:tr>
          </w:tbl>
          <w:p w14:paraId="3C47960C" w14:textId="77777777" w:rsidR="00623E5F" w:rsidRDefault="00623E5F">
            <w:pPr>
              <w:spacing w:line="20" w:lineRule="exact"/>
            </w:pPr>
          </w:p>
          <w:p w14:paraId="21540DCD"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57E06AE8" w14:textId="77777777">
              <w:trPr>
                <w:jc w:val="center"/>
              </w:trPr>
              <w:tc>
                <w:tcPr>
                  <w:tcW w:w="7087" w:type="dxa"/>
                  <w:shd w:val="clear" w:color="auto" w:fill="EDC9EA"/>
                  <w:tcMar>
                    <w:top w:w="45" w:type="dxa"/>
                    <w:left w:w="70" w:type="dxa"/>
                    <w:bottom w:w="45" w:type="dxa"/>
                    <w:right w:w="70" w:type="dxa"/>
                  </w:tcMar>
                </w:tcPr>
                <w:p w14:paraId="30A227DF" w14:textId="77777777" w:rsidR="00623E5F" w:rsidRDefault="00000000">
                  <w:pPr>
                    <w:keepNext/>
                  </w:pPr>
                  <w:r>
                    <w:rPr>
                      <w:b/>
                      <w:color w:val="000000"/>
                    </w:rPr>
                    <w:t>SAMOVREDNOTENJE</w:t>
                  </w:r>
                </w:p>
              </w:tc>
            </w:tr>
          </w:tbl>
          <w:p w14:paraId="57721867" w14:textId="77777777" w:rsidR="00623E5F" w:rsidRDefault="00623E5F">
            <w:pPr>
              <w:spacing w:line="20" w:lineRule="exact"/>
            </w:pPr>
          </w:p>
          <w:p w14:paraId="4F1F0441"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4E58CF52" w14:textId="77777777">
              <w:trPr>
                <w:jc w:val="center"/>
              </w:trPr>
              <w:tc>
                <w:tcPr>
                  <w:tcW w:w="7087" w:type="dxa"/>
                  <w:shd w:val="clear" w:color="auto" w:fill="EDC9EA"/>
                  <w:tcMar>
                    <w:top w:w="45" w:type="dxa"/>
                    <w:left w:w="70" w:type="dxa"/>
                    <w:bottom w:w="45" w:type="dxa"/>
                    <w:right w:w="70" w:type="dxa"/>
                  </w:tcMar>
                </w:tcPr>
                <w:p w14:paraId="73F30D79" w14:textId="77777777" w:rsidR="00623E5F" w:rsidRDefault="00000000">
                  <w:pPr>
                    <w:keepNext/>
                  </w:pPr>
                  <w:r>
                    <w:rPr>
                      <w:b/>
                      <w:color w:val="000000"/>
                    </w:rPr>
                    <w:t>VRSTNIŠKO OPAZOVANJE IN POVRATNA INFORMACIJA</w:t>
                  </w:r>
                </w:p>
              </w:tc>
            </w:tr>
          </w:tbl>
          <w:p w14:paraId="40165A13" w14:textId="77777777" w:rsidR="00623E5F" w:rsidRDefault="00623E5F">
            <w:pPr>
              <w:spacing w:line="20" w:lineRule="exact"/>
            </w:pPr>
          </w:p>
          <w:p w14:paraId="348A6A36"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14B41E13" w14:textId="77777777">
              <w:trPr>
                <w:jc w:val="center"/>
              </w:trPr>
              <w:tc>
                <w:tcPr>
                  <w:tcW w:w="7087" w:type="dxa"/>
                  <w:shd w:val="clear" w:color="auto" w:fill="EDC9EA"/>
                  <w:tcMar>
                    <w:top w:w="45" w:type="dxa"/>
                    <w:left w:w="70" w:type="dxa"/>
                    <w:bottom w:w="45" w:type="dxa"/>
                    <w:right w:w="70" w:type="dxa"/>
                  </w:tcMar>
                </w:tcPr>
                <w:p w14:paraId="3D197541" w14:textId="77777777" w:rsidR="00623E5F" w:rsidRDefault="00000000">
                  <w:pPr>
                    <w:keepNext/>
                  </w:pPr>
                  <w:r>
                    <w:rPr>
                      <w:b/>
                      <w:color w:val="000000"/>
                    </w:rPr>
                    <w:t>SKUPNI POVZETEK</w:t>
                  </w:r>
                </w:p>
              </w:tc>
            </w:tr>
          </w:tbl>
          <w:p w14:paraId="5CF2821D" w14:textId="77777777" w:rsidR="00623E5F" w:rsidRDefault="00623E5F"/>
          <w:p w14:paraId="5E7669C0" w14:textId="77777777" w:rsidR="00623E5F" w:rsidRDefault="00000000">
            <w:pPr>
              <w:spacing w:before="20" w:after="40" w:line="245" w:lineRule="auto"/>
            </w:pPr>
            <w:r>
              <w:rPr>
                <w:b/>
                <w:color w:val="000000"/>
                <w:sz w:val="16"/>
              </w:rPr>
              <w:t>izvedem izbrane naloge; primerjam svoj napredek; postavim osebni cilj. Izbrani gibalni dokaz pojasnim in določim varen naslednji korak.</w:t>
            </w:r>
          </w:p>
        </w:tc>
        <w:tc>
          <w:tcPr>
            <w:tcW w:w="2551" w:type="dxa"/>
            <w:tcMar>
              <w:top w:w="70" w:type="dxa"/>
              <w:left w:w="90" w:type="dxa"/>
              <w:bottom w:w="70" w:type="dxa"/>
              <w:right w:w="90" w:type="dxa"/>
            </w:tcMar>
          </w:tcPr>
          <w:p w14:paraId="7FC3D512" w14:textId="77777777" w:rsidR="00623E5F" w:rsidRDefault="00623E5F"/>
          <w:p w14:paraId="16D20A14" w14:textId="77777777" w:rsidR="00623E5F" w:rsidRDefault="00000000">
            <w:pPr>
              <w:spacing w:after="80" w:line="245" w:lineRule="auto"/>
            </w:pPr>
            <w:r>
              <w:rPr>
                <w:color w:val="000000"/>
                <w:sz w:val="15"/>
              </w:rPr>
              <w:t>Odgovarja na podporna vprašanja in se sklicuje na svojo izvedbo, počutje, izbrano raven in varnost.</w:t>
            </w:r>
          </w:p>
          <w:p w14:paraId="12D96288" w14:textId="77777777" w:rsidR="00623E5F" w:rsidRDefault="00000000">
            <w:pPr>
              <w:spacing w:after="80" w:line="245" w:lineRule="auto"/>
            </w:pPr>
            <w:r>
              <w:rPr>
                <w:color w:val="000000"/>
                <w:sz w:val="15"/>
              </w:rPr>
              <w:t>Predstavi izbrani gibalni dokaz ter pokaže ali pove, katero merilo z njim dosega.</w:t>
            </w:r>
          </w:p>
          <w:p w14:paraId="38A5B6E6" w14:textId="77777777" w:rsidR="00623E5F" w:rsidRDefault="00000000">
            <w:pPr>
              <w:spacing w:after="80" w:line="245" w:lineRule="auto"/>
            </w:pPr>
            <w:r>
              <w:rPr>
                <w:color w:val="000000"/>
                <w:sz w:val="15"/>
              </w:rPr>
              <w:t>Opazuje eno dogovorjeno prvino vrstnikove izvedbe in poda kratek, prijazen ter uporaben odziv.</w:t>
            </w:r>
          </w:p>
          <w:p w14:paraId="486677EF"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1E13F89F" w14:textId="77777777" w:rsidR="00623E5F" w:rsidRDefault="00000000">
            <w:pPr>
              <w:spacing w:after="100" w:line="245" w:lineRule="auto"/>
            </w:pPr>
            <w:r>
              <w:rPr>
                <w:color w:val="000000"/>
                <w:sz w:val="15"/>
              </w:rPr>
              <w:t>Umiri dihanje, oceni napor in počutje, izbere raven samostojnosti ter določi varen naslednji korak.</w:t>
            </w:r>
          </w:p>
          <w:p w14:paraId="7F35BBB5" w14:textId="77777777" w:rsidR="00623E5F" w:rsidRDefault="00000000">
            <w:pPr>
              <w:spacing w:after="20" w:line="245" w:lineRule="auto"/>
            </w:pPr>
            <w:r>
              <w:rPr>
                <w:b/>
                <w:color w:val="D95BC6"/>
                <w:sz w:val="17"/>
              </w:rPr>
              <w:t>DOKAZ O UČENJU</w:t>
            </w:r>
          </w:p>
          <w:p w14:paraId="4B6F07B0"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3734CC96"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2664"/>
        <w:gridCol w:w="2324"/>
        <w:gridCol w:w="1701"/>
        <w:gridCol w:w="2835"/>
        <w:gridCol w:w="2268"/>
        <w:gridCol w:w="2268"/>
      </w:tblGrid>
      <w:tr w:rsidR="00623E5F" w14:paraId="39D0DD13" w14:textId="77777777">
        <w:trPr>
          <w:cantSplit/>
          <w:jc w:val="center"/>
        </w:trPr>
        <w:tc>
          <w:tcPr>
            <w:tcW w:w="14060" w:type="dxa"/>
            <w:gridSpan w:val="6"/>
            <w:tcMar>
              <w:top w:w="70" w:type="dxa"/>
              <w:left w:w="90" w:type="dxa"/>
              <w:bottom w:w="70" w:type="dxa"/>
              <w:right w:w="90" w:type="dxa"/>
            </w:tcMar>
            <w:vAlign w:val="center"/>
          </w:tcPr>
          <w:p w14:paraId="7F995EA5" w14:textId="77777777" w:rsidR="00623E5F" w:rsidRDefault="00000000">
            <w:pPr>
              <w:jc w:val="center"/>
            </w:pPr>
            <w:r>
              <w:rPr>
                <w:b/>
                <w:color w:val="000000"/>
                <w:sz w:val="24"/>
              </w:rPr>
              <w:lastRenderedPageBreak/>
              <w:t>UČNA PRIPRAVA 39/39</w:t>
            </w:r>
          </w:p>
        </w:tc>
      </w:tr>
      <w:tr w:rsidR="00623E5F" w14:paraId="7D64CA0D" w14:textId="77777777">
        <w:trPr>
          <w:jc w:val="center"/>
        </w:trPr>
        <w:tc>
          <w:tcPr>
            <w:tcW w:w="2665" w:type="dxa"/>
            <w:tcMar>
              <w:top w:w="70" w:type="dxa"/>
              <w:left w:w="90" w:type="dxa"/>
              <w:bottom w:w="70" w:type="dxa"/>
              <w:right w:w="90" w:type="dxa"/>
            </w:tcMar>
            <w:vAlign w:val="center"/>
          </w:tcPr>
          <w:p w14:paraId="1CBDE291" w14:textId="77777777" w:rsidR="00623E5F" w:rsidRDefault="00000000">
            <w:r>
              <w:rPr>
                <w:b/>
                <w:color w:val="000000"/>
                <w:sz w:val="16"/>
              </w:rPr>
              <w:t xml:space="preserve">UČITELJICA: </w:t>
            </w:r>
            <w:r>
              <w:rPr>
                <w:color w:val="000000"/>
                <w:sz w:val="16"/>
              </w:rPr>
              <w:t>Narrayani Premal</w:t>
            </w:r>
          </w:p>
        </w:tc>
        <w:tc>
          <w:tcPr>
            <w:tcW w:w="2324" w:type="dxa"/>
            <w:tcMar>
              <w:top w:w="70" w:type="dxa"/>
              <w:left w:w="90" w:type="dxa"/>
              <w:bottom w:w="70" w:type="dxa"/>
              <w:right w:w="90" w:type="dxa"/>
            </w:tcMar>
            <w:vAlign w:val="center"/>
          </w:tcPr>
          <w:p w14:paraId="3BA9A526" w14:textId="77777777" w:rsidR="00623E5F" w:rsidRDefault="00000000">
            <w:r>
              <w:rPr>
                <w:b/>
                <w:color w:val="000000"/>
                <w:sz w:val="16"/>
              </w:rPr>
              <w:t xml:space="preserve">PREDMET: </w:t>
            </w:r>
            <w:r>
              <w:rPr>
                <w:color w:val="000000"/>
                <w:sz w:val="16"/>
              </w:rPr>
              <w:t>Šport</w:t>
            </w:r>
          </w:p>
        </w:tc>
        <w:tc>
          <w:tcPr>
            <w:tcW w:w="1701" w:type="dxa"/>
            <w:tcMar>
              <w:top w:w="70" w:type="dxa"/>
              <w:left w:w="90" w:type="dxa"/>
              <w:bottom w:w="70" w:type="dxa"/>
              <w:right w:w="90" w:type="dxa"/>
            </w:tcMar>
            <w:vAlign w:val="center"/>
          </w:tcPr>
          <w:p w14:paraId="76317FCA" w14:textId="77777777" w:rsidR="00623E5F" w:rsidRDefault="00000000">
            <w:r>
              <w:rPr>
                <w:b/>
                <w:color w:val="000000"/>
                <w:sz w:val="16"/>
              </w:rPr>
              <w:t xml:space="preserve">RAZRED: </w:t>
            </w:r>
            <w:r>
              <w:rPr>
                <w:color w:val="000000"/>
                <w:sz w:val="16"/>
              </w:rPr>
              <w:t>1.</w:t>
            </w:r>
          </w:p>
        </w:tc>
        <w:tc>
          <w:tcPr>
            <w:tcW w:w="2835" w:type="dxa"/>
            <w:tcMar>
              <w:top w:w="70" w:type="dxa"/>
              <w:left w:w="90" w:type="dxa"/>
              <w:bottom w:w="70" w:type="dxa"/>
              <w:right w:w="90" w:type="dxa"/>
            </w:tcMar>
            <w:vAlign w:val="center"/>
          </w:tcPr>
          <w:p w14:paraId="6400522E" w14:textId="77777777" w:rsidR="00623E5F" w:rsidRDefault="00000000">
            <w:r>
              <w:rPr>
                <w:b/>
                <w:color w:val="000000"/>
                <w:sz w:val="16"/>
              </w:rPr>
              <w:t xml:space="preserve">NAČRTOVANI TERMIN: </w:t>
            </w:r>
            <w:r>
              <w:rPr>
                <w:color w:val="000000"/>
                <w:sz w:val="16"/>
              </w:rPr>
              <w:t>39. teden • 21.–24. 6. 2027</w:t>
            </w:r>
          </w:p>
        </w:tc>
        <w:tc>
          <w:tcPr>
            <w:tcW w:w="2268" w:type="dxa"/>
            <w:tcMar>
              <w:top w:w="70" w:type="dxa"/>
              <w:left w:w="90" w:type="dxa"/>
              <w:bottom w:w="70" w:type="dxa"/>
              <w:right w:w="90" w:type="dxa"/>
            </w:tcMar>
            <w:vAlign w:val="center"/>
          </w:tcPr>
          <w:p w14:paraId="7B5D9AD4" w14:textId="77777777" w:rsidR="00623E5F" w:rsidRDefault="00000000">
            <w:r>
              <w:rPr>
                <w:b/>
                <w:color w:val="000000"/>
                <w:sz w:val="16"/>
              </w:rPr>
              <w:t xml:space="preserve">DATUM IZVEDBE: </w:t>
            </w:r>
            <w:r>
              <w:rPr>
                <w:color w:val="000000"/>
                <w:sz w:val="16"/>
              </w:rPr>
              <w:t>____________</w:t>
            </w:r>
          </w:p>
        </w:tc>
        <w:tc>
          <w:tcPr>
            <w:tcW w:w="2268" w:type="dxa"/>
            <w:tcMar>
              <w:top w:w="70" w:type="dxa"/>
              <w:left w:w="90" w:type="dxa"/>
              <w:bottom w:w="70" w:type="dxa"/>
              <w:right w:w="90" w:type="dxa"/>
            </w:tcMar>
            <w:vAlign w:val="center"/>
          </w:tcPr>
          <w:p w14:paraId="5109BB57" w14:textId="77777777" w:rsidR="00623E5F" w:rsidRDefault="00000000">
            <w:r>
              <w:rPr>
                <w:b/>
                <w:color w:val="000000"/>
                <w:sz w:val="16"/>
              </w:rPr>
              <w:t xml:space="preserve">ŠTEVILO UR: </w:t>
            </w:r>
            <w:r>
              <w:rPr>
                <w:color w:val="000000"/>
                <w:sz w:val="16"/>
              </w:rPr>
              <w:t>2</w:t>
            </w:r>
          </w:p>
        </w:tc>
      </w:tr>
      <w:tr w:rsidR="00623E5F" w14:paraId="379B9EC7" w14:textId="77777777">
        <w:trPr>
          <w:jc w:val="center"/>
        </w:trPr>
        <w:tc>
          <w:tcPr>
            <w:tcW w:w="14061" w:type="dxa"/>
            <w:gridSpan w:val="6"/>
            <w:tcMar>
              <w:top w:w="70" w:type="dxa"/>
              <w:left w:w="90" w:type="dxa"/>
              <w:bottom w:w="70" w:type="dxa"/>
              <w:right w:w="90" w:type="dxa"/>
            </w:tcMar>
            <w:vAlign w:val="center"/>
          </w:tcPr>
          <w:p w14:paraId="1EA83F93" w14:textId="77777777" w:rsidR="00623E5F" w:rsidRDefault="00000000">
            <w:r>
              <w:rPr>
                <w:b/>
                <w:color w:val="000000"/>
                <w:sz w:val="17"/>
              </w:rPr>
              <w:t xml:space="preserve">TIP UČNE URE: </w:t>
            </w:r>
            <w:r>
              <w:rPr>
                <w:color w:val="000000"/>
                <w:sz w:val="17"/>
              </w:rPr>
              <w:t>doživljajski, izkušenjski in gibalno dejaven pouk z vadbo po postajah ter formativnim spremljanjem</w:t>
            </w:r>
          </w:p>
        </w:tc>
      </w:tr>
      <w:tr w:rsidR="00623E5F" w14:paraId="5395DB6D" w14:textId="77777777">
        <w:trPr>
          <w:cantSplit/>
          <w:jc w:val="center"/>
        </w:trPr>
        <w:tc>
          <w:tcPr>
            <w:tcW w:w="14060" w:type="dxa"/>
            <w:gridSpan w:val="6"/>
            <w:tcMar>
              <w:top w:w="70" w:type="dxa"/>
              <w:left w:w="90" w:type="dxa"/>
              <w:bottom w:w="70" w:type="dxa"/>
              <w:right w:w="90" w:type="dxa"/>
            </w:tcMar>
            <w:vAlign w:val="center"/>
          </w:tcPr>
          <w:p w14:paraId="682710DB" w14:textId="77777777" w:rsidR="00623E5F" w:rsidRDefault="00623E5F"/>
          <w:p w14:paraId="3DBE9639" w14:textId="77777777" w:rsidR="00623E5F" w:rsidRDefault="00000000">
            <w:pPr>
              <w:spacing w:line="245" w:lineRule="auto"/>
            </w:pPr>
            <w:r>
              <w:rPr>
                <w:b/>
                <w:color w:val="000000"/>
                <w:sz w:val="15"/>
              </w:rPr>
              <w:t xml:space="preserve">UČNI SKLOP: </w:t>
            </w:r>
            <w:r>
              <w:rPr>
                <w:color w:val="000000"/>
                <w:sz w:val="15"/>
              </w:rPr>
              <w:t>POLETJE, SKUPNOST IN ZAKLJUČEK</w:t>
            </w:r>
          </w:p>
        </w:tc>
      </w:tr>
      <w:tr w:rsidR="00623E5F" w14:paraId="212A4513" w14:textId="77777777">
        <w:trPr>
          <w:cantSplit/>
          <w:jc w:val="center"/>
        </w:trPr>
        <w:tc>
          <w:tcPr>
            <w:tcW w:w="14060" w:type="dxa"/>
            <w:gridSpan w:val="6"/>
            <w:tcMar>
              <w:top w:w="70" w:type="dxa"/>
              <w:left w:w="90" w:type="dxa"/>
              <w:bottom w:w="70" w:type="dxa"/>
              <w:right w:w="90" w:type="dxa"/>
            </w:tcMar>
            <w:vAlign w:val="center"/>
          </w:tcPr>
          <w:p w14:paraId="370FD2D1" w14:textId="77777777" w:rsidR="00623E5F" w:rsidRDefault="00623E5F"/>
          <w:p w14:paraId="75177D2E" w14:textId="77777777" w:rsidR="00623E5F" w:rsidRDefault="00000000">
            <w:pPr>
              <w:spacing w:line="245" w:lineRule="auto"/>
            </w:pPr>
            <w:r>
              <w:rPr>
                <w:b/>
                <w:color w:val="000000"/>
                <w:sz w:val="15"/>
              </w:rPr>
              <w:t xml:space="preserve">UČNA TEMA: </w:t>
            </w:r>
            <w:r>
              <w:rPr>
                <w:color w:val="000000"/>
                <w:sz w:val="15"/>
              </w:rPr>
              <w:t>IGRE PO IZBIRI</w:t>
            </w:r>
          </w:p>
        </w:tc>
      </w:tr>
      <w:tr w:rsidR="00623E5F" w14:paraId="21D70323" w14:textId="77777777">
        <w:trPr>
          <w:cantSplit/>
          <w:jc w:val="center"/>
        </w:trPr>
        <w:tc>
          <w:tcPr>
            <w:tcW w:w="14060" w:type="dxa"/>
            <w:gridSpan w:val="6"/>
            <w:tcMar>
              <w:top w:w="70" w:type="dxa"/>
              <w:left w:w="90" w:type="dxa"/>
              <w:bottom w:w="70" w:type="dxa"/>
              <w:right w:w="90" w:type="dxa"/>
            </w:tcMar>
            <w:vAlign w:val="center"/>
          </w:tcPr>
          <w:p w14:paraId="6DA8AB03" w14:textId="77777777" w:rsidR="00623E5F" w:rsidRDefault="00623E5F"/>
          <w:p w14:paraId="7AB58C5F" w14:textId="77777777" w:rsidR="00623E5F" w:rsidRDefault="00000000">
            <w:pPr>
              <w:spacing w:line="245" w:lineRule="auto"/>
            </w:pPr>
            <w:r>
              <w:rPr>
                <w:b/>
                <w:color w:val="000000"/>
                <w:sz w:val="15"/>
              </w:rPr>
              <w:t xml:space="preserve">KNJIŽEVNO / MOTIVNO IZHODIŠČE: </w:t>
            </w:r>
            <w:r>
              <w:rPr>
                <w:color w:val="000000"/>
                <w:sz w:val="15"/>
              </w:rPr>
              <w:t>»Moj prijatelj Piki Jakob« – Kajetan Kovič • NADALJEVANJE • prijateljstvo, hvaležnost, skupnost in varne počitnice</w:t>
            </w:r>
          </w:p>
        </w:tc>
      </w:tr>
      <w:tr w:rsidR="00623E5F" w14:paraId="35F0DEAB" w14:textId="77777777">
        <w:trPr>
          <w:cantSplit/>
          <w:jc w:val="center"/>
        </w:trPr>
        <w:tc>
          <w:tcPr>
            <w:tcW w:w="14060" w:type="dxa"/>
            <w:gridSpan w:val="6"/>
            <w:tcMar>
              <w:top w:w="70" w:type="dxa"/>
              <w:left w:w="90" w:type="dxa"/>
              <w:bottom w:w="70" w:type="dxa"/>
              <w:right w:w="90" w:type="dxa"/>
            </w:tcMar>
            <w:vAlign w:val="center"/>
          </w:tcPr>
          <w:p w14:paraId="50A01B79" w14:textId="77777777" w:rsidR="00623E5F" w:rsidRDefault="00623E5F"/>
          <w:p w14:paraId="294ACEEB" w14:textId="77777777" w:rsidR="00623E5F" w:rsidRDefault="00000000">
            <w:pPr>
              <w:spacing w:line="245" w:lineRule="auto"/>
            </w:pPr>
            <w:r>
              <w:rPr>
                <w:b/>
                <w:color w:val="000000"/>
                <w:sz w:val="15"/>
              </w:rPr>
              <w:t xml:space="preserve">GIBALNO IZHODIŠČE / MOTIVACIJA: </w:t>
            </w:r>
            <w:r>
              <w:rPr>
                <w:color w:val="000000"/>
                <w:sz w:val="15"/>
              </w:rPr>
              <w:t>lik iz zgodbe potrebuje skupino, ki zna upoštevati znak, pravilo in vlogo; učenci s kratko igro brez izločanja odkrijejo temo »igre po izbiri«. Tedenski gibalni izziv: izbere vključujoče igre in spodbuja druge.</w:t>
            </w:r>
          </w:p>
        </w:tc>
      </w:tr>
      <w:tr w:rsidR="00623E5F" w14:paraId="3A0A389D" w14:textId="77777777">
        <w:trPr>
          <w:cantSplit/>
          <w:jc w:val="center"/>
        </w:trPr>
        <w:tc>
          <w:tcPr>
            <w:tcW w:w="14060" w:type="dxa"/>
            <w:gridSpan w:val="6"/>
            <w:tcMar>
              <w:top w:w="70" w:type="dxa"/>
              <w:left w:w="90" w:type="dxa"/>
              <w:bottom w:w="70" w:type="dxa"/>
              <w:right w:w="90" w:type="dxa"/>
            </w:tcMar>
            <w:vAlign w:val="center"/>
          </w:tcPr>
          <w:p w14:paraId="749B2307" w14:textId="77777777" w:rsidR="00623E5F" w:rsidRDefault="00623E5F"/>
          <w:p w14:paraId="7E9BCCBC" w14:textId="77777777" w:rsidR="00623E5F" w:rsidRDefault="00000000">
            <w:pPr>
              <w:spacing w:line="245" w:lineRule="auto"/>
            </w:pPr>
            <w:r>
              <w:rPr>
                <w:b/>
                <w:color w:val="000000"/>
                <w:sz w:val="15"/>
              </w:rPr>
              <w:t xml:space="preserve">UČNE ENOTE: </w:t>
            </w:r>
            <w:r>
              <w:rPr>
                <w:color w:val="000000"/>
                <w:sz w:val="15"/>
              </w:rPr>
              <w:t>1. ura – Igre po izbiri – Ogrejem se in usvojim gib • 2. ura – Igre po izbiri – Uporabim v igri</w:t>
            </w:r>
          </w:p>
        </w:tc>
      </w:tr>
      <w:tr w:rsidR="00623E5F" w14:paraId="7598A500" w14:textId="77777777">
        <w:trPr>
          <w:cantSplit/>
          <w:jc w:val="center"/>
        </w:trPr>
        <w:tc>
          <w:tcPr>
            <w:tcW w:w="14060" w:type="dxa"/>
            <w:gridSpan w:val="6"/>
            <w:tcMar>
              <w:top w:w="70" w:type="dxa"/>
              <w:left w:w="90" w:type="dxa"/>
              <w:bottom w:w="70" w:type="dxa"/>
              <w:right w:w="90" w:type="dxa"/>
            </w:tcMar>
            <w:vAlign w:val="center"/>
          </w:tcPr>
          <w:p w14:paraId="352AC3AA" w14:textId="77777777" w:rsidR="00623E5F" w:rsidRDefault="00623E5F"/>
          <w:p w14:paraId="44A1286D" w14:textId="77777777" w:rsidR="00623E5F" w:rsidRDefault="00000000">
            <w:pPr>
              <w:spacing w:line="245" w:lineRule="auto"/>
            </w:pPr>
            <w:r>
              <w:rPr>
                <w:b/>
                <w:color w:val="000000"/>
                <w:sz w:val="15"/>
              </w:rPr>
              <w:t xml:space="preserve">UČNE METODE: </w:t>
            </w:r>
            <w:r>
              <w:rPr>
                <w:color w:val="000000"/>
                <w:sz w:val="15"/>
              </w:rPr>
              <w:t>demonstracija in gibalna zgodba; elementarna igra; problemski gibalni izziv; vadba po štirih postajah; krožna vadba; delo v paru in majhni skupini; vrstniško opazovanje; izkušenjsko učenje; poučevanje v gibanju in formativno spremljanje</w:t>
            </w:r>
          </w:p>
        </w:tc>
      </w:tr>
      <w:tr w:rsidR="00623E5F" w14:paraId="37733EFC" w14:textId="77777777">
        <w:trPr>
          <w:cantSplit/>
          <w:jc w:val="center"/>
        </w:trPr>
        <w:tc>
          <w:tcPr>
            <w:tcW w:w="14060" w:type="dxa"/>
            <w:gridSpan w:val="6"/>
            <w:tcMar>
              <w:top w:w="70" w:type="dxa"/>
              <w:left w:w="90" w:type="dxa"/>
              <w:bottom w:w="70" w:type="dxa"/>
              <w:right w:w="90" w:type="dxa"/>
            </w:tcMar>
            <w:vAlign w:val="center"/>
          </w:tcPr>
          <w:p w14:paraId="7BFEF52C" w14:textId="77777777" w:rsidR="00623E5F" w:rsidRDefault="00623E5F"/>
          <w:p w14:paraId="7F1082B4" w14:textId="77777777" w:rsidR="00623E5F" w:rsidRDefault="00000000">
            <w:pPr>
              <w:spacing w:line="245" w:lineRule="auto"/>
            </w:pPr>
            <w:r>
              <w:rPr>
                <w:b/>
                <w:color w:val="000000"/>
                <w:sz w:val="15"/>
              </w:rPr>
              <w:t xml:space="preserve">UČNE OBLIKE: </w:t>
            </w:r>
            <w:r>
              <w:rPr>
                <w:color w:val="000000"/>
                <w:sz w:val="15"/>
              </w:rPr>
              <w:t>frontalno v kratkem uvodu, individualno, delo v paru, skupinsko, postajno delo, poligon in igra brez izločanja</w:t>
            </w:r>
          </w:p>
        </w:tc>
      </w:tr>
      <w:tr w:rsidR="00623E5F" w14:paraId="759A0647" w14:textId="77777777">
        <w:trPr>
          <w:cantSplit/>
          <w:jc w:val="center"/>
        </w:trPr>
        <w:tc>
          <w:tcPr>
            <w:tcW w:w="14060" w:type="dxa"/>
            <w:gridSpan w:val="6"/>
            <w:tcMar>
              <w:top w:w="70" w:type="dxa"/>
              <w:left w:w="90" w:type="dxa"/>
              <w:bottom w:w="70" w:type="dxa"/>
              <w:right w:w="90" w:type="dxa"/>
            </w:tcMar>
            <w:vAlign w:val="center"/>
          </w:tcPr>
          <w:p w14:paraId="5B440C4F" w14:textId="77777777" w:rsidR="00623E5F" w:rsidRDefault="00623E5F"/>
          <w:p w14:paraId="5C990678" w14:textId="77777777" w:rsidR="00623E5F" w:rsidRDefault="00000000">
            <w:pPr>
              <w:spacing w:line="245" w:lineRule="auto"/>
            </w:pPr>
            <w:r>
              <w:rPr>
                <w:b/>
                <w:color w:val="000000"/>
                <w:sz w:val="15"/>
              </w:rPr>
              <w:t xml:space="preserve">DIDAKTIČNI POUDARKI: </w:t>
            </w:r>
            <w:r>
              <w:rPr>
                <w:color w:val="000000"/>
                <w:sz w:val="15"/>
              </w:rPr>
              <w:t>velik delež aktivnega časa in razvojno primerne ponovitve; učenec prvino najprej občuti in preizkusi, nato jo izboljšuje na izbrani ravni ter uporabi v igri; štiri postaje imajo jasen namen, tri ravni izziva, enosmerne prehode in vidna merila; povratna informacija vodi v takojšen ponovni poskus</w:t>
            </w:r>
          </w:p>
        </w:tc>
      </w:tr>
      <w:tr w:rsidR="00623E5F" w14:paraId="7AAEEC78" w14:textId="77777777">
        <w:trPr>
          <w:cantSplit/>
          <w:jc w:val="center"/>
        </w:trPr>
        <w:tc>
          <w:tcPr>
            <w:tcW w:w="14060" w:type="dxa"/>
            <w:gridSpan w:val="6"/>
            <w:tcMar>
              <w:top w:w="70" w:type="dxa"/>
              <w:left w:w="90" w:type="dxa"/>
              <w:bottom w:w="70" w:type="dxa"/>
              <w:right w:w="90" w:type="dxa"/>
            </w:tcMar>
            <w:vAlign w:val="center"/>
          </w:tcPr>
          <w:p w14:paraId="30EFC615" w14:textId="77777777" w:rsidR="00623E5F" w:rsidRDefault="00623E5F"/>
          <w:p w14:paraId="798EE9DE" w14:textId="77777777" w:rsidR="00623E5F" w:rsidRDefault="00000000">
            <w:pPr>
              <w:spacing w:line="245" w:lineRule="auto"/>
            </w:pPr>
            <w:r>
              <w:rPr>
                <w:b/>
                <w:color w:val="000000"/>
                <w:sz w:val="15"/>
              </w:rPr>
              <w:t xml:space="preserve">MEDPREDMETNE POVEZAVE: </w:t>
            </w:r>
            <w:r>
              <w:rPr>
                <w:color w:val="000000"/>
                <w:sz w:val="15"/>
              </w:rPr>
              <w:t>SPO – prijateljstvo, hvaležnost, skupnost in varne počitnice, telo, zdravje, varnost in okolje; SLJ – poslušanje navodila, športno izrazje, kratka razlaga in podporna povratna informacija; MAT – smer, zaporedje, razdalja, merjenje in primerjanje; GUM – ritem, tempo in odziv na zvočni znak.</w:t>
            </w:r>
          </w:p>
        </w:tc>
      </w:tr>
      <w:tr w:rsidR="00623E5F" w14:paraId="28F6C79C" w14:textId="77777777">
        <w:trPr>
          <w:cantSplit/>
          <w:jc w:val="center"/>
        </w:trPr>
        <w:tc>
          <w:tcPr>
            <w:tcW w:w="14060" w:type="dxa"/>
            <w:gridSpan w:val="6"/>
            <w:tcMar>
              <w:top w:w="70" w:type="dxa"/>
              <w:left w:w="90" w:type="dxa"/>
              <w:bottom w:w="70" w:type="dxa"/>
              <w:right w:w="90" w:type="dxa"/>
            </w:tcMar>
            <w:vAlign w:val="center"/>
          </w:tcPr>
          <w:p w14:paraId="23B2BD7E" w14:textId="77777777" w:rsidR="00623E5F" w:rsidRDefault="00623E5F"/>
          <w:p w14:paraId="1B1C5508" w14:textId="77777777" w:rsidR="00623E5F" w:rsidRDefault="00000000">
            <w:pPr>
              <w:spacing w:line="245" w:lineRule="auto"/>
            </w:pPr>
            <w:r>
              <w:rPr>
                <w:b/>
                <w:color w:val="000000"/>
                <w:sz w:val="15"/>
              </w:rPr>
              <w:t xml:space="preserve">UČNA SREDSTVA IN PRIPOMOČKI: </w:t>
            </w:r>
            <w:r>
              <w:rPr>
                <w:color w:val="000000"/>
                <w:sz w:val="15"/>
              </w:rPr>
              <w:t>stožci, rutice, mehke žoge, obroči, vrvi, označevalni trakovi, kartice pravil in vlog; kartice namena in kriterijev; oznake štirih postaj; opazovalni list; semafor napora in mapa dokazov</w:t>
            </w:r>
          </w:p>
        </w:tc>
      </w:tr>
      <w:tr w:rsidR="00623E5F" w14:paraId="666EA11F" w14:textId="77777777">
        <w:trPr>
          <w:cantSplit/>
          <w:jc w:val="center"/>
        </w:trPr>
        <w:tc>
          <w:tcPr>
            <w:tcW w:w="14060" w:type="dxa"/>
            <w:gridSpan w:val="6"/>
            <w:tcMar>
              <w:top w:w="70" w:type="dxa"/>
              <w:left w:w="90" w:type="dxa"/>
              <w:bottom w:w="70" w:type="dxa"/>
              <w:right w:w="90" w:type="dxa"/>
            </w:tcMar>
            <w:vAlign w:val="center"/>
          </w:tcPr>
          <w:p w14:paraId="1E546BE3" w14:textId="77777777" w:rsidR="00623E5F" w:rsidRDefault="00623E5F"/>
          <w:p w14:paraId="27BBB07E" w14:textId="77777777" w:rsidR="00623E5F" w:rsidRDefault="00000000">
            <w:pPr>
              <w:spacing w:line="245" w:lineRule="auto"/>
            </w:pPr>
            <w:r>
              <w:rPr>
                <w:b/>
                <w:color w:val="000000"/>
                <w:sz w:val="15"/>
              </w:rPr>
              <w:t xml:space="preserve">LITERATURA IN VIRI: </w:t>
            </w:r>
            <w:r>
              <w:rPr>
                <w:color w:val="000000"/>
                <w:sz w:val="15"/>
              </w:rPr>
              <w:t>Učni načrt za prvo vzgojno-izobraževalno obdobje (MVI in ZRSŠ, 2025), področje Šport; letna priprava 2026/27; navedeno književno izhodišče; učiteljičina zbirka gibalnih iger, poligonov, kartic in opazovalnih zapisov.</w:t>
            </w:r>
          </w:p>
        </w:tc>
      </w:tr>
      <w:tr w:rsidR="00623E5F" w14:paraId="4D146147" w14:textId="77777777">
        <w:trPr>
          <w:cantSplit/>
          <w:jc w:val="center"/>
        </w:trPr>
        <w:tc>
          <w:tcPr>
            <w:tcW w:w="14060" w:type="dxa"/>
            <w:gridSpan w:val="6"/>
            <w:tcMar>
              <w:top w:w="70" w:type="dxa"/>
              <w:left w:w="90" w:type="dxa"/>
              <w:bottom w:w="70" w:type="dxa"/>
              <w:right w:w="90" w:type="dxa"/>
            </w:tcMar>
            <w:vAlign w:val="center"/>
          </w:tcPr>
          <w:p w14:paraId="3D2809D0" w14:textId="77777777" w:rsidR="00623E5F" w:rsidRDefault="00623E5F"/>
          <w:p w14:paraId="440D4B73" w14:textId="77777777" w:rsidR="00623E5F" w:rsidRDefault="00000000">
            <w:pPr>
              <w:spacing w:line="245" w:lineRule="auto"/>
            </w:pPr>
            <w:r>
              <w:rPr>
                <w:b/>
                <w:color w:val="000000"/>
                <w:sz w:val="15"/>
              </w:rPr>
              <w:t xml:space="preserve">OCENJEVANJE / DAN DEJAVNOSTI: </w:t>
            </w:r>
            <w:r>
              <w:rPr>
                <w:color w:val="000000"/>
                <w:sz w:val="15"/>
              </w:rPr>
              <w:t>sprotno preverjanje in opisna povratna informacija</w:t>
            </w:r>
          </w:p>
        </w:tc>
      </w:tr>
      <w:tr w:rsidR="00623E5F" w14:paraId="0D4944F5" w14:textId="77777777">
        <w:trPr>
          <w:cantSplit/>
          <w:jc w:val="center"/>
        </w:trPr>
        <w:tc>
          <w:tcPr>
            <w:tcW w:w="14060" w:type="dxa"/>
            <w:gridSpan w:val="6"/>
            <w:tcMar>
              <w:top w:w="70" w:type="dxa"/>
              <w:left w:w="90" w:type="dxa"/>
              <w:bottom w:w="70" w:type="dxa"/>
              <w:right w:w="90" w:type="dxa"/>
            </w:tcMar>
            <w:vAlign w:val="center"/>
          </w:tcPr>
          <w:p w14:paraId="21E4CD37" w14:textId="77777777" w:rsidR="00623E5F" w:rsidRDefault="00623E5F"/>
          <w:p w14:paraId="61A18A73" w14:textId="77777777" w:rsidR="00623E5F" w:rsidRDefault="00000000">
            <w:pPr>
              <w:spacing w:line="245" w:lineRule="auto"/>
            </w:pPr>
            <w:r>
              <w:rPr>
                <w:b/>
                <w:color w:val="000000"/>
                <w:sz w:val="15"/>
              </w:rPr>
              <w:t xml:space="preserve">VARNOST, POČUTJE IN UREDITEV PROSTORA: </w:t>
            </w: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w:t>
            </w:r>
          </w:p>
        </w:tc>
      </w:tr>
    </w:tbl>
    <w:p w14:paraId="4EE7230D"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D110860"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4387E78"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565885C7" w14:textId="77777777" w:rsidR="00623E5F" w:rsidRDefault="00000000">
            <w:pPr>
              <w:jc w:val="center"/>
            </w:pPr>
            <w:r>
              <w:rPr>
                <w:b/>
                <w:color w:val="000000"/>
                <w:sz w:val="20"/>
              </w:rPr>
              <w:t>UČNE DEJAVNOSTI, METODE IN FORMATIVNO SPREMLJANJE</w:t>
            </w:r>
          </w:p>
        </w:tc>
      </w:tr>
      <w:tr w:rsidR="00623E5F" w14:paraId="7889D6CD" w14:textId="77777777">
        <w:trPr>
          <w:tblHeader/>
          <w:jc w:val="center"/>
        </w:trPr>
        <w:tc>
          <w:tcPr>
            <w:tcW w:w="4422" w:type="dxa"/>
            <w:vMerge/>
            <w:tcMar>
              <w:top w:w="70" w:type="dxa"/>
              <w:left w:w="90" w:type="dxa"/>
              <w:bottom w:w="70" w:type="dxa"/>
              <w:right w:w="90" w:type="dxa"/>
            </w:tcMar>
            <w:vAlign w:val="center"/>
          </w:tcPr>
          <w:p w14:paraId="317AFFA0" w14:textId="77777777" w:rsidR="00623E5F" w:rsidRDefault="00623E5F"/>
        </w:tc>
        <w:tc>
          <w:tcPr>
            <w:tcW w:w="7087" w:type="dxa"/>
            <w:shd w:val="clear" w:color="auto" w:fill="FFFFFF"/>
            <w:tcMar>
              <w:top w:w="70" w:type="dxa"/>
              <w:left w:w="90" w:type="dxa"/>
              <w:bottom w:w="70" w:type="dxa"/>
              <w:right w:w="90" w:type="dxa"/>
            </w:tcMar>
            <w:vAlign w:val="center"/>
          </w:tcPr>
          <w:p w14:paraId="56AD722B"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5701BBAE" w14:textId="77777777" w:rsidR="00623E5F" w:rsidRDefault="00000000">
            <w:pPr>
              <w:jc w:val="center"/>
            </w:pPr>
            <w:r>
              <w:rPr>
                <w:b/>
                <w:color w:val="000000"/>
              </w:rPr>
              <w:t>UČENEC</w:t>
            </w:r>
          </w:p>
        </w:tc>
      </w:tr>
      <w:tr w:rsidR="00623E5F" w14:paraId="383806D3" w14:textId="77777777">
        <w:trPr>
          <w:jc w:val="center"/>
        </w:trPr>
        <w:tc>
          <w:tcPr>
            <w:tcW w:w="4422" w:type="dxa"/>
            <w:tcMar>
              <w:top w:w="70" w:type="dxa"/>
              <w:left w:w="90" w:type="dxa"/>
              <w:bottom w:w="70" w:type="dxa"/>
              <w:right w:w="90" w:type="dxa"/>
            </w:tcMar>
          </w:tcPr>
          <w:p w14:paraId="5B027972" w14:textId="77777777" w:rsidR="00623E5F" w:rsidRDefault="00623E5F"/>
          <w:p w14:paraId="08F9F7BD" w14:textId="77777777" w:rsidR="00623E5F" w:rsidRDefault="00000000">
            <w:pPr>
              <w:spacing w:after="60" w:line="245" w:lineRule="auto"/>
            </w:pPr>
            <w:r>
              <w:rPr>
                <w:b/>
                <w:color w:val="000000"/>
              </w:rPr>
              <w:t>UČNI CILJI</w:t>
            </w:r>
          </w:p>
          <w:p w14:paraId="78A1C1A8" w14:textId="77777777" w:rsidR="00623E5F" w:rsidRDefault="00000000">
            <w:pPr>
              <w:spacing w:after="20" w:line="245" w:lineRule="auto"/>
            </w:pPr>
            <w:r>
              <w:rPr>
                <w:b/>
                <w:color w:val="000000"/>
                <w:sz w:val="17"/>
              </w:rPr>
              <w:t>SPLOŠNI</w:t>
            </w:r>
          </w:p>
          <w:p w14:paraId="708F4C7B" w14:textId="77777777" w:rsidR="00623E5F" w:rsidRDefault="00000000">
            <w:pPr>
              <w:pStyle w:val="Oznaenseznam"/>
              <w:spacing w:after="16"/>
            </w:pPr>
            <w:r>
              <w:rPr>
                <w:color w:val="000000"/>
                <w:sz w:val="15"/>
              </w:rPr>
              <w:t>razvija temeljne gibalne vzorce, koordinacijo, ravnotežje, gibljivost, moč, hitrost in vzdržljivost na razvojno primeren način</w:t>
            </w:r>
          </w:p>
          <w:p w14:paraId="4475EDAA" w14:textId="77777777" w:rsidR="00623E5F" w:rsidRDefault="00000000">
            <w:pPr>
              <w:pStyle w:val="Oznaenseznam"/>
              <w:spacing w:after="16"/>
            </w:pPr>
            <w:r>
              <w:rPr>
                <w:color w:val="000000"/>
                <w:sz w:val="15"/>
              </w:rPr>
              <w:t>varno hodi, teče, skače, meče, pleza, se plazi, lovi, ravnoteži, pleše in uporablja različne rekvizite</w:t>
            </w:r>
          </w:p>
          <w:p w14:paraId="7B2B6AA5" w14:textId="77777777" w:rsidR="00623E5F" w:rsidRDefault="00000000">
            <w:pPr>
              <w:pStyle w:val="Oznaenseznam"/>
              <w:spacing w:after="16"/>
            </w:pPr>
            <w:r>
              <w:rPr>
                <w:color w:val="000000"/>
                <w:sz w:val="15"/>
              </w:rPr>
              <w:t>razume pomen rednega gibanja, ogrevanja, higiene, primerne opreme, počitka in varnega ravnanja</w:t>
            </w:r>
          </w:p>
          <w:p w14:paraId="4BA73E9E" w14:textId="77777777" w:rsidR="00623E5F" w:rsidRDefault="00000000">
            <w:pPr>
              <w:pStyle w:val="Oznaenseznam"/>
              <w:spacing w:after="16"/>
            </w:pPr>
            <w:r>
              <w:rPr>
                <w:color w:val="000000"/>
                <w:sz w:val="15"/>
              </w:rPr>
              <w:t>sodeluje, upošteva pravila, sprejema vloge, spodbuja druge, udejanja pošteno igro in opazuje svoj gibalni napredek</w:t>
            </w:r>
          </w:p>
          <w:p w14:paraId="6A1A04D8" w14:textId="77777777" w:rsidR="00623E5F" w:rsidRDefault="00000000">
            <w:pPr>
              <w:spacing w:before="40" w:after="20" w:line="245" w:lineRule="auto"/>
            </w:pPr>
            <w:r>
              <w:rPr>
                <w:b/>
                <w:color w:val="000000"/>
                <w:sz w:val="17"/>
              </w:rPr>
              <w:t>OPERATIVNI</w:t>
            </w:r>
          </w:p>
          <w:p w14:paraId="0338BD52" w14:textId="77777777" w:rsidR="00623E5F" w:rsidRDefault="00000000">
            <w:pPr>
              <w:pStyle w:val="Oznaenseznam"/>
              <w:spacing w:after="16"/>
            </w:pPr>
            <w:r>
              <w:rPr>
                <w:color w:val="000000"/>
                <w:sz w:val="15"/>
              </w:rPr>
              <w:t>varno sodeluje</w:t>
            </w:r>
          </w:p>
          <w:p w14:paraId="32C3A704" w14:textId="77777777" w:rsidR="00623E5F" w:rsidRDefault="00000000">
            <w:pPr>
              <w:pStyle w:val="Oznaenseznam"/>
              <w:spacing w:after="16"/>
            </w:pPr>
            <w:r>
              <w:rPr>
                <w:color w:val="000000"/>
                <w:sz w:val="15"/>
              </w:rPr>
              <w:t>upošteva pravila</w:t>
            </w:r>
          </w:p>
          <w:p w14:paraId="16EB0F16" w14:textId="77777777" w:rsidR="00623E5F" w:rsidRDefault="00000000">
            <w:pPr>
              <w:pStyle w:val="Oznaenseznam"/>
              <w:spacing w:after="16"/>
            </w:pPr>
            <w:r>
              <w:rPr>
                <w:color w:val="000000"/>
                <w:sz w:val="15"/>
              </w:rPr>
              <w:t>spodbuja druge</w:t>
            </w:r>
          </w:p>
          <w:p w14:paraId="52AE862C" w14:textId="77777777" w:rsidR="00623E5F" w:rsidRDefault="00000000">
            <w:pPr>
              <w:spacing w:before="40" w:after="20" w:line="245" w:lineRule="auto"/>
            </w:pPr>
            <w:r>
              <w:rPr>
                <w:b/>
                <w:color w:val="000000"/>
                <w:sz w:val="17"/>
              </w:rPr>
              <w:t>PRIČAKOVANI DOSEŽKI / MINIMALNI POUDARKI</w:t>
            </w:r>
          </w:p>
          <w:p w14:paraId="0C5E3542" w14:textId="77777777" w:rsidR="00623E5F" w:rsidRDefault="00000000">
            <w:pPr>
              <w:pStyle w:val="Oznaenseznam"/>
              <w:spacing w:after="16"/>
            </w:pPr>
            <w:r>
              <w:rPr>
                <w:color w:val="000000"/>
                <w:sz w:val="15"/>
              </w:rPr>
              <w:t>učenec samostojno oziroma z dogovorjeno oporo varno sodeluje</w:t>
            </w:r>
          </w:p>
          <w:p w14:paraId="152DCE57" w14:textId="77777777" w:rsidR="00623E5F" w:rsidRDefault="00000000">
            <w:pPr>
              <w:pStyle w:val="Oznaenseznam"/>
              <w:spacing w:after="16"/>
            </w:pPr>
            <w:r>
              <w:rPr>
                <w:color w:val="000000"/>
                <w:sz w:val="15"/>
              </w:rPr>
              <w:t>učenec samostojno oziroma z dogovorjeno oporo upošteva pravila</w:t>
            </w:r>
          </w:p>
          <w:p w14:paraId="19519D46" w14:textId="77777777" w:rsidR="00623E5F" w:rsidRDefault="00000000">
            <w:pPr>
              <w:pStyle w:val="Oznaenseznam"/>
              <w:spacing w:after="16"/>
            </w:pPr>
            <w:r>
              <w:rPr>
                <w:color w:val="000000"/>
                <w:sz w:val="15"/>
              </w:rPr>
              <w:t>učenec samostojno oziroma z dogovorjeno oporo spodbuja druge</w:t>
            </w:r>
          </w:p>
        </w:tc>
        <w:tc>
          <w:tcPr>
            <w:tcW w:w="7087" w:type="dxa"/>
            <w:tcMar>
              <w:top w:w="70" w:type="dxa"/>
              <w:left w:w="90" w:type="dxa"/>
              <w:bottom w:w="70" w:type="dxa"/>
              <w:right w:w="90" w:type="dxa"/>
            </w:tcMar>
          </w:tcPr>
          <w:p w14:paraId="6B0B4CB6"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06871EAA" w14:textId="77777777">
              <w:trPr>
                <w:jc w:val="center"/>
              </w:trPr>
              <w:tc>
                <w:tcPr>
                  <w:tcW w:w="7087" w:type="dxa"/>
                  <w:shd w:val="clear" w:color="auto" w:fill="C6E7F3"/>
                  <w:tcMar>
                    <w:top w:w="45" w:type="dxa"/>
                    <w:left w:w="70" w:type="dxa"/>
                    <w:bottom w:w="45" w:type="dxa"/>
                    <w:right w:w="70" w:type="dxa"/>
                  </w:tcMar>
                </w:tcPr>
                <w:p w14:paraId="2B8ACA7E" w14:textId="77777777" w:rsidR="00623E5F" w:rsidRDefault="00000000">
                  <w:pPr>
                    <w:keepNext/>
                  </w:pPr>
                  <w:r>
                    <w:rPr>
                      <w:b/>
                      <w:color w:val="000000"/>
                    </w:rPr>
                    <w:t>UVODNI DEL – POČUTJE, GIBALNI NAMIG, PREDZNANJE IN NAMEN UČENJA (7–10 min)</w:t>
                  </w:r>
                </w:p>
              </w:tc>
            </w:tr>
          </w:tbl>
          <w:p w14:paraId="08B01FE6" w14:textId="77777777" w:rsidR="00623E5F" w:rsidRDefault="00623E5F">
            <w:pPr>
              <w:spacing w:line="20" w:lineRule="exact"/>
            </w:pPr>
          </w:p>
          <w:p w14:paraId="67C4809C" w14:textId="77777777" w:rsidR="00623E5F" w:rsidRDefault="00000000">
            <w:pPr>
              <w:spacing w:before="40" w:after="60" w:line="245" w:lineRule="auto"/>
            </w:pPr>
            <w:r>
              <w:rPr>
                <w:color w:val="000000"/>
                <w:sz w:val="15"/>
              </w:rPr>
              <w:t>Ob književnem motivu »Moj prijatelj Piki Jakob« – Kajetan Kovič • NADALJEVANJE učenci vstopijo v temo prijateljstvo, hvaležnost, skupnost in varne počitnice. Učiteljica pripravi kratek gibalni namig: lik iz zgodbe potrebuje skupino, ki zna upoštevati znak, pravilo in vlogo; učenci s kratko igro brez izločanja odkrijejo temo »igre po izbiri«. Tedenski gibalni izziv: izbere vključujoče igre in spodbuja druge. Učenci najprej preverijo počutje in prostor, nato predznanje pokažejo z držo, gibalno izbiro, odzivom na znak, postavitvijo rekvizita ali kratko razlago.</w:t>
            </w:r>
          </w:p>
          <w:tbl>
            <w:tblPr>
              <w:tblStyle w:val="Tabelamrea"/>
              <w:tblW w:w="0" w:type="auto"/>
              <w:jc w:val="center"/>
              <w:tblLayout w:type="fixed"/>
              <w:tblLook w:val="04A0" w:firstRow="1" w:lastRow="0" w:firstColumn="1" w:lastColumn="0" w:noHBand="0" w:noVBand="1"/>
            </w:tblPr>
            <w:tblGrid>
              <w:gridCol w:w="7087"/>
            </w:tblGrid>
            <w:tr w:rsidR="00623E5F" w14:paraId="68796E0A" w14:textId="77777777">
              <w:trPr>
                <w:jc w:val="center"/>
              </w:trPr>
              <w:tc>
                <w:tcPr>
                  <w:tcW w:w="7087" w:type="dxa"/>
                  <w:shd w:val="clear" w:color="auto" w:fill="EDC9EA"/>
                  <w:tcMar>
                    <w:top w:w="45" w:type="dxa"/>
                    <w:left w:w="70" w:type="dxa"/>
                    <w:bottom w:w="45" w:type="dxa"/>
                    <w:right w:w="70" w:type="dxa"/>
                  </w:tcMar>
                </w:tcPr>
                <w:p w14:paraId="7886DA81" w14:textId="77777777" w:rsidR="00623E5F" w:rsidRDefault="00000000">
                  <w:pPr>
                    <w:keepNext/>
                  </w:pPr>
                  <w:r>
                    <w:rPr>
                      <w:b/>
                      <w:color w:val="000000"/>
                    </w:rPr>
                    <w:t>NAMENI UČENJA</w:t>
                  </w:r>
                </w:p>
              </w:tc>
            </w:tr>
          </w:tbl>
          <w:p w14:paraId="157F541F" w14:textId="77777777" w:rsidR="00623E5F" w:rsidRDefault="00623E5F">
            <w:pPr>
              <w:spacing w:line="20" w:lineRule="exact"/>
            </w:pPr>
          </w:p>
          <w:p w14:paraId="50CADE9C" w14:textId="77777777" w:rsidR="00623E5F" w:rsidRDefault="00000000">
            <w:pPr>
              <w:spacing w:before="20" w:after="20" w:line="245" w:lineRule="auto"/>
            </w:pPr>
            <w:r>
              <w:rPr>
                <w:color w:val="000000"/>
                <w:sz w:val="15"/>
              </w:rPr>
              <w:t>Učimo se zato, da bomo gib izvedli varno, nadzorovano in skladno z dogovorom, izbrali primerno raven izziva, spretnost večkrat preizkusili, jo uporabili v igri ter po odzivu izboljšali en opazljiv del izvedbe.</w:t>
            </w:r>
          </w:p>
          <w:p w14:paraId="11CAED1A" w14:textId="77777777" w:rsidR="00623E5F" w:rsidRDefault="00000000">
            <w:pPr>
              <w:pStyle w:val="Oznaenseznam"/>
              <w:spacing w:after="16"/>
            </w:pPr>
            <w:r>
              <w:rPr>
                <w:color w:val="000000"/>
                <w:sz w:val="15"/>
              </w:rPr>
              <w:t>varno sodelujem</w:t>
            </w:r>
          </w:p>
          <w:p w14:paraId="30F6BD89" w14:textId="77777777" w:rsidR="00623E5F" w:rsidRDefault="00000000">
            <w:pPr>
              <w:pStyle w:val="Oznaenseznam"/>
              <w:spacing w:after="16"/>
            </w:pPr>
            <w:r>
              <w:rPr>
                <w:color w:val="000000"/>
                <w:sz w:val="15"/>
              </w:rPr>
              <w:t>upoštevam pravila</w:t>
            </w:r>
          </w:p>
          <w:p w14:paraId="04D2085D" w14:textId="77777777" w:rsidR="00623E5F" w:rsidRDefault="00000000">
            <w:pPr>
              <w:pStyle w:val="Oznaenseznam"/>
              <w:spacing w:after="16"/>
            </w:pPr>
            <w:r>
              <w:rPr>
                <w:color w:val="000000"/>
                <w:sz w:val="15"/>
              </w:rPr>
              <w:t>spodbujam druge</w:t>
            </w:r>
          </w:p>
          <w:tbl>
            <w:tblPr>
              <w:tblStyle w:val="Tabelamrea"/>
              <w:tblW w:w="0" w:type="auto"/>
              <w:jc w:val="center"/>
              <w:tblLayout w:type="fixed"/>
              <w:tblLook w:val="04A0" w:firstRow="1" w:lastRow="0" w:firstColumn="1" w:lastColumn="0" w:noHBand="0" w:noVBand="1"/>
            </w:tblPr>
            <w:tblGrid>
              <w:gridCol w:w="7087"/>
            </w:tblGrid>
            <w:tr w:rsidR="00623E5F" w14:paraId="3AB7A4A4" w14:textId="77777777">
              <w:trPr>
                <w:jc w:val="center"/>
              </w:trPr>
              <w:tc>
                <w:tcPr>
                  <w:tcW w:w="7087" w:type="dxa"/>
                  <w:shd w:val="clear" w:color="auto" w:fill="EDC9EA"/>
                  <w:tcMar>
                    <w:top w:w="45" w:type="dxa"/>
                    <w:left w:w="70" w:type="dxa"/>
                    <w:bottom w:w="45" w:type="dxa"/>
                    <w:right w:w="70" w:type="dxa"/>
                  </w:tcMar>
                </w:tcPr>
                <w:p w14:paraId="0897983A" w14:textId="77777777" w:rsidR="00623E5F" w:rsidRDefault="00000000">
                  <w:pPr>
                    <w:keepNext/>
                  </w:pPr>
                  <w:r>
                    <w:rPr>
                      <w:b/>
                      <w:color w:val="000000"/>
                    </w:rPr>
                    <w:t>PREVERJANJE PREDZNANJA</w:t>
                  </w:r>
                </w:p>
              </w:tc>
            </w:tr>
          </w:tbl>
          <w:p w14:paraId="3233EA91" w14:textId="77777777" w:rsidR="00623E5F" w:rsidRDefault="00623E5F">
            <w:pPr>
              <w:spacing w:line="20" w:lineRule="exact"/>
            </w:pPr>
          </w:p>
          <w:p w14:paraId="0CBA7EFE" w14:textId="77777777" w:rsidR="00623E5F" w:rsidRDefault="00000000">
            <w:pPr>
              <w:pStyle w:val="Oznaenseznam"/>
              <w:spacing w:after="16"/>
            </w:pPr>
            <w:r>
              <w:rPr>
                <w:color w:val="000000"/>
                <w:sz w:val="15"/>
              </w:rPr>
              <w:t>Kaj moje telo in prostor že znata pokazati pri temi »IGRE PO IZBIRI«?</w:t>
            </w:r>
          </w:p>
          <w:p w14:paraId="69A6803B" w14:textId="77777777" w:rsidR="00623E5F" w:rsidRDefault="00000000">
            <w:pPr>
              <w:pStyle w:val="Oznaenseznam"/>
              <w:spacing w:after="16"/>
            </w:pPr>
            <w:r>
              <w:rPr>
                <w:color w:val="000000"/>
                <w:sz w:val="15"/>
              </w:rPr>
              <w:t>Katero varnostno pravilo, gibalni korak ali strategijo že obvladam in kaj bi najprej preizkusil/-a?</w:t>
            </w:r>
          </w:p>
          <w:p w14:paraId="33924CD9" w14:textId="77777777" w:rsidR="00623E5F" w:rsidRDefault="00000000">
            <w:pPr>
              <w:spacing w:after="40" w:line="245" w:lineRule="auto"/>
            </w:pPr>
            <w:r>
              <w:rPr>
                <w:i/>
                <w:color w:val="000000"/>
                <w:sz w:val="15"/>
              </w:rPr>
              <w:t>Učiteljica sprejme gibalni prikaz, izbiro kartice, postavitev telesa ali rekvizita ter kratek govorni odziv. Začetni dokaz zapiše brez ocene in ga med vadbo primerja z učenčevim poznejšim poskusom.</w:t>
            </w:r>
          </w:p>
          <w:tbl>
            <w:tblPr>
              <w:tblStyle w:val="Tabelamrea"/>
              <w:tblW w:w="0" w:type="auto"/>
              <w:jc w:val="center"/>
              <w:tblLayout w:type="fixed"/>
              <w:tblLook w:val="04A0" w:firstRow="1" w:lastRow="0" w:firstColumn="1" w:lastColumn="0" w:noHBand="0" w:noVBand="1"/>
            </w:tblPr>
            <w:tblGrid>
              <w:gridCol w:w="7087"/>
            </w:tblGrid>
            <w:tr w:rsidR="00623E5F" w14:paraId="68702299" w14:textId="77777777">
              <w:trPr>
                <w:jc w:val="center"/>
              </w:trPr>
              <w:tc>
                <w:tcPr>
                  <w:tcW w:w="7087" w:type="dxa"/>
                  <w:shd w:val="clear" w:color="auto" w:fill="EDC9EA"/>
                  <w:tcMar>
                    <w:top w:w="45" w:type="dxa"/>
                    <w:left w:w="70" w:type="dxa"/>
                    <w:bottom w:w="45" w:type="dxa"/>
                    <w:right w:w="70" w:type="dxa"/>
                  </w:tcMar>
                </w:tcPr>
                <w:p w14:paraId="0E9AEC83" w14:textId="77777777" w:rsidR="00623E5F" w:rsidRDefault="00000000">
                  <w:pPr>
                    <w:keepNext/>
                  </w:pPr>
                  <w:r>
                    <w:rPr>
                      <w:b/>
                      <w:color w:val="000000"/>
                    </w:rPr>
                    <w:t>KRITERIJI USPEŠNOSTI</w:t>
                  </w:r>
                </w:p>
              </w:tc>
            </w:tr>
          </w:tbl>
          <w:p w14:paraId="30EC2C96" w14:textId="77777777" w:rsidR="00623E5F" w:rsidRDefault="00623E5F"/>
          <w:p w14:paraId="6F774AA2" w14:textId="77777777" w:rsidR="00623E5F" w:rsidRDefault="00000000">
            <w:pPr>
              <w:spacing w:before="20" w:after="20" w:line="245" w:lineRule="auto"/>
            </w:pPr>
            <w:r>
              <w:rPr>
                <w:b/>
                <w:color w:val="000000"/>
                <w:sz w:val="16"/>
              </w:rPr>
              <w:t>Uspešen/-na bom, ko:</w:t>
            </w:r>
          </w:p>
          <w:p w14:paraId="4E772861" w14:textId="77777777" w:rsidR="00623E5F" w:rsidRDefault="00000000">
            <w:pPr>
              <w:pStyle w:val="Oznaenseznam"/>
              <w:spacing w:after="16"/>
            </w:pPr>
            <w:r>
              <w:rPr>
                <w:color w:val="000000"/>
                <w:sz w:val="15"/>
              </w:rPr>
              <w:t>varno sodelujem</w:t>
            </w:r>
          </w:p>
          <w:p w14:paraId="4C54F112" w14:textId="77777777" w:rsidR="00623E5F" w:rsidRDefault="00000000">
            <w:pPr>
              <w:pStyle w:val="Oznaenseznam"/>
              <w:spacing w:after="16"/>
            </w:pPr>
            <w:r>
              <w:rPr>
                <w:color w:val="000000"/>
                <w:sz w:val="15"/>
              </w:rPr>
              <w:t>upoštevam pravila</w:t>
            </w:r>
          </w:p>
          <w:p w14:paraId="71B12597" w14:textId="77777777" w:rsidR="00623E5F" w:rsidRDefault="00000000">
            <w:pPr>
              <w:pStyle w:val="Oznaenseznam"/>
              <w:spacing w:after="16"/>
            </w:pPr>
            <w:r>
              <w:rPr>
                <w:color w:val="000000"/>
                <w:sz w:val="15"/>
              </w:rPr>
              <w:t>spodbujam druge</w:t>
            </w:r>
          </w:p>
          <w:p w14:paraId="33FBFAD5" w14:textId="77777777" w:rsidR="00623E5F" w:rsidRDefault="00000000">
            <w:pPr>
              <w:pStyle w:val="Oznaenseznam"/>
              <w:spacing w:after="16"/>
            </w:pPr>
            <w:r>
              <w:rPr>
                <w:color w:val="000000"/>
                <w:sz w:val="15"/>
              </w:rPr>
              <w:t>pred začetkom preverim prostor in opremo, ohranjam razdaljo ter se na znak varno ustavim</w:t>
            </w:r>
          </w:p>
          <w:p w14:paraId="64D28349" w14:textId="77777777" w:rsidR="00623E5F" w:rsidRDefault="00000000">
            <w:pPr>
              <w:pStyle w:val="Oznaenseznam"/>
              <w:spacing w:after="16"/>
            </w:pPr>
            <w:r>
              <w:rPr>
                <w:color w:val="000000"/>
                <w:sz w:val="15"/>
              </w:rPr>
              <w:t>izberem primerno raven, sprejmem opisno povratno informacijo in pri naslednjem poskusu izboljšam eno prvino</w:t>
            </w:r>
          </w:p>
        </w:tc>
        <w:tc>
          <w:tcPr>
            <w:tcW w:w="2551" w:type="dxa"/>
            <w:tcMar>
              <w:top w:w="70" w:type="dxa"/>
              <w:left w:w="90" w:type="dxa"/>
              <w:bottom w:w="70" w:type="dxa"/>
              <w:right w:w="90" w:type="dxa"/>
            </w:tcMar>
          </w:tcPr>
          <w:p w14:paraId="7B03736A" w14:textId="77777777" w:rsidR="00623E5F" w:rsidRDefault="00623E5F"/>
          <w:p w14:paraId="4E6F98ED" w14:textId="77777777" w:rsidR="00623E5F" w:rsidRDefault="00000000">
            <w:pPr>
              <w:spacing w:after="80" w:line="245" w:lineRule="auto"/>
            </w:pPr>
            <w:r>
              <w:rPr>
                <w:color w:val="000000"/>
                <w:sz w:val="15"/>
              </w:rPr>
              <w:t>Pokaže počutje in pripravljenost, preveri opremo, zavzame varen osebni prostor ter se odzove na gibalni namig.</w:t>
            </w:r>
          </w:p>
          <w:p w14:paraId="2A4A99D6" w14:textId="77777777" w:rsidR="00623E5F" w:rsidRDefault="00000000">
            <w:pPr>
              <w:spacing w:after="80" w:line="245" w:lineRule="auto"/>
            </w:pPr>
            <w:r>
              <w:rPr>
                <w:color w:val="000000"/>
                <w:sz w:val="15"/>
              </w:rPr>
              <w:t>Z gibom, postavitvijo, izbiro kartice ali kratko povedjo pokaže, kaj že zna in katero raven bo najprej poskusil.</w:t>
            </w:r>
          </w:p>
          <w:p w14:paraId="0AFC6323" w14:textId="77777777" w:rsidR="00623E5F" w:rsidRDefault="00000000">
            <w:pPr>
              <w:spacing w:after="100" w:line="245" w:lineRule="auto"/>
            </w:pPr>
            <w:r>
              <w:rPr>
                <w:color w:val="000000"/>
                <w:sz w:val="15"/>
              </w:rPr>
              <w:t>Sodeluje pri razumevanju namena, vidnih meril, varnostnih pravil, prehodov in načina dokazovanja.</w:t>
            </w:r>
          </w:p>
          <w:p w14:paraId="0F73F8A1" w14:textId="77777777" w:rsidR="00623E5F" w:rsidRDefault="00000000">
            <w:pPr>
              <w:spacing w:after="20" w:line="245" w:lineRule="auto"/>
            </w:pPr>
            <w:r>
              <w:rPr>
                <w:b/>
                <w:color w:val="D95BC6"/>
                <w:sz w:val="17"/>
              </w:rPr>
              <w:t>DOKAZ O UČENJU</w:t>
            </w:r>
          </w:p>
          <w:p w14:paraId="6F15F3D4" w14:textId="77777777" w:rsidR="00623E5F" w:rsidRDefault="00000000">
            <w:pPr>
              <w:spacing w:after="30" w:line="245" w:lineRule="auto"/>
            </w:pPr>
            <w:r>
              <w:rPr>
                <w:color w:val="D95BC6"/>
                <w:sz w:val="15"/>
              </w:rPr>
              <w:t>začetni gibalni prikaz, odziv na znak, položaj telesa, varna postavitev rekvizita, izbira ravni, gibalna napoved ali kratka razlaga</w:t>
            </w:r>
          </w:p>
        </w:tc>
      </w:tr>
    </w:tbl>
    <w:p w14:paraId="586A9B67"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C108E0E" w14:textId="77777777">
        <w:trPr>
          <w:tblHeader/>
          <w:jc w:val="center"/>
        </w:trPr>
        <w:tc>
          <w:tcPr>
            <w:tcW w:w="4422" w:type="dxa"/>
            <w:vMerge w:val="restart"/>
            <w:shd w:val="clear" w:color="auto" w:fill="FFFFFF"/>
            <w:tcMar>
              <w:top w:w="70" w:type="dxa"/>
              <w:left w:w="90" w:type="dxa"/>
              <w:bottom w:w="70" w:type="dxa"/>
              <w:right w:w="90" w:type="dxa"/>
            </w:tcMar>
            <w:vAlign w:val="center"/>
          </w:tcPr>
          <w:p w14:paraId="0CD89497"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6BC913FC" w14:textId="77777777" w:rsidR="00623E5F" w:rsidRDefault="00000000">
            <w:pPr>
              <w:jc w:val="center"/>
            </w:pPr>
            <w:r>
              <w:rPr>
                <w:b/>
                <w:color w:val="000000"/>
                <w:sz w:val="20"/>
              </w:rPr>
              <w:t>UČNE DEJAVNOSTI, METODE IN FORMATIVNO SPREMLJANJE</w:t>
            </w:r>
          </w:p>
        </w:tc>
      </w:tr>
      <w:tr w:rsidR="00623E5F" w14:paraId="0C00BF20" w14:textId="77777777">
        <w:trPr>
          <w:tblHeader/>
          <w:jc w:val="center"/>
        </w:trPr>
        <w:tc>
          <w:tcPr>
            <w:tcW w:w="4422" w:type="dxa"/>
            <w:vMerge/>
            <w:tcMar>
              <w:top w:w="70" w:type="dxa"/>
              <w:left w:w="90" w:type="dxa"/>
              <w:bottom w:w="70" w:type="dxa"/>
              <w:right w:w="90" w:type="dxa"/>
            </w:tcMar>
            <w:vAlign w:val="center"/>
          </w:tcPr>
          <w:p w14:paraId="42266AF4" w14:textId="77777777" w:rsidR="00623E5F" w:rsidRDefault="00623E5F"/>
        </w:tc>
        <w:tc>
          <w:tcPr>
            <w:tcW w:w="7087" w:type="dxa"/>
            <w:shd w:val="clear" w:color="auto" w:fill="FFFFFF"/>
            <w:tcMar>
              <w:top w:w="70" w:type="dxa"/>
              <w:left w:w="90" w:type="dxa"/>
              <w:bottom w:w="70" w:type="dxa"/>
              <w:right w:w="90" w:type="dxa"/>
            </w:tcMar>
            <w:vAlign w:val="center"/>
          </w:tcPr>
          <w:p w14:paraId="56E1F180"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34FA93B1" w14:textId="77777777" w:rsidR="00623E5F" w:rsidRDefault="00000000">
            <w:pPr>
              <w:jc w:val="center"/>
            </w:pPr>
            <w:r>
              <w:rPr>
                <w:b/>
                <w:color w:val="000000"/>
              </w:rPr>
              <w:t>UČENEC</w:t>
            </w:r>
          </w:p>
        </w:tc>
      </w:tr>
      <w:tr w:rsidR="00623E5F" w14:paraId="5D7A8EC6" w14:textId="77777777">
        <w:trPr>
          <w:jc w:val="center"/>
        </w:trPr>
        <w:tc>
          <w:tcPr>
            <w:tcW w:w="4422" w:type="dxa"/>
            <w:tcMar>
              <w:top w:w="70" w:type="dxa"/>
              <w:left w:w="90" w:type="dxa"/>
              <w:bottom w:w="70" w:type="dxa"/>
              <w:right w:w="90" w:type="dxa"/>
            </w:tcMar>
          </w:tcPr>
          <w:p w14:paraId="13B0EF97" w14:textId="77777777" w:rsidR="00623E5F" w:rsidRDefault="00623E5F"/>
          <w:p w14:paraId="05E439D8" w14:textId="77777777" w:rsidR="00623E5F" w:rsidRDefault="00000000">
            <w:pPr>
              <w:spacing w:after="40" w:line="245" w:lineRule="auto"/>
            </w:pPr>
            <w:r>
              <w:rPr>
                <w:b/>
                <w:color w:val="000000"/>
                <w:sz w:val="17"/>
              </w:rPr>
              <w:t>KLJUČNI ŠPORTNI IN GIBALNI POJMI</w:t>
            </w:r>
          </w:p>
          <w:p w14:paraId="1F8BB99C" w14:textId="77777777" w:rsidR="00623E5F" w:rsidRDefault="00000000">
            <w:pPr>
              <w:spacing w:after="60" w:line="245" w:lineRule="auto"/>
            </w:pPr>
            <w:r>
              <w:rPr>
                <w:color w:val="000000"/>
                <w:sz w:val="14"/>
              </w:rPr>
              <w:t>varnost, osebni prostor, začetni položaj, smer, hitrost, ravnotežje, koordinacija, ogrevanje, napor, umirjanje, pravilo, sodelovanje, poštena igra, dokaz, povratna informacija, znak, vloga, lovljenje, umik, prostor, dogovor, igra brez izločanja</w:t>
            </w:r>
          </w:p>
          <w:p w14:paraId="4E5C5A9B" w14:textId="77777777" w:rsidR="00623E5F" w:rsidRDefault="00000000">
            <w:pPr>
              <w:spacing w:after="20" w:line="245" w:lineRule="auto"/>
            </w:pPr>
            <w:r>
              <w:rPr>
                <w:b/>
                <w:color w:val="000000"/>
                <w:sz w:val="17"/>
              </w:rPr>
              <w:t>DOKAZI O UČENJU</w:t>
            </w:r>
          </w:p>
          <w:p w14:paraId="480CCA58" w14:textId="77777777" w:rsidR="00623E5F" w:rsidRDefault="00000000">
            <w:pPr>
              <w:pStyle w:val="Oznaenseznam"/>
              <w:spacing w:after="7"/>
            </w:pPr>
            <w:r>
              <w:rPr>
                <w:color w:val="000000"/>
                <w:sz w:val="14"/>
              </w:rPr>
              <w:t>varen odziv na znak, začetni poskus prvine in ustno varnostno pravilo.</w:t>
            </w:r>
          </w:p>
          <w:p w14:paraId="2DBB6A3C" w14:textId="77777777" w:rsidR="00623E5F" w:rsidRDefault="00000000">
            <w:pPr>
              <w:pStyle w:val="Oznaenseznam"/>
              <w:spacing w:after="7"/>
            </w:pPr>
            <w:r>
              <w:rPr>
                <w:color w:val="000000"/>
                <w:sz w:val="14"/>
              </w:rPr>
              <w:t>uporaba prvine v igri, sodelovanje, upoštevanje pravil in osebno samovrednotenje.</w:t>
            </w:r>
          </w:p>
          <w:p w14:paraId="09E75897" w14:textId="77777777" w:rsidR="00623E5F" w:rsidRDefault="00000000">
            <w:pPr>
              <w:spacing w:before="40" w:after="20" w:line="245" w:lineRule="auto"/>
            </w:pPr>
            <w:r>
              <w:rPr>
                <w:b/>
                <w:color w:val="000000"/>
                <w:sz w:val="16"/>
              </w:rPr>
              <w:t>GIBALNO DOŽIVETJE IN IZKUŠENJSKI POUK</w:t>
            </w:r>
          </w:p>
          <w:p w14:paraId="0B3E55B3" w14:textId="77777777" w:rsidR="00623E5F" w:rsidRDefault="00000000">
            <w:pPr>
              <w:spacing w:after="60" w:line="245" w:lineRule="auto"/>
            </w:pPr>
            <w:r>
              <w:rPr>
                <w:color w:val="000000"/>
                <w:sz w:val="14"/>
              </w:rPr>
              <w:t>Učenec gib najprej neposredno občuti in preizkusi: zazna položaj telesa, ravnotežje, smer, ritem, moč, razdaljo in napor. Izvedbo večkrat ponovi v spremenjenih pogojih, primerja lastna poskusa ter spretnost uporabi v igri ali poligonu.</w:t>
            </w:r>
          </w:p>
          <w:p w14:paraId="716A7A62" w14:textId="77777777" w:rsidR="00623E5F" w:rsidRDefault="00000000">
            <w:pPr>
              <w:spacing w:after="20" w:line="245" w:lineRule="auto"/>
            </w:pPr>
            <w:r>
              <w:rPr>
                <w:b/>
                <w:color w:val="000000"/>
                <w:sz w:val="16"/>
              </w:rPr>
              <w:t>POUČEVANJE V GIBANJU</w:t>
            </w:r>
          </w:p>
          <w:p w14:paraId="1CE5F0F3" w14:textId="77777777" w:rsidR="00623E5F" w:rsidRDefault="00000000">
            <w:pPr>
              <w:spacing w:after="60" w:line="245" w:lineRule="auto"/>
            </w:pPr>
            <w:r>
              <w:rPr>
                <w:color w:val="000000"/>
                <w:sz w:val="14"/>
              </w:rPr>
              <w:t>Razlaga je kratka in vezana na prikaz. Učenci večino časa hodijo, tečejo, ravnotežijo, skačejo, mečejo, plešejo ali ravnajo z rekvizitom; po povratni informaciji takoj ponovijo ciljni gib. Čakanje nadomestijo aktivne stranske naloge.</w:t>
            </w:r>
          </w:p>
          <w:p w14:paraId="3C594AC2" w14:textId="77777777" w:rsidR="00623E5F" w:rsidRDefault="00000000">
            <w:pPr>
              <w:spacing w:after="20" w:line="245" w:lineRule="auto"/>
            </w:pPr>
            <w:r>
              <w:rPr>
                <w:b/>
                <w:color w:val="000000"/>
                <w:sz w:val="16"/>
              </w:rPr>
              <w:t>DELO PO ŠTIRIH POSTAJAH</w:t>
            </w:r>
          </w:p>
          <w:p w14:paraId="4895BBF5" w14:textId="77777777" w:rsidR="00623E5F" w:rsidRDefault="00000000">
            <w:pPr>
              <w:spacing w:after="20" w:line="245" w:lineRule="auto"/>
            </w:pPr>
            <w:r>
              <w:rPr>
                <w:color w:val="000000"/>
                <w:sz w:val="14"/>
              </w:rPr>
              <w:t>Skupine vadijo 6–8 minut na postaji, nato ob zvočnem ali vizualnem znaku uredijo pripomočke in po enosmerni poti zamenjajo mesto. Vsaka postaja ima slikovni namen, tri ravni izziva in en opazovalni kriterij.</w:t>
            </w:r>
          </w:p>
          <w:p w14:paraId="33588AC9" w14:textId="77777777" w:rsidR="00623E5F" w:rsidRDefault="00000000">
            <w:pPr>
              <w:spacing w:after="7" w:line="245" w:lineRule="auto"/>
            </w:pPr>
            <w:r>
              <w:rPr>
                <w:color w:val="000000"/>
                <w:sz w:val="14"/>
              </w:rPr>
              <w:t>1. Odzivna: na dogovorjen vidni ali zvočni znak spremenim smer, hitrost, vlogo ali način gibanja.</w:t>
            </w:r>
          </w:p>
          <w:p w14:paraId="66D10042" w14:textId="77777777" w:rsidR="00623E5F" w:rsidRDefault="00000000">
            <w:pPr>
              <w:spacing w:after="7" w:line="245" w:lineRule="auto"/>
            </w:pPr>
            <w:r>
              <w:rPr>
                <w:color w:val="000000"/>
                <w:sz w:val="14"/>
              </w:rPr>
              <w:t>2. Sodelovalna: v paru ali trojici rešim nalogo, pri kateri »varno sodelujem« in ohranim osebni prostor.</w:t>
            </w:r>
          </w:p>
          <w:p w14:paraId="7B03C980" w14:textId="77777777" w:rsidR="00623E5F" w:rsidRDefault="00000000">
            <w:pPr>
              <w:spacing w:after="7" w:line="245" w:lineRule="auto"/>
            </w:pPr>
            <w:r>
              <w:rPr>
                <w:color w:val="000000"/>
                <w:sz w:val="14"/>
              </w:rPr>
              <w:t>3. Pravilna: s slikovnimi karticami sestavim pravilo, ga pokažem v kratki igri in po potrebi izboljšam.</w:t>
            </w:r>
          </w:p>
          <w:p w14:paraId="5B56386C" w14:textId="77777777" w:rsidR="00623E5F" w:rsidRDefault="00000000">
            <w:pPr>
              <w:spacing w:after="7" w:line="245" w:lineRule="auto"/>
            </w:pPr>
            <w:r>
              <w:rPr>
                <w:color w:val="000000"/>
                <w:sz w:val="14"/>
              </w:rPr>
              <w:t>4. Igra brez izločanja: vsi ostajamo dejavni, menjamo vloge in preverimo, kako »spodbujam druge«.</w:t>
            </w:r>
          </w:p>
          <w:p w14:paraId="15BF6A11" w14:textId="77777777" w:rsidR="00623E5F" w:rsidRDefault="00000000">
            <w:pPr>
              <w:spacing w:after="20" w:line="245" w:lineRule="auto"/>
            </w:pPr>
            <w:r>
              <w:rPr>
                <w:b/>
                <w:color w:val="000000"/>
                <w:sz w:val="16"/>
              </w:rPr>
              <w:t>DIFERENCIACIJA IN VKLJUČEVANJE</w:t>
            </w:r>
          </w:p>
          <w:p w14:paraId="6B54D80E" w14:textId="77777777" w:rsidR="00623E5F" w:rsidRDefault="00000000">
            <w:pPr>
              <w:spacing w:after="40" w:line="245" w:lineRule="auto"/>
            </w:pPr>
            <w:r>
              <w:rPr>
                <w:color w:val="000000"/>
                <w:sz w:val="14"/>
              </w:rPr>
              <w:t>Tri ravni izziva: osnovna, srednja in izziv. Prilagodijo se razdalja, hitrost, višina, širina opore, velikost in mehkoba rekvizita, število ponovitev, čas ter zahtevnost zaporedja. Na voljo so slikovni koraki, talne oznake, model izvedbe, vrstniška opora, varen obhod in kratek aktivni odmor. Učenec lahko dokaz pokaže z izvedbo, izbiro kartice, gibalno ponazoritvijo.</w:t>
            </w:r>
          </w:p>
          <w:p w14:paraId="30F16EAC" w14:textId="77777777" w:rsidR="00623E5F" w:rsidRDefault="00000000">
            <w:pPr>
              <w:spacing w:after="20" w:line="245" w:lineRule="auto"/>
            </w:pPr>
            <w:r>
              <w:rPr>
                <w:b/>
                <w:color w:val="000000"/>
                <w:sz w:val="16"/>
              </w:rPr>
              <w:t>SPREMLJANJE</w:t>
            </w:r>
          </w:p>
          <w:p w14:paraId="392F9161" w14:textId="77777777" w:rsidR="00623E5F" w:rsidRDefault="00000000">
            <w:pPr>
              <w:spacing w:after="30" w:line="245" w:lineRule="auto"/>
            </w:pPr>
            <w:r>
              <w:rPr>
                <w:color w:val="000000"/>
                <w:sz w:val="14"/>
              </w:rPr>
              <w:t>Učiteljica sproti beleži varnost, kakovost ključne prvine, izbiro ravni, število smiselnih ponovitev, samostojnost, uporabljeno oporo, sodelovanje, odziv na povratno informacijo in naslednji gibalni korak.</w:t>
            </w:r>
          </w:p>
        </w:tc>
        <w:tc>
          <w:tcPr>
            <w:tcW w:w="7087" w:type="dxa"/>
            <w:tcMar>
              <w:top w:w="70" w:type="dxa"/>
              <w:left w:w="90" w:type="dxa"/>
              <w:bottom w:w="70" w:type="dxa"/>
              <w:right w:w="90" w:type="dxa"/>
            </w:tcMar>
          </w:tcPr>
          <w:p w14:paraId="70E9085B"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124855EB" w14:textId="77777777">
              <w:trPr>
                <w:jc w:val="center"/>
              </w:trPr>
              <w:tc>
                <w:tcPr>
                  <w:tcW w:w="7087" w:type="dxa"/>
                  <w:shd w:val="clear" w:color="auto" w:fill="C6E7F3"/>
                  <w:tcMar>
                    <w:top w:w="45" w:type="dxa"/>
                    <w:left w:w="70" w:type="dxa"/>
                    <w:bottom w:w="45" w:type="dxa"/>
                    <w:right w:w="70" w:type="dxa"/>
                  </w:tcMar>
                </w:tcPr>
                <w:p w14:paraId="36F28E42" w14:textId="77777777" w:rsidR="00623E5F" w:rsidRDefault="00000000">
                  <w:pPr>
                    <w:keepNext/>
                  </w:pPr>
                  <w:r>
                    <w:rPr>
                      <w:b/>
                      <w:color w:val="000000"/>
                      <w:sz w:val="16"/>
                    </w:rPr>
                    <w:t>GLAVNI DEL – GIBALNI IZZIV, VADBA NA ŠTIRIH POSTAJAH IN IGRA (2 šolski uri)</w:t>
                  </w:r>
                </w:p>
              </w:tc>
            </w:tr>
          </w:tbl>
          <w:p w14:paraId="7C14C6F9" w14:textId="77777777" w:rsidR="00623E5F" w:rsidRDefault="00623E5F">
            <w:pPr>
              <w:spacing w:line="20" w:lineRule="exact"/>
            </w:pPr>
          </w:p>
          <w:p w14:paraId="44223DE9" w14:textId="77777777" w:rsidR="00623E5F" w:rsidRDefault="00000000">
            <w:pPr>
              <w:keepNext/>
              <w:spacing w:before="16" w:after="6" w:line="245" w:lineRule="auto"/>
            </w:pPr>
            <w:r>
              <w:rPr>
                <w:b/>
                <w:color w:val="000000"/>
                <w:sz w:val="15"/>
              </w:rPr>
              <w:t>1. URA – Igre po izbiri – Ogrejem se in usvojim gib</w:t>
            </w:r>
          </w:p>
          <w:p w14:paraId="70ADEC6F"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»Moj prijatelj Piki Jakob« – Kajetan Kovič • NADALJEVANJE. Osrednji del 30': 32' – Preveri prostor in opremo, predstavi varnostni znak ter skozi gibalno zgodbo modelira ključno prvino po korakih.</w:t>
            </w:r>
          </w:p>
          <w:p w14:paraId="5B544187"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Se odziva na znak, ogreje glavne dele telesa, opazuje model.</w:t>
            </w:r>
          </w:p>
          <w:p w14:paraId="4A62C4C3" w14:textId="77777777" w:rsidR="00623E5F" w:rsidRDefault="00000000">
            <w:pPr>
              <w:spacing w:after="15" w:line="245" w:lineRule="auto"/>
            </w:pPr>
            <w:r>
              <w:rPr>
                <w:i/>
                <w:color w:val="D95BC6"/>
                <w:sz w:val="14"/>
              </w:rPr>
              <w:t>Predvideni dokaz: varen odziv na znak, začetni poskus prvine in ustno varnostno pravilo..</w:t>
            </w:r>
          </w:p>
          <w:p w14:paraId="4A235C2F" w14:textId="77777777" w:rsidR="00623E5F" w:rsidRDefault="00000000">
            <w:pPr>
              <w:keepNext/>
              <w:spacing w:before="16" w:after="6" w:line="245" w:lineRule="auto"/>
            </w:pPr>
            <w:r>
              <w:rPr>
                <w:b/>
                <w:color w:val="000000"/>
                <w:sz w:val="15"/>
              </w:rPr>
              <w:t>2. URA – Igre po izbiri – Uporabim v igri</w:t>
            </w:r>
          </w:p>
          <w:p w14:paraId="49944DC4" w14:textId="77777777" w:rsidR="00623E5F" w:rsidRDefault="00000000">
            <w:pPr>
              <w:spacing w:after="7" w:line="245" w:lineRule="auto"/>
            </w:pPr>
            <w:r>
              <w:rPr>
                <w:b/>
                <w:color w:val="000000"/>
                <w:sz w:val="14"/>
              </w:rPr>
              <w:t xml:space="preserve">Dejavnost učiteljice: </w:t>
            </w:r>
            <w:r>
              <w:rPr>
                <w:color w:val="000000"/>
                <w:sz w:val="14"/>
              </w:rPr>
              <w:t>Uvod 5': 5' – Zbere učence, preveri počutje/opremo in poveže gibalni izziv s temo »Moj prijatelj Piki Jakob« – Kajetan Kovič • NADALJEVANJE. Osrednji del 30': 32' – Organizira vključujočo igro ali izziv brez izločanja, spremlja varnost, pošteno igro in uporabo naučene prvine.</w:t>
            </w:r>
          </w:p>
          <w:p w14:paraId="5978381C" w14:textId="77777777" w:rsidR="00623E5F" w:rsidRDefault="00000000">
            <w:pPr>
              <w:spacing w:after="7" w:line="245" w:lineRule="auto"/>
            </w:pPr>
            <w:r>
              <w:rPr>
                <w:b/>
                <w:color w:val="000000"/>
                <w:sz w:val="14"/>
              </w:rPr>
              <w:t xml:space="preserve">Dejavnost učencev: </w:t>
            </w:r>
            <w:r>
              <w:rPr>
                <w:color w:val="000000"/>
                <w:sz w:val="14"/>
              </w:rPr>
              <w:t>Uvodno preveri pripravljenost: Pokaže počutje in pripravljenost, ponovi varnostni dogovor ter zavzame varen osebni prostor. Nato vadi in uporabi: Uporabi gib v igri, sprejema vlogo, spodbuja druge.</w:t>
            </w:r>
          </w:p>
          <w:p w14:paraId="740D7731" w14:textId="77777777" w:rsidR="00623E5F" w:rsidRDefault="00000000">
            <w:pPr>
              <w:spacing w:after="15" w:line="245" w:lineRule="auto"/>
            </w:pPr>
            <w:r>
              <w:rPr>
                <w:i/>
                <w:color w:val="D95BC6"/>
                <w:sz w:val="14"/>
              </w:rPr>
              <w:t>Predvideni dokaz: uporaba prvine v igri, sodelovanje, upoštevanje pravil in osebno samovrednotenje..</w:t>
            </w:r>
          </w:p>
          <w:tbl>
            <w:tblPr>
              <w:tblStyle w:val="Tabelamrea"/>
              <w:tblW w:w="0" w:type="auto"/>
              <w:jc w:val="center"/>
              <w:tblLayout w:type="fixed"/>
              <w:tblLook w:val="04A0" w:firstRow="1" w:lastRow="0" w:firstColumn="1" w:lastColumn="0" w:noHBand="0" w:noVBand="1"/>
            </w:tblPr>
            <w:tblGrid>
              <w:gridCol w:w="7087"/>
            </w:tblGrid>
            <w:tr w:rsidR="00623E5F" w14:paraId="4AD52E63" w14:textId="77777777">
              <w:trPr>
                <w:jc w:val="center"/>
              </w:trPr>
              <w:tc>
                <w:tcPr>
                  <w:tcW w:w="7087" w:type="dxa"/>
                  <w:shd w:val="clear" w:color="auto" w:fill="EDC9EA"/>
                  <w:tcMar>
                    <w:top w:w="45" w:type="dxa"/>
                    <w:left w:w="70" w:type="dxa"/>
                    <w:bottom w:w="45" w:type="dxa"/>
                    <w:right w:w="70" w:type="dxa"/>
                  </w:tcMar>
                </w:tcPr>
                <w:p w14:paraId="43A277A8" w14:textId="77777777" w:rsidR="00623E5F" w:rsidRDefault="00000000">
                  <w:pPr>
                    <w:keepNext/>
                  </w:pPr>
                  <w:r>
                    <w:rPr>
                      <w:b/>
                      <w:color w:val="000000"/>
                      <w:sz w:val="16"/>
                    </w:rPr>
                    <w:t>ORGANIZACIJA POSTAJ, PREHODOV IN AKTIVNEGA ČASA</w:t>
                  </w:r>
                </w:p>
              </w:tc>
            </w:tr>
          </w:tbl>
          <w:p w14:paraId="6F617B4E" w14:textId="77777777" w:rsidR="00623E5F" w:rsidRDefault="00623E5F"/>
          <w:p w14:paraId="09C45C65" w14:textId="77777777" w:rsidR="00623E5F" w:rsidRDefault="00000000">
            <w:pPr>
              <w:spacing w:before="5" w:after="6" w:line="245" w:lineRule="auto"/>
            </w:pPr>
            <w:r>
              <w:rPr>
                <w:color w:val="000000"/>
                <w:sz w:val="14"/>
              </w:rPr>
              <w:t>Postaja 1: Odzivna: na dogovorjen vidni ali zvočni znak spremenim smer, hitrost, vlogo ali način gibanja.</w:t>
            </w:r>
          </w:p>
          <w:p w14:paraId="4D194850" w14:textId="77777777" w:rsidR="00623E5F" w:rsidRDefault="00000000">
            <w:pPr>
              <w:spacing w:before="5" w:after="6" w:line="245" w:lineRule="auto"/>
            </w:pPr>
            <w:r>
              <w:rPr>
                <w:color w:val="000000"/>
                <w:sz w:val="14"/>
              </w:rPr>
              <w:t>Postaja 2: Sodelovalna: v paru ali trojici rešim nalogo, pri kateri »varno sodelujem« in ohranim osebni prostor.</w:t>
            </w:r>
          </w:p>
          <w:p w14:paraId="5DF7F2B0" w14:textId="77777777" w:rsidR="00623E5F" w:rsidRDefault="00000000">
            <w:pPr>
              <w:spacing w:before="5" w:after="6" w:line="245" w:lineRule="auto"/>
            </w:pPr>
            <w:r>
              <w:rPr>
                <w:color w:val="000000"/>
                <w:sz w:val="14"/>
              </w:rPr>
              <w:t>Postaja 3: Pravilna: s slikovnimi karticami sestavim pravilo, ga pokažem v kratki igri in po potrebi izboljšam.</w:t>
            </w:r>
          </w:p>
          <w:p w14:paraId="0C262AAC" w14:textId="77777777" w:rsidR="00623E5F" w:rsidRDefault="00000000">
            <w:pPr>
              <w:spacing w:before="5" w:after="6" w:line="245" w:lineRule="auto"/>
            </w:pPr>
            <w:r>
              <w:rPr>
                <w:color w:val="000000"/>
                <w:sz w:val="14"/>
              </w:rPr>
              <w:t>Postaja 4: Igra brez izločanja: vsi ostajamo dejavni, menjamo vloge in preverimo, kako »spodbujam druge«.</w:t>
            </w:r>
          </w:p>
          <w:p w14:paraId="2F3FCF11" w14:textId="77777777" w:rsidR="00623E5F" w:rsidRDefault="00000000">
            <w:pPr>
              <w:spacing w:before="14" w:after="30" w:line="245" w:lineRule="auto"/>
            </w:pPr>
            <w:r>
              <w:rPr>
                <w:color w:val="000000"/>
                <w:sz w:val="13"/>
              </w:rPr>
              <w:t>Vloge krožijo: izvajalec, opazovalec enega merila, skrbnik rekvizita in spodbujevalec. Dogovorjeni znak pomeni konec poskusa, varen odlog pripomočka, pogled v smer prehoda in zamenjavo postaje. Povratna informacija je kratka: opiše opaženo, ga poveže z merilom in vodi v takojšen ponovni poskus.</w:t>
            </w:r>
          </w:p>
        </w:tc>
        <w:tc>
          <w:tcPr>
            <w:tcW w:w="2551" w:type="dxa"/>
            <w:tcMar>
              <w:top w:w="70" w:type="dxa"/>
              <w:left w:w="90" w:type="dxa"/>
              <w:bottom w:w="70" w:type="dxa"/>
              <w:right w:w="90" w:type="dxa"/>
            </w:tcMar>
          </w:tcPr>
          <w:p w14:paraId="3DF79D10" w14:textId="77777777" w:rsidR="00623E5F" w:rsidRDefault="00623E5F"/>
          <w:p w14:paraId="5F513924" w14:textId="77777777" w:rsidR="00623E5F" w:rsidRDefault="00000000">
            <w:pPr>
              <w:spacing w:after="5" w:line="245" w:lineRule="auto"/>
            </w:pPr>
            <w:r>
              <w:rPr>
                <w:b/>
                <w:color w:val="000000"/>
                <w:sz w:val="15"/>
              </w:rPr>
              <w:t>1. URA – Igre po izbiri – Ogrejem se in usvojim gib</w:t>
            </w:r>
          </w:p>
          <w:p w14:paraId="4A09FB1C"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7BF343A0" w14:textId="77777777" w:rsidR="00623E5F" w:rsidRDefault="00000000">
            <w:pPr>
              <w:spacing w:after="14" w:line="245" w:lineRule="auto"/>
            </w:pPr>
            <w:r>
              <w:rPr>
                <w:color w:val="D95BC6"/>
                <w:sz w:val="13"/>
              </w:rPr>
              <w:t>Dokaz: varen odziv na znak, začetni poskus prvine in ustno varnostno pravilo.</w:t>
            </w:r>
          </w:p>
          <w:p w14:paraId="3E7644E4" w14:textId="77777777" w:rsidR="00623E5F" w:rsidRDefault="00000000">
            <w:pPr>
              <w:spacing w:after="5" w:line="245" w:lineRule="auto"/>
            </w:pPr>
            <w:r>
              <w:rPr>
                <w:b/>
                <w:color w:val="000000"/>
                <w:sz w:val="15"/>
              </w:rPr>
              <w:t>2. URA – Igre po izbiri – Uporabim v igri</w:t>
            </w:r>
          </w:p>
          <w:p w14:paraId="5A3DAABB" w14:textId="77777777" w:rsidR="00623E5F" w:rsidRDefault="00000000">
            <w:pPr>
              <w:spacing w:after="7" w:line="245" w:lineRule="auto"/>
            </w:pPr>
            <w:r>
              <w:rPr>
                <w:color w:val="000000"/>
                <w:sz w:val="13"/>
              </w:rPr>
              <w:t>Uvodno preveri pripravljenost: Pokaže počutje in pripravljenost, ponovi varnostni dogovor ter zavzame varen osebni prostor.</w:t>
            </w:r>
          </w:p>
          <w:p w14:paraId="0ACBA1DA" w14:textId="77777777" w:rsidR="00623E5F" w:rsidRDefault="00000000">
            <w:pPr>
              <w:spacing w:after="14" w:line="245" w:lineRule="auto"/>
            </w:pPr>
            <w:r>
              <w:rPr>
                <w:color w:val="D95BC6"/>
                <w:sz w:val="13"/>
              </w:rPr>
              <w:t>Dokaz: uporaba prvine v igri, sodelovanje, upoštevanje pravil in osebno.</w:t>
            </w:r>
          </w:p>
          <w:p w14:paraId="410CDA79" w14:textId="77777777" w:rsidR="00623E5F" w:rsidRDefault="00000000">
            <w:pPr>
              <w:spacing w:before="30" w:after="14" w:line="245" w:lineRule="auto"/>
            </w:pPr>
            <w:r>
              <w:rPr>
                <w:b/>
                <w:color w:val="D95BC6"/>
                <w:sz w:val="16"/>
              </w:rPr>
              <w:t>MOJ KROG POSTAJ</w:t>
            </w:r>
          </w:p>
          <w:p w14:paraId="2526293A" w14:textId="77777777" w:rsidR="00623E5F" w:rsidRDefault="00000000">
            <w:pPr>
              <w:spacing w:after="8" w:line="245" w:lineRule="auto"/>
            </w:pPr>
            <w:r>
              <w:rPr>
                <w:color w:val="000000"/>
                <w:sz w:val="13"/>
              </w:rPr>
              <w:t>1. Odzivna: na dogovorjen vidni ali zvočni znak spremenim smer, hitrost.</w:t>
            </w:r>
          </w:p>
          <w:p w14:paraId="440864AC" w14:textId="77777777" w:rsidR="00623E5F" w:rsidRDefault="00000000">
            <w:pPr>
              <w:spacing w:after="8" w:line="245" w:lineRule="auto"/>
            </w:pPr>
            <w:r>
              <w:rPr>
                <w:color w:val="000000"/>
                <w:sz w:val="13"/>
              </w:rPr>
              <w:t>2. Sodelovalna: v paru ali trojici rešim nalogo, pri kateri »varno sodelujem« in.</w:t>
            </w:r>
          </w:p>
          <w:p w14:paraId="110AE2B8" w14:textId="77777777" w:rsidR="00623E5F" w:rsidRDefault="00000000">
            <w:pPr>
              <w:spacing w:after="8" w:line="245" w:lineRule="auto"/>
            </w:pPr>
            <w:r>
              <w:rPr>
                <w:color w:val="000000"/>
                <w:sz w:val="13"/>
              </w:rPr>
              <w:t>3. Pravilna: s slikovnimi karticami sestavim pravilo.</w:t>
            </w:r>
          </w:p>
          <w:p w14:paraId="69A86437" w14:textId="77777777" w:rsidR="00623E5F" w:rsidRDefault="00000000">
            <w:pPr>
              <w:spacing w:after="8" w:line="245" w:lineRule="auto"/>
            </w:pPr>
            <w:r>
              <w:rPr>
                <w:color w:val="000000"/>
                <w:sz w:val="13"/>
              </w:rPr>
              <w:t>4. Igra brez izločanja: vsi ostajamo dejavni, menjamo vloge in preverimo.</w:t>
            </w:r>
          </w:p>
          <w:p w14:paraId="7C1974BC" w14:textId="77777777" w:rsidR="00623E5F" w:rsidRDefault="00000000">
            <w:pPr>
              <w:spacing w:after="16" w:line="245" w:lineRule="auto"/>
            </w:pPr>
            <w:r>
              <w:rPr>
                <w:color w:val="000000"/>
                <w:sz w:val="13"/>
              </w:rPr>
              <w:t>Ob znaku varno končam, odložim pripomoček, uredim postajo, pogledam smer in z vlogo preidem na naslednje mesto.</w:t>
            </w:r>
          </w:p>
          <w:p w14:paraId="77A03991" w14:textId="77777777" w:rsidR="00623E5F" w:rsidRDefault="00000000">
            <w:pPr>
              <w:spacing w:after="14" w:line="245" w:lineRule="auto"/>
            </w:pPr>
            <w:r>
              <w:rPr>
                <w:b/>
                <w:color w:val="D95BC6"/>
                <w:sz w:val="16"/>
              </w:rPr>
              <w:t>DOKAZ O UČENJU</w:t>
            </w:r>
          </w:p>
          <w:p w14:paraId="58CD77D2" w14:textId="77777777" w:rsidR="00623E5F" w:rsidRDefault="00000000">
            <w:pPr>
              <w:spacing w:after="30" w:line="245" w:lineRule="auto"/>
            </w:pPr>
            <w:r>
              <w:rPr>
                <w:color w:val="D95BC6"/>
                <w:sz w:val="13"/>
              </w:rPr>
              <w:t>gibalna izvedba; odziv na znak; varen prehod; izbira ravni; opazovalni zapis; uporaba spretnosti v igri; kratka razlaga; vrstniški odziv; samovrednotenje in izboljšan ponovni poskus</w:t>
            </w:r>
          </w:p>
        </w:tc>
      </w:tr>
    </w:tbl>
    <w:p w14:paraId="41C439D1" w14:textId="77777777" w:rsidR="00623E5F" w:rsidRDefault="00000000">
      <w:r>
        <w:br w:type="page"/>
      </w:r>
    </w:p>
    <w:tbl>
      <w:tblPr>
        <w:tblStyle w:val="Tabelamrea"/>
        <w:tblW w:w="14060" w:type="dxa"/>
        <w:jc w:val="center"/>
        <w:tblLayout w:type="fixed"/>
        <w:tblLook w:val="04A0" w:firstRow="1" w:lastRow="0" w:firstColumn="1" w:lastColumn="0" w:noHBand="0" w:noVBand="1"/>
      </w:tblPr>
      <w:tblGrid>
        <w:gridCol w:w="4422"/>
        <w:gridCol w:w="7087"/>
        <w:gridCol w:w="2551"/>
      </w:tblGrid>
      <w:tr w:rsidR="00623E5F" w14:paraId="1E9C4FC2" w14:textId="77777777">
        <w:trPr>
          <w:tblHeader/>
          <w:jc w:val="center"/>
        </w:trPr>
        <w:tc>
          <w:tcPr>
            <w:tcW w:w="4422" w:type="dxa"/>
            <w:vMerge w:val="restart"/>
            <w:shd w:val="clear" w:color="auto" w:fill="FFFFFF"/>
            <w:tcMar>
              <w:top w:w="70" w:type="dxa"/>
              <w:left w:w="90" w:type="dxa"/>
              <w:bottom w:w="70" w:type="dxa"/>
              <w:right w:w="90" w:type="dxa"/>
            </w:tcMar>
            <w:vAlign w:val="center"/>
          </w:tcPr>
          <w:p w14:paraId="1FEAD261" w14:textId="77777777" w:rsidR="00623E5F" w:rsidRDefault="00000000">
            <w:pPr>
              <w:jc w:val="center"/>
            </w:pPr>
            <w:r>
              <w:rPr>
                <w:b/>
                <w:color w:val="000000"/>
                <w:sz w:val="20"/>
              </w:rPr>
              <w:lastRenderedPageBreak/>
              <w:t>UČNI NAČRT</w:t>
            </w:r>
          </w:p>
        </w:tc>
        <w:tc>
          <w:tcPr>
            <w:tcW w:w="9638" w:type="dxa"/>
            <w:gridSpan w:val="2"/>
            <w:shd w:val="clear" w:color="auto" w:fill="FFFFFF"/>
            <w:tcMar>
              <w:top w:w="70" w:type="dxa"/>
              <w:left w:w="90" w:type="dxa"/>
              <w:bottom w:w="70" w:type="dxa"/>
              <w:right w:w="90" w:type="dxa"/>
            </w:tcMar>
            <w:vAlign w:val="center"/>
          </w:tcPr>
          <w:p w14:paraId="0E95A9B5" w14:textId="77777777" w:rsidR="00623E5F" w:rsidRDefault="00000000">
            <w:pPr>
              <w:jc w:val="center"/>
            </w:pPr>
            <w:r>
              <w:rPr>
                <w:b/>
                <w:color w:val="000000"/>
                <w:sz w:val="20"/>
              </w:rPr>
              <w:t>UČNE DEJAVNOSTI, METODE IN FORMATIVNO SPREMLJANJE</w:t>
            </w:r>
          </w:p>
        </w:tc>
      </w:tr>
      <w:tr w:rsidR="00623E5F" w14:paraId="46A8FD9A" w14:textId="77777777">
        <w:trPr>
          <w:tblHeader/>
          <w:jc w:val="center"/>
        </w:trPr>
        <w:tc>
          <w:tcPr>
            <w:tcW w:w="4422" w:type="dxa"/>
            <w:vMerge/>
            <w:tcMar>
              <w:top w:w="70" w:type="dxa"/>
              <w:left w:w="90" w:type="dxa"/>
              <w:bottom w:w="70" w:type="dxa"/>
              <w:right w:w="90" w:type="dxa"/>
            </w:tcMar>
            <w:vAlign w:val="center"/>
          </w:tcPr>
          <w:p w14:paraId="6DAC987F" w14:textId="77777777" w:rsidR="00623E5F" w:rsidRDefault="00623E5F"/>
        </w:tc>
        <w:tc>
          <w:tcPr>
            <w:tcW w:w="7087" w:type="dxa"/>
            <w:shd w:val="clear" w:color="auto" w:fill="FFFFFF"/>
            <w:tcMar>
              <w:top w:w="70" w:type="dxa"/>
              <w:left w:w="90" w:type="dxa"/>
              <w:bottom w:w="70" w:type="dxa"/>
              <w:right w:w="90" w:type="dxa"/>
            </w:tcMar>
            <w:vAlign w:val="center"/>
          </w:tcPr>
          <w:p w14:paraId="116323DF" w14:textId="77777777" w:rsidR="00623E5F" w:rsidRDefault="00000000">
            <w:pPr>
              <w:jc w:val="center"/>
            </w:pPr>
            <w:r>
              <w:rPr>
                <w:b/>
                <w:color w:val="000000"/>
              </w:rPr>
              <w:t>UČITELJICA</w:t>
            </w:r>
          </w:p>
        </w:tc>
        <w:tc>
          <w:tcPr>
            <w:tcW w:w="2551" w:type="dxa"/>
            <w:shd w:val="clear" w:color="auto" w:fill="FFFFFF"/>
            <w:tcMar>
              <w:top w:w="70" w:type="dxa"/>
              <w:left w:w="90" w:type="dxa"/>
              <w:bottom w:w="70" w:type="dxa"/>
              <w:right w:w="90" w:type="dxa"/>
            </w:tcMar>
            <w:vAlign w:val="center"/>
          </w:tcPr>
          <w:p w14:paraId="2363CC80" w14:textId="77777777" w:rsidR="00623E5F" w:rsidRDefault="00000000">
            <w:pPr>
              <w:jc w:val="center"/>
            </w:pPr>
            <w:r>
              <w:rPr>
                <w:b/>
                <w:color w:val="000000"/>
              </w:rPr>
              <w:t>UČENEC</w:t>
            </w:r>
          </w:p>
        </w:tc>
      </w:tr>
      <w:tr w:rsidR="00623E5F" w14:paraId="1AD610DB" w14:textId="77777777">
        <w:trPr>
          <w:jc w:val="center"/>
        </w:trPr>
        <w:tc>
          <w:tcPr>
            <w:tcW w:w="4422" w:type="dxa"/>
            <w:tcMar>
              <w:top w:w="70" w:type="dxa"/>
              <w:left w:w="90" w:type="dxa"/>
              <w:bottom w:w="70" w:type="dxa"/>
              <w:right w:w="90" w:type="dxa"/>
            </w:tcMar>
          </w:tcPr>
          <w:p w14:paraId="5C15D223" w14:textId="77777777" w:rsidR="00623E5F" w:rsidRDefault="00623E5F"/>
          <w:p w14:paraId="4C2B76B6" w14:textId="77777777" w:rsidR="00623E5F" w:rsidRDefault="00000000">
            <w:pPr>
              <w:spacing w:after="40" w:line="245" w:lineRule="auto"/>
            </w:pPr>
            <w:r>
              <w:rPr>
                <w:b/>
                <w:color w:val="000000"/>
              </w:rPr>
              <w:t>FORMATIVNO SPREMLJANJE</w:t>
            </w:r>
          </w:p>
          <w:p w14:paraId="3A75F078" w14:textId="77777777" w:rsidR="00623E5F" w:rsidRDefault="00000000">
            <w:pPr>
              <w:pStyle w:val="Oznaenseznam"/>
              <w:spacing w:after="16"/>
            </w:pPr>
            <w:r>
              <w:rPr>
                <w:color w:val="000000"/>
                <w:sz w:val="15"/>
              </w:rPr>
              <w:t>predznanje: gibalni prikaz, odziv na znak, izbira kartice, začetni poskus ali kratka razlaga</w:t>
            </w:r>
          </w:p>
          <w:p w14:paraId="599708F4" w14:textId="77777777" w:rsidR="00623E5F" w:rsidRDefault="00000000">
            <w:pPr>
              <w:pStyle w:val="Oznaenseznam"/>
              <w:spacing w:after="16"/>
            </w:pPr>
            <w:r>
              <w:rPr>
                <w:color w:val="000000"/>
                <w:sz w:val="15"/>
              </w:rPr>
              <w:t>nameni in merila: kratka poved, slikovni znak, model varne izvedbe in en opazljiv tehnični poudarek</w:t>
            </w:r>
          </w:p>
          <w:p w14:paraId="123F5EEC" w14:textId="77777777" w:rsidR="00623E5F" w:rsidRDefault="00000000">
            <w:pPr>
              <w:pStyle w:val="Oznaenseznam"/>
              <w:spacing w:after="16"/>
            </w:pPr>
            <w:r>
              <w:rPr>
                <w:color w:val="000000"/>
                <w:sz w:val="15"/>
              </w:rPr>
              <w:t>dokazi med učenjem: opazovalni zapis, izvedba na izbrani ravni, uporaba v igri, fotografija postavitve ali razlaga</w:t>
            </w:r>
          </w:p>
          <w:p w14:paraId="242934E4" w14:textId="77777777" w:rsidR="00623E5F" w:rsidRDefault="00000000">
            <w:pPr>
              <w:pStyle w:val="Oznaenseznam"/>
              <w:spacing w:after="16"/>
            </w:pPr>
            <w:r>
              <w:rPr>
                <w:color w:val="000000"/>
                <w:sz w:val="15"/>
              </w:rPr>
              <w:t>povratna informacija: opis opaženega, povezava z enim merilom in takoj izvedljiv ponovni poskus</w:t>
            </w:r>
          </w:p>
          <w:p w14:paraId="5BDEC84C" w14:textId="77777777" w:rsidR="00623E5F" w:rsidRDefault="00000000">
            <w:pPr>
              <w:pStyle w:val="Oznaenseznam"/>
              <w:spacing w:after="16"/>
            </w:pPr>
            <w:r>
              <w:rPr>
                <w:color w:val="000000"/>
                <w:sz w:val="15"/>
              </w:rPr>
              <w:t>samovrednotenje: semafor napora in varnosti, lestvica samostojnosti, izbran dokaz ter osebni naslednji korak</w:t>
            </w:r>
          </w:p>
          <w:p w14:paraId="0CB6F1AA" w14:textId="77777777" w:rsidR="00623E5F" w:rsidRDefault="00000000">
            <w:pPr>
              <w:spacing w:before="40" w:after="20" w:line="245" w:lineRule="auto"/>
            </w:pPr>
            <w:r>
              <w:rPr>
                <w:b/>
                <w:color w:val="000000"/>
                <w:sz w:val="17"/>
              </w:rPr>
              <w:t>VARNOST, POČUTJE IN HIGIENA</w:t>
            </w:r>
          </w:p>
          <w:p w14:paraId="6161C95E" w14:textId="77777777" w:rsidR="00623E5F" w:rsidRDefault="00000000">
            <w:pPr>
              <w:spacing w:after="60" w:line="245" w:lineRule="auto"/>
            </w:pPr>
            <w:r>
              <w:rPr>
                <w:color w:val="000000"/>
                <w:sz w:val="15"/>
              </w:rPr>
              <w:t>Učiteljica pred začetkom preveri prostor, tla, pritrjenost in neoporečnost orodja ter zdravstvene posebnosti učencev. Učenci imajo primerno športno opremo in zavezane vezalke, odstranijo nevaren nakit, upoštevajo osebni prostor, enosmerne prehode in znak za ustavitev. Rekvizite pobirajo šele na znak, ne potiskajo in ne izvajajo nalog ob bolečini, vrtoglavici ali slabosti; poskrbljeno je za pitje, zračenje, umirjanje in higieno rok. Igre so brez izločanja; kontakt, lovljenje za oblačila in prehitevanje v ozkih prehodih niso dovoljeni.</w:t>
            </w:r>
          </w:p>
          <w:p w14:paraId="7F770757" w14:textId="77777777" w:rsidR="00623E5F" w:rsidRDefault="00000000">
            <w:pPr>
              <w:spacing w:after="20" w:line="245" w:lineRule="auto"/>
            </w:pPr>
            <w:r>
              <w:rPr>
                <w:b/>
                <w:color w:val="000000"/>
                <w:sz w:val="17"/>
              </w:rPr>
              <w:t>EVIDENCA PO IZVEDBI</w:t>
            </w:r>
          </w:p>
          <w:p w14:paraId="14619FE6" w14:textId="77777777" w:rsidR="00623E5F" w:rsidRDefault="00000000">
            <w:pPr>
              <w:spacing w:after="30" w:line="245" w:lineRule="auto"/>
            </w:pPr>
            <w:r>
              <w:rPr>
                <w:color w:val="000000"/>
                <w:sz w:val="15"/>
              </w:rPr>
              <w:t>Realizacija: ______ / ______ ur</w:t>
            </w:r>
            <w:r>
              <w:rPr>
                <w:color w:val="000000"/>
                <w:sz w:val="15"/>
              </w:rPr>
              <w:br/>
              <w:t>Odsotni: ____________________</w:t>
            </w:r>
            <w:r>
              <w:rPr>
                <w:color w:val="000000"/>
                <w:sz w:val="15"/>
              </w:rPr>
              <w:br/>
              <w:t>Počutje, poškodbe ali omejitve: ____________________</w:t>
            </w:r>
            <w:r>
              <w:rPr>
                <w:color w:val="000000"/>
                <w:sz w:val="15"/>
              </w:rPr>
              <w:br/>
              <w:t>Potrebna ponovitev ali prilagoditev: ______________________________</w:t>
            </w:r>
            <w:r>
              <w:rPr>
                <w:color w:val="000000"/>
                <w:sz w:val="15"/>
              </w:rPr>
              <w:br/>
              <w:t>Opažanja o varnosti, izvedbi, naporu, sodelovanju in refleksiji: ______________________________</w:t>
            </w:r>
          </w:p>
          <w:p w14:paraId="004007CF" w14:textId="77777777" w:rsidR="00623E5F" w:rsidRDefault="00000000">
            <w:pPr>
              <w:spacing w:before="40" w:after="20" w:line="245" w:lineRule="auto"/>
            </w:pPr>
            <w:r>
              <w:rPr>
                <w:b/>
                <w:color w:val="000000"/>
                <w:sz w:val="17"/>
              </w:rPr>
              <w:t>RAVEN DOSEGANJA</w:t>
            </w:r>
          </w:p>
          <w:p w14:paraId="33784E17" w14:textId="77777777" w:rsidR="00623E5F" w:rsidRDefault="00000000">
            <w:pPr>
              <w:spacing w:after="30" w:line="245" w:lineRule="auto"/>
            </w:pPr>
            <w:r>
              <w:rPr>
                <w:color w:val="000000"/>
                <w:sz w:val="15"/>
              </w:rPr>
              <w:t>DOSEGA – samostojno in varno pokaže bistveni gibalni dokaz.  DELNO DOSEGA – cilj doseže ob občasni usmeritvi, modelu, slikovnem koraku ali prilagoditvi.  ŠE NE DOSEGA – potrebuje drugačno gibalno izkušnjo, manjši korak in nov dokaz.</w:t>
            </w:r>
          </w:p>
        </w:tc>
        <w:tc>
          <w:tcPr>
            <w:tcW w:w="7087" w:type="dxa"/>
            <w:tcMar>
              <w:top w:w="70" w:type="dxa"/>
              <w:left w:w="90" w:type="dxa"/>
              <w:bottom w:w="70" w:type="dxa"/>
              <w:right w:w="90" w:type="dxa"/>
            </w:tcMar>
          </w:tcPr>
          <w:p w14:paraId="2958A38C" w14:textId="77777777" w:rsidR="00623E5F" w:rsidRDefault="00623E5F">
            <w:pPr>
              <w:spacing w:line="20" w:lineRule="exact"/>
            </w:pPr>
          </w:p>
          <w:tbl>
            <w:tblPr>
              <w:tblStyle w:val="Tabelamrea"/>
              <w:tblW w:w="0" w:type="auto"/>
              <w:jc w:val="center"/>
              <w:tblLayout w:type="fixed"/>
              <w:tblLook w:val="04A0" w:firstRow="1" w:lastRow="0" w:firstColumn="1" w:lastColumn="0" w:noHBand="0" w:noVBand="1"/>
            </w:tblPr>
            <w:tblGrid>
              <w:gridCol w:w="7087"/>
            </w:tblGrid>
            <w:tr w:rsidR="00623E5F" w14:paraId="7C942954" w14:textId="77777777">
              <w:trPr>
                <w:jc w:val="center"/>
              </w:trPr>
              <w:tc>
                <w:tcPr>
                  <w:tcW w:w="7087" w:type="dxa"/>
                  <w:shd w:val="clear" w:color="auto" w:fill="EDC9EA"/>
                  <w:tcMar>
                    <w:top w:w="45" w:type="dxa"/>
                    <w:left w:w="70" w:type="dxa"/>
                    <w:bottom w:w="45" w:type="dxa"/>
                    <w:right w:w="70" w:type="dxa"/>
                  </w:tcMar>
                </w:tcPr>
                <w:p w14:paraId="4886F5E5" w14:textId="77777777" w:rsidR="00623E5F" w:rsidRDefault="00000000">
                  <w:pPr>
                    <w:keepNext/>
                  </w:pPr>
                  <w:r>
                    <w:rPr>
                      <w:b/>
                      <w:color w:val="000000"/>
                    </w:rPr>
                    <w:t>VPRAŠANJA V PODPORO GIBALNEMU UČENJU</w:t>
                  </w:r>
                </w:p>
              </w:tc>
            </w:tr>
          </w:tbl>
          <w:p w14:paraId="5B02853C" w14:textId="77777777" w:rsidR="00623E5F" w:rsidRDefault="00623E5F">
            <w:pPr>
              <w:spacing w:line="20" w:lineRule="exact"/>
            </w:pPr>
          </w:p>
          <w:p w14:paraId="0ABE233F" w14:textId="77777777" w:rsidR="00623E5F" w:rsidRDefault="00000000">
            <w:pPr>
              <w:pStyle w:val="Oznaenseznam"/>
              <w:spacing w:after="16"/>
            </w:pPr>
            <w:r>
              <w:rPr>
                <w:color w:val="000000"/>
                <w:sz w:val="15"/>
              </w:rPr>
              <w:t>Kaj si pri prvem poskusu začutil/-a ali opazil/-a v položaju telesa, ravnotežju, smeri, ritmu ali naporu?</w:t>
            </w:r>
          </w:p>
          <w:p w14:paraId="3B5AD033" w14:textId="77777777" w:rsidR="00623E5F" w:rsidRDefault="00000000">
            <w:pPr>
              <w:pStyle w:val="Oznaenseznam"/>
              <w:spacing w:after="16"/>
            </w:pPr>
            <w:r>
              <w:rPr>
                <w:color w:val="000000"/>
                <w:sz w:val="15"/>
              </w:rPr>
              <w:t>Katero varnostno pravilo in kateri gibalni korak sta bila danes najpomembnejša?</w:t>
            </w:r>
          </w:p>
          <w:p w14:paraId="25F203BA" w14:textId="77777777" w:rsidR="00623E5F" w:rsidRDefault="00000000">
            <w:pPr>
              <w:pStyle w:val="Oznaenseznam"/>
              <w:spacing w:after="16"/>
            </w:pPr>
            <w:r>
              <w:rPr>
                <w:color w:val="000000"/>
                <w:sz w:val="15"/>
              </w:rPr>
              <w:t>Katero raven si izbral/-a, zakaj je bila primerna in kaj si pri naslednjem poskusu spremenil/-a?</w:t>
            </w:r>
          </w:p>
          <w:p w14:paraId="5085D02F" w14:textId="77777777" w:rsidR="00623E5F" w:rsidRDefault="00000000">
            <w:pPr>
              <w:pStyle w:val="Oznaenseznam"/>
              <w:spacing w:after="16"/>
            </w:pPr>
            <w:r>
              <w:rPr>
                <w:color w:val="000000"/>
                <w:sz w:val="15"/>
              </w:rPr>
              <w:t>Kateri tvoj gibalni dokaz najjasneje pokaže dogovorjeno merilo?</w:t>
            </w:r>
          </w:p>
          <w:p w14:paraId="38907E35" w14:textId="77777777" w:rsidR="00623E5F" w:rsidRDefault="00000000">
            <w:pPr>
              <w:pStyle w:val="Oznaenseznam"/>
              <w:spacing w:after="16"/>
            </w:pPr>
            <w:r>
              <w:rPr>
                <w:color w:val="000000"/>
                <w:sz w:val="15"/>
              </w:rPr>
              <w:t>Kaj želiš ohraniti in kateri majhen, varen naslednji gibalni korak boš izvedel/-la?</w:t>
            </w:r>
          </w:p>
          <w:tbl>
            <w:tblPr>
              <w:tblStyle w:val="Tabelamrea"/>
              <w:tblW w:w="0" w:type="auto"/>
              <w:jc w:val="center"/>
              <w:tblLayout w:type="fixed"/>
              <w:tblLook w:val="04A0" w:firstRow="1" w:lastRow="0" w:firstColumn="1" w:lastColumn="0" w:noHBand="0" w:noVBand="1"/>
            </w:tblPr>
            <w:tblGrid>
              <w:gridCol w:w="7087"/>
            </w:tblGrid>
            <w:tr w:rsidR="00623E5F" w14:paraId="1C42650C" w14:textId="77777777">
              <w:trPr>
                <w:jc w:val="center"/>
              </w:trPr>
              <w:tc>
                <w:tcPr>
                  <w:tcW w:w="7087" w:type="dxa"/>
                  <w:shd w:val="clear" w:color="auto" w:fill="C6E7F3"/>
                  <w:tcMar>
                    <w:top w:w="45" w:type="dxa"/>
                    <w:left w:w="70" w:type="dxa"/>
                    <w:bottom w:w="45" w:type="dxa"/>
                    <w:right w:w="70" w:type="dxa"/>
                  </w:tcMar>
                </w:tcPr>
                <w:p w14:paraId="1A4676A5" w14:textId="77777777" w:rsidR="00623E5F" w:rsidRDefault="00000000">
                  <w:pPr>
                    <w:keepNext/>
                  </w:pPr>
                  <w:r>
                    <w:rPr>
                      <w:b/>
                      <w:color w:val="000000"/>
                    </w:rPr>
                    <w:t>ZAKLJUČNI DEL – UMIRJANJE, RAZTEZANJE, DOKAZ IN REFLEKSIJA (8–10 min)</w:t>
                  </w:r>
                </w:p>
              </w:tc>
            </w:tr>
          </w:tbl>
          <w:p w14:paraId="3A2B2D50" w14:textId="77777777" w:rsidR="00623E5F" w:rsidRDefault="00623E5F">
            <w:pPr>
              <w:spacing w:line="20" w:lineRule="exact"/>
            </w:pPr>
          </w:p>
          <w:p w14:paraId="2576397F" w14:textId="77777777" w:rsidR="00623E5F" w:rsidRDefault="00000000">
            <w:pPr>
              <w:spacing w:before="20" w:after="40" w:line="245" w:lineRule="auto"/>
            </w:pPr>
            <w:r>
              <w:rPr>
                <w:color w:val="000000"/>
                <w:sz w:val="15"/>
              </w:rPr>
              <w:t>Učenci znižajo intenzivnost s počasno hojo, dihanjem in kratkim raztezanjem. Nato izberejo en gibalni dokaz, ga povežejo z merilom ter pojasnijo eno spremembo med prvim in poznejšim poskusom. Učiteljica zabeleži le bistven dokaz in naslednji korak; fotografija ali posnetek se uporabi samo skladno s šolskimi pravili in soglasji.</w:t>
            </w:r>
          </w:p>
          <w:tbl>
            <w:tblPr>
              <w:tblStyle w:val="Tabelamrea"/>
              <w:tblW w:w="0" w:type="auto"/>
              <w:jc w:val="center"/>
              <w:tblLayout w:type="fixed"/>
              <w:tblLook w:val="04A0" w:firstRow="1" w:lastRow="0" w:firstColumn="1" w:lastColumn="0" w:noHBand="0" w:noVBand="1"/>
            </w:tblPr>
            <w:tblGrid>
              <w:gridCol w:w="7087"/>
            </w:tblGrid>
            <w:tr w:rsidR="00623E5F" w14:paraId="648BA63F" w14:textId="77777777">
              <w:trPr>
                <w:jc w:val="center"/>
              </w:trPr>
              <w:tc>
                <w:tcPr>
                  <w:tcW w:w="7087" w:type="dxa"/>
                  <w:shd w:val="clear" w:color="auto" w:fill="EDC9EA"/>
                  <w:tcMar>
                    <w:top w:w="45" w:type="dxa"/>
                    <w:left w:w="70" w:type="dxa"/>
                    <w:bottom w:w="45" w:type="dxa"/>
                    <w:right w:w="70" w:type="dxa"/>
                  </w:tcMar>
                </w:tcPr>
                <w:p w14:paraId="43887209" w14:textId="77777777" w:rsidR="00623E5F" w:rsidRDefault="00000000">
                  <w:pPr>
                    <w:keepNext/>
                  </w:pPr>
                  <w:r>
                    <w:rPr>
                      <w:b/>
                      <w:color w:val="000000"/>
                    </w:rPr>
                    <w:t>SAMOVREDNOTENJE</w:t>
                  </w:r>
                </w:p>
              </w:tc>
            </w:tr>
          </w:tbl>
          <w:p w14:paraId="5C75BD11" w14:textId="77777777" w:rsidR="00623E5F" w:rsidRDefault="00623E5F">
            <w:pPr>
              <w:spacing w:line="20" w:lineRule="exact"/>
            </w:pPr>
          </w:p>
          <w:p w14:paraId="2BE30A85" w14:textId="77777777" w:rsidR="00623E5F" w:rsidRDefault="00000000">
            <w:pPr>
              <w:spacing w:before="20" w:after="40" w:line="245" w:lineRule="auto"/>
            </w:pPr>
            <w:r>
              <w:rPr>
                <w:color w:val="000000"/>
                <w:sz w:val="15"/>
              </w:rPr>
              <w:t>Učenec izbere gibalni semafor: zeleno – merilo pokažem varno in samostojno; rumeno – pokažem ga ob modelu, slikovnem koraku ali prilagoditvi; modro – potrebujem počasnejšo, lažjo ali drugačno izkušnjo. Nato označi napor, počutje in naslednji korak.</w:t>
            </w:r>
          </w:p>
          <w:tbl>
            <w:tblPr>
              <w:tblStyle w:val="Tabelamrea"/>
              <w:tblW w:w="0" w:type="auto"/>
              <w:jc w:val="center"/>
              <w:tblLayout w:type="fixed"/>
              <w:tblLook w:val="04A0" w:firstRow="1" w:lastRow="0" w:firstColumn="1" w:lastColumn="0" w:noHBand="0" w:noVBand="1"/>
            </w:tblPr>
            <w:tblGrid>
              <w:gridCol w:w="7087"/>
            </w:tblGrid>
            <w:tr w:rsidR="00623E5F" w14:paraId="5CAC7993" w14:textId="77777777">
              <w:trPr>
                <w:jc w:val="center"/>
              </w:trPr>
              <w:tc>
                <w:tcPr>
                  <w:tcW w:w="7087" w:type="dxa"/>
                  <w:shd w:val="clear" w:color="auto" w:fill="EDC9EA"/>
                  <w:tcMar>
                    <w:top w:w="45" w:type="dxa"/>
                    <w:left w:w="70" w:type="dxa"/>
                    <w:bottom w:w="45" w:type="dxa"/>
                    <w:right w:w="70" w:type="dxa"/>
                  </w:tcMar>
                </w:tcPr>
                <w:p w14:paraId="401765E3" w14:textId="77777777" w:rsidR="00623E5F" w:rsidRDefault="00000000">
                  <w:pPr>
                    <w:keepNext/>
                  </w:pPr>
                  <w:r>
                    <w:rPr>
                      <w:b/>
                      <w:color w:val="000000"/>
                    </w:rPr>
                    <w:t>VRSTNIŠKO OPAZOVANJE IN POVRATNA INFORMACIJA</w:t>
                  </w:r>
                </w:p>
              </w:tc>
            </w:tr>
          </w:tbl>
          <w:p w14:paraId="5FC0DA83" w14:textId="77777777" w:rsidR="00623E5F" w:rsidRDefault="00623E5F">
            <w:pPr>
              <w:spacing w:line="20" w:lineRule="exact"/>
            </w:pPr>
          </w:p>
          <w:p w14:paraId="048BB2D4" w14:textId="77777777" w:rsidR="00623E5F" w:rsidRDefault="00000000">
            <w:pPr>
              <w:spacing w:before="20" w:after="40" w:line="245" w:lineRule="auto"/>
            </w:pPr>
            <w:r>
              <w:rPr>
                <w:color w:val="000000"/>
                <w:sz w:val="15"/>
              </w:rPr>
              <w:t>Opazovalec spremlja samo eno javno merilo in uporabi odziv: »Opazil/-a sem ...«, »Pomagalo je ...« in »Pri naslednjem poskusu lahko ...«. Odziv se nanaša na varnost, položaj telesa, smer, ritem, ravnotežje, prilagoditev moči ali sodelovanje; ne na primerjanje učencev.</w:t>
            </w:r>
          </w:p>
          <w:tbl>
            <w:tblPr>
              <w:tblStyle w:val="Tabelamrea"/>
              <w:tblW w:w="0" w:type="auto"/>
              <w:jc w:val="center"/>
              <w:tblLayout w:type="fixed"/>
              <w:tblLook w:val="04A0" w:firstRow="1" w:lastRow="0" w:firstColumn="1" w:lastColumn="0" w:noHBand="0" w:noVBand="1"/>
            </w:tblPr>
            <w:tblGrid>
              <w:gridCol w:w="7087"/>
            </w:tblGrid>
            <w:tr w:rsidR="00623E5F" w14:paraId="1569B65F" w14:textId="77777777">
              <w:trPr>
                <w:jc w:val="center"/>
              </w:trPr>
              <w:tc>
                <w:tcPr>
                  <w:tcW w:w="7087" w:type="dxa"/>
                  <w:shd w:val="clear" w:color="auto" w:fill="EDC9EA"/>
                  <w:tcMar>
                    <w:top w:w="45" w:type="dxa"/>
                    <w:left w:w="70" w:type="dxa"/>
                    <w:bottom w:w="45" w:type="dxa"/>
                    <w:right w:w="70" w:type="dxa"/>
                  </w:tcMar>
                </w:tcPr>
                <w:p w14:paraId="7E581D51" w14:textId="77777777" w:rsidR="00623E5F" w:rsidRDefault="00000000">
                  <w:pPr>
                    <w:keepNext/>
                  </w:pPr>
                  <w:r>
                    <w:rPr>
                      <w:b/>
                      <w:color w:val="000000"/>
                    </w:rPr>
                    <w:t>SKUPNI POVZETEK</w:t>
                  </w:r>
                </w:p>
              </w:tc>
            </w:tr>
          </w:tbl>
          <w:p w14:paraId="13861D6D" w14:textId="77777777" w:rsidR="00623E5F" w:rsidRDefault="00623E5F"/>
          <w:p w14:paraId="1B2399F2" w14:textId="77777777" w:rsidR="00623E5F" w:rsidRDefault="00000000">
            <w:pPr>
              <w:spacing w:before="20" w:after="40" w:line="245" w:lineRule="auto"/>
            </w:pPr>
            <w:r>
              <w:rPr>
                <w:b/>
                <w:color w:val="000000"/>
                <w:sz w:val="16"/>
              </w:rPr>
              <w:t>varno sodelujem; upoštevam pravila; spodbujam druge. Izbrani gibalni dokaz pojasnim in določim varen naslednji korak.</w:t>
            </w:r>
          </w:p>
        </w:tc>
        <w:tc>
          <w:tcPr>
            <w:tcW w:w="2551" w:type="dxa"/>
            <w:tcMar>
              <w:top w:w="70" w:type="dxa"/>
              <w:left w:w="90" w:type="dxa"/>
              <w:bottom w:w="70" w:type="dxa"/>
              <w:right w:w="90" w:type="dxa"/>
            </w:tcMar>
          </w:tcPr>
          <w:p w14:paraId="3FD586FF" w14:textId="77777777" w:rsidR="00623E5F" w:rsidRDefault="00623E5F"/>
          <w:p w14:paraId="7DA8B34F" w14:textId="77777777" w:rsidR="00623E5F" w:rsidRDefault="00000000">
            <w:pPr>
              <w:spacing w:after="80" w:line="245" w:lineRule="auto"/>
            </w:pPr>
            <w:r>
              <w:rPr>
                <w:color w:val="000000"/>
                <w:sz w:val="15"/>
              </w:rPr>
              <w:t>Odgovarja na podporna vprašanja in se sklicuje na svojo izvedbo, počutje, izbrano raven in varnost.</w:t>
            </w:r>
          </w:p>
          <w:p w14:paraId="4BF3D343" w14:textId="77777777" w:rsidR="00623E5F" w:rsidRDefault="00000000">
            <w:pPr>
              <w:spacing w:after="80" w:line="245" w:lineRule="auto"/>
            </w:pPr>
            <w:r>
              <w:rPr>
                <w:color w:val="000000"/>
                <w:sz w:val="15"/>
              </w:rPr>
              <w:t>Predstavi izbrani gibalni dokaz ter pokaže ali pove, katero merilo z njim dosega.</w:t>
            </w:r>
          </w:p>
          <w:p w14:paraId="63FC8B07" w14:textId="77777777" w:rsidR="00623E5F" w:rsidRDefault="00000000">
            <w:pPr>
              <w:spacing w:after="80" w:line="245" w:lineRule="auto"/>
            </w:pPr>
            <w:r>
              <w:rPr>
                <w:color w:val="000000"/>
                <w:sz w:val="15"/>
              </w:rPr>
              <w:t>Opazuje eno dogovorjeno prvino vrstnikove izvedbe in poda kratek, prijazen ter uporaben odziv.</w:t>
            </w:r>
          </w:p>
          <w:p w14:paraId="6A6E75A4" w14:textId="77777777" w:rsidR="00623E5F" w:rsidRDefault="00000000">
            <w:pPr>
              <w:spacing w:after="80" w:line="245" w:lineRule="auto"/>
            </w:pPr>
            <w:r>
              <w:rPr>
                <w:color w:val="000000"/>
                <w:sz w:val="15"/>
              </w:rPr>
              <w:t>Po povratni informaciji nalogo ponovi, prilagodi razdaljo, hitrost, položaj, moč ali zaporedje in preveri izboljšavo.</w:t>
            </w:r>
          </w:p>
          <w:p w14:paraId="2AA3F636" w14:textId="77777777" w:rsidR="00623E5F" w:rsidRDefault="00000000">
            <w:pPr>
              <w:spacing w:after="100" w:line="245" w:lineRule="auto"/>
            </w:pPr>
            <w:r>
              <w:rPr>
                <w:color w:val="000000"/>
                <w:sz w:val="15"/>
              </w:rPr>
              <w:t>Umiri dihanje, oceni napor in počutje, izbere raven samostojnosti ter določi varen naslednji korak.</w:t>
            </w:r>
          </w:p>
          <w:p w14:paraId="6F294317" w14:textId="77777777" w:rsidR="00623E5F" w:rsidRDefault="00000000">
            <w:pPr>
              <w:spacing w:after="20" w:line="245" w:lineRule="auto"/>
            </w:pPr>
            <w:r>
              <w:rPr>
                <w:b/>
                <w:color w:val="D95BC6"/>
                <w:sz w:val="17"/>
              </w:rPr>
              <w:t>DOKAZ O UČENJU</w:t>
            </w:r>
          </w:p>
          <w:p w14:paraId="1CFFC284" w14:textId="77777777" w:rsidR="00623E5F" w:rsidRDefault="00000000">
            <w:pPr>
              <w:spacing w:after="30" w:line="245" w:lineRule="auto"/>
            </w:pPr>
            <w:r>
              <w:rPr>
                <w:color w:val="D95BC6"/>
                <w:sz w:val="15"/>
              </w:rPr>
              <w:t>začetni in izboljšani gibalni poskus; varna izvedba; odziv na znak; uporaba spretnosti v igri; opazovalni zapis; kratka razlaga; vrstniški odziv; semafor napora, varnosti in samostojnosti</w:t>
            </w:r>
          </w:p>
        </w:tc>
      </w:tr>
    </w:tbl>
    <w:p w14:paraId="21515F4D" w14:textId="77777777" w:rsidR="007F5635" w:rsidRDefault="007F5635"/>
    <w:sectPr w:rsidR="007F5635" w:rsidSect="00034616">
      <w:pgSz w:w="16838" w:h="11906" w:orient="landscape"/>
      <w:pgMar w:top="709" w:right="1389" w:bottom="709" w:left="1389" w:header="283"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B020C" w14:textId="77777777" w:rsidR="007F5635" w:rsidRDefault="007F5635">
      <w:r>
        <w:separator/>
      </w:r>
    </w:p>
  </w:endnote>
  <w:endnote w:type="continuationSeparator" w:id="0">
    <w:p w14:paraId="00AFB7AF" w14:textId="77777777" w:rsidR="007F5635" w:rsidRDefault="007F5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914C2" w14:textId="77777777" w:rsidR="007F5635" w:rsidRDefault="007F5635">
      <w:r>
        <w:separator/>
      </w:r>
    </w:p>
  </w:footnote>
  <w:footnote w:type="continuationSeparator" w:id="0">
    <w:p w14:paraId="6B9982FC" w14:textId="77777777" w:rsidR="007F5635" w:rsidRDefault="007F56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tevile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tevile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znaenseznam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znaenseznam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tevile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znaenseznam"/>
      <w:lvlText w:val=""/>
      <w:lvlJc w:val="left"/>
      <w:pPr>
        <w:tabs>
          <w:tab w:val="num" w:pos="360"/>
        </w:tabs>
        <w:ind w:left="360" w:hanging="360"/>
      </w:pPr>
      <w:rPr>
        <w:rFonts w:ascii="Symbol" w:hAnsi="Symbol" w:hint="default"/>
      </w:rPr>
    </w:lvl>
  </w:abstractNum>
  <w:num w:numId="1" w16cid:durableId="1826239593">
    <w:abstractNumId w:val="8"/>
  </w:num>
  <w:num w:numId="2" w16cid:durableId="1228684727">
    <w:abstractNumId w:val="6"/>
  </w:num>
  <w:num w:numId="3" w16cid:durableId="1686445234">
    <w:abstractNumId w:val="5"/>
  </w:num>
  <w:num w:numId="4" w16cid:durableId="310988099">
    <w:abstractNumId w:val="4"/>
  </w:num>
  <w:num w:numId="5" w16cid:durableId="695665967">
    <w:abstractNumId w:val="7"/>
  </w:num>
  <w:num w:numId="6" w16cid:durableId="1200971368">
    <w:abstractNumId w:val="3"/>
  </w:num>
  <w:num w:numId="7" w16cid:durableId="1044476665">
    <w:abstractNumId w:val="2"/>
  </w:num>
  <w:num w:numId="8" w16cid:durableId="1825856319">
    <w:abstractNumId w:val="1"/>
  </w:num>
  <w:num w:numId="9" w16cid:durableId="1598558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23E5F"/>
    <w:rsid w:val="007F5635"/>
    <w:rsid w:val="009501A2"/>
    <w:rsid w:val="00A3158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51C4B8"/>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0" w:line="240" w:lineRule="auto"/>
    </w:pPr>
    <w:rPr>
      <w:rFonts w:ascii="Arial" w:hAnsi="Arial"/>
      <w:sz w:val="18"/>
    </w:rPr>
  </w:style>
  <w:style w:type="paragraph" w:styleId="Naslov1">
    <w:name w:val="heading 1"/>
    <w:basedOn w:val="Navaden"/>
    <w:next w:val="Navaden"/>
    <w:link w:val="Naslov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vaden"/>
    <w:next w:val="Navaden"/>
    <w:link w:val="Naslov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avaden"/>
    <w:next w:val="Navaden"/>
    <w:link w:val="Naslov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slov4">
    <w:name w:val="heading 4"/>
    <w:basedOn w:val="Navaden"/>
    <w:next w:val="Navaden"/>
    <w:link w:val="Naslov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pPr>
      <w:spacing w:after="120"/>
    </w:pPr>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after="120"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pPr>
      <w:spacing w:after="120"/>
    </w:pPr>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rPr>
      <w:sz w:val="17"/>
    </w:rPr>
  </w:style>
  <w:style w:type="paragraph" w:styleId="Oznaenseznam2">
    <w:name w:val="List Bullet 2"/>
    <w:basedOn w:val="Navaden"/>
    <w:uiPriority w:val="99"/>
    <w:unhideWhenUsed/>
    <w:rsid w:val="00326F90"/>
    <w:pPr>
      <w:numPr>
        <w:numId w:val="2"/>
      </w:numPr>
      <w:contextualSpacing/>
    </w:pPr>
    <w:rPr>
      <w:sz w:val="17"/>
    </w:rPr>
  </w:style>
  <w:style w:type="paragraph" w:styleId="Oznaenseznam3">
    <w:name w:val="List Bullet 3"/>
    <w:basedOn w:val="Navaden"/>
    <w:uiPriority w:val="99"/>
    <w:unhideWhenUsed/>
    <w:rsid w:val="00326F90"/>
    <w:pPr>
      <w:numPr>
        <w:numId w:val="3"/>
      </w:numPr>
      <w:contextualSpacing/>
    </w:pPr>
  </w:style>
  <w:style w:type="paragraph" w:styleId="Otevilenseznam">
    <w:name w:val="List Number"/>
    <w:basedOn w:val="Navaden"/>
    <w:uiPriority w:val="99"/>
    <w:unhideWhenUsed/>
    <w:rsid w:val="00326F90"/>
    <w:pPr>
      <w:numPr>
        <w:numId w:val="5"/>
      </w:numPr>
      <w:contextualSpacing/>
    </w:pPr>
  </w:style>
  <w:style w:type="paragraph" w:styleId="Otevilenseznam2">
    <w:name w:val="List Number 2"/>
    <w:basedOn w:val="Navaden"/>
    <w:uiPriority w:val="99"/>
    <w:unhideWhenUsed/>
    <w:rsid w:val="0029639D"/>
    <w:pPr>
      <w:numPr>
        <w:numId w:val="6"/>
      </w:numPr>
      <w:contextualSpacing/>
    </w:pPr>
  </w:style>
  <w:style w:type="paragraph" w:styleId="Otevilenseznam3">
    <w:name w:val="List Number 3"/>
    <w:basedOn w:val="Navaden"/>
    <w:uiPriority w:val="99"/>
    <w:unhideWhenUsed/>
    <w:rsid w:val="0029639D"/>
    <w:pPr>
      <w:numPr>
        <w:numId w:val="7"/>
      </w:numPr>
      <w:contextualSpacing/>
    </w:pPr>
  </w:style>
  <w:style w:type="paragraph" w:styleId="Seznam-nadaljevanje">
    <w:name w:val="List Continue"/>
    <w:basedOn w:val="Navaden"/>
    <w:uiPriority w:val="99"/>
    <w:unhideWhenUsed/>
    <w:rsid w:val="0029639D"/>
    <w:pPr>
      <w:spacing w:after="120"/>
      <w:ind w:left="360"/>
      <w:contextualSpacing/>
    </w:pPr>
  </w:style>
  <w:style w:type="paragraph" w:styleId="Seznam-nadaljevanje2">
    <w:name w:val="List Continue 2"/>
    <w:basedOn w:val="Navaden"/>
    <w:uiPriority w:val="99"/>
    <w:unhideWhenUsed/>
    <w:rsid w:val="0029639D"/>
    <w:pPr>
      <w:spacing w:after="120"/>
      <w:ind w:left="720"/>
      <w:contextualSpacing/>
    </w:pPr>
  </w:style>
  <w:style w:type="paragraph" w:styleId="Seznam-nadaljevanje3">
    <w:name w:val="List Continue 3"/>
    <w:basedOn w:val="Navaden"/>
    <w:uiPriority w:val="99"/>
    <w:unhideWhenUsed/>
    <w:rsid w:val="0029639D"/>
    <w:pPr>
      <w:spacing w:after="120"/>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rPr>
      <w:b/>
      <w:bCs/>
      <w:color w:val="4F81BD" w:themeColor="accent1"/>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156</Pages>
  <Words>94104</Words>
  <Characters>536394</Characters>
  <Application>Microsoft Office Word</Application>
  <DocSecurity>0</DocSecurity>
  <Lines>4469</Lines>
  <Paragraphs>1258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629240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Dnevne učne priprave – Šport, 1. razred, 2026/2027</dc:title>
  <dc:subject>39 priprav, ki skupaj pokrivajo 105 ur</dc:subject>
  <dc:creator>Narrayani Premal</dc:creator>
  <cp:keywords>Šport, 1. razred, osnovne oblike gibanja, gimnastika, atletika, igre z žogo, ples, gibanje v naravi, izkušenjski pouk, poučevanje v gibanju, delo po postajah, formativno spremljanje, opisno ocenjevanje, dnevne priprave</cp:keywords>
  <dc:description>generated by python-docx</dc:description>
  <cp:lastModifiedBy>Narrayani Premal</cp:lastModifiedBy>
  <cp:revision>2</cp:revision>
  <dcterms:created xsi:type="dcterms:W3CDTF">2013-12-23T23:15:00Z</dcterms:created>
  <dcterms:modified xsi:type="dcterms:W3CDTF">2026-08-17T07:56:00Z</dcterms:modified>
  <cp:category/>
</cp:coreProperties>
</file>