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6F8119CE" w14:textId="77777777">
        <w:trPr>
          <w:cantSplit/>
          <w:jc w:val="center"/>
        </w:trPr>
        <w:tc>
          <w:tcPr>
            <w:tcW w:w="14060" w:type="dxa"/>
            <w:gridSpan w:val="6"/>
            <w:tcMar>
              <w:top w:w="70" w:type="dxa"/>
              <w:left w:w="90" w:type="dxa"/>
              <w:bottom w:w="70" w:type="dxa"/>
              <w:right w:w="90" w:type="dxa"/>
            </w:tcMar>
            <w:vAlign w:val="center"/>
          </w:tcPr>
          <w:p w14:paraId="0DA4348F" w14:textId="77777777" w:rsidR="00187E2C" w:rsidRDefault="00000000">
            <w:pPr>
              <w:jc w:val="center"/>
            </w:pPr>
            <w:r>
              <w:rPr>
                <w:b/>
                <w:color w:val="000000"/>
                <w:sz w:val="24"/>
              </w:rPr>
              <w:t>UČNA PRIPRAVA 1/39</w:t>
            </w:r>
          </w:p>
        </w:tc>
      </w:tr>
      <w:tr w:rsidR="00187E2C" w14:paraId="53BF23A6" w14:textId="77777777">
        <w:trPr>
          <w:jc w:val="center"/>
        </w:trPr>
        <w:tc>
          <w:tcPr>
            <w:tcW w:w="2665" w:type="dxa"/>
            <w:tcMar>
              <w:top w:w="70" w:type="dxa"/>
              <w:left w:w="90" w:type="dxa"/>
              <w:bottom w:w="70" w:type="dxa"/>
              <w:right w:w="90" w:type="dxa"/>
            </w:tcMar>
            <w:vAlign w:val="center"/>
          </w:tcPr>
          <w:p w14:paraId="46C7D518"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B46CADD"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65E1759F"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56A3FFD" w14:textId="77777777" w:rsidR="00187E2C" w:rsidRDefault="00000000">
            <w:r>
              <w:rPr>
                <w:b/>
                <w:color w:val="000000"/>
                <w:sz w:val="16"/>
              </w:rPr>
              <w:t xml:space="preserve">NAČRTOVANI TERMIN: </w:t>
            </w:r>
            <w:r>
              <w:rPr>
                <w:color w:val="000000"/>
                <w:sz w:val="16"/>
              </w:rPr>
              <w:t>1. teden • 1.–4. 9. 2026</w:t>
            </w:r>
          </w:p>
        </w:tc>
        <w:tc>
          <w:tcPr>
            <w:tcW w:w="2268" w:type="dxa"/>
            <w:tcMar>
              <w:top w:w="70" w:type="dxa"/>
              <w:left w:w="90" w:type="dxa"/>
              <w:bottom w:w="70" w:type="dxa"/>
              <w:right w:w="90" w:type="dxa"/>
            </w:tcMar>
            <w:vAlign w:val="center"/>
          </w:tcPr>
          <w:p w14:paraId="28257D9E"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150CC6C" w14:textId="77777777" w:rsidR="00187E2C" w:rsidRDefault="00000000">
            <w:r>
              <w:rPr>
                <w:b/>
                <w:color w:val="000000"/>
                <w:sz w:val="16"/>
              </w:rPr>
              <w:t xml:space="preserve">ŠTEVILO UR: </w:t>
            </w:r>
            <w:r>
              <w:rPr>
                <w:color w:val="000000"/>
                <w:sz w:val="16"/>
              </w:rPr>
              <w:t>5</w:t>
            </w:r>
          </w:p>
        </w:tc>
      </w:tr>
      <w:tr w:rsidR="00187E2C" w14:paraId="0E3AD3DF" w14:textId="77777777">
        <w:trPr>
          <w:jc w:val="center"/>
        </w:trPr>
        <w:tc>
          <w:tcPr>
            <w:tcW w:w="14061" w:type="dxa"/>
            <w:gridSpan w:val="6"/>
            <w:tcMar>
              <w:top w:w="70" w:type="dxa"/>
              <w:left w:w="90" w:type="dxa"/>
              <w:bottom w:w="70" w:type="dxa"/>
              <w:right w:w="90" w:type="dxa"/>
            </w:tcMar>
            <w:vAlign w:val="center"/>
          </w:tcPr>
          <w:p w14:paraId="66C77E08"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6ADE445F" w14:textId="77777777">
        <w:trPr>
          <w:cantSplit/>
          <w:jc w:val="center"/>
        </w:trPr>
        <w:tc>
          <w:tcPr>
            <w:tcW w:w="14060" w:type="dxa"/>
            <w:gridSpan w:val="6"/>
            <w:tcMar>
              <w:top w:w="70" w:type="dxa"/>
              <w:left w:w="90" w:type="dxa"/>
              <w:bottom w:w="70" w:type="dxa"/>
              <w:right w:w="90" w:type="dxa"/>
            </w:tcMar>
            <w:vAlign w:val="center"/>
          </w:tcPr>
          <w:p w14:paraId="01DED91F" w14:textId="77777777" w:rsidR="00187E2C" w:rsidRDefault="00187E2C"/>
          <w:p w14:paraId="5D3C3C32" w14:textId="77777777" w:rsidR="00187E2C" w:rsidRDefault="00000000">
            <w:pPr>
              <w:spacing w:line="245" w:lineRule="auto"/>
            </w:pPr>
            <w:r>
              <w:rPr>
                <w:b/>
                <w:color w:val="000000"/>
                <w:sz w:val="16"/>
              </w:rPr>
              <w:t xml:space="preserve">UČNI SKLOP: </w:t>
            </w:r>
            <w:r>
              <w:rPr>
                <w:color w:val="000000"/>
                <w:sz w:val="16"/>
              </w:rPr>
              <w:t>V ŠOLO – JAZ, ODNOSI IN UČENJE</w:t>
            </w:r>
          </w:p>
        </w:tc>
      </w:tr>
      <w:tr w:rsidR="00187E2C" w14:paraId="00B2EB99" w14:textId="77777777">
        <w:trPr>
          <w:cantSplit/>
          <w:jc w:val="center"/>
        </w:trPr>
        <w:tc>
          <w:tcPr>
            <w:tcW w:w="14060" w:type="dxa"/>
            <w:gridSpan w:val="6"/>
            <w:tcMar>
              <w:top w:w="70" w:type="dxa"/>
              <w:left w:w="90" w:type="dxa"/>
              <w:bottom w:w="70" w:type="dxa"/>
              <w:right w:w="90" w:type="dxa"/>
            </w:tcMar>
            <w:vAlign w:val="center"/>
          </w:tcPr>
          <w:p w14:paraId="6BF1EB2B" w14:textId="77777777" w:rsidR="00187E2C" w:rsidRDefault="00187E2C"/>
          <w:p w14:paraId="3AD7B7CC" w14:textId="77777777" w:rsidR="00187E2C" w:rsidRDefault="00000000">
            <w:pPr>
              <w:spacing w:line="245" w:lineRule="auto"/>
            </w:pPr>
            <w:r>
              <w:rPr>
                <w:b/>
                <w:color w:val="000000"/>
                <w:sz w:val="16"/>
              </w:rPr>
              <w:t xml:space="preserve">UČNA TEMA: </w:t>
            </w:r>
            <w:r>
              <w:rPr>
                <w:color w:val="000000"/>
                <w:sz w:val="16"/>
              </w:rPr>
              <w:t>SPORAZUMEVANJE</w:t>
            </w:r>
          </w:p>
        </w:tc>
      </w:tr>
      <w:tr w:rsidR="00187E2C" w14:paraId="28DE0E89" w14:textId="77777777">
        <w:trPr>
          <w:cantSplit/>
          <w:jc w:val="center"/>
        </w:trPr>
        <w:tc>
          <w:tcPr>
            <w:tcW w:w="14060" w:type="dxa"/>
            <w:gridSpan w:val="6"/>
            <w:tcMar>
              <w:top w:w="70" w:type="dxa"/>
              <w:left w:w="90" w:type="dxa"/>
              <w:bottom w:w="70" w:type="dxa"/>
              <w:right w:w="90" w:type="dxa"/>
            </w:tcMar>
            <w:vAlign w:val="center"/>
          </w:tcPr>
          <w:p w14:paraId="6B0501EE" w14:textId="77777777" w:rsidR="00187E2C" w:rsidRDefault="00187E2C"/>
          <w:p w14:paraId="3A27EDE4" w14:textId="77777777" w:rsidR="00187E2C" w:rsidRDefault="00000000">
            <w:pPr>
              <w:spacing w:line="245" w:lineRule="auto"/>
            </w:pPr>
            <w:r>
              <w:rPr>
                <w:b/>
                <w:color w:val="000000"/>
                <w:sz w:val="16"/>
              </w:rPr>
              <w:t xml:space="preserve">KNJIŽEVNO IZHODIŠČE IN MOTIV: </w:t>
            </w:r>
            <w:r>
              <w:rPr>
                <w:color w:val="000000"/>
                <w:sz w:val="16"/>
              </w:rPr>
              <w:t>»Muca Copatarica« – Ela Peroci • urejenost, odgovornost in pripadnost razredu</w:t>
            </w:r>
          </w:p>
        </w:tc>
      </w:tr>
      <w:tr w:rsidR="00187E2C" w14:paraId="076B1EFC" w14:textId="77777777">
        <w:trPr>
          <w:cantSplit/>
          <w:jc w:val="center"/>
        </w:trPr>
        <w:tc>
          <w:tcPr>
            <w:tcW w:w="14060" w:type="dxa"/>
            <w:gridSpan w:val="6"/>
            <w:tcMar>
              <w:top w:w="70" w:type="dxa"/>
              <w:left w:w="90" w:type="dxa"/>
              <w:bottom w:w="70" w:type="dxa"/>
              <w:right w:w="90" w:type="dxa"/>
            </w:tcMar>
            <w:vAlign w:val="center"/>
          </w:tcPr>
          <w:p w14:paraId="69E054EA" w14:textId="77777777" w:rsidR="00187E2C" w:rsidRDefault="00187E2C"/>
          <w:p w14:paraId="5E268938" w14:textId="77777777" w:rsidR="00187E2C" w:rsidRDefault="00000000">
            <w:pPr>
              <w:spacing w:line="245" w:lineRule="auto"/>
            </w:pPr>
            <w:r>
              <w:rPr>
                <w:b/>
                <w:color w:val="000000"/>
                <w:sz w:val="16"/>
              </w:rPr>
              <w:t xml:space="preserve">BRALNI LIST / ČRKA: </w:t>
            </w:r>
            <w:r>
              <w:rPr>
                <w:color w:val="000000"/>
                <w:sz w:val="16"/>
              </w:rPr>
              <w:t>1. teden – doživljajsko poslušanje, govorni odziv in izhodiščni dokaz; bralni listi se začnejo v 2. tednu.</w:t>
            </w:r>
          </w:p>
        </w:tc>
      </w:tr>
      <w:tr w:rsidR="00187E2C" w14:paraId="31163EBF" w14:textId="77777777">
        <w:trPr>
          <w:cantSplit/>
          <w:jc w:val="center"/>
        </w:trPr>
        <w:tc>
          <w:tcPr>
            <w:tcW w:w="14060" w:type="dxa"/>
            <w:gridSpan w:val="6"/>
            <w:tcMar>
              <w:top w:w="70" w:type="dxa"/>
              <w:left w:w="90" w:type="dxa"/>
              <w:bottom w:w="70" w:type="dxa"/>
              <w:right w:w="90" w:type="dxa"/>
            </w:tcMar>
            <w:vAlign w:val="center"/>
          </w:tcPr>
          <w:p w14:paraId="339063C4" w14:textId="77777777" w:rsidR="00187E2C" w:rsidRDefault="00187E2C"/>
          <w:p w14:paraId="45503536" w14:textId="77777777" w:rsidR="00187E2C" w:rsidRDefault="00000000">
            <w:pPr>
              <w:spacing w:line="245" w:lineRule="auto"/>
            </w:pPr>
            <w:r>
              <w:rPr>
                <w:b/>
                <w:color w:val="000000"/>
                <w:sz w:val="16"/>
              </w:rPr>
              <w:t xml:space="preserve">UČNE ENOTE: </w:t>
            </w:r>
            <w:r>
              <w:rPr>
                <w:color w:val="000000"/>
                <w:sz w:val="16"/>
              </w:rPr>
              <w:t>1. ura – Sporazumevanje – Poslušam in doživljam • 2. ura – Sporazumevanje – Govorim in pojasnjujem • 3. ura – Sporazumevanje – Razčlenjujem jezik • 4. ura – Sporazumevanje – Pišem in ustvarjam • 5. ura – Sporazumevanje – Predstavim in vrednotim</w:t>
            </w:r>
          </w:p>
        </w:tc>
      </w:tr>
      <w:tr w:rsidR="00187E2C" w14:paraId="525A0123" w14:textId="77777777">
        <w:trPr>
          <w:cantSplit/>
          <w:jc w:val="center"/>
        </w:trPr>
        <w:tc>
          <w:tcPr>
            <w:tcW w:w="14060" w:type="dxa"/>
            <w:gridSpan w:val="6"/>
            <w:tcMar>
              <w:top w:w="70" w:type="dxa"/>
              <w:left w:w="90" w:type="dxa"/>
              <w:bottom w:w="70" w:type="dxa"/>
              <w:right w:w="90" w:type="dxa"/>
            </w:tcMar>
            <w:vAlign w:val="center"/>
          </w:tcPr>
          <w:p w14:paraId="3D71EEF7" w14:textId="77777777" w:rsidR="00187E2C" w:rsidRDefault="00187E2C"/>
          <w:p w14:paraId="56E961CE"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4C111F00" w14:textId="77777777">
        <w:trPr>
          <w:cantSplit/>
          <w:jc w:val="center"/>
        </w:trPr>
        <w:tc>
          <w:tcPr>
            <w:tcW w:w="14060" w:type="dxa"/>
            <w:gridSpan w:val="6"/>
            <w:tcMar>
              <w:top w:w="70" w:type="dxa"/>
              <w:left w:w="90" w:type="dxa"/>
              <w:bottom w:w="70" w:type="dxa"/>
              <w:right w:w="90" w:type="dxa"/>
            </w:tcMar>
            <w:vAlign w:val="center"/>
          </w:tcPr>
          <w:p w14:paraId="61EA8BBB" w14:textId="77777777" w:rsidR="00187E2C" w:rsidRDefault="00187E2C"/>
          <w:p w14:paraId="7DFF73F9"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4AC6D7AA" w14:textId="77777777">
        <w:trPr>
          <w:cantSplit/>
          <w:jc w:val="center"/>
        </w:trPr>
        <w:tc>
          <w:tcPr>
            <w:tcW w:w="14060" w:type="dxa"/>
            <w:gridSpan w:val="6"/>
            <w:tcMar>
              <w:top w:w="70" w:type="dxa"/>
              <w:left w:w="90" w:type="dxa"/>
              <w:bottom w:w="70" w:type="dxa"/>
              <w:right w:w="90" w:type="dxa"/>
            </w:tcMar>
            <w:vAlign w:val="center"/>
          </w:tcPr>
          <w:p w14:paraId="47DF3378" w14:textId="77777777" w:rsidR="00187E2C" w:rsidRDefault="00187E2C"/>
          <w:p w14:paraId="58C64EB8"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59DC79CB" w14:textId="77777777">
        <w:trPr>
          <w:cantSplit/>
          <w:jc w:val="center"/>
        </w:trPr>
        <w:tc>
          <w:tcPr>
            <w:tcW w:w="14060" w:type="dxa"/>
            <w:gridSpan w:val="6"/>
            <w:tcMar>
              <w:top w:w="70" w:type="dxa"/>
              <w:left w:w="90" w:type="dxa"/>
              <w:bottom w:w="70" w:type="dxa"/>
              <w:right w:w="90" w:type="dxa"/>
            </w:tcMar>
            <w:vAlign w:val="center"/>
          </w:tcPr>
          <w:p w14:paraId="494C6109" w14:textId="77777777" w:rsidR="00187E2C" w:rsidRDefault="00187E2C"/>
          <w:p w14:paraId="12336CAA" w14:textId="77777777" w:rsidR="00187E2C" w:rsidRDefault="00000000">
            <w:pPr>
              <w:spacing w:line="245" w:lineRule="auto"/>
            </w:pPr>
            <w:r>
              <w:rPr>
                <w:b/>
                <w:color w:val="000000"/>
                <w:sz w:val="16"/>
              </w:rPr>
              <w:t xml:space="preserve">MEDPREDMETNE POVEZAVE: </w:t>
            </w:r>
            <w:r>
              <w:rPr>
                <w:color w:val="000000"/>
                <w:sz w:val="16"/>
              </w:rPr>
              <w:t>SPO – urejenost, odgovornost in pripadnost razredu; GUM – ritem, zvočnost in glas; LUM – ilustracija, črta in grafomotorika; ŠPO – gibalna pripoved, dramatizacija in postaje; MAT – smer, zaporedje in orientacija</w:t>
            </w:r>
          </w:p>
        </w:tc>
      </w:tr>
      <w:tr w:rsidR="00187E2C" w14:paraId="2F0766BC" w14:textId="77777777">
        <w:trPr>
          <w:cantSplit/>
          <w:jc w:val="center"/>
        </w:trPr>
        <w:tc>
          <w:tcPr>
            <w:tcW w:w="14060" w:type="dxa"/>
            <w:gridSpan w:val="6"/>
            <w:tcMar>
              <w:top w:w="70" w:type="dxa"/>
              <w:left w:w="90" w:type="dxa"/>
              <w:bottom w:w="70" w:type="dxa"/>
              <w:right w:w="90" w:type="dxa"/>
            </w:tcMar>
            <w:vAlign w:val="center"/>
          </w:tcPr>
          <w:p w14:paraId="7A3937E2" w14:textId="77777777" w:rsidR="00187E2C" w:rsidRDefault="00187E2C"/>
          <w:p w14:paraId="0021E2D3" w14:textId="77777777" w:rsidR="00187E2C" w:rsidRDefault="00000000">
            <w:pPr>
              <w:spacing w:line="245" w:lineRule="auto"/>
            </w:pPr>
            <w:r>
              <w:rPr>
                <w:b/>
                <w:color w:val="000000"/>
                <w:sz w:val="16"/>
              </w:rPr>
              <w:t xml:space="preserve">UČNA SREDSTVA IN PRIPOMOČKI: </w:t>
            </w:r>
            <w:r>
              <w:rPr>
                <w:color w:val="000000"/>
                <w:sz w:val="16"/>
              </w:rPr>
              <w:t>slikanica ali odlomek, slikovno zaporedje, kartice besed in glasov, talne črke ali zlogi, ogledala, vrvice ali modelirna masa, mini tabla, zvezek oziroma jezikovna mapa</w:t>
            </w:r>
          </w:p>
        </w:tc>
      </w:tr>
      <w:tr w:rsidR="00187E2C" w14:paraId="4DB078D0" w14:textId="77777777">
        <w:trPr>
          <w:cantSplit/>
          <w:jc w:val="center"/>
        </w:trPr>
        <w:tc>
          <w:tcPr>
            <w:tcW w:w="14060" w:type="dxa"/>
            <w:gridSpan w:val="6"/>
            <w:tcMar>
              <w:top w:w="70" w:type="dxa"/>
              <w:left w:w="90" w:type="dxa"/>
              <w:bottom w:w="70" w:type="dxa"/>
              <w:right w:w="90" w:type="dxa"/>
            </w:tcMar>
            <w:vAlign w:val="center"/>
          </w:tcPr>
          <w:p w14:paraId="49FD08F9" w14:textId="77777777" w:rsidR="00187E2C" w:rsidRDefault="00187E2C"/>
          <w:p w14:paraId="0B4E160C"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F57E332" w14:textId="77777777">
        <w:trPr>
          <w:cantSplit/>
          <w:jc w:val="center"/>
        </w:trPr>
        <w:tc>
          <w:tcPr>
            <w:tcW w:w="14060" w:type="dxa"/>
            <w:gridSpan w:val="6"/>
            <w:tcMar>
              <w:top w:w="70" w:type="dxa"/>
              <w:left w:w="90" w:type="dxa"/>
              <w:bottom w:w="70" w:type="dxa"/>
              <w:right w:w="90" w:type="dxa"/>
            </w:tcMar>
            <w:vAlign w:val="center"/>
          </w:tcPr>
          <w:p w14:paraId="0617B515" w14:textId="77777777" w:rsidR="00187E2C" w:rsidRDefault="00187E2C"/>
          <w:p w14:paraId="568AA139"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5A0CE7CB" w14:textId="77777777">
        <w:trPr>
          <w:cantSplit/>
          <w:jc w:val="center"/>
        </w:trPr>
        <w:tc>
          <w:tcPr>
            <w:tcW w:w="14060" w:type="dxa"/>
            <w:gridSpan w:val="6"/>
            <w:tcMar>
              <w:top w:w="70" w:type="dxa"/>
              <w:left w:w="90" w:type="dxa"/>
              <w:bottom w:w="70" w:type="dxa"/>
              <w:right w:w="90" w:type="dxa"/>
            </w:tcMar>
            <w:vAlign w:val="center"/>
          </w:tcPr>
          <w:p w14:paraId="09B3C6B1" w14:textId="77777777" w:rsidR="00187E2C" w:rsidRDefault="00187E2C"/>
          <w:p w14:paraId="50DA1964"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C25481D"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018BE4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D4C538D"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42E5250" w14:textId="77777777" w:rsidR="00187E2C" w:rsidRDefault="00000000">
            <w:pPr>
              <w:jc w:val="center"/>
            </w:pPr>
            <w:r>
              <w:rPr>
                <w:b/>
                <w:color w:val="000000"/>
                <w:sz w:val="20"/>
              </w:rPr>
              <w:t>UČNE DEJAVNOSTI, METODE IN FORMATIVNO SPREMLJANJE</w:t>
            </w:r>
          </w:p>
        </w:tc>
      </w:tr>
      <w:tr w:rsidR="00187E2C" w14:paraId="2F22B523" w14:textId="77777777">
        <w:trPr>
          <w:tblHeader/>
          <w:jc w:val="center"/>
        </w:trPr>
        <w:tc>
          <w:tcPr>
            <w:tcW w:w="4422" w:type="dxa"/>
            <w:vMerge/>
            <w:tcMar>
              <w:top w:w="70" w:type="dxa"/>
              <w:left w:w="90" w:type="dxa"/>
              <w:bottom w:w="70" w:type="dxa"/>
              <w:right w:w="90" w:type="dxa"/>
            </w:tcMar>
            <w:vAlign w:val="center"/>
          </w:tcPr>
          <w:p w14:paraId="40485CF8" w14:textId="77777777" w:rsidR="00187E2C" w:rsidRDefault="00187E2C"/>
        </w:tc>
        <w:tc>
          <w:tcPr>
            <w:tcW w:w="7087" w:type="dxa"/>
            <w:shd w:val="clear" w:color="auto" w:fill="FFFFFF"/>
            <w:tcMar>
              <w:top w:w="70" w:type="dxa"/>
              <w:left w:w="90" w:type="dxa"/>
              <w:bottom w:w="70" w:type="dxa"/>
              <w:right w:w="90" w:type="dxa"/>
            </w:tcMar>
            <w:vAlign w:val="center"/>
          </w:tcPr>
          <w:p w14:paraId="33237242"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E3117C" w14:textId="77777777" w:rsidR="00187E2C" w:rsidRDefault="00000000">
            <w:pPr>
              <w:jc w:val="center"/>
            </w:pPr>
            <w:r>
              <w:rPr>
                <w:b/>
                <w:color w:val="000000"/>
              </w:rPr>
              <w:t>UČENEC</w:t>
            </w:r>
          </w:p>
        </w:tc>
      </w:tr>
      <w:tr w:rsidR="00187E2C" w14:paraId="272B2CF5" w14:textId="77777777">
        <w:trPr>
          <w:jc w:val="center"/>
        </w:trPr>
        <w:tc>
          <w:tcPr>
            <w:tcW w:w="4422" w:type="dxa"/>
            <w:tcMar>
              <w:top w:w="70" w:type="dxa"/>
              <w:left w:w="90" w:type="dxa"/>
              <w:bottom w:w="70" w:type="dxa"/>
              <w:right w:w="90" w:type="dxa"/>
            </w:tcMar>
          </w:tcPr>
          <w:p w14:paraId="618BD98D" w14:textId="77777777" w:rsidR="00187E2C" w:rsidRDefault="00187E2C"/>
          <w:p w14:paraId="4D25EE42" w14:textId="77777777" w:rsidR="00187E2C" w:rsidRDefault="00000000">
            <w:pPr>
              <w:spacing w:after="60" w:line="245" w:lineRule="auto"/>
            </w:pPr>
            <w:r>
              <w:rPr>
                <w:b/>
                <w:color w:val="000000"/>
              </w:rPr>
              <w:t>UČNI CILJI</w:t>
            </w:r>
          </w:p>
          <w:p w14:paraId="4332335E" w14:textId="77777777" w:rsidR="00187E2C" w:rsidRDefault="00000000">
            <w:pPr>
              <w:spacing w:after="20" w:line="245" w:lineRule="auto"/>
            </w:pPr>
            <w:r>
              <w:rPr>
                <w:b/>
                <w:color w:val="000000"/>
                <w:sz w:val="17"/>
              </w:rPr>
              <w:t>SPLOŠNI</w:t>
            </w:r>
          </w:p>
          <w:p w14:paraId="77E96B5F"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50C90DA0" w14:textId="77777777" w:rsidR="00187E2C" w:rsidRDefault="00000000">
            <w:pPr>
              <w:pStyle w:val="Oznaenseznam"/>
              <w:spacing w:after="16"/>
            </w:pPr>
            <w:r>
              <w:rPr>
                <w:color w:val="000000"/>
                <w:sz w:val="16"/>
              </w:rPr>
              <w:t>doživlja književno besedilo ter se nanj odziva z govorom, gibanjem, dramatizacijo, risbo ali zapisom</w:t>
            </w:r>
          </w:p>
          <w:p w14:paraId="4C1CA58A" w14:textId="77777777" w:rsidR="00187E2C" w:rsidRDefault="00000000">
            <w:pPr>
              <w:pStyle w:val="Oznaenseznam"/>
              <w:spacing w:after="16"/>
            </w:pPr>
            <w:r>
              <w:rPr>
                <w:color w:val="000000"/>
                <w:sz w:val="16"/>
              </w:rPr>
              <w:t>razvija glasovno zavedanje, povezavo glas–črka in začetno branje ter pisanje po individualnem napredku</w:t>
            </w:r>
          </w:p>
          <w:p w14:paraId="020786FD" w14:textId="77777777" w:rsidR="00187E2C" w:rsidRDefault="00000000">
            <w:pPr>
              <w:pStyle w:val="Oznaenseznam"/>
              <w:spacing w:after="16"/>
            </w:pPr>
            <w:r>
              <w:rPr>
                <w:color w:val="000000"/>
                <w:sz w:val="16"/>
              </w:rPr>
              <w:t>ob namenih in kriterijih spremlja svoje učenje ter uporabi opisno povratno informacijo</w:t>
            </w:r>
          </w:p>
          <w:p w14:paraId="75D241F1" w14:textId="77777777" w:rsidR="00187E2C" w:rsidRDefault="00000000">
            <w:pPr>
              <w:spacing w:before="40" w:after="20" w:line="245" w:lineRule="auto"/>
            </w:pPr>
            <w:r>
              <w:rPr>
                <w:b/>
                <w:color w:val="000000"/>
                <w:sz w:val="17"/>
              </w:rPr>
              <w:t>OPERATIVNI</w:t>
            </w:r>
          </w:p>
          <w:p w14:paraId="1E38B6F0" w14:textId="77777777" w:rsidR="00187E2C" w:rsidRDefault="00000000">
            <w:pPr>
              <w:pStyle w:val="Oznaenseznam"/>
              <w:spacing w:after="16"/>
            </w:pPr>
            <w:r>
              <w:rPr>
                <w:color w:val="000000"/>
                <w:sz w:val="16"/>
              </w:rPr>
              <w:t>posluša kratka navodila</w:t>
            </w:r>
          </w:p>
          <w:p w14:paraId="00CECD76" w14:textId="77777777" w:rsidR="00187E2C" w:rsidRDefault="00000000">
            <w:pPr>
              <w:pStyle w:val="Oznaenseznam"/>
              <w:spacing w:after="16"/>
            </w:pPr>
            <w:r>
              <w:rPr>
                <w:color w:val="000000"/>
                <w:sz w:val="16"/>
              </w:rPr>
              <w:t>vljudno pozdravi, prosi in se zahvali</w:t>
            </w:r>
          </w:p>
          <w:p w14:paraId="18ACEB28" w14:textId="77777777" w:rsidR="00187E2C" w:rsidRDefault="00000000">
            <w:pPr>
              <w:pStyle w:val="Oznaenseznam"/>
              <w:spacing w:after="16"/>
            </w:pPr>
            <w:r>
              <w:rPr>
                <w:color w:val="000000"/>
                <w:sz w:val="16"/>
              </w:rPr>
              <w:t>pripoveduje o prvem šolskem dnevu</w:t>
            </w:r>
          </w:p>
          <w:p w14:paraId="3CC6155B" w14:textId="77777777" w:rsidR="00187E2C" w:rsidRDefault="00000000">
            <w:pPr>
              <w:spacing w:before="40" w:after="20" w:line="245" w:lineRule="auto"/>
            </w:pPr>
            <w:r>
              <w:rPr>
                <w:b/>
                <w:color w:val="000000"/>
                <w:sz w:val="17"/>
              </w:rPr>
              <w:t>PRIČAKOVANI DOSEŽKI / MINIMALNI POUDARKI</w:t>
            </w:r>
          </w:p>
          <w:p w14:paraId="162E0F67" w14:textId="77777777" w:rsidR="00187E2C" w:rsidRDefault="00000000">
            <w:pPr>
              <w:pStyle w:val="Oznaenseznam"/>
              <w:spacing w:after="16"/>
            </w:pPr>
            <w:r>
              <w:rPr>
                <w:color w:val="000000"/>
                <w:sz w:val="15"/>
              </w:rPr>
              <w:t>samostojno oziroma z dogovorjeno oporo posluša kratka navodila</w:t>
            </w:r>
          </w:p>
          <w:p w14:paraId="00119B38" w14:textId="77777777" w:rsidR="00187E2C" w:rsidRDefault="00000000">
            <w:pPr>
              <w:pStyle w:val="Oznaenseznam"/>
              <w:spacing w:after="16"/>
            </w:pPr>
            <w:r>
              <w:rPr>
                <w:color w:val="000000"/>
                <w:sz w:val="15"/>
              </w:rPr>
              <w:t>samostojno oziroma z dogovorjeno oporo vljudno pozdravi, prosi in se zahvali</w:t>
            </w:r>
          </w:p>
          <w:p w14:paraId="3E7C5AAE" w14:textId="77777777" w:rsidR="00187E2C" w:rsidRDefault="00000000">
            <w:pPr>
              <w:pStyle w:val="Oznaenseznam"/>
              <w:spacing w:after="16"/>
            </w:pPr>
            <w:r>
              <w:rPr>
                <w:color w:val="000000"/>
                <w:sz w:val="15"/>
              </w:rPr>
              <w:t>samostojno oziroma z dogovorjeno oporo pripoveduje o prvem šolskem dnevu</w:t>
            </w:r>
          </w:p>
        </w:tc>
        <w:tc>
          <w:tcPr>
            <w:tcW w:w="7087" w:type="dxa"/>
            <w:tcMar>
              <w:top w:w="70" w:type="dxa"/>
              <w:left w:w="90" w:type="dxa"/>
              <w:bottom w:w="70" w:type="dxa"/>
              <w:right w:w="90" w:type="dxa"/>
            </w:tcMar>
          </w:tcPr>
          <w:p w14:paraId="43AFACEA"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1C5B551" w14:textId="77777777">
              <w:trPr>
                <w:jc w:val="center"/>
              </w:trPr>
              <w:tc>
                <w:tcPr>
                  <w:tcW w:w="7087" w:type="dxa"/>
                  <w:shd w:val="clear" w:color="auto" w:fill="C6E7F3"/>
                  <w:tcMar>
                    <w:top w:w="45" w:type="dxa"/>
                    <w:left w:w="70" w:type="dxa"/>
                    <w:bottom w:w="45" w:type="dxa"/>
                    <w:right w:w="70" w:type="dxa"/>
                  </w:tcMar>
                </w:tcPr>
                <w:p w14:paraId="45895D1B" w14:textId="77777777" w:rsidR="00187E2C" w:rsidRDefault="00000000">
                  <w:pPr>
                    <w:keepNext/>
                  </w:pPr>
                  <w:r>
                    <w:rPr>
                      <w:b/>
                      <w:color w:val="000000"/>
                    </w:rPr>
                    <w:t>UVODNI DEL – motivacija, aktivacija predznanja in namen učenja (15–20 min)</w:t>
                  </w:r>
                </w:p>
              </w:tc>
            </w:tr>
          </w:tbl>
          <w:p w14:paraId="58C9BC77" w14:textId="77777777" w:rsidR="00187E2C" w:rsidRDefault="00187E2C">
            <w:pPr>
              <w:spacing w:line="20" w:lineRule="exact"/>
            </w:pPr>
          </w:p>
          <w:p w14:paraId="4E500B7A" w14:textId="77777777" w:rsidR="00187E2C" w:rsidRDefault="00000000">
            <w:pPr>
              <w:spacing w:before="40" w:after="60" w:line="245" w:lineRule="auto"/>
            </w:pPr>
            <w:r>
              <w:rPr>
                <w:color w:val="000000"/>
                <w:sz w:val="16"/>
              </w:rPr>
              <w:t>Učenci ob naslovnici, odlomku ali ilustraciji dela »Muca Copatarica« – Ela Peroci doživljajsko vstopijo v motiv urejenost, odgovornost in pripadnost razredu. S kretnjo, predmetom, sliko, glasom ali kratko povedjo pokažejo predznanje in napoved.</w:t>
            </w:r>
          </w:p>
          <w:tbl>
            <w:tblPr>
              <w:tblStyle w:val="Tabelamrea"/>
              <w:tblW w:w="0" w:type="auto"/>
              <w:jc w:val="center"/>
              <w:tblLayout w:type="fixed"/>
              <w:tblLook w:val="04A0" w:firstRow="1" w:lastRow="0" w:firstColumn="1" w:lastColumn="0" w:noHBand="0" w:noVBand="1"/>
            </w:tblPr>
            <w:tblGrid>
              <w:gridCol w:w="7087"/>
            </w:tblGrid>
            <w:tr w:rsidR="00187E2C" w14:paraId="61A78E0F" w14:textId="77777777">
              <w:trPr>
                <w:jc w:val="center"/>
              </w:trPr>
              <w:tc>
                <w:tcPr>
                  <w:tcW w:w="7087" w:type="dxa"/>
                  <w:shd w:val="clear" w:color="auto" w:fill="EDC9EA"/>
                  <w:tcMar>
                    <w:top w:w="45" w:type="dxa"/>
                    <w:left w:w="70" w:type="dxa"/>
                    <w:bottom w:w="45" w:type="dxa"/>
                    <w:right w:w="70" w:type="dxa"/>
                  </w:tcMar>
                </w:tcPr>
                <w:p w14:paraId="6FD536E3" w14:textId="77777777" w:rsidR="00187E2C" w:rsidRDefault="00000000">
                  <w:pPr>
                    <w:keepNext/>
                  </w:pPr>
                  <w:r>
                    <w:rPr>
                      <w:b/>
                      <w:color w:val="000000"/>
                    </w:rPr>
                    <w:t>NAMENI UČENJA</w:t>
                  </w:r>
                </w:p>
              </w:tc>
            </w:tr>
          </w:tbl>
          <w:p w14:paraId="7401CF5B" w14:textId="77777777" w:rsidR="00187E2C" w:rsidRDefault="00187E2C">
            <w:pPr>
              <w:spacing w:line="20" w:lineRule="exact"/>
            </w:pPr>
          </w:p>
          <w:p w14:paraId="047CC435"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417FD954" w14:textId="77777777" w:rsidR="00187E2C" w:rsidRDefault="00000000">
            <w:pPr>
              <w:pStyle w:val="Oznaenseznam"/>
              <w:spacing w:after="16"/>
            </w:pPr>
            <w:r>
              <w:rPr>
                <w:color w:val="000000"/>
                <w:sz w:val="16"/>
              </w:rPr>
              <w:t>poslušam kratka navodila</w:t>
            </w:r>
          </w:p>
          <w:p w14:paraId="60C14E92" w14:textId="77777777" w:rsidR="00187E2C" w:rsidRDefault="00000000">
            <w:pPr>
              <w:pStyle w:val="Oznaenseznam"/>
              <w:spacing w:after="16"/>
            </w:pPr>
            <w:r>
              <w:rPr>
                <w:color w:val="000000"/>
                <w:sz w:val="16"/>
              </w:rPr>
              <w:t>vljudno pozdravi, prosi in se zahvali</w:t>
            </w:r>
          </w:p>
          <w:p w14:paraId="72F015D2" w14:textId="77777777" w:rsidR="00187E2C" w:rsidRDefault="00000000">
            <w:pPr>
              <w:pStyle w:val="Oznaenseznam"/>
              <w:spacing w:after="16"/>
            </w:pPr>
            <w:r>
              <w:rPr>
                <w:color w:val="000000"/>
                <w:sz w:val="16"/>
              </w:rPr>
              <w:t>pripovedujem o prvem šolskem dnevu</w:t>
            </w:r>
          </w:p>
          <w:tbl>
            <w:tblPr>
              <w:tblStyle w:val="Tabelamrea"/>
              <w:tblW w:w="0" w:type="auto"/>
              <w:jc w:val="center"/>
              <w:tblLayout w:type="fixed"/>
              <w:tblLook w:val="04A0" w:firstRow="1" w:lastRow="0" w:firstColumn="1" w:lastColumn="0" w:noHBand="0" w:noVBand="1"/>
            </w:tblPr>
            <w:tblGrid>
              <w:gridCol w:w="7087"/>
            </w:tblGrid>
            <w:tr w:rsidR="00187E2C" w14:paraId="3BCE3751" w14:textId="77777777">
              <w:trPr>
                <w:jc w:val="center"/>
              </w:trPr>
              <w:tc>
                <w:tcPr>
                  <w:tcW w:w="7087" w:type="dxa"/>
                  <w:shd w:val="clear" w:color="auto" w:fill="EDC9EA"/>
                  <w:tcMar>
                    <w:top w:w="45" w:type="dxa"/>
                    <w:left w:w="70" w:type="dxa"/>
                    <w:bottom w:w="45" w:type="dxa"/>
                    <w:right w:w="70" w:type="dxa"/>
                  </w:tcMar>
                </w:tcPr>
                <w:p w14:paraId="7F8210DF" w14:textId="77777777" w:rsidR="00187E2C" w:rsidRDefault="00000000">
                  <w:pPr>
                    <w:keepNext/>
                  </w:pPr>
                  <w:r>
                    <w:rPr>
                      <w:b/>
                      <w:color w:val="000000"/>
                    </w:rPr>
                    <w:t>PREVERJANJE PREDZNANJA</w:t>
                  </w:r>
                </w:p>
              </w:tc>
            </w:tr>
          </w:tbl>
          <w:p w14:paraId="712D0573" w14:textId="77777777" w:rsidR="00187E2C" w:rsidRDefault="00187E2C">
            <w:pPr>
              <w:spacing w:line="20" w:lineRule="exact"/>
            </w:pPr>
          </w:p>
          <w:p w14:paraId="6737039D" w14:textId="77777777" w:rsidR="00187E2C" w:rsidRDefault="00000000">
            <w:pPr>
              <w:pStyle w:val="Oznaenseznam"/>
              <w:spacing w:after="16"/>
            </w:pPr>
            <w:r>
              <w:rPr>
                <w:color w:val="000000"/>
                <w:sz w:val="16"/>
              </w:rPr>
              <w:t>Kaj mi naslovnica, ilustracija ali naslov pove o motivu urejenost, odgovornost in pripadnost razredu?</w:t>
            </w:r>
          </w:p>
          <w:p w14:paraId="44927B2C" w14:textId="77777777" w:rsidR="00187E2C" w:rsidRDefault="00000000">
            <w:pPr>
              <w:pStyle w:val="Oznaenseznam"/>
              <w:spacing w:after="16"/>
            </w:pPr>
            <w:r>
              <w:rPr>
                <w:color w:val="000000"/>
                <w:sz w:val="16"/>
              </w:rPr>
              <w:t>Kaj že znam pokazati z govorom, gibanjem, branjem, risbo ali zapisom?</w:t>
            </w:r>
          </w:p>
          <w:p w14:paraId="428C185B"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796E5BE5" w14:textId="77777777">
              <w:trPr>
                <w:jc w:val="center"/>
              </w:trPr>
              <w:tc>
                <w:tcPr>
                  <w:tcW w:w="7087" w:type="dxa"/>
                  <w:shd w:val="clear" w:color="auto" w:fill="EDC9EA"/>
                  <w:tcMar>
                    <w:top w:w="45" w:type="dxa"/>
                    <w:left w:w="70" w:type="dxa"/>
                    <w:bottom w:w="45" w:type="dxa"/>
                    <w:right w:w="70" w:type="dxa"/>
                  </w:tcMar>
                </w:tcPr>
                <w:p w14:paraId="138F3EF1" w14:textId="77777777" w:rsidR="00187E2C" w:rsidRDefault="00000000">
                  <w:pPr>
                    <w:keepNext/>
                  </w:pPr>
                  <w:r>
                    <w:rPr>
                      <w:b/>
                      <w:color w:val="000000"/>
                    </w:rPr>
                    <w:t>KRITERIJI USPEŠNOSTI</w:t>
                  </w:r>
                </w:p>
              </w:tc>
            </w:tr>
          </w:tbl>
          <w:p w14:paraId="19C850D0" w14:textId="77777777" w:rsidR="00187E2C" w:rsidRDefault="00187E2C"/>
          <w:p w14:paraId="34D0EF57" w14:textId="77777777" w:rsidR="00187E2C" w:rsidRDefault="00000000">
            <w:pPr>
              <w:spacing w:before="20" w:after="20" w:line="245" w:lineRule="auto"/>
            </w:pPr>
            <w:r>
              <w:rPr>
                <w:b/>
                <w:color w:val="000000"/>
                <w:sz w:val="16"/>
              </w:rPr>
              <w:t>Uspešen/-na bom, ko:</w:t>
            </w:r>
          </w:p>
          <w:p w14:paraId="4E7AA3C9" w14:textId="77777777" w:rsidR="00187E2C" w:rsidRDefault="00000000">
            <w:pPr>
              <w:pStyle w:val="Oznaenseznam"/>
              <w:spacing w:after="16"/>
            </w:pPr>
            <w:r>
              <w:rPr>
                <w:color w:val="000000"/>
                <w:sz w:val="16"/>
              </w:rPr>
              <w:t>poslušam kratka navodila</w:t>
            </w:r>
          </w:p>
          <w:p w14:paraId="51EA454A" w14:textId="77777777" w:rsidR="00187E2C" w:rsidRDefault="00000000">
            <w:pPr>
              <w:pStyle w:val="Oznaenseznam"/>
              <w:spacing w:after="16"/>
            </w:pPr>
            <w:r>
              <w:rPr>
                <w:color w:val="000000"/>
                <w:sz w:val="16"/>
              </w:rPr>
              <w:t>vljudno pozdravi, prosi in se zahvali</w:t>
            </w:r>
          </w:p>
          <w:p w14:paraId="2370F79C" w14:textId="77777777" w:rsidR="00187E2C" w:rsidRDefault="00000000">
            <w:pPr>
              <w:pStyle w:val="Oznaenseznam"/>
              <w:spacing w:after="16"/>
            </w:pPr>
            <w:r>
              <w:rPr>
                <w:color w:val="000000"/>
                <w:sz w:val="16"/>
              </w:rPr>
              <w:t>pripovedujem o prvem šolskem dnevu</w:t>
            </w:r>
          </w:p>
          <w:p w14:paraId="3FD7D957"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56B9A4E3" w14:textId="77777777" w:rsidR="00187E2C" w:rsidRDefault="00187E2C"/>
          <w:p w14:paraId="2AF780D7"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741692EA" w14:textId="77777777" w:rsidR="00187E2C" w:rsidRDefault="00000000">
            <w:pPr>
              <w:spacing w:after="80" w:line="245" w:lineRule="auto"/>
            </w:pPr>
            <w:r>
              <w:rPr>
                <w:color w:val="000000"/>
                <w:sz w:val="16"/>
              </w:rPr>
              <w:t>Pove, pokaže ali nariše, kaj že ve in katero strategijo bi uporabil.</w:t>
            </w:r>
          </w:p>
          <w:p w14:paraId="210F20E8" w14:textId="77777777" w:rsidR="00187E2C" w:rsidRDefault="00000000">
            <w:pPr>
              <w:spacing w:after="100" w:line="245" w:lineRule="auto"/>
            </w:pPr>
            <w:r>
              <w:rPr>
                <w:color w:val="000000"/>
                <w:sz w:val="16"/>
              </w:rPr>
              <w:t>Sodeluje pri razumevanju namenov in kriterijev uspešnosti.</w:t>
            </w:r>
          </w:p>
          <w:p w14:paraId="5C6E2E89" w14:textId="77777777" w:rsidR="00187E2C" w:rsidRDefault="00000000">
            <w:pPr>
              <w:spacing w:after="20" w:line="245" w:lineRule="auto"/>
            </w:pPr>
            <w:r>
              <w:rPr>
                <w:b/>
                <w:color w:val="D95BC6"/>
                <w:sz w:val="17"/>
              </w:rPr>
              <w:t>DOKAZ O UČENJU</w:t>
            </w:r>
          </w:p>
          <w:p w14:paraId="09FC17D6"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3E68800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E4F292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A04824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05DF2A" w14:textId="77777777" w:rsidR="00187E2C" w:rsidRDefault="00000000">
            <w:pPr>
              <w:jc w:val="center"/>
            </w:pPr>
            <w:r>
              <w:rPr>
                <w:b/>
                <w:color w:val="000000"/>
                <w:sz w:val="20"/>
              </w:rPr>
              <w:t>UČNE DEJAVNOSTI, METODE IN FORMATIVNO SPREMLJANJE</w:t>
            </w:r>
          </w:p>
        </w:tc>
      </w:tr>
      <w:tr w:rsidR="00187E2C" w14:paraId="1C84C126" w14:textId="77777777">
        <w:trPr>
          <w:tblHeader/>
          <w:jc w:val="center"/>
        </w:trPr>
        <w:tc>
          <w:tcPr>
            <w:tcW w:w="4422" w:type="dxa"/>
            <w:vMerge/>
            <w:tcMar>
              <w:top w:w="70" w:type="dxa"/>
              <w:left w:w="90" w:type="dxa"/>
              <w:bottom w:w="70" w:type="dxa"/>
              <w:right w:w="90" w:type="dxa"/>
            </w:tcMar>
            <w:vAlign w:val="center"/>
          </w:tcPr>
          <w:p w14:paraId="7DEA56F1" w14:textId="77777777" w:rsidR="00187E2C" w:rsidRDefault="00187E2C"/>
        </w:tc>
        <w:tc>
          <w:tcPr>
            <w:tcW w:w="7087" w:type="dxa"/>
            <w:shd w:val="clear" w:color="auto" w:fill="FFFFFF"/>
            <w:tcMar>
              <w:top w:w="70" w:type="dxa"/>
              <w:left w:w="90" w:type="dxa"/>
              <w:bottom w:w="70" w:type="dxa"/>
              <w:right w:w="90" w:type="dxa"/>
            </w:tcMar>
            <w:vAlign w:val="center"/>
          </w:tcPr>
          <w:p w14:paraId="221647F9"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BD3EF00" w14:textId="77777777" w:rsidR="00187E2C" w:rsidRDefault="00000000">
            <w:pPr>
              <w:jc w:val="center"/>
            </w:pPr>
            <w:r>
              <w:rPr>
                <w:b/>
                <w:color w:val="000000"/>
              </w:rPr>
              <w:t>UČENEC</w:t>
            </w:r>
          </w:p>
        </w:tc>
      </w:tr>
      <w:tr w:rsidR="00187E2C" w14:paraId="12672056" w14:textId="77777777">
        <w:trPr>
          <w:jc w:val="center"/>
        </w:trPr>
        <w:tc>
          <w:tcPr>
            <w:tcW w:w="4422" w:type="dxa"/>
            <w:tcMar>
              <w:top w:w="70" w:type="dxa"/>
              <w:left w:w="90" w:type="dxa"/>
              <w:bottom w:w="70" w:type="dxa"/>
              <w:right w:w="90" w:type="dxa"/>
            </w:tcMar>
          </w:tcPr>
          <w:p w14:paraId="2BF282BB" w14:textId="77777777" w:rsidR="00187E2C" w:rsidRDefault="00187E2C"/>
          <w:p w14:paraId="118E150E" w14:textId="77777777" w:rsidR="00187E2C" w:rsidRDefault="00000000">
            <w:pPr>
              <w:spacing w:after="40" w:line="245" w:lineRule="auto"/>
            </w:pPr>
            <w:r>
              <w:rPr>
                <w:b/>
                <w:color w:val="000000"/>
              </w:rPr>
              <w:t>KLJUČNI POJMI</w:t>
            </w:r>
          </w:p>
          <w:p w14:paraId="12CA7AC1"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7CD3E838" w14:textId="77777777" w:rsidR="00187E2C" w:rsidRDefault="00000000">
            <w:pPr>
              <w:spacing w:after="20" w:line="245" w:lineRule="auto"/>
            </w:pPr>
            <w:r>
              <w:rPr>
                <w:b/>
                <w:color w:val="000000"/>
                <w:sz w:val="17"/>
              </w:rPr>
              <w:t>DOKAZI O UČENJU</w:t>
            </w:r>
          </w:p>
          <w:p w14:paraId="6880AFB1" w14:textId="77777777" w:rsidR="00187E2C" w:rsidRDefault="00000000">
            <w:pPr>
              <w:pStyle w:val="Oznaenseznam"/>
              <w:spacing w:after="9"/>
            </w:pPr>
            <w:r>
              <w:rPr>
                <w:color w:val="000000"/>
                <w:sz w:val="15"/>
              </w:rPr>
              <w:t>odziv med poslušanjem, izbrana slika in ena poved o doživetju.</w:t>
            </w:r>
          </w:p>
          <w:p w14:paraId="2BE1032D" w14:textId="77777777" w:rsidR="00187E2C" w:rsidRDefault="00000000">
            <w:pPr>
              <w:pStyle w:val="Oznaenseznam"/>
              <w:spacing w:after="9"/>
            </w:pPr>
            <w:r>
              <w:rPr>
                <w:color w:val="000000"/>
                <w:sz w:val="15"/>
              </w:rPr>
              <w:t>zvočni posnetek ali anekdotski zapis kratke izmenjave.</w:t>
            </w:r>
          </w:p>
          <w:p w14:paraId="7243A212" w14:textId="77777777" w:rsidR="00187E2C" w:rsidRDefault="00000000">
            <w:pPr>
              <w:pStyle w:val="Oznaenseznam"/>
              <w:spacing w:after="9"/>
            </w:pPr>
            <w:r>
              <w:rPr>
                <w:color w:val="000000"/>
                <w:sz w:val="15"/>
              </w:rPr>
              <w:t>pravilno sestavljen primer in učenčeva ustna razlaga postopka.</w:t>
            </w:r>
          </w:p>
          <w:p w14:paraId="27AD8CBE" w14:textId="77777777" w:rsidR="00187E2C" w:rsidRDefault="00000000">
            <w:pPr>
              <w:pStyle w:val="Oznaenseznam"/>
              <w:spacing w:after="9"/>
            </w:pPr>
            <w:r>
              <w:rPr>
                <w:color w:val="000000"/>
                <w:sz w:val="15"/>
              </w:rPr>
              <w:t>datiran zapis v mapi in kratek komentar učenca o najuspešnejšem delu.</w:t>
            </w:r>
          </w:p>
          <w:p w14:paraId="47FD26C5" w14:textId="77777777" w:rsidR="00187E2C" w:rsidRDefault="00000000">
            <w:pPr>
              <w:pStyle w:val="Oznaenseznam"/>
              <w:spacing w:after="9"/>
            </w:pPr>
            <w:r>
              <w:rPr>
                <w:color w:val="000000"/>
                <w:sz w:val="15"/>
              </w:rPr>
              <w:t>nastop/izdelek, vrstniška povratna informacija in samovrednotenje.</w:t>
            </w:r>
          </w:p>
          <w:p w14:paraId="55C533EC" w14:textId="77777777" w:rsidR="00187E2C" w:rsidRDefault="00000000">
            <w:pPr>
              <w:spacing w:before="40" w:after="20" w:line="245" w:lineRule="auto"/>
            </w:pPr>
            <w:r>
              <w:rPr>
                <w:b/>
                <w:color w:val="000000"/>
                <w:sz w:val="17"/>
              </w:rPr>
              <w:t>KNJIŽEVNO DOŽIVETJE IN IZKUŠENJSKI POUK</w:t>
            </w:r>
          </w:p>
          <w:p w14:paraId="0965D535"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22B0F805" w14:textId="77777777" w:rsidR="00187E2C" w:rsidRDefault="00000000">
            <w:pPr>
              <w:spacing w:after="20" w:line="245" w:lineRule="auto"/>
            </w:pPr>
            <w:r>
              <w:rPr>
                <w:b/>
                <w:color w:val="000000"/>
                <w:sz w:val="17"/>
              </w:rPr>
              <w:t>POUČEVANJE V GIBANJU</w:t>
            </w:r>
          </w:p>
          <w:p w14:paraId="7A27A045"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5D3C69B5" w14:textId="77777777" w:rsidR="00187E2C" w:rsidRDefault="00000000">
            <w:pPr>
              <w:spacing w:after="20" w:line="245" w:lineRule="auto"/>
            </w:pPr>
            <w:r>
              <w:rPr>
                <w:b/>
                <w:color w:val="000000"/>
                <w:sz w:val="17"/>
              </w:rPr>
              <w:t>DELO PO POSTAJAH</w:t>
            </w:r>
          </w:p>
          <w:p w14:paraId="71B01B4B"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književni odziv in slikovno zaporedje, modelirano, vodeno ali ponovljeno branje; 4. slikovno-pisna – urejam zaporedje, rišem, dopolnim ali zapišem odziv ter izbor dokaza, povratna informacija in naslednji korak.</w:t>
            </w:r>
          </w:p>
          <w:p w14:paraId="0C140496" w14:textId="77777777" w:rsidR="00187E2C" w:rsidRDefault="00000000">
            <w:pPr>
              <w:spacing w:after="20" w:line="245" w:lineRule="auto"/>
            </w:pPr>
            <w:r>
              <w:rPr>
                <w:b/>
                <w:color w:val="000000"/>
                <w:sz w:val="17"/>
              </w:rPr>
              <w:t>DIFERENCIACIJA IN VKLJUČEVANJE</w:t>
            </w:r>
          </w:p>
          <w:p w14:paraId="7700972D"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CB48B63" w14:textId="77777777" w:rsidR="00187E2C" w:rsidRDefault="00000000">
            <w:pPr>
              <w:spacing w:after="20" w:line="245" w:lineRule="auto"/>
            </w:pPr>
            <w:r>
              <w:rPr>
                <w:b/>
                <w:color w:val="000000"/>
                <w:sz w:val="17"/>
              </w:rPr>
              <w:t>SPREMLJANJE</w:t>
            </w:r>
          </w:p>
          <w:p w14:paraId="6554407C"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C3AC80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9CD6F84" w14:textId="77777777">
              <w:trPr>
                <w:jc w:val="center"/>
              </w:trPr>
              <w:tc>
                <w:tcPr>
                  <w:tcW w:w="7087" w:type="dxa"/>
                  <w:shd w:val="clear" w:color="auto" w:fill="C6E7F3"/>
                  <w:tcMar>
                    <w:top w:w="45" w:type="dxa"/>
                    <w:left w:w="70" w:type="dxa"/>
                    <w:bottom w:w="45" w:type="dxa"/>
                    <w:right w:w="70" w:type="dxa"/>
                  </w:tcMar>
                </w:tcPr>
                <w:p w14:paraId="2619E0AF" w14:textId="77777777" w:rsidR="00187E2C" w:rsidRDefault="00000000">
                  <w:pPr>
                    <w:keepNext/>
                  </w:pPr>
                  <w:r>
                    <w:rPr>
                      <w:b/>
                      <w:color w:val="000000"/>
                      <w:sz w:val="17"/>
                    </w:rPr>
                    <w:t>GLAVNI DEL – DOŽIVLJAJSKO, JEZIKOVNO IN OPISMENJEVALNO UČENJE (5 šolskih ur)</w:t>
                  </w:r>
                </w:p>
              </w:tc>
            </w:tr>
          </w:tbl>
          <w:p w14:paraId="693C01E7" w14:textId="77777777" w:rsidR="00187E2C" w:rsidRDefault="00187E2C">
            <w:pPr>
              <w:spacing w:line="20" w:lineRule="exact"/>
            </w:pPr>
          </w:p>
          <w:p w14:paraId="3E21EAC9" w14:textId="77777777" w:rsidR="00187E2C" w:rsidRDefault="00000000">
            <w:pPr>
              <w:keepNext/>
              <w:spacing w:before="22" w:after="6" w:line="245" w:lineRule="auto"/>
            </w:pPr>
            <w:r>
              <w:rPr>
                <w:b/>
                <w:color w:val="000000"/>
                <w:sz w:val="16"/>
              </w:rPr>
              <w:t>1. URA – Sporazumevanje – Poslušam in doživljam</w:t>
            </w:r>
          </w:p>
          <w:p w14:paraId="36390221"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»sporazumevanje«; sproti zbira individualne dokaze in prilagodi oporo.</w:t>
            </w:r>
          </w:p>
          <w:p w14:paraId="44136F0D"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»posluša kratka navodila«.</w:t>
            </w:r>
          </w:p>
          <w:p w14:paraId="38980F01" w14:textId="77777777" w:rsidR="00187E2C" w:rsidRDefault="00000000">
            <w:pPr>
              <w:spacing w:after="15" w:line="245" w:lineRule="auto"/>
            </w:pPr>
            <w:r>
              <w:rPr>
                <w:i/>
                <w:color w:val="D95BC6"/>
                <w:sz w:val="14"/>
              </w:rPr>
              <w:t>Predvideni dokaz: odziv med poslušanjem, izbrana slika in ena poved o doživetju..</w:t>
            </w:r>
          </w:p>
          <w:p w14:paraId="3C846591" w14:textId="77777777" w:rsidR="00187E2C" w:rsidRDefault="00000000">
            <w:pPr>
              <w:keepNext/>
              <w:spacing w:before="22" w:after="6" w:line="245" w:lineRule="auto"/>
            </w:pPr>
            <w:r>
              <w:rPr>
                <w:b/>
                <w:color w:val="000000"/>
                <w:sz w:val="16"/>
              </w:rPr>
              <w:t>2. URA – Sporazumevanje – Govorim in pojasnjujem</w:t>
            </w:r>
          </w:p>
          <w:p w14:paraId="3E393B1A" w14:textId="77777777" w:rsidR="00187E2C" w:rsidRDefault="00000000">
            <w:pPr>
              <w:spacing w:after="7" w:line="245" w:lineRule="auto"/>
            </w:pPr>
            <w:r>
              <w:rPr>
                <w:b/>
                <w:color w:val="000000"/>
                <w:sz w:val="15"/>
              </w:rPr>
              <w:t xml:space="preserve">Dejavnost učiteljice: </w:t>
            </w:r>
            <w:r>
              <w:rPr>
                <w:color w:val="000000"/>
                <w:sz w:val="15"/>
              </w:rPr>
              <w:t>Modelira pogovor ali pripoved ter ponudi slikovne opore in začetke povedi; sproti zbira individualne dokaze in prilagodi oporo.</w:t>
            </w:r>
          </w:p>
          <w:p w14:paraId="349D1C9A" w14:textId="77777777" w:rsidR="00187E2C" w:rsidRDefault="00000000">
            <w:pPr>
              <w:spacing w:after="7" w:line="245" w:lineRule="auto"/>
            </w:pPr>
            <w:r>
              <w:rPr>
                <w:b/>
                <w:color w:val="000000"/>
                <w:sz w:val="15"/>
              </w:rPr>
              <w:t xml:space="preserve">Dejavnost učencev: </w:t>
            </w:r>
            <w:r>
              <w:rPr>
                <w:color w:val="000000"/>
                <w:sz w:val="15"/>
              </w:rPr>
              <w:t>V paru govori in posluša, zamenja vlogo, postavi vprašanje ter uporabi besedo iz tedenske besedne banke; dejavnost poveže s ciljem »vljudno pozdravi, prosi in se zahvali«.</w:t>
            </w:r>
          </w:p>
          <w:p w14:paraId="0A5F16B7" w14:textId="77777777" w:rsidR="00187E2C" w:rsidRDefault="00000000">
            <w:pPr>
              <w:spacing w:after="15" w:line="245" w:lineRule="auto"/>
            </w:pPr>
            <w:r>
              <w:rPr>
                <w:i/>
                <w:color w:val="D95BC6"/>
                <w:sz w:val="14"/>
              </w:rPr>
              <w:t>Predvideni dokaz: zvočni posnetek ali anekdotski zapis kratke izmenjave..</w:t>
            </w:r>
          </w:p>
          <w:p w14:paraId="7CF72AFE" w14:textId="77777777" w:rsidR="00187E2C" w:rsidRDefault="00000000">
            <w:pPr>
              <w:keepNext/>
              <w:spacing w:before="22" w:after="6" w:line="245" w:lineRule="auto"/>
            </w:pPr>
            <w:r>
              <w:rPr>
                <w:b/>
                <w:color w:val="000000"/>
                <w:sz w:val="16"/>
              </w:rPr>
              <w:t>3. URA – Sporazumevanje – Razčlenjujem jezik</w:t>
            </w:r>
          </w:p>
          <w:p w14:paraId="31393B2D" w14:textId="77777777" w:rsidR="00187E2C" w:rsidRDefault="00000000">
            <w:pPr>
              <w:spacing w:after="7" w:line="245" w:lineRule="auto"/>
            </w:pPr>
            <w:r>
              <w:rPr>
                <w:b/>
                <w:color w:val="000000"/>
                <w:sz w:val="15"/>
              </w:rPr>
              <w:t xml:space="preserve">Dejavnost učiteljice: </w:t>
            </w:r>
            <w:r>
              <w:rPr>
                <w:color w:val="000000"/>
                <w:sz w:val="15"/>
              </w:rPr>
              <w:t>Pripravi talne kartice glasov, zlogov, besed ali povedi in najprej modelira eno razčlenitev; sproti zbira individualne dokaze in prilagodi oporo.</w:t>
            </w:r>
          </w:p>
          <w:p w14:paraId="7B9FEC36" w14:textId="77777777" w:rsidR="00187E2C" w:rsidRDefault="00000000">
            <w:pPr>
              <w:spacing w:after="7" w:line="245" w:lineRule="auto"/>
            </w:pPr>
            <w:r>
              <w:rPr>
                <w:b/>
                <w:color w:val="000000"/>
                <w:sz w:val="15"/>
              </w:rPr>
              <w:t xml:space="preserve">Dejavnost učencev: </w:t>
            </w:r>
            <w:r>
              <w:rPr>
                <w:color w:val="000000"/>
                <w:sz w:val="15"/>
              </w:rPr>
              <w:t>Ploska, stopa, razstavlja in sestavlja; primer razvrsti ter svojo rešitev preveri s sošolcem; dejavnost poveže s ciljem »pripoveduje o prvem šolskem dnevu«.</w:t>
            </w:r>
          </w:p>
          <w:p w14:paraId="4135BCAB" w14:textId="77777777" w:rsidR="00187E2C" w:rsidRDefault="00000000">
            <w:pPr>
              <w:spacing w:after="15" w:line="245" w:lineRule="auto"/>
            </w:pPr>
            <w:r>
              <w:rPr>
                <w:i/>
                <w:color w:val="D95BC6"/>
                <w:sz w:val="14"/>
              </w:rPr>
              <w:t>Predvideni dokaz: pravilno sestavljen primer in učenčeva ustna razlaga postopka..</w:t>
            </w:r>
          </w:p>
          <w:p w14:paraId="4593B913" w14:textId="77777777" w:rsidR="00187E2C" w:rsidRDefault="00000000">
            <w:pPr>
              <w:keepNext/>
              <w:spacing w:before="22" w:after="6" w:line="245" w:lineRule="auto"/>
            </w:pPr>
            <w:r>
              <w:rPr>
                <w:b/>
                <w:color w:val="000000"/>
                <w:sz w:val="16"/>
              </w:rPr>
              <w:t>4. URA – Sporazumevanje – Pišem in ustvarjam</w:t>
            </w:r>
          </w:p>
          <w:p w14:paraId="4F2FD648" w14:textId="77777777" w:rsidR="00187E2C" w:rsidRDefault="00000000">
            <w:pPr>
              <w:spacing w:after="7" w:line="245" w:lineRule="auto"/>
            </w:pPr>
            <w:r>
              <w:rPr>
                <w:b/>
                <w:color w:val="000000"/>
                <w:sz w:val="15"/>
              </w:rPr>
              <w:t xml:space="preserve">Dejavnost učiteljice: </w:t>
            </w:r>
            <w:r>
              <w:rPr>
                <w:color w:val="000000"/>
                <w:sz w:val="15"/>
              </w:rPr>
              <w:t>Pokaže grafomotorični ali pisni korak, nato umakne model in opazuje individualno izvedbo; sproti zbira individualne dokaze in prilagodi oporo.</w:t>
            </w:r>
          </w:p>
          <w:p w14:paraId="793C73D3" w14:textId="77777777" w:rsidR="00187E2C" w:rsidRDefault="00000000">
            <w:pPr>
              <w:spacing w:after="7" w:line="245" w:lineRule="auto"/>
            </w:pPr>
            <w:r>
              <w:rPr>
                <w:b/>
                <w:color w:val="000000"/>
                <w:sz w:val="15"/>
              </w:rPr>
              <w:t xml:space="preserve">Dejavnost učencev: </w:t>
            </w:r>
            <w:r>
              <w:rPr>
                <w:color w:val="000000"/>
                <w:sz w:val="15"/>
              </w:rPr>
              <w:t>Najprej potezo izvede s celim telesom, nato v pesku/zraku in na listu; zapiše znak, besedo ali poved po svojih zmožnostih; dejavnost poveže s ciljem »posluša kratka navodila«.</w:t>
            </w:r>
          </w:p>
          <w:p w14:paraId="1F346688" w14:textId="77777777" w:rsidR="00187E2C" w:rsidRDefault="00000000">
            <w:pPr>
              <w:spacing w:after="15" w:line="245" w:lineRule="auto"/>
            </w:pPr>
            <w:r>
              <w:rPr>
                <w:i/>
                <w:color w:val="D95BC6"/>
                <w:sz w:val="14"/>
              </w:rPr>
              <w:t>Predvideni dokaz: datiran zapis v mapi in kratek komentar učenca o najuspešnejšem delu..</w:t>
            </w:r>
          </w:p>
          <w:p w14:paraId="384E3311" w14:textId="77777777" w:rsidR="00187E2C" w:rsidRDefault="00000000">
            <w:pPr>
              <w:keepNext/>
              <w:spacing w:before="22" w:after="6" w:line="245" w:lineRule="auto"/>
            </w:pPr>
            <w:r>
              <w:rPr>
                <w:b/>
                <w:color w:val="000000"/>
                <w:sz w:val="16"/>
              </w:rPr>
              <w:t>5. URA – Sporazumevanje – Predstavim in vrednotim</w:t>
            </w:r>
          </w:p>
          <w:p w14:paraId="2B09EDD7" w14:textId="77777777" w:rsidR="00187E2C" w:rsidRDefault="00000000">
            <w:pPr>
              <w:spacing w:after="7" w:line="245" w:lineRule="auto"/>
            </w:pPr>
            <w:r>
              <w:rPr>
                <w:b/>
                <w:color w:val="000000"/>
                <w:sz w:val="15"/>
              </w:rPr>
              <w:t xml:space="preserve">Dejavnost učiteljice: </w:t>
            </w:r>
            <w:r>
              <w:rPr>
                <w:color w:val="000000"/>
                <w:sz w:val="15"/>
              </w:rPr>
              <w:t>Organizira mini oder ali galerijo, ponovi kriterije razločnosti in poslušanja ter modelira opisno povratno informacijo; sproti zbira individualne dokaze in prilagodi oporo.</w:t>
            </w:r>
          </w:p>
          <w:p w14:paraId="36F622B4" w14:textId="77777777" w:rsidR="00187E2C" w:rsidRDefault="00000000">
            <w:pPr>
              <w:spacing w:after="7" w:line="245" w:lineRule="auto"/>
            </w:pPr>
            <w:r>
              <w:rPr>
                <w:b/>
                <w:color w:val="000000"/>
                <w:sz w:val="15"/>
              </w:rPr>
              <w:t xml:space="preserve">Dejavnost učencev: </w:t>
            </w:r>
            <w:r>
              <w:rPr>
                <w:color w:val="000000"/>
                <w:sz w:val="15"/>
              </w:rPr>
              <w:t>Pripoveduje, bere, dramatizira ali predstavi zapis; vrstniku pove eno opaženo moč in eno vprašanje; dejavnost poveže s ciljem »vljudno pozdravi, prosi in se zahvali«.</w:t>
            </w:r>
          </w:p>
          <w:p w14:paraId="1B9E25D0"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0D34AC07" w14:textId="77777777">
              <w:trPr>
                <w:jc w:val="center"/>
              </w:trPr>
              <w:tc>
                <w:tcPr>
                  <w:tcW w:w="7087" w:type="dxa"/>
                  <w:shd w:val="clear" w:color="auto" w:fill="EDC9EA"/>
                  <w:tcMar>
                    <w:top w:w="45" w:type="dxa"/>
                    <w:left w:w="70" w:type="dxa"/>
                    <w:bottom w:w="45" w:type="dxa"/>
                    <w:right w:w="70" w:type="dxa"/>
                  </w:tcMar>
                </w:tcPr>
                <w:p w14:paraId="1D1D6EE9" w14:textId="77777777" w:rsidR="00187E2C" w:rsidRDefault="00000000">
                  <w:pPr>
                    <w:keepNext/>
                  </w:pPr>
                  <w:r>
                    <w:rPr>
                      <w:b/>
                      <w:color w:val="000000"/>
                      <w:sz w:val="17"/>
                    </w:rPr>
                    <w:t>POVRATNA INFORMACIJA UČITELJICE MED DELOM</w:t>
                  </w:r>
                </w:p>
              </w:tc>
            </w:tr>
          </w:tbl>
          <w:p w14:paraId="38B831AE" w14:textId="77777777" w:rsidR="00187E2C" w:rsidRDefault="00187E2C"/>
          <w:p w14:paraId="0D56AF57"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519148E3" w14:textId="77777777" w:rsidR="00187E2C" w:rsidRDefault="00187E2C"/>
          <w:p w14:paraId="4DA613B7" w14:textId="77777777" w:rsidR="00187E2C" w:rsidRDefault="00000000">
            <w:pPr>
              <w:spacing w:after="4" w:line="245" w:lineRule="auto"/>
            </w:pPr>
            <w:r>
              <w:rPr>
                <w:b/>
                <w:color w:val="000000"/>
                <w:sz w:val="15"/>
              </w:rPr>
              <w:t>1. URA – Sporazumevanje – Poslušam in doživljam</w:t>
            </w:r>
          </w:p>
          <w:p w14:paraId="774F38DB" w14:textId="77777777" w:rsidR="00187E2C" w:rsidRDefault="00000000">
            <w:pPr>
              <w:spacing w:after="7" w:line="245" w:lineRule="auto"/>
            </w:pPr>
            <w:r>
              <w:rPr>
                <w:color w:val="000000"/>
                <w:sz w:val="14"/>
              </w:rPr>
              <w:t>Napoveduje ob naslovu/sliki, med poslušanjem pokaže dogovorjen znak in po poslušanju izbere sliko občutja.</w:t>
            </w:r>
          </w:p>
          <w:p w14:paraId="3545208C" w14:textId="77777777" w:rsidR="00187E2C" w:rsidRDefault="00000000">
            <w:pPr>
              <w:spacing w:after="15" w:line="245" w:lineRule="auto"/>
            </w:pPr>
            <w:r>
              <w:rPr>
                <w:color w:val="D95BC6"/>
                <w:sz w:val="14"/>
              </w:rPr>
              <w:t>Dokaz: odziv med poslušanjem, izbrana slika in ena poved o doživetju.</w:t>
            </w:r>
          </w:p>
          <w:p w14:paraId="37FE5F6B" w14:textId="77777777" w:rsidR="00187E2C" w:rsidRDefault="00000000">
            <w:pPr>
              <w:spacing w:after="4" w:line="245" w:lineRule="auto"/>
            </w:pPr>
            <w:r>
              <w:rPr>
                <w:b/>
                <w:color w:val="000000"/>
                <w:sz w:val="15"/>
              </w:rPr>
              <w:t>2. URA – Sporazumevanje – Govorim in pojasnjujem</w:t>
            </w:r>
          </w:p>
          <w:p w14:paraId="349F6D6E" w14:textId="77777777" w:rsidR="00187E2C" w:rsidRDefault="00000000">
            <w:pPr>
              <w:spacing w:after="7" w:line="245" w:lineRule="auto"/>
            </w:pPr>
            <w:r>
              <w:rPr>
                <w:color w:val="000000"/>
                <w:sz w:val="14"/>
              </w:rPr>
              <w:t>V paru govori in posluša, zamenja vlogo, postavi vprašanje ter uporabi besedo iz tedenske besedne banke.</w:t>
            </w:r>
          </w:p>
          <w:p w14:paraId="6335DB77" w14:textId="77777777" w:rsidR="00187E2C" w:rsidRDefault="00000000">
            <w:pPr>
              <w:spacing w:after="15" w:line="245" w:lineRule="auto"/>
            </w:pPr>
            <w:r>
              <w:rPr>
                <w:color w:val="D95BC6"/>
                <w:sz w:val="14"/>
              </w:rPr>
              <w:t>Dokaz: zvočni posnetek ali anekdotski zapis kratke izmenjave.</w:t>
            </w:r>
          </w:p>
          <w:p w14:paraId="24316183" w14:textId="77777777" w:rsidR="00187E2C" w:rsidRDefault="00000000">
            <w:pPr>
              <w:spacing w:after="4" w:line="245" w:lineRule="auto"/>
            </w:pPr>
            <w:r>
              <w:rPr>
                <w:b/>
                <w:color w:val="000000"/>
                <w:sz w:val="15"/>
              </w:rPr>
              <w:t>3. URA – Sporazumevanje – Razčlenjujem jezik</w:t>
            </w:r>
          </w:p>
          <w:p w14:paraId="1576AD0B" w14:textId="77777777" w:rsidR="00187E2C" w:rsidRDefault="00000000">
            <w:pPr>
              <w:spacing w:after="7" w:line="245" w:lineRule="auto"/>
            </w:pPr>
            <w:r>
              <w:rPr>
                <w:color w:val="000000"/>
                <w:sz w:val="14"/>
              </w:rPr>
              <w:t>Ploska, stopa, razstavlja in sestavlja; primer razvrsti ter svojo rešitev preveri s sošolcem.</w:t>
            </w:r>
          </w:p>
          <w:p w14:paraId="04D9394B" w14:textId="77777777" w:rsidR="00187E2C" w:rsidRDefault="00000000">
            <w:pPr>
              <w:spacing w:after="15" w:line="245" w:lineRule="auto"/>
            </w:pPr>
            <w:r>
              <w:rPr>
                <w:color w:val="D95BC6"/>
                <w:sz w:val="14"/>
              </w:rPr>
              <w:t>Dokaz: pravilno sestavljen primer in učenčeva ustna razlaga postopka.</w:t>
            </w:r>
          </w:p>
          <w:p w14:paraId="1C77B1DD" w14:textId="77777777" w:rsidR="00187E2C" w:rsidRDefault="00000000">
            <w:pPr>
              <w:spacing w:after="4" w:line="245" w:lineRule="auto"/>
            </w:pPr>
            <w:r>
              <w:rPr>
                <w:b/>
                <w:color w:val="000000"/>
                <w:sz w:val="15"/>
              </w:rPr>
              <w:t>4. URA – Sporazumevanje – Pišem in ustvarjam</w:t>
            </w:r>
          </w:p>
          <w:p w14:paraId="36EF26EE" w14:textId="77777777" w:rsidR="00187E2C" w:rsidRDefault="00000000">
            <w:pPr>
              <w:spacing w:after="7" w:line="245" w:lineRule="auto"/>
            </w:pPr>
            <w:r>
              <w:rPr>
                <w:color w:val="000000"/>
                <w:sz w:val="14"/>
              </w:rPr>
              <w:t>Najprej potezo izvede s celim telesom, nato v pesku/zraku in na listu; zapiše znak.</w:t>
            </w:r>
          </w:p>
          <w:p w14:paraId="0FB5426B" w14:textId="77777777" w:rsidR="00187E2C" w:rsidRDefault="00000000">
            <w:pPr>
              <w:spacing w:after="15" w:line="245" w:lineRule="auto"/>
            </w:pPr>
            <w:r>
              <w:rPr>
                <w:color w:val="D95BC6"/>
                <w:sz w:val="14"/>
              </w:rPr>
              <w:t>Dokaz: datiran zapis v mapi in kratek komentar učenca o najuspešnejšem delu.</w:t>
            </w:r>
          </w:p>
          <w:p w14:paraId="37C1C110" w14:textId="77777777" w:rsidR="00187E2C" w:rsidRDefault="00000000">
            <w:pPr>
              <w:spacing w:after="4" w:line="245" w:lineRule="auto"/>
            </w:pPr>
            <w:r>
              <w:rPr>
                <w:b/>
                <w:color w:val="000000"/>
                <w:sz w:val="15"/>
              </w:rPr>
              <w:t>5. URA – Sporazumevanje – Predstavim in vrednotim</w:t>
            </w:r>
          </w:p>
          <w:p w14:paraId="1F185383" w14:textId="77777777" w:rsidR="00187E2C" w:rsidRDefault="00000000">
            <w:pPr>
              <w:spacing w:after="7" w:line="245" w:lineRule="auto"/>
            </w:pPr>
            <w:r>
              <w:rPr>
                <w:color w:val="000000"/>
                <w:sz w:val="14"/>
              </w:rPr>
              <w:t>Pripoveduje, bere, dramatizira ali predstavi zapis; vrstniku pove eno opaženo moč in eno vprašanje.</w:t>
            </w:r>
          </w:p>
          <w:p w14:paraId="0348941F" w14:textId="77777777" w:rsidR="00187E2C" w:rsidRDefault="00000000">
            <w:pPr>
              <w:spacing w:after="15" w:line="245" w:lineRule="auto"/>
            </w:pPr>
            <w:r>
              <w:rPr>
                <w:color w:val="D95BC6"/>
                <w:sz w:val="14"/>
              </w:rPr>
              <w:t>Dokaz: nastop/izdelek, vrstniška povratna informacija in samovrednotenje.</w:t>
            </w:r>
          </w:p>
        </w:tc>
      </w:tr>
    </w:tbl>
    <w:p w14:paraId="19504A2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DCC2E2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8389806"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E2CF552" w14:textId="77777777" w:rsidR="00187E2C" w:rsidRDefault="00000000">
            <w:pPr>
              <w:jc w:val="center"/>
            </w:pPr>
            <w:r>
              <w:rPr>
                <w:b/>
                <w:color w:val="000000"/>
                <w:sz w:val="20"/>
              </w:rPr>
              <w:t>UČNE DEJAVNOSTI, METODE IN FORMATIVNO SPREMLJANJE</w:t>
            </w:r>
          </w:p>
        </w:tc>
      </w:tr>
      <w:tr w:rsidR="00187E2C" w14:paraId="13BE7569" w14:textId="77777777">
        <w:trPr>
          <w:tblHeader/>
          <w:jc w:val="center"/>
        </w:trPr>
        <w:tc>
          <w:tcPr>
            <w:tcW w:w="4422" w:type="dxa"/>
            <w:vMerge/>
            <w:tcMar>
              <w:top w:w="70" w:type="dxa"/>
              <w:left w:w="90" w:type="dxa"/>
              <w:bottom w:w="70" w:type="dxa"/>
              <w:right w:w="90" w:type="dxa"/>
            </w:tcMar>
            <w:vAlign w:val="center"/>
          </w:tcPr>
          <w:p w14:paraId="2D1315E3" w14:textId="77777777" w:rsidR="00187E2C" w:rsidRDefault="00187E2C"/>
        </w:tc>
        <w:tc>
          <w:tcPr>
            <w:tcW w:w="7087" w:type="dxa"/>
            <w:shd w:val="clear" w:color="auto" w:fill="FFFFFF"/>
            <w:tcMar>
              <w:top w:w="70" w:type="dxa"/>
              <w:left w:w="90" w:type="dxa"/>
              <w:bottom w:w="70" w:type="dxa"/>
              <w:right w:w="90" w:type="dxa"/>
            </w:tcMar>
            <w:vAlign w:val="center"/>
          </w:tcPr>
          <w:p w14:paraId="503B7424"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E35848" w14:textId="77777777" w:rsidR="00187E2C" w:rsidRDefault="00000000">
            <w:pPr>
              <w:jc w:val="center"/>
            </w:pPr>
            <w:r>
              <w:rPr>
                <w:b/>
                <w:color w:val="000000"/>
              </w:rPr>
              <w:t>UČENEC</w:t>
            </w:r>
          </w:p>
        </w:tc>
      </w:tr>
      <w:tr w:rsidR="00187E2C" w14:paraId="5D9AD70C" w14:textId="77777777">
        <w:trPr>
          <w:jc w:val="center"/>
        </w:trPr>
        <w:tc>
          <w:tcPr>
            <w:tcW w:w="4422" w:type="dxa"/>
            <w:tcMar>
              <w:top w:w="70" w:type="dxa"/>
              <w:left w:w="90" w:type="dxa"/>
              <w:bottom w:w="70" w:type="dxa"/>
              <w:right w:w="90" w:type="dxa"/>
            </w:tcMar>
          </w:tcPr>
          <w:p w14:paraId="0CAAF9EA" w14:textId="77777777" w:rsidR="00187E2C" w:rsidRDefault="00187E2C"/>
          <w:p w14:paraId="16424566" w14:textId="77777777" w:rsidR="00187E2C" w:rsidRDefault="00000000">
            <w:pPr>
              <w:spacing w:after="40" w:line="245" w:lineRule="auto"/>
            </w:pPr>
            <w:r>
              <w:rPr>
                <w:b/>
                <w:color w:val="000000"/>
              </w:rPr>
              <w:t>FORMATIVNO SPREMLJANJE</w:t>
            </w:r>
          </w:p>
          <w:p w14:paraId="076D2729"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0183FFDA"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3FFB0B43"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1CEBE49B"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20ADD664" w14:textId="77777777" w:rsidR="00187E2C" w:rsidRDefault="00000000">
            <w:pPr>
              <w:spacing w:before="40" w:after="20" w:line="245" w:lineRule="auto"/>
            </w:pPr>
            <w:r>
              <w:rPr>
                <w:b/>
                <w:color w:val="000000"/>
                <w:sz w:val="17"/>
              </w:rPr>
              <w:t>VARNOST IN ODGOVORNOST</w:t>
            </w:r>
          </w:p>
          <w:p w14:paraId="48068A20"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DEDD8A0" w14:textId="77777777" w:rsidR="00187E2C" w:rsidRDefault="00000000">
            <w:pPr>
              <w:spacing w:after="20" w:line="245" w:lineRule="auto"/>
            </w:pPr>
            <w:r>
              <w:rPr>
                <w:b/>
                <w:color w:val="000000"/>
                <w:sz w:val="17"/>
              </w:rPr>
              <w:t>EVIDENCA PO IZVEDBI</w:t>
            </w:r>
          </w:p>
          <w:p w14:paraId="689C3449"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4B8EBD4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AF5AF5A" w14:textId="77777777">
              <w:trPr>
                <w:jc w:val="center"/>
              </w:trPr>
              <w:tc>
                <w:tcPr>
                  <w:tcW w:w="7087" w:type="dxa"/>
                  <w:shd w:val="clear" w:color="auto" w:fill="EDC9EA"/>
                  <w:tcMar>
                    <w:top w:w="45" w:type="dxa"/>
                    <w:left w:w="70" w:type="dxa"/>
                    <w:bottom w:w="45" w:type="dxa"/>
                    <w:right w:w="70" w:type="dxa"/>
                  </w:tcMar>
                </w:tcPr>
                <w:p w14:paraId="3DFFD75C" w14:textId="77777777" w:rsidR="00187E2C" w:rsidRDefault="00000000">
                  <w:pPr>
                    <w:keepNext/>
                  </w:pPr>
                  <w:r>
                    <w:rPr>
                      <w:b/>
                      <w:color w:val="000000"/>
                    </w:rPr>
                    <w:t>VPRAŠANJA V PODPORO JEZIKOVNEMU, BRALNEMU IN KNJIŽEVNEMU UČENJU</w:t>
                  </w:r>
                </w:p>
              </w:tc>
            </w:tr>
          </w:tbl>
          <w:p w14:paraId="5E54DBBF" w14:textId="77777777" w:rsidR="00187E2C" w:rsidRDefault="00187E2C">
            <w:pPr>
              <w:spacing w:line="20" w:lineRule="exact"/>
            </w:pPr>
          </w:p>
          <w:p w14:paraId="787F163C" w14:textId="77777777" w:rsidR="00187E2C" w:rsidRDefault="00000000">
            <w:pPr>
              <w:pStyle w:val="Oznaenseznam"/>
              <w:spacing w:after="16"/>
            </w:pPr>
            <w:r>
              <w:rPr>
                <w:color w:val="000000"/>
                <w:sz w:val="16"/>
              </w:rPr>
              <w:t>Kaj ti je naslovnica, slika, predmet, zvok ali gib pomagal razumeti?</w:t>
            </w:r>
          </w:p>
          <w:p w14:paraId="3E84F28F" w14:textId="77777777" w:rsidR="00187E2C" w:rsidRDefault="00000000">
            <w:pPr>
              <w:pStyle w:val="Oznaenseznam"/>
              <w:spacing w:after="16"/>
            </w:pPr>
            <w:r>
              <w:rPr>
                <w:color w:val="000000"/>
                <w:sz w:val="16"/>
              </w:rPr>
              <w:t>Kako si našel/-la glas, črko, zlog, besedo ali bistveni podatek?</w:t>
            </w:r>
          </w:p>
          <w:p w14:paraId="0D5A2E0C" w14:textId="77777777" w:rsidR="00187E2C" w:rsidRDefault="00000000">
            <w:pPr>
              <w:pStyle w:val="Oznaenseznam"/>
              <w:spacing w:after="16"/>
            </w:pPr>
            <w:r>
              <w:rPr>
                <w:color w:val="000000"/>
                <w:sz w:val="16"/>
              </w:rPr>
              <w:t>Kako veš, da tvoja pripoved, branje ali zapis dosega dogovorjeni kriterij?</w:t>
            </w:r>
          </w:p>
          <w:p w14:paraId="57A52A85" w14:textId="77777777" w:rsidR="00187E2C" w:rsidRDefault="00000000">
            <w:pPr>
              <w:pStyle w:val="Oznaenseznam"/>
              <w:spacing w:after="16"/>
            </w:pPr>
            <w:r>
              <w:rPr>
                <w:color w:val="000000"/>
                <w:sz w:val="16"/>
              </w:rPr>
              <w:t>Ali lahko svoje razumevanje pokažeš še z drugim načinom – govorom, gibanjem, risbo, branjem ali zapisom?</w:t>
            </w:r>
          </w:p>
          <w:p w14:paraId="765D17F0"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13D52A51" w14:textId="77777777">
              <w:trPr>
                <w:jc w:val="center"/>
              </w:trPr>
              <w:tc>
                <w:tcPr>
                  <w:tcW w:w="7087" w:type="dxa"/>
                  <w:shd w:val="clear" w:color="auto" w:fill="C6E7F3"/>
                  <w:tcMar>
                    <w:top w:w="45" w:type="dxa"/>
                    <w:left w:w="70" w:type="dxa"/>
                    <w:bottom w:w="45" w:type="dxa"/>
                    <w:right w:w="70" w:type="dxa"/>
                  </w:tcMar>
                </w:tcPr>
                <w:p w14:paraId="6C6C5A68" w14:textId="77777777" w:rsidR="00187E2C" w:rsidRDefault="00000000">
                  <w:pPr>
                    <w:keepNext/>
                  </w:pPr>
                  <w:r>
                    <w:rPr>
                      <w:b/>
                      <w:color w:val="000000"/>
                    </w:rPr>
                    <w:t>ZAKLJUČNI DEL – UTRJEVANJE, BRALNI ODZIV IN REFLEKSIJA (10–15 min)</w:t>
                  </w:r>
                </w:p>
              </w:tc>
            </w:tr>
          </w:tbl>
          <w:p w14:paraId="73C51381" w14:textId="77777777" w:rsidR="00187E2C" w:rsidRDefault="00187E2C">
            <w:pPr>
              <w:spacing w:line="20" w:lineRule="exact"/>
            </w:pPr>
          </w:p>
          <w:p w14:paraId="6A8A30E6"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016F6142" w14:textId="77777777">
              <w:trPr>
                <w:jc w:val="center"/>
              </w:trPr>
              <w:tc>
                <w:tcPr>
                  <w:tcW w:w="7087" w:type="dxa"/>
                  <w:shd w:val="clear" w:color="auto" w:fill="EDC9EA"/>
                  <w:tcMar>
                    <w:top w:w="45" w:type="dxa"/>
                    <w:left w:w="70" w:type="dxa"/>
                    <w:bottom w:w="45" w:type="dxa"/>
                    <w:right w:w="70" w:type="dxa"/>
                  </w:tcMar>
                </w:tcPr>
                <w:p w14:paraId="5282DD44" w14:textId="77777777" w:rsidR="00187E2C" w:rsidRDefault="00000000">
                  <w:pPr>
                    <w:keepNext/>
                  </w:pPr>
                  <w:r>
                    <w:rPr>
                      <w:b/>
                      <w:color w:val="000000"/>
                    </w:rPr>
                    <w:t>SAMOVREDNOTENJE</w:t>
                  </w:r>
                </w:p>
              </w:tc>
            </w:tr>
          </w:tbl>
          <w:p w14:paraId="28F2D581" w14:textId="77777777" w:rsidR="00187E2C" w:rsidRDefault="00187E2C">
            <w:pPr>
              <w:spacing w:line="20" w:lineRule="exact"/>
            </w:pPr>
          </w:p>
          <w:p w14:paraId="06F57602"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467A0DB" w14:textId="77777777">
              <w:trPr>
                <w:jc w:val="center"/>
              </w:trPr>
              <w:tc>
                <w:tcPr>
                  <w:tcW w:w="7087" w:type="dxa"/>
                  <w:shd w:val="clear" w:color="auto" w:fill="EDC9EA"/>
                  <w:tcMar>
                    <w:top w:w="45" w:type="dxa"/>
                    <w:left w:w="70" w:type="dxa"/>
                    <w:bottom w:w="45" w:type="dxa"/>
                    <w:right w:w="70" w:type="dxa"/>
                  </w:tcMar>
                </w:tcPr>
                <w:p w14:paraId="11BCD5ED" w14:textId="77777777" w:rsidR="00187E2C" w:rsidRDefault="00000000">
                  <w:pPr>
                    <w:keepNext/>
                  </w:pPr>
                  <w:r>
                    <w:rPr>
                      <w:b/>
                      <w:color w:val="000000"/>
                    </w:rPr>
                    <w:t>VRSTNIŠKO VREDNOTENJE</w:t>
                  </w:r>
                </w:p>
              </w:tc>
            </w:tr>
          </w:tbl>
          <w:p w14:paraId="6692B2C8" w14:textId="77777777" w:rsidR="00187E2C" w:rsidRDefault="00187E2C">
            <w:pPr>
              <w:spacing w:line="20" w:lineRule="exact"/>
            </w:pPr>
          </w:p>
          <w:p w14:paraId="24E19436"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77968A0C" w14:textId="77777777">
              <w:trPr>
                <w:jc w:val="center"/>
              </w:trPr>
              <w:tc>
                <w:tcPr>
                  <w:tcW w:w="7087" w:type="dxa"/>
                  <w:shd w:val="clear" w:color="auto" w:fill="EDC9EA"/>
                  <w:tcMar>
                    <w:top w:w="45" w:type="dxa"/>
                    <w:left w:w="70" w:type="dxa"/>
                    <w:bottom w:w="45" w:type="dxa"/>
                    <w:right w:w="70" w:type="dxa"/>
                  </w:tcMar>
                </w:tcPr>
                <w:p w14:paraId="7CFFACD6" w14:textId="77777777" w:rsidR="00187E2C" w:rsidRDefault="00000000">
                  <w:pPr>
                    <w:keepNext/>
                  </w:pPr>
                  <w:r>
                    <w:rPr>
                      <w:b/>
                      <w:color w:val="000000"/>
                    </w:rPr>
                    <w:t>SKUPNI POVZETEK</w:t>
                  </w:r>
                </w:p>
              </w:tc>
            </w:tr>
          </w:tbl>
          <w:p w14:paraId="653AD562" w14:textId="77777777" w:rsidR="00187E2C" w:rsidRDefault="00187E2C"/>
          <w:p w14:paraId="1D190784" w14:textId="77777777" w:rsidR="00187E2C" w:rsidRDefault="00000000">
            <w:pPr>
              <w:spacing w:before="20" w:after="40" w:line="245" w:lineRule="auto"/>
            </w:pPr>
            <w:r>
              <w:rPr>
                <w:b/>
                <w:color w:val="000000"/>
                <w:sz w:val="16"/>
              </w:rPr>
              <w:t>poslušam kratka navodila; vljudno pozdravi, prosi in se zahvali; pripovedujem o prvem šolskem dnevu. Svoj dokaz pojasnim in po povratni informaciji izboljšam.</w:t>
            </w:r>
          </w:p>
        </w:tc>
        <w:tc>
          <w:tcPr>
            <w:tcW w:w="2551" w:type="dxa"/>
            <w:tcMar>
              <w:top w:w="70" w:type="dxa"/>
              <w:left w:w="90" w:type="dxa"/>
              <w:bottom w:w="70" w:type="dxa"/>
              <w:right w:w="90" w:type="dxa"/>
            </w:tcMar>
          </w:tcPr>
          <w:p w14:paraId="6442108B" w14:textId="77777777" w:rsidR="00187E2C" w:rsidRDefault="00187E2C"/>
          <w:p w14:paraId="55818A2C" w14:textId="77777777" w:rsidR="00187E2C" w:rsidRDefault="00000000">
            <w:pPr>
              <w:spacing w:after="100" w:line="245" w:lineRule="auto"/>
            </w:pPr>
            <w:r>
              <w:rPr>
                <w:color w:val="000000"/>
                <w:sz w:val="16"/>
              </w:rPr>
              <w:t>Odgovarja na podporna vprašanja ter se sklicuje na poslušano besedilo, sliko, govor, bralni list ali zapis.</w:t>
            </w:r>
          </w:p>
          <w:p w14:paraId="659EA67B" w14:textId="77777777" w:rsidR="00187E2C" w:rsidRDefault="00000000">
            <w:pPr>
              <w:spacing w:after="100" w:line="245" w:lineRule="auto"/>
            </w:pPr>
            <w:r>
              <w:rPr>
                <w:color w:val="000000"/>
                <w:sz w:val="16"/>
              </w:rPr>
              <w:t>Primerja začetni odziv z novim dokazom in pojasni, kaj se je naučil/-a.</w:t>
            </w:r>
          </w:p>
          <w:p w14:paraId="12659720" w14:textId="77777777" w:rsidR="00187E2C" w:rsidRDefault="00000000">
            <w:pPr>
              <w:spacing w:after="100" w:line="245" w:lineRule="auto"/>
            </w:pPr>
            <w:r>
              <w:rPr>
                <w:color w:val="000000"/>
                <w:sz w:val="16"/>
              </w:rPr>
              <w:t>Izbere raven samostojnosti in določi naslednji korak.</w:t>
            </w:r>
          </w:p>
          <w:p w14:paraId="5E636351" w14:textId="77777777" w:rsidR="00187E2C" w:rsidRDefault="00000000">
            <w:pPr>
              <w:spacing w:after="100" w:line="245" w:lineRule="auto"/>
            </w:pPr>
            <w:r>
              <w:rPr>
                <w:color w:val="000000"/>
                <w:sz w:val="16"/>
              </w:rPr>
              <w:t>Sošolcu poda prijazen in konkreten odziv, vezan na kriterij.</w:t>
            </w:r>
          </w:p>
          <w:p w14:paraId="25E5F936" w14:textId="77777777" w:rsidR="00187E2C" w:rsidRDefault="00000000">
            <w:pPr>
              <w:spacing w:after="20" w:line="245" w:lineRule="auto"/>
            </w:pPr>
            <w:r>
              <w:rPr>
                <w:b/>
                <w:color w:val="D95BC6"/>
                <w:sz w:val="17"/>
              </w:rPr>
              <w:t>DOKAZ O UČENJU</w:t>
            </w:r>
          </w:p>
          <w:p w14:paraId="02965DD8"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1838CE5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4AA8C014" w14:textId="77777777">
        <w:trPr>
          <w:cantSplit/>
          <w:jc w:val="center"/>
        </w:trPr>
        <w:tc>
          <w:tcPr>
            <w:tcW w:w="14060" w:type="dxa"/>
            <w:gridSpan w:val="6"/>
            <w:tcMar>
              <w:top w:w="70" w:type="dxa"/>
              <w:left w:w="90" w:type="dxa"/>
              <w:bottom w:w="70" w:type="dxa"/>
              <w:right w:w="90" w:type="dxa"/>
            </w:tcMar>
            <w:vAlign w:val="center"/>
          </w:tcPr>
          <w:p w14:paraId="564FB392" w14:textId="77777777" w:rsidR="00187E2C" w:rsidRDefault="00000000">
            <w:pPr>
              <w:jc w:val="center"/>
            </w:pPr>
            <w:r>
              <w:rPr>
                <w:b/>
                <w:color w:val="000000"/>
                <w:sz w:val="24"/>
              </w:rPr>
              <w:lastRenderedPageBreak/>
              <w:t>UČNA PRIPRAVA 2/39</w:t>
            </w:r>
          </w:p>
        </w:tc>
      </w:tr>
      <w:tr w:rsidR="00187E2C" w14:paraId="7DA44DB4" w14:textId="77777777">
        <w:trPr>
          <w:jc w:val="center"/>
        </w:trPr>
        <w:tc>
          <w:tcPr>
            <w:tcW w:w="2665" w:type="dxa"/>
            <w:tcMar>
              <w:top w:w="70" w:type="dxa"/>
              <w:left w:w="90" w:type="dxa"/>
              <w:bottom w:w="70" w:type="dxa"/>
              <w:right w:w="90" w:type="dxa"/>
            </w:tcMar>
            <w:vAlign w:val="center"/>
          </w:tcPr>
          <w:p w14:paraId="46DDA984"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0BCF629"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2C3C4821"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FA7ED89" w14:textId="77777777" w:rsidR="00187E2C" w:rsidRDefault="00000000">
            <w:r>
              <w:rPr>
                <w:b/>
                <w:color w:val="000000"/>
                <w:sz w:val="16"/>
              </w:rPr>
              <w:t xml:space="preserve">NAČRTOVANI TERMIN: </w:t>
            </w:r>
            <w:r>
              <w:rPr>
                <w:color w:val="000000"/>
                <w:sz w:val="16"/>
              </w:rPr>
              <w:t>2. teden • 7.–11. 9. 2026</w:t>
            </w:r>
          </w:p>
        </w:tc>
        <w:tc>
          <w:tcPr>
            <w:tcW w:w="2268" w:type="dxa"/>
            <w:tcMar>
              <w:top w:w="70" w:type="dxa"/>
              <w:left w:w="90" w:type="dxa"/>
              <w:bottom w:w="70" w:type="dxa"/>
              <w:right w:w="90" w:type="dxa"/>
            </w:tcMar>
            <w:vAlign w:val="center"/>
          </w:tcPr>
          <w:p w14:paraId="0850688E"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FC7C384" w14:textId="77777777" w:rsidR="00187E2C" w:rsidRDefault="00000000">
            <w:r>
              <w:rPr>
                <w:b/>
                <w:color w:val="000000"/>
                <w:sz w:val="16"/>
              </w:rPr>
              <w:t xml:space="preserve">ŠTEVILO UR: </w:t>
            </w:r>
            <w:r>
              <w:rPr>
                <w:color w:val="000000"/>
                <w:sz w:val="16"/>
              </w:rPr>
              <w:t>6</w:t>
            </w:r>
          </w:p>
        </w:tc>
      </w:tr>
      <w:tr w:rsidR="00187E2C" w14:paraId="4F726C34" w14:textId="77777777">
        <w:trPr>
          <w:jc w:val="center"/>
        </w:trPr>
        <w:tc>
          <w:tcPr>
            <w:tcW w:w="14061" w:type="dxa"/>
            <w:gridSpan w:val="6"/>
            <w:tcMar>
              <w:top w:w="70" w:type="dxa"/>
              <w:left w:w="90" w:type="dxa"/>
              <w:bottom w:w="70" w:type="dxa"/>
              <w:right w:w="90" w:type="dxa"/>
            </w:tcMar>
            <w:vAlign w:val="center"/>
          </w:tcPr>
          <w:p w14:paraId="2345FFC8"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01EAE604" w14:textId="77777777">
        <w:trPr>
          <w:cantSplit/>
          <w:jc w:val="center"/>
        </w:trPr>
        <w:tc>
          <w:tcPr>
            <w:tcW w:w="14060" w:type="dxa"/>
            <w:gridSpan w:val="6"/>
            <w:tcMar>
              <w:top w:w="70" w:type="dxa"/>
              <w:left w:w="90" w:type="dxa"/>
              <w:bottom w:w="70" w:type="dxa"/>
              <w:right w:w="90" w:type="dxa"/>
            </w:tcMar>
            <w:vAlign w:val="center"/>
          </w:tcPr>
          <w:p w14:paraId="73ADEAD8" w14:textId="77777777" w:rsidR="00187E2C" w:rsidRDefault="00187E2C"/>
          <w:p w14:paraId="72174625" w14:textId="77777777" w:rsidR="00187E2C" w:rsidRDefault="00000000">
            <w:pPr>
              <w:spacing w:line="245" w:lineRule="auto"/>
            </w:pPr>
            <w:r>
              <w:rPr>
                <w:b/>
                <w:color w:val="000000"/>
                <w:sz w:val="16"/>
              </w:rPr>
              <w:t xml:space="preserve">UČNI SKLOP: </w:t>
            </w:r>
            <w:r>
              <w:rPr>
                <w:color w:val="000000"/>
                <w:sz w:val="16"/>
              </w:rPr>
              <w:t>V ŠOLO – JAZ, ODNOSI IN UČENJE</w:t>
            </w:r>
          </w:p>
        </w:tc>
      </w:tr>
      <w:tr w:rsidR="00187E2C" w14:paraId="7FF86F97" w14:textId="77777777">
        <w:trPr>
          <w:cantSplit/>
          <w:jc w:val="center"/>
        </w:trPr>
        <w:tc>
          <w:tcPr>
            <w:tcW w:w="14060" w:type="dxa"/>
            <w:gridSpan w:val="6"/>
            <w:tcMar>
              <w:top w:w="70" w:type="dxa"/>
              <w:left w:w="90" w:type="dxa"/>
              <w:bottom w:w="70" w:type="dxa"/>
              <w:right w:w="90" w:type="dxa"/>
            </w:tcMar>
            <w:vAlign w:val="center"/>
          </w:tcPr>
          <w:p w14:paraId="2B86E293" w14:textId="77777777" w:rsidR="00187E2C" w:rsidRDefault="00187E2C"/>
          <w:p w14:paraId="70AEE0F1" w14:textId="77777777" w:rsidR="00187E2C" w:rsidRDefault="00000000">
            <w:pPr>
              <w:spacing w:line="245" w:lineRule="auto"/>
            </w:pPr>
            <w:r>
              <w:rPr>
                <w:b/>
                <w:color w:val="000000"/>
                <w:sz w:val="16"/>
              </w:rPr>
              <w:t xml:space="preserve">UČNA TEMA: </w:t>
            </w:r>
            <w:r>
              <w:rPr>
                <w:color w:val="000000"/>
                <w:sz w:val="16"/>
              </w:rPr>
              <w:t>PREDOPISMENJEVANJE</w:t>
            </w:r>
          </w:p>
        </w:tc>
      </w:tr>
      <w:tr w:rsidR="00187E2C" w14:paraId="1791F5C7" w14:textId="77777777">
        <w:trPr>
          <w:cantSplit/>
          <w:jc w:val="center"/>
        </w:trPr>
        <w:tc>
          <w:tcPr>
            <w:tcW w:w="14060" w:type="dxa"/>
            <w:gridSpan w:val="6"/>
            <w:tcMar>
              <w:top w:w="70" w:type="dxa"/>
              <w:left w:w="90" w:type="dxa"/>
              <w:bottom w:w="70" w:type="dxa"/>
              <w:right w:w="90" w:type="dxa"/>
            </w:tcMar>
            <w:vAlign w:val="center"/>
          </w:tcPr>
          <w:p w14:paraId="78DDDF60" w14:textId="77777777" w:rsidR="00187E2C" w:rsidRDefault="00187E2C"/>
          <w:p w14:paraId="72CF58E3" w14:textId="77777777" w:rsidR="00187E2C" w:rsidRDefault="00000000">
            <w:pPr>
              <w:spacing w:line="245" w:lineRule="auto"/>
            </w:pPr>
            <w:r>
              <w:rPr>
                <w:b/>
                <w:color w:val="000000"/>
                <w:sz w:val="16"/>
              </w:rPr>
              <w:t xml:space="preserve">KNJIŽEVNO IZHODIŠČE IN MOTIV: </w:t>
            </w:r>
            <w:r>
              <w:rPr>
                <w:color w:val="000000"/>
                <w:sz w:val="16"/>
              </w:rPr>
              <w:t>»Pedenjped« – Niko Grafenauer • jaz, moje značilnosti in radovedno učenje</w:t>
            </w:r>
          </w:p>
        </w:tc>
      </w:tr>
      <w:tr w:rsidR="00187E2C" w14:paraId="5D375A2D" w14:textId="77777777">
        <w:trPr>
          <w:cantSplit/>
          <w:jc w:val="center"/>
        </w:trPr>
        <w:tc>
          <w:tcPr>
            <w:tcW w:w="14060" w:type="dxa"/>
            <w:gridSpan w:val="6"/>
            <w:tcMar>
              <w:top w:w="70" w:type="dxa"/>
              <w:left w:w="90" w:type="dxa"/>
              <w:bottom w:w="70" w:type="dxa"/>
              <w:right w:w="90" w:type="dxa"/>
            </w:tcMar>
            <w:vAlign w:val="center"/>
          </w:tcPr>
          <w:p w14:paraId="558E89C4" w14:textId="77777777" w:rsidR="00187E2C" w:rsidRDefault="00187E2C"/>
          <w:p w14:paraId="58480010" w14:textId="77777777" w:rsidR="00187E2C" w:rsidRDefault="00000000">
            <w:pPr>
              <w:spacing w:line="245" w:lineRule="auto"/>
            </w:pPr>
            <w:r>
              <w:rPr>
                <w:b/>
                <w:color w:val="000000"/>
                <w:sz w:val="16"/>
              </w:rPr>
              <w:t xml:space="preserve">BRALNI LIST / ČRKA: </w:t>
            </w:r>
            <w:r>
              <w:rPr>
                <w:color w:val="000000"/>
                <w:sz w:val="16"/>
              </w:rPr>
              <w:t>BRALNI LIST 2 – BEREM SIMBOLE IN PIKTOGRAME: Simbole berem od leve proti desni in iz njih razberem preprosto navodilo.</w:t>
            </w:r>
          </w:p>
        </w:tc>
      </w:tr>
      <w:tr w:rsidR="00187E2C" w14:paraId="2C27D9A5" w14:textId="77777777">
        <w:trPr>
          <w:cantSplit/>
          <w:jc w:val="center"/>
        </w:trPr>
        <w:tc>
          <w:tcPr>
            <w:tcW w:w="14060" w:type="dxa"/>
            <w:gridSpan w:val="6"/>
            <w:tcMar>
              <w:top w:w="70" w:type="dxa"/>
              <w:left w:w="90" w:type="dxa"/>
              <w:bottom w:w="70" w:type="dxa"/>
              <w:right w:w="90" w:type="dxa"/>
            </w:tcMar>
            <w:vAlign w:val="center"/>
          </w:tcPr>
          <w:p w14:paraId="2F8B4D8F" w14:textId="77777777" w:rsidR="00187E2C" w:rsidRDefault="00187E2C"/>
          <w:p w14:paraId="0E2B3F4B" w14:textId="77777777" w:rsidR="00187E2C" w:rsidRDefault="00000000">
            <w:pPr>
              <w:spacing w:line="245" w:lineRule="auto"/>
            </w:pPr>
            <w:r>
              <w:rPr>
                <w:b/>
                <w:color w:val="000000"/>
                <w:sz w:val="16"/>
              </w:rPr>
              <w:t xml:space="preserve">UČNE ENOTE: </w:t>
            </w:r>
            <w:r>
              <w:rPr>
                <w:color w:val="000000"/>
                <w:sz w:val="16"/>
              </w:rPr>
              <w:t>1. ura – Berem simbole in piktograme • 2. ura – Predopismenjevanje – Govorim in pojasnjujem • 3. ura – Predopismenjevanje – Razčlenjujem jezik • 4. ura – Predopismenjevanje – Berem z oporo • 5. ura – Predopismenjevanje – Pišem in ustvarjam • 6. ura – Predopismenjevanje – Predstavim in vrednotim</w:t>
            </w:r>
          </w:p>
        </w:tc>
      </w:tr>
      <w:tr w:rsidR="00187E2C" w14:paraId="0264A63C" w14:textId="77777777">
        <w:trPr>
          <w:cantSplit/>
          <w:jc w:val="center"/>
        </w:trPr>
        <w:tc>
          <w:tcPr>
            <w:tcW w:w="14060" w:type="dxa"/>
            <w:gridSpan w:val="6"/>
            <w:tcMar>
              <w:top w:w="70" w:type="dxa"/>
              <w:left w:w="90" w:type="dxa"/>
              <w:bottom w:w="70" w:type="dxa"/>
              <w:right w:w="90" w:type="dxa"/>
            </w:tcMar>
            <w:vAlign w:val="center"/>
          </w:tcPr>
          <w:p w14:paraId="0FD547AA" w14:textId="77777777" w:rsidR="00187E2C" w:rsidRDefault="00187E2C"/>
          <w:p w14:paraId="042B0B7E"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3E416884" w14:textId="77777777">
        <w:trPr>
          <w:cantSplit/>
          <w:jc w:val="center"/>
        </w:trPr>
        <w:tc>
          <w:tcPr>
            <w:tcW w:w="14060" w:type="dxa"/>
            <w:gridSpan w:val="6"/>
            <w:tcMar>
              <w:top w:w="70" w:type="dxa"/>
              <w:left w:w="90" w:type="dxa"/>
              <w:bottom w:w="70" w:type="dxa"/>
              <w:right w:w="90" w:type="dxa"/>
            </w:tcMar>
            <w:vAlign w:val="center"/>
          </w:tcPr>
          <w:p w14:paraId="6A4A0DE2" w14:textId="77777777" w:rsidR="00187E2C" w:rsidRDefault="00187E2C"/>
          <w:p w14:paraId="360378E3"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7D51D5E3" w14:textId="77777777">
        <w:trPr>
          <w:cantSplit/>
          <w:jc w:val="center"/>
        </w:trPr>
        <w:tc>
          <w:tcPr>
            <w:tcW w:w="14060" w:type="dxa"/>
            <w:gridSpan w:val="6"/>
            <w:tcMar>
              <w:top w:w="70" w:type="dxa"/>
              <w:left w:w="90" w:type="dxa"/>
              <w:bottom w:w="70" w:type="dxa"/>
              <w:right w:w="90" w:type="dxa"/>
            </w:tcMar>
            <w:vAlign w:val="center"/>
          </w:tcPr>
          <w:p w14:paraId="6E5377CD" w14:textId="77777777" w:rsidR="00187E2C" w:rsidRDefault="00187E2C"/>
          <w:p w14:paraId="1327EA3D"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B3F29A6" w14:textId="77777777">
        <w:trPr>
          <w:cantSplit/>
          <w:jc w:val="center"/>
        </w:trPr>
        <w:tc>
          <w:tcPr>
            <w:tcW w:w="14060" w:type="dxa"/>
            <w:gridSpan w:val="6"/>
            <w:tcMar>
              <w:top w:w="70" w:type="dxa"/>
              <w:left w:w="90" w:type="dxa"/>
              <w:bottom w:w="70" w:type="dxa"/>
              <w:right w:w="90" w:type="dxa"/>
            </w:tcMar>
            <w:vAlign w:val="center"/>
          </w:tcPr>
          <w:p w14:paraId="47875A5A" w14:textId="77777777" w:rsidR="00187E2C" w:rsidRDefault="00187E2C"/>
          <w:p w14:paraId="2EA21653" w14:textId="77777777" w:rsidR="00187E2C" w:rsidRDefault="00000000">
            <w:pPr>
              <w:spacing w:line="245" w:lineRule="auto"/>
            </w:pPr>
            <w:r>
              <w:rPr>
                <w:b/>
                <w:color w:val="000000"/>
                <w:sz w:val="16"/>
              </w:rPr>
              <w:t xml:space="preserve">MEDPREDMETNE POVEZAVE: </w:t>
            </w:r>
            <w:r>
              <w:rPr>
                <w:color w:val="000000"/>
                <w:sz w:val="16"/>
              </w:rPr>
              <w:t>SPO – jaz, moje značilnosti in radovedno učenje; GUM – ritem, zvočnost in glas; LUM – ilustracija, črta in grafomotorika; ŠPO – gibalna pripoved, dramatizacija in postaje; MAT – smer, zaporedje in orientacija</w:t>
            </w:r>
          </w:p>
        </w:tc>
      </w:tr>
      <w:tr w:rsidR="00187E2C" w14:paraId="55473171" w14:textId="77777777">
        <w:trPr>
          <w:cantSplit/>
          <w:jc w:val="center"/>
        </w:trPr>
        <w:tc>
          <w:tcPr>
            <w:tcW w:w="14060" w:type="dxa"/>
            <w:gridSpan w:val="6"/>
            <w:tcMar>
              <w:top w:w="70" w:type="dxa"/>
              <w:left w:w="90" w:type="dxa"/>
              <w:bottom w:w="70" w:type="dxa"/>
              <w:right w:w="90" w:type="dxa"/>
            </w:tcMar>
            <w:vAlign w:val="center"/>
          </w:tcPr>
          <w:p w14:paraId="612D8152" w14:textId="77777777" w:rsidR="00187E2C" w:rsidRDefault="00187E2C"/>
          <w:p w14:paraId="29C71396" w14:textId="77777777" w:rsidR="00187E2C" w:rsidRDefault="00000000">
            <w:pPr>
              <w:spacing w:line="245" w:lineRule="auto"/>
            </w:pPr>
            <w:r>
              <w:rPr>
                <w:b/>
                <w:color w:val="000000"/>
                <w:sz w:val="16"/>
              </w:rPr>
              <w:t xml:space="preserve">UČNA SREDSTVA IN PRIPOMOČKI: </w:t>
            </w:r>
            <w:r>
              <w:rPr>
                <w:color w:val="000000"/>
                <w:sz w:val="16"/>
              </w:rPr>
              <w:t>BRALNI LIST 2, povečano besedilo oziroma kartice, slikanica ali odlomek, slikovno zaporedje, kartice besed in glasov, talne črke ali zlogi, ogledala, vrvice ali modelirna masa, mini tabla, zvezek oziroma jezikovna mapa</w:t>
            </w:r>
          </w:p>
        </w:tc>
      </w:tr>
      <w:tr w:rsidR="00187E2C" w14:paraId="56A1717E" w14:textId="77777777">
        <w:trPr>
          <w:cantSplit/>
          <w:jc w:val="center"/>
        </w:trPr>
        <w:tc>
          <w:tcPr>
            <w:tcW w:w="14060" w:type="dxa"/>
            <w:gridSpan w:val="6"/>
            <w:tcMar>
              <w:top w:w="70" w:type="dxa"/>
              <w:left w:w="90" w:type="dxa"/>
              <w:bottom w:w="70" w:type="dxa"/>
              <w:right w:w="90" w:type="dxa"/>
            </w:tcMar>
            <w:vAlign w:val="center"/>
          </w:tcPr>
          <w:p w14:paraId="27408EA0" w14:textId="77777777" w:rsidR="00187E2C" w:rsidRDefault="00187E2C"/>
          <w:p w14:paraId="72AC4A0B"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7872CF28" w14:textId="77777777">
        <w:trPr>
          <w:cantSplit/>
          <w:jc w:val="center"/>
        </w:trPr>
        <w:tc>
          <w:tcPr>
            <w:tcW w:w="14060" w:type="dxa"/>
            <w:gridSpan w:val="6"/>
            <w:tcMar>
              <w:top w:w="70" w:type="dxa"/>
              <w:left w:w="90" w:type="dxa"/>
              <w:bottom w:w="70" w:type="dxa"/>
              <w:right w:w="90" w:type="dxa"/>
            </w:tcMar>
            <w:vAlign w:val="center"/>
          </w:tcPr>
          <w:p w14:paraId="0A8BE563" w14:textId="77777777" w:rsidR="00187E2C" w:rsidRDefault="00187E2C"/>
          <w:p w14:paraId="33EBCF0C"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1932566E" w14:textId="77777777">
        <w:trPr>
          <w:cantSplit/>
          <w:jc w:val="center"/>
        </w:trPr>
        <w:tc>
          <w:tcPr>
            <w:tcW w:w="14060" w:type="dxa"/>
            <w:gridSpan w:val="6"/>
            <w:tcMar>
              <w:top w:w="70" w:type="dxa"/>
              <w:left w:w="90" w:type="dxa"/>
              <w:bottom w:w="70" w:type="dxa"/>
              <w:right w:w="90" w:type="dxa"/>
            </w:tcMar>
            <w:vAlign w:val="center"/>
          </w:tcPr>
          <w:p w14:paraId="67821C87" w14:textId="77777777" w:rsidR="00187E2C" w:rsidRDefault="00187E2C"/>
          <w:p w14:paraId="058D4F92"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B2A6AE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6AE37E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55377C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E261987" w14:textId="77777777" w:rsidR="00187E2C" w:rsidRDefault="00000000">
            <w:pPr>
              <w:jc w:val="center"/>
            </w:pPr>
            <w:r>
              <w:rPr>
                <w:b/>
                <w:color w:val="000000"/>
                <w:sz w:val="20"/>
              </w:rPr>
              <w:t>UČNE DEJAVNOSTI, METODE IN FORMATIVNO SPREMLJANJE</w:t>
            </w:r>
          </w:p>
        </w:tc>
      </w:tr>
      <w:tr w:rsidR="00187E2C" w14:paraId="7C1BC035" w14:textId="77777777">
        <w:trPr>
          <w:tblHeader/>
          <w:jc w:val="center"/>
        </w:trPr>
        <w:tc>
          <w:tcPr>
            <w:tcW w:w="4422" w:type="dxa"/>
            <w:vMerge/>
            <w:tcMar>
              <w:top w:w="70" w:type="dxa"/>
              <w:left w:w="90" w:type="dxa"/>
              <w:bottom w:w="70" w:type="dxa"/>
              <w:right w:w="90" w:type="dxa"/>
            </w:tcMar>
            <w:vAlign w:val="center"/>
          </w:tcPr>
          <w:p w14:paraId="04A31C98" w14:textId="77777777" w:rsidR="00187E2C" w:rsidRDefault="00187E2C"/>
        </w:tc>
        <w:tc>
          <w:tcPr>
            <w:tcW w:w="7087" w:type="dxa"/>
            <w:shd w:val="clear" w:color="auto" w:fill="FFFFFF"/>
            <w:tcMar>
              <w:top w:w="70" w:type="dxa"/>
              <w:left w:w="90" w:type="dxa"/>
              <w:bottom w:w="70" w:type="dxa"/>
              <w:right w:w="90" w:type="dxa"/>
            </w:tcMar>
            <w:vAlign w:val="center"/>
          </w:tcPr>
          <w:p w14:paraId="008CA2E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E5132EF" w14:textId="77777777" w:rsidR="00187E2C" w:rsidRDefault="00000000">
            <w:pPr>
              <w:jc w:val="center"/>
            </w:pPr>
            <w:r>
              <w:rPr>
                <w:b/>
                <w:color w:val="000000"/>
              </w:rPr>
              <w:t>UČENEC</w:t>
            </w:r>
          </w:p>
        </w:tc>
      </w:tr>
      <w:tr w:rsidR="00187E2C" w14:paraId="0F1713DA" w14:textId="77777777">
        <w:trPr>
          <w:jc w:val="center"/>
        </w:trPr>
        <w:tc>
          <w:tcPr>
            <w:tcW w:w="4422" w:type="dxa"/>
            <w:tcMar>
              <w:top w:w="70" w:type="dxa"/>
              <w:left w:w="90" w:type="dxa"/>
              <w:bottom w:w="70" w:type="dxa"/>
              <w:right w:w="90" w:type="dxa"/>
            </w:tcMar>
          </w:tcPr>
          <w:p w14:paraId="4FA99E3D" w14:textId="77777777" w:rsidR="00187E2C" w:rsidRDefault="00187E2C"/>
          <w:p w14:paraId="39285876" w14:textId="77777777" w:rsidR="00187E2C" w:rsidRDefault="00000000">
            <w:pPr>
              <w:spacing w:after="60" w:line="245" w:lineRule="auto"/>
            </w:pPr>
            <w:r>
              <w:rPr>
                <w:b/>
                <w:color w:val="000000"/>
              </w:rPr>
              <w:t>UČNI CILJI</w:t>
            </w:r>
          </w:p>
          <w:p w14:paraId="5BD67996" w14:textId="77777777" w:rsidR="00187E2C" w:rsidRDefault="00000000">
            <w:pPr>
              <w:spacing w:after="20" w:line="245" w:lineRule="auto"/>
            </w:pPr>
            <w:r>
              <w:rPr>
                <w:b/>
                <w:color w:val="000000"/>
                <w:sz w:val="17"/>
              </w:rPr>
              <w:t>SPLOŠNI</w:t>
            </w:r>
          </w:p>
          <w:p w14:paraId="4E035DB6"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722EF05F" w14:textId="77777777" w:rsidR="00187E2C" w:rsidRDefault="00000000">
            <w:pPr>
              <w:pStyle w:val="Oznaenseznam"/>
              <w:spacing w:after="16"/>
            </w:pPr>
            <w:r>
              <w:rPr>
                <w:color w:val="000000"/>
                <w:sz w:val="16"/>
              </w:rPr>
              <w:t>doživlja književno besedilo ter se nanj odziva z govorom, gibanjem, dramatizacijo, risbo ali zapisom</w:t>
            </w:r>
          </w:p>
          <w:p w14:paraId="0DC863E0" w14:textId="77777777" w:rsidR="00187E2C" w:rsidRDefault="00000000">
            <w:pPr>
              <w:pStyle w:val="Oznaenseznam"/>
              <w:spacing w:after="16"/>
            </w:pPr>
            <w:r>
              <w:rPr>
                <w:color w:val="000000"/>
                <w:sz w:val="16"/>
              </w:rPr>
              <w:t>razvija glasovno zavedanje, povezavo glas–črka in začetno branje ter pisanje po individualnem napredku</w:t>
            </w:r>
          </w:p>
          <w:p w14:paraId="5BAC497C" w14:textId="77777777" w:rsidR="00187E2C" w:rsidRDefault="00000000">
            <w:pPr>
              <w:pStyle w:val="Oznaenseznam"/>
              <w:spacing w:after="16"/>
            </w:pPr>
            <w:r>
              <w:rPr>
                <w:color w:val="000000"/>
                <w:sz w:val="16"/>
              </w:rPr>
              <w:t>ob namenih in kriterijih spremlja svoje učenje ter uporabi opisno povratno informacijo</w:t>
            </w:r>
          </w:p>
          <w:p w14:paraId="7B8C1454" w14:textId="77777777" w:rsidR="00187E2C" w:rsidRDefault="00000000">
            <w:pPr>
              <w:spacing w:before="40" w:after="20" w:line="245" w:lineRule="auto"/>
            </w:pPr>
            <w:r>
              <w:rPr>
                <w:b/>
                <w:color w:val="000000"/>
                <w:sz w:val="17"/>
              </w:rPr>
              <w:t>OPERATIVNI</w:t>
            </w:r>
          </w:p>
          <w:p w14:paraId="47F4C523" w14:textId="77777777" w:rsidR="00187E2C" w:rsidRDefault="00000000">
            <w:pPr>
              <w:pStyle w:val="Oznaenseznam"/>
              <w:spacing w:after="16"/>
            </w:pPr>
            <w:r>
              <w:rPr>
                <w:color w:val="000000"/>
                <w:sz w:val="16"/>
              </w:rPr>
              <w:t>se orientira na telesu, v prostoru in na listu</w:t>
            </w:r>
          </w:p>
          <w:p w14:paraId="143BBBD7" w14:textId="77777777" w:rsidR="00187E2C" w:rsidRDefault="00000000">
            <w:pPr>
              <w:pStyle w:val="Oznaenseznam"/>
              <w:spacing w:after="16"/>
            </w:pPr>
            <w:r>
              <w:rPr>
                <w:color w:val="000000"/>
                <w:sz w:val="16"/>
              </w:rPr>
              <w:t>sledi smeri od leve proti desni</w:t>
            </w:r>
          </w:p>
          <w:p w14:paraId="52A1DEB4" w14:textId="77777777" w:rsidR="00187E2C" w:rsidRDefault="00000000">
            <w:pPr>
              <w:pStyle w:val="Oznaenseznam"/>
              <w:spacing w:after="16"/>
            </w:pPr>
            <w:r>
              <w:rPr>
                <w:color w:val="000000"/>
                <w:sz w:val="16"/>
              </w:rPr>
              <w:t>bere slike, znake in piktograme</w:t>
            </w:r>
          </w:p>
          <w:p w14:paraId="26E970B1" w14:textId="77777777" w:rsidR="00187E2C" w:rsidRDefault="00000000">
            <w:pPr>
              <w:spacing w:before="40" w:after="20" w:line="245" w:lineRule="auto"/>
            </w:pPr>
            <w:r>
              <w:rPr>
                <w:b/>
                <w:color w:val="000000"/>
                <w:sz w:val="17"/>
              </w:rPr>
              <w:t>PRIČAKOVANI DOSEŽKI / MINIMALNI POUDARKI</w:t>
            </w:r>
          </w:p>
          <w:p w14:paraId="6494ECD9" w14:textId="77777777" w:rsidR="00187E2C" w:rsidRDefault="00000000">
            <w:pPr>
              <w:pStyle w:val="Oznaenseznam"/>
              <w:spacing w:after="16"/>
            </w:pPr>
            <w:r>
              <w:rPr>
                <w:color w:val="000000"/>
                <w:sz w:val="15"/>
              </w:rPr>
              <w:t>samostojno oziroma z dogovorjeno oporo se orientira na telesu, v prostoru in na listu</w:t>
            </w:r>
          </w:p>
          <w:p w14:paraId="404F23AA" w14:textId="77777777" w:rsidR="00187E2C" w:rsidRDefault="00000000">
            <w:pPr>
              <w:pStyle w:val="Oznaenseznam"/>
              <w:spacing w:after="16"/>
            </w:pPr>
            <w:r>
              <w:rPr>
                <w:color w:val="000000"/>
                <w:sz w:val="15"/>
              </w:rPr>
              <w:t>samostojno oziroma z dogovorjeno oporo sledi smeri od leve proti desni</w:t>
            </w:r>
          </w:p>
          <w:p w14:paraId="3717FAA3" w14:textId="77777777" w:rsidR="00187E2C" w:rsidRDefault="00000000">
            <w:pPr>
              <w:pStyle w:val="Oznaenseznam"/>
              <w:spacing w:after="16"/>
            </w:pPr>
            <w:r>
              <w:rPr>
                <w:color w:val="000000"/>
                <w:sz w:val="15"/>
              </w:rPr>
              <w:t>samostojno oziroma z dogovorjeno oporo bere slike, znake in piktograme</w:t>
            </w:r>
          </w:p>
        </w:tc>
        <w:tc>
          <w:tcPr>
            <w:tcW w:w="7087" w:type="dxa"/>
            <w:tcMar>
              <w:top w:w="70" w:type="dxa"/>
              <w:left w:w="90" w:type="dxa"/>
              <w:bottom w:w="70" w:type="dxa"/>
              <w:right w:w="90" w:type="dxa"/>
            </w:tcMar>
          </w:tcPr>
          <w:p w14:paraId="2DF71CC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B893D66" w14:textId="77777777">
              <w:trPr>
                <w:jc w:val="center"/>
              </w:trPr>
              <w:tc>
                <w:tcPr>
                  <w:tcW w:w="7087" w:type="dxa"/>
                  <w:shd w:val="clear" w:color="auto" w:fill="C6E7F3"/>
                  <w:tcMar>
                    <w:top w:w="45" w:type="dxa"/>
                    <w:left w:w="70" w:type="dxa"/>
                    <w:bottom w:w="45" w:type="dxa"/>
                    <w:right w:w="70" w:type="dxa"/>
                  </w:tcMar>
                </w:tcPr>
                <w:p w14:paraId="7C18B94A" w14:textId="77777777" w:rsidR="00187E2C" w:rsidRDefault="00000000">
                  <w:pPr>
                    <w:keepNext/>
                  </w:pPr>
                  <w:r>
                    <w:rPr>
                      <w:b/>
                      <w:color w:val="000000"/>
                    </w:rPr>
                    <w:t>UVODNI DEL – motivacija, aktivacija predznanja in namen učenja (15–20 min)</w:t>
                  </w:r>
                </w:p>
              </w:tc>
            </w:tr>
          </w:tbl>
          <w:p w14:paraId="3B055316" w14:textId="77777777" w:rsidR="00187E2C" w:rsidRDefault="00187E2C">
            <w:pPr>
              <w:spacing w:line="20" w:lineRule="exact"/>
            </w:pPr>
          </w:p>
          <w:p w14:paraId="56515572" w14:textId="77777777" w:rsidR="00187E2C" w:rsidRDefault="00000000">
            <w:pPr>
              <w:spacing w:before="40" w:after="60" w:line="245" w:lineRule="auto"/>
            </w:pPr>
            <w:r>
              <w:rPr>
                <w:color w:val="000000"/>
                <w:sz w:val="16"/>
              </w:rPr>
              <w:t>Učenci ob naslovnici, odlomku ali ilustraciji dela »Pedenjped« – Niko Grafenauer doživljajsko vstopijo v motiv jaz, moje značilnosti in radovedno učenje. S kretnjo, predmetom, sliko, glasom ali kratko povedjo pokažejo predznanje in napoved. Izhodiščni odziv povežejo z dejavnostjo BRALNI LIST 2 – BEREM SIMBOLE IN PIKTOGRAME.</w:t>
            </w:r>
          </w:p>
          <w:tbl>
            <w:tblPr>
              <w:tblStyle w:val="Tabelamrea"/>
              <w:tblW w:w="0" w:type="auto"/>
              <w:jc w:val="center"/>
              <w:tblLayout w:type="fixed"/>
              <w:tblLook w:val="04A0" w:firstRow="1" w:lastRow="0" w:firstColumn="1" w:lastColumn="0" w:noHBand="0" w:noVBand="1"/>
            </w:tblPr>
            <w:tblGrid>
              <w:gridCol w:w="7087"/>
            </w:tblGrid>
            <w:tr w:rsidR="00187E2C" w14:paraId="26EFB28A" w14:textId="77777777">
              <w:trPr>
                <w:jc w:val="center"/>
              </w:trPr>
              <w:tc>
                <w:tcPr>
                  <w:tcW w:w="7087" w:type="dxa"/>
                  <w:shd w:val="clear" w:color="auto" w:fill="EDC9EA"/>
                  <w:tcMar>
                    <w:top w:w="45" w:type="dxa"/>
                    <w:left w:w="70" w:type="dxa"/>
                    <w:bottom w:w="45" w:type="dxa"/>
                    <w:right w:w="70" w:type="dxa"/>
                  </w:tcMar>
                </w:tcPr>
                <w:p w14:paraId="0947EA2F" w14:textId="77777777" w:rsidR="00187E2C" w:rsidRDefault="00000000">
                  <w:pPr>
                    <w:keepNext/>
                  </w:pPr>
                  <w:r>
                    <w:rPr>
                      <w:b/>
                      <w:color w:val="000000"/>
                    </w:rPr>
                    <w:t>NAMENI UČENJA</w:t>
                  </w:r>
                </w:p>
              </w:tc>
            </w:tr>
          </w:tbl>
          <w:p w14:paraId="54A12B14" w14:textId="77777777" w:rsidR="00187E2C" w:rsidRDefault="00187E2C">
            <w:pPr>
              <w:spacing w:line="20" w:lineRule="exact"/>
            </w:pPr>
          </w:p>
          <w:p w14:paraId="45FE7B07"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4EC29070" w14:textId="77777777" w:rsidR="00187E2C" w:rsidRDefault="00000000">
            <w:pPr>
              <w:pStyle w:val="Oznaenseznam"/>
              <w:spacing w:after="16"/>
            </w:pPr>
            <w:r>
              <w:rPr>
                <w:color w:val="000000"/>
                <w:sz w:val="16"/>
              </w:rPr>
              <w:t>se orientira na telesu, v prostoru in na listu</w:t>
            </w:r>
          </w:p>
          <w:p w14:paraId="192BEAD0" w14:textId="77777777" w:rsidR="00187E2C" w:rsidRDefault="00000000">
            <w:pPr>
              <w:pStyle w:val="Oznaenseznam"/>
              <w:spacing w:after="16"/>
            </w:pPr>
            <w:r>
              <w:rPr>
                <w:color w:val="000000"/>
                <w:sz w:val="16"/>
              </w:rPr>
              <w:t>sledim smeri od leve proti desni</w:t>
            </w:r>
          </w:p>
          <w:p w14:paraId="44DBE409" w14:textId="77777777" w:rsidR="00187E2C" w:rsidRDefault="00000000">
            <w:pPr>
              <w:pStyle w:val="Oznaenseznam"/>
              <w:spacing w:after="16"/>
            </w:pPr>
            <w:r>
              <w:rPr>
                <w:color w:val="000000"/>
                <w:sz w:val="16"/>
              </w:rPr>
              <w:t>berem slike, znake in piktograme</w:t>
            </w:r>
          </w:p>
          <w:tbl>
            <w:tblPr>
              <w:tblStyle w:val="Tabelamrea"/>
              <w:tblW w:w="0" w:type="auto"/>
              <w:jc w:val="center"/>
              <w:tblLayout w:type="fixed"/>
              <w:tblLook w:val="04A0" w:firstRow="1" w:lastRow="0" w:firstColumn="1" w:lastColumn="0" w:noHBand="0" w:noVBand="1"/>
            </w:tblPr>
            <w:tblGrid>
              <w:gridCol w:w="7087"/>
            </w:tblGrid>
            <w:tr w:rsidR="00187E2C" w14:paraId="0F132B5B" w14:textId="77777777">
              <w:trPr>
                <w:jc w:val="center"/>
              </w:trPr>
              <w:tc>
                <w:tcPr>
                  <w:tcW w:w="7087" w:type="dxa"/>
                  <w:shd w:val="clear" w:color="auto" w:fill="EDC9EA"/>
                  <w:tcMar>
                    <w:top w:w="45" w:type="dxa"/>
                    <w:left w:w="70" w:type="dxa"/>
                    <w:bottom w:w="45" w:type="dxa"/>
                    <w:right w:w="70" w:type="dxa"/>
                  </w:tcMar>
                </w:tcPr>
                <w:p w14:paraId="42C80922" w14:textId="77777777" w:rsidR="00187E2C" w:rsidRDefault="00000000">
                  <w:pPr>
                    <w:keepNext/>
                  </w:pPr>
                  <w:r>
                    <w:rPr>
                      <w:b/>
                      <w:color w:val="000000"/>
                    </w:rPr>
                    <w:t>PREVERJANJE PREDZNANJA</w:t>
                  </w:r>
                </w:p>
              </w:tc>
            </w:tr>
          </w:tbl>
          <w:p w14:paraId="6D72F8E7" w14:textId="77777777" w:rsidR="00187E2C" w:rsidRDefault="00187E2C">
            <w:pPr>
              <w:spacing w:line="20" w:lineRule="exact"/>
            </w:pPr>
          </w:p>
          <w:p w14:paraId="6EC3B49F" w14:textId="77777777" w:rsidR="00187E2C" w:rsidRDefault="00000000">
            <w:pPr>
              <w:pStyle w:val="Oznaenseznam"/>
              <w:spacing w:after="16"/>
            </w:pPr>
            <w:r>
              <w:rPr>
                <w:color w:val="000000"/>
                <w:sz w:val="16"/>
              </w:rPr>
              <w:t>Kaj mi naslovnica, ilustracija ali naslov pove o motivu jaz, moje značilnosti in radovedno učenje?</w:t>
            </w:r>
          </w:p>
          <w:p w14:paraId="64F51798" w14:textId="77777777" w:rsidR="00187E2C" w:rsidRDefault="00000000">
            <w:pPr>
              <w:pStyle w:val="Oznaenseznam"/>
              <w:spacing w:after="16"/>
            </w:pPr>
            <w:r>
              <w:rPr>
                <w:color w:val="000000"/>
                <w:sz w:val="16"/>
              </w:rPr>
              <w:t>Katero strategijo lahko uporabim pri dejavnosti »BEREM SIMBOLE IN PIKTOGRAME«?</w:t>
            </w:r>
          </w:p>
          <w:p w14:paraId="29970859"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74C45DB8" w14:textId="77777777">
              <w:trPr>
                <w:jc w:val="center"/>
              </w:trPr>
              <w:tc>
                <w:tcPr>
                  <w:tcW w:w="7087" w:type="dxa"/>
                  <w:shd w:val="clear" w:color="auto" w:fill="EDC9EA"/>
                  <w:tcMar>
                    <w:top w:w="45" w:type="dxa"/>
                    <w:left w:w="70" w:type="dxa"/>
                    <w:bottom w:w="45" w:type="dxa"/>
                    <w:right w:w="70" w:type="dxa"/>
                  </w:tcMar>
                </w:tcPr>
                <w:p w14:paraId="222807EA" w14:textId="77777777" w:rsidR="00187E2C" w:rsidRDefault="00000000">
                  <w:pPr>
                    <w:keepNext/>
                  </w:pPr>
                  <w:r>
                    <w:rPr>
                      <w:b/>
                      <w:color w:val="000000"/>
                    </w:rPr>
                    <w:t>KRITERIJI USPEŠNOSTI</w:t>
                  </w:r>
                </w:p>
              </w:tc>
            </w:tr>
          </w:tbl>
          <w:p w14:paraId="2C4C4126" w14:textId="77777777" w:rsidR="00187E2C" w:rsidRDefault="00187E2C"/>
          <w:p w14:paraId="046C1877" w14:textId="77777777" w:rsidR="00187E2C" w:rsidRDefault="00000000">
            <w:pPr>
              <w:spacing w:before="20" w:after="20" w:line="245" w:lineRule="auto"/>
            </w:pPr>
            <w:r>
              <w:rPr>
                <w:b/>
                <w:color w:val="000000"/>
                <w:sz w:val="16"/>
              </w:rPr>
              <w:t>Uspešen/-na bom, ko:</w:t>
            </w:r>
          </w:p>
          <w:p w14:paraId="41F32F8C" w14:textId="77777777" w:rsidR="00187E2C" w:rsidRDefault="00000000">
            <w:pPr>
              <w:pStyle w:val="Oznaenseznam"/>
              <w:spacing w:after="16"/>
            </w:pPr>
            <w:r>
              <w:rPr>
                <w:color w:val="000000"/>
                <w:sz w:val="16"/>
              </w:rPr>
              <w:t>se orientira na telesu, v prostoru in na listu</w:t>
            </w:r>
          </w:p>
          <w:p w14:paraId="2973EF0B" w14:textId="77777777" w:rsidR="00187E2C" w:rsidRDefault="00000000">
            <w:pPr>
              <w:pStyle w:val="Oznaenseznam"/>
              <w:spacing w:after="16"/>
            </w:pPr>
            <w:r>
              <w:rPr>
                <w:color w:val="000000"/>
                <w:sz w:val="16"/>
              </w:rPr>
              <w:t>sledim smeri od leve proti desni</w:t>
            </w:r>
          </w:p>
          <w:p w14:paraId="5FA64306" w14:textId="77777777" w:rsidR="00187E2C" w:rsidRDefault="00000000">
            <w:pPr>
              <w:pStyle w:val="Oznaenseznam"/>
              <w:spacing w:after="16"/>
            </w:pPr>
            <w:r>
              <w:rPr>
                <w:color w:val="000000"/>
                <w:sz w:val="16"/>
              </w:rPr>
              <w:t>berem slike, znake in piktograme</w:t>
            </w:r>
          </w:p>
          <w:p w14:paraId="086628B5"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52344DF7" w14:textId="77777777" w:rsidR="00187E2C" w:rsidRDefault="00187E2C"/>
          <w:p w14:paraId="3B9FEEFF"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1A0868E" w14:textId="77777777" w:rsidR="00187E2C" w:rsidRDefault="00000000">
            <w:pPr>
              <w:spacing w:after="80" w:line="245" w:lineRule="auto"/>
            </w:pPr>
            <w:r>
              <w:rPr>
                <w:color w:val="000000"/>
                <w:sz w:val="16"/>
              </w:rPr>
              <w:t>Pove, pokaže ali nariše, kaj že ve in katero strategijo bi uporabil.</w:t>
            </w:r>
          </w:p>
          <w:p w14:paraId="0656A7DE" w14:textId="77777777" w:rsidR="00187E2C" w:rsidRDefault="00000000">
            <w:pPr>
              <w:spacing w:after="100" w:line="245" w:lineRule="auto"/>
            </w:pPr>
            <w:r>
              <w:rPr>
                <w:color w:val="000000"/>
                <w:sz w:val="16"/>
              </w:rPr>
              <w:t>Sodeluje pri razumevanju namenov in kriterijev uspešnosti.</w:t>
            </w:r>
          </w:p>
          <w:p w14:paraId="45729E8E" w14:textId="77777777" w:rsidR="00187E2C" w:rsidRDefault="00000000">
            <w:pPr>
              <w:spacing w:after="20" w:line="245" w:lineRule="auto"/>
            </w:pPr>
            <w:r>
              <w:rPr>
                <w:b/>
                <w:color w:val="D95BC6"/>
                <w:sz w:val="17"/>
              </w:rPr>
              <w:t>DOKAZ O UČENJU</w:t>
            </w:r>
          </w:p>
          <w:p w14:paraId="593987AE"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03614C6B"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B1A2A3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6BD5D84"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9B97714" w14:textId="77777777" w:rsidR="00187E2C" w:rsidRDefault="00000000">
            <w:pPr>
              <w:jc w:val="center"/>
            </w:pPr>
            <w:r>
              <w:rPr>
                <w:b/>
                <w:color w:val="000000"/>
                <w:sz w:val="20"/>
              </w:rPr>
              <w:t>UČNE DEJAVNOSTI, METODE IN FORMATIVNO SPREMLJANJE</w:t>
            </w:r>
          </w:p>
        </w:tc>
      </w:tr>
      <w:tr w:rsidR="00187E2C" w14:paraId="6AEDC398" w14:textId="77777777">
        <w:trPr>
          <w:tblHeader/>
          <w:jc w:val="center"/>
        </w:trPr>
        <w:tc>
          <w:tcPr>
            <w:tcW w:w="4422" w:type="dxa"/>
            <w:vMerge/>
            <w:tcMar>
              <w:top w:w="70" w:type="dxa"/>
              <w:left w:w="90" w:type="dxa"/>
              <w:bottom w:w="70" w:type="dxa"/>
              <w:right w:w="90" w:type="dxa"/>
            </w:tcMar>
            <w:vAlign w:val="center"/>
          </w:tcPr>
          <w:p w14:paraId="05D21B55" w14:textId="77777777" w:rsidR="00187E2C" w:rsidRDefault="00187E2C"/>
        </w:tc>
        <w:tc>
          <w:tcPr>
            <w:tcW w:w="7087" w:type="dxa"/>
            <w:shd w:val="clear" w:color="auto" w:fill="FFFFFF"/>
            <w:tcMar>
              <w:top w:w="70" w:type="dxa"/>
              <w:left w:w="90" w:type="dxa"/>
              <w:bottom w:w="70" w:type="dxa"/>
              <w:right w:w="90" w:type="dxa"/>
            </w:tcMar>
            <w:vAlign w:val="center"/>
          </w:tcPr>
          <w:p w14:paraId="686F4AD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09623F2" w14:textId="77777777" w:rsidR="00187E2C" w:rsidRDefault="00000000">
            <w:pPr>
              <w:jc w:val="center"/>
            </w:pPr>
            <w:r>
              <w:rPr>
                <w:b/>
                <w:color w:val="000000"/>
              </w:rPr>
              <w:t>UČENEC</w:t>
            </w:r>
          </w:p>
        </w:tc>
      </w:tr>
      <w:tr w:rsidR="00187E2C" w14:paraId="4726B9A9" w14:textId="77777777">
        <w:trPr>
          <w:jc w:val="center"/>
        </w:trPr>
        <w:tc>
          <w:tcPr>
            <w:tcW w:w="4422" w:type="dxa"/>
            <w:tcMar>
              <w:top w:w="70" w:type="dxa"/>
              <w:left w:w="90" w:type="dxa"/>
              <w:bottom w:w="70" w:type="dxa"/>
              <w:right w:w="90" w:type="dxa"/>
            </w:tcMar>
          </w:tcPr>
          <w:p w14:paraId="3E757F67" w14:textId="77777777" w:rsidR="00187E2C" w:rsidRDefault="00187E2C"/>
          <w:p w14:paraId="3CA55C86" w14:textId="77777777" w:rsidR="00187E2C" w:rsidRDefault="00000000">
            <w:pPr>
              <w:spacing w:after="40" w:line="245" w:lineRule="auto"/>
            </w:pPr>
            <w:r>
              <w:rPr>
                <w:b/>
                <w:color w:val="000000"/>
              </w:rPr>
              <w:t>KLJUČNI POJMI</w:t>
            </w:r>
          </w:p>
          <w:p w14:paraId="2EDB4CCF"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2E1E69A8" w14:textId="77777777" w:rsidR="00187E2C" w:rsidRDefault="00000000">
            <w:pPr>
              <w:spacing w:after="20" w:line="245" w:lineRule="auto"/>
            </w:pPr>
            <w:r>
              <w:rPr>
                <w:b/>
                <w:color w:val="000000"/>
                <w:sz w:val="17"/>
              </w:rPr>
              <w:t>DOKAZI O UČENJU</w:t>
            </w:r>
          </w:p>
          <w:p w14:paraId="5FC81E4E" w14:textId="77777777" w:rsidR="00187E2C" w:rsidRDefault="00000000">
            <w:pPr>
              <w:pStyle w:val="Oznaenseznam"/>
              <w:spacing w:after="9"/>
            </w:pPr>
            <w:r>
              <w:rPr>
                <w:color w:val="000000"/>
                <w:sz w:val="15"/>
              </w:rPr>
              <w:t>pravilno prebrana in izvedena pot iz najmanj štirih simbolov.</w:t>
            </w:r>
          </w:p>
          <w:p w14:paraId="1B3F9318" w14:textId="77777777" w:rsidR="00187E2C" w:rsidRDefault="00000000">
            <w:pPr>
              <w:pStyle w:val="Oznaenseznam"/>
              <w:spacing w:after="9"/>
            </w:pPr>
            <w:r>
              <w:rPr>
                <w:color w:val="000000"/>
                <w:sz w:val="15"/>
              </w:rPr>
              <w:t>zvočni posnetek ali anekdotski zapis kratke izmenjave.</w:t>
            </w:r>
          </w:p>
          <w:p w14:paraId="70FAC3C0" w14:textId="77777777" w:rsidR="00187E2C" w:rsidRDefault="00000000">
            <w:pPr>
              <w:pStyle w:val="Oznaenseznam"/>
              <w:spacing w:after="9"/>
            </w:pPr>
            <w:r>
              <w:rPr>
                <w:color w:val="000000"/>
                <w:sz w:val="15"/>
              </w:rPr>
              <w:t>pravilno sestavljen primer in učenčeva ustna razlaga postopka.</w:t>
            </w:r>
          </w:p>
          <w:p w14:paraId="5F349A41" w14:textId="77777777" w:rsidR="00187E2C" w:rsidRDefault="00000000">
            <w:pPr>
              <w:pStyle w:val="Oznaenseznam"/>
              <w:spacing w:after="9"/>
            </w:pPr>
            <w:r>
              <w:rPr>
                <w:color w:val="000000"/>
                <w:sz w:val="15"/>
              </w:rPr>
              <w:t>individualni bralni zapis, označen podatek in učenčeva izbrana strategija.</w:t>
            </w:r>
          </w:p>
          <w:p w14:paraId="000E930C" w14:textId="77777777" w:rsidR="00187E2C" w:rsidRDefault="00000000">
            <w:pPr>
              <w:pStyle w:val="Oznaenseznam"/>
              <w:spacing w:after="9"/>
            </w:pPr>
            <w:r>
              <w:rPr>
                <w:color w:val="000000"/>
                <w:sz w:val="15"/>
              </w:rPr>
              <w:t>datiran zapis v mapi in kratek komentar učenca o najuspešnejšem delu.</w:t>
            </w:r>
          </w:p>
          <w:p w14:paraId="4A2BE842" w14:textId="77777777" w:rsidR="00187E2C" w:rsidRDefault="00000000">
            <w:pPr>
              <w:pStyle w:val="Oznaenseznam"/>
              <w:spacing w:after="9"/>
            </w:pPr>
            <w:r>
              <w:rPr>
                <w:color w:val="000000"/>
                <w:sz w:val="15"/>
              </w:rPr>
              <w:t>nastop/izdelek, vrstniška povratna informacija in samovrednotenje.</w:t>
            </w:r>
          </w:p>
          <w:p w14:paraId="117A0EF6" w14:textId="77777777" w:rsidR="00187E2C" w:rsidRDefault="00000000">
            <w:pPr>
              <w:spacing w:before="40" w:after="20" w:line="245" w:lineRule="auto"/>
            </w:pPr>
            <w:r>
              <w:rPr>
                <w:b/>
                <w:color w:val="000000"/>
                <w:sz w:val="17"/>
              </w:rPr>
              <w:t>KNJIŽEVNO DOŽIVETJE IN IZKUŠENJSKI POUK</w:t>
            </w:r>
          </w:p>
          <w:p w14:paraId="129CB276"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20770A19" w14:textId="77777777" w:rsidR="00187E2C" w:rsidRDefault="00000000">
            <w:pPr>
              <w:spacing w:after="20" w:line="245" w:lineRule="auto"/>
            </w:pPr>
            <w:r>
              <w:rPr>
                <w:b/>
                <w:color w:val="000000"/>
                <w:sz w:val="17"/>
              </w:rPr>
              <w:t>POUČEVANJE V GIBANJU</w:t>
            </w:r>
          </w:p>
          <w:p w14:paraId="11CB2186"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8D1CD40" w14:textId="77777777" w:rsidR="00187E2C" w:rsidRDefault="00000000">
            <w:pPr>
              <w:spacing w:after="20" w:line="245" w:lineRule="auto"/>
            </w:pPr>
            <w:r>
              <w:rPr>
                <w:b/>
                <w:color w:val="000000"/>
                <w:sz w:val="17"/>
              </w:rPr>
              <w:t>DELO PO POSTAJAH</w:t>
            </w:r>
          </w:p>
          <w:p w14:paraId="63BBD33C"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2, modelirano, vodeno ali ponovljeno branje; 4. slikovno-pisna – urejam zaporedje, rišem, dopolnim ali zapišem odziv ter izbor dokaza, povratna informacija in naslednji korak.</w:t>
            </w:r>
          </w:p>
          <w:p w14:paraId="37A38D79" w14:textId="77777777" w:rsidR="00187E2C" w:rsidRDefault="00000000">
            <w:pPr>
              <w:spacing w:after="20" w:line="245" w:lineRule="auto"/>
            </w:pPr>
            <w:r>
              <w:rPr>
                <w:b/>
                <w:color w:val="000000"/>
                <w:sz w:val="17"/>
              </w:rPr>
              <w:t>DIFERENCIACIJA IN VKLJUČEVANJE</w:t>
            </w:r>
          </w:p>
          <w:p w14:paraId="18772B48"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2EC43835" w14:textId="77777777" w:rsidR="00187E2C" w:rsidRDefault="00000000">
            <w:pPr>
              <w:spacing w:after="20" w:line="245" w:lineRule="auto"/>
            </w:pPr>
            <w:r>
              <w:rPr>
                <w:b/>
                <w:color w:val="000000"/>
                <w:sz w:val="17"/>
              </w:rPr>
              <w:t>SPREMLJANJE</w:t>
            </w:r>
          </w:p>
          <w:p w14:paraId="38AD14EF"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308D9D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26A74BF" w14:textId="77777777">
              <w:trPr>
                <w:jc w:val="center"/>
              </w:trPr>
              <w:tc>
                <w:tcPr>
                  <w:tcW w:w="7087" w:type="dxa"/>
                  <w:shd w:val="clear" w:color="auto" w:fill="C6E7F3"/>
                  <w:tcMar>
                    <w:top w:w="45" w:type="dxa"/>
                    <w:left w:w="70" w:type="dxa"/>
                    <w:bottom w:w="45" w:type="dxa"/>
                    <w:right w:w="70" w:type="dxa"/>
                  </w:tcMar>
                </w:tcPr>
                <w:p w14:paraId="6599A561" w14:textId="77777777" w:rsidR="00187E2C" w:rsidRDefault="00000000">
                  <w:pPr>
                    <w:keepNext/>
                  </w:pPr>
                  <w:r>
                    <w:rPr>
                      <w:b/>
                      <w:color w:val="000000"/>
                      <w:sz w:val="17"/>
                    </w:rPr>
                    <w:t>GLAVNI DEL – DOŽIVLJAJSKO, JEZIKOVNO IN OPISMENJEVALNO UČENJE (6 šolskih ur)</w:t>
                  </w:r>
                </w:p>
              </w:tc>
            </w:tr>
          </w:tbl>
          <w:p w14:paraId="590D9C8D" w14:textId="77777777" w:rsidR="00187E2C" w:rsidRDefault="00187E2C">
            <w:pPr>
              <w:spacing w:line="20" w:lineRule="exact"/>
            </w:pPr>
          </w:p>
          <w:p w14:paraId="7A3BACE7" w14:textId="77777777" w:rsidR="00187E2C" w:rsidRDefault="00000000">
            <w:pPr>
              <w:keepNext/>
              <w:spacing w:before="22" w:after="6" w:line="245" w:lineRule="auto"/>
            </w:pPr>
            <w:r>
              <w:rPr>
                <w:b/>
                <w:color w:val="000000"/>
                <w:sz w:val="15"/>
              </w:rPr>
              <w:t>1. URA – Berem simbole in piktograme</w:t>
            </w:r>
          </w:p>
          <w:p w14:paraId="5E651865" w14:textId="77777777" w:rsidR="00187E2C" w:rsidRDefault="00000000">
            <w:pPr>
              <w:spacing w:after="7" w:line="245" w:lineRule="auto"/>
            </w:pPr>
            <w:r>
              <w:rPr>
                <w:b/>
                <w:color w:val="000000"/>
                <w:sz w:val="14"/>
              </w:rPr>
              <w:t xml:space="preserve">Dejavnost učiteljice: </w:t>
            </w:r>
            <w:r>
              <w:rPr>
                <w:color w:val="000000"/>
                <w:sz w:val="14"/>
              </w:rPr>
              <w:t>Vodi postaje z nalogami Bralnega lista 2: zaporedje simbolov, slikovno navodilo, nadaljevanje vzorca in gibalna pot. Opazuje smer sledenja in razumevanje pomena.</w:t>
            </w:r>
          </w:p>
          <w:p w14:paraId="6765CBE8" w14:textId="77777777" w:rsidR="00187E2C" w:rsidRDefault="00000000">
            <w:pPr>
              <w:spacing w:after="7" w:line="245" w:lineRule="auto"/>
            </w:pPr>
            <w:r>
              <w:rPr>
                <w:b/>
                <w:color w:val="000000"/>
                <w:sz w:val="14"/>
              </w:rPr>
              <w:t xml:space="preserve">Dejavnost učencev: </w:t>
            </w:r>
            <w:r>
              <w:rPr>
                <w:color w:val="000000"/>
                <w:sz w:val="14"/>
              </w:rPr>
              <w:t>Bere, razvršča in nadaljuje simbole, nato prebrano navodilo izvede v prostoru in v paru preveri zaporedje.</w:t>
            </w:r>
          </w:p>
          <w:p w14:paraId="474C6EBA" w14:textId="77777777" w:rsidR="00187E2C" w:rsidRDefault="00000000">
            <w:pPr>
              <w:spacing w:after="15" w:line="245" w:lineRule="auto"/>
            </w:pPr>
            <w:r>
              <w:rPr>
                <w:i/>
                <w:color w:val="D95BC6"/>
                <w:sz w:val="14"/>
              </w:rPr>
              <w:t>Predvideni dokaz: pravilno prebrana in izvedena pot iz najmanj štirih simbolov..</w:t>
            </w:r>
          </w:p>
          <w:p w14:paraId="5A40C18A" w14:textId="77777777" w:rsidR="00187E2C" w:rsidRDefault="00000000">
            <w:pPr>
              <w:keepNext/>
              <w:spacing w:before="22" w:after="6" w:line="245" w:lineRule="auto"/>
            </w:pPr>
            <w:r>
              <w:rPr>
                <w:b/>
                <w:color w:val="000000"/>
                <w:sz w:val="15"/>
              </w:rPr>
              <w:t>2. URA – Predopismenjevanje – Govorim in pojasnjujem</w:t>
            </w:r>
          </w:p>
          <w:p w14:paraId="014DC186"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1F05E4DC"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»sledi smeri od leve proti desni«.</w:t>
            </w:r>
          </w:p>
          <w:p w14:paraId="402981B9" w14:textId="77777777" w:rsidR="00187E2C" w:rsidRDefault="00000000">
            <w:pPr>
              <w:spacing w:after="15" w:line="245" w:lineRule="auto"/>
            </w:pPr>
            <w:r>
              <w:rPr>
                <w:i/>
                <w:color w:val="D95BC6"/>
                <w:sz w:val="14"/>
              </w:rPr>
              <w:t>Predvideni dokaz: zvočni posnetek ali anekdotski zapis kratke izmenjave..</w:t>
            </w:r>
          </w:p>
          <w:p w14:paraId="13626539" w14:textId="77777777" w:rsidR="00187E2C" w:rsidRDefault="00000000">
            <w:pPr>
              <w:keepNext/>
              <w:spacing w:before="22" w:after="6" w:line="245" w:lineRule="auto"/>
            </w:pPr>
            <w:r>
              <w:rPr>
                <w:b/>
                <w:color w:val="000000"/>
                <w:sz w:val="15"/>
              </w:rPr>
              <w:t>3. URA – Predopismenjevanje – Razčlenjujem jezik</w:t>
            </w:r>
          </w:p>
          <w:p w14:paraId="40D1F0C2"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510E0D08"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»bere slike, znake in piktograme«.</w:t>
            </w:r>
          </w:p>
          <w:p w14:paraId="2316BB7B" w14:textId="77777777" w:rsidR="00187E2C" w:rsidRDefault="00000000">
            <w:pPr>
              <w:spacing w:after="15" w:line="245" w:lineRule="auto"/>
            </w:pPr>
            <w:r>
              <w:rPr>
                <w:i/>
                <w:color w:val="D95BC6"/>
                <w:sz w:val="14"/>
              </w:rPr>
              <w:t>Predvideni dokaz: pravilno sestavljen primer in učenčeva ustna razlaga postopka..</w:t>
            </w:r>
          </w:p>
          <w:p w14:paraId="3A2333C7" w14:textId="77777777" w:rsidR="00187E2C" w:rsidRDefault="00000000">
            <w:pPr>
              <w:keepNext/>
              <w:spacing w:before="22" w:after="6" w:line="245" w:lineRule="auto"/>
            </w:pPr>
            <w:r>
              <w:rPr>
                <w:b/>
                <w:color w:val="000000"/>
                <w:sz w:val="15"/>
              </w:rPr>
              <w:t>4. URA – Predopismenjevanje – Berem z oporo</w:t>
            </w:r>
          </w:p>
          <w:p w14:paraId="738627D1"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7CB2648C"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»bere zaporedje simbolov od leve proti desni in iz njega razbere.</w:t>
            </w:r>
          </w:p>
          <w:p w14:paraId="62C85727" w14:textId="77777777" w:rsidR="00187E2C" w:rsidRDefault="00000000">
            <w:pPr>
              <w:spacing w:after="15" w:line="245" w:lineRule="auto"/>
            </w:pPr>
            <w:r>
              <w:rPr>
                <w:i/>
                <w:color w:val="D95BC6"/>
                <w:sz w:val="14"/>
              </w:rPr>
              <w:t>Predvideni dokaz: individualni bralni zapis, označen podatek in učenčeva izbrana strategija..</w:t>
            </w:r>
          </w:p>
          <w:p w14:paraId="3AC45C98" w14:textId="77777777" w:rsidR="00187E2C" w:rsidRDefault="00000000">
            <w:pPr>
              <w:keepNext/>
              <w:spacing w:before="22" w:after="6" w:line="245" w:lineRule="auto"/>
            </w:pPr>
            <w:r>
              <w:rPr>
                <w:b/>
                <w:color w:val="000000"/>
                <w:sz w:val="15"/>
              </w:rPr>
              <w:t>5. URA – Predopismenjevanje – Pišem in ustvarjam</w:t>
            </w:r>
          </w:p>
          <w:p w14:paraId="1A20FC80"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7E8386B3"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 dejavnost poveže s ciljem »se orientira na telesu.</w:t>
            </w:r>
          </w:p>
          <w:p w14:paraId="16D376D1" w14:textId="77777777" w:rsidR="00187E2C" w:rsidRDefault="00000000">
            <w:pPr>
              <w:spacing w:after="15" w:line="245" w:lineRule="auto"/>
            </w:pPr>
            <w:r>
              <w:rPr>
                <w:i/>
                <w:color w:val="D95BC6"/>
                <w:sz w:val="14"/>
              </w:rPr>
              <w:t>Predvideni dokaz: datiran zapis v mapi in kratek komentar učenca o najuspešnejšem delu..</w:t>
            </w:r>
          </w:p>
          <w:p w14:paraId="4981F815" w14:textId="77777777" w:rsidR="00187E2C" w:rsidRDefault="00000000">
            <w:pPr>
              <w:keepNext/>
              <w:spacing w:before="22" w:after="6" w:line="245" w:lineRule="auto"/>
            </w:pPr>
            <w:r>
              <w:rPr>
                <w:b/>
                <w:color w:val="000000"/>
                <w:sz w:val="15"/>
              </w:rPr>
              <w:t>6. URA – Predopismenjevanje – Predstavim in vrednotim</w:t>
            </w:r>
          </w:p>
          <w:p w14:paraId="1A171466"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02764D92"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»sledi smeri od leve proti desni«.</w:t>
            </w:r>
          </w:p>
          <w:p w14:paraId="0F8A9C94"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12DD588B" w14:textId="77777777">
              <w:trPr>
                <w:jc w:val="center"/>
              </w:trPr>
              <w:tc>
                <w:tcPr>
                  <w:tcW w:w="7087" w:type="dxa"/>
                  <w:shd w:val="clear" w:color="auto" w:fill="EDC9EA"/>
                  <w:tcMar>
                    <w:top w:w="45" w:type="dxa"/>
                    <w:left w:w="70" w:type="dxa"/>
                    <w:bottom w:w="45" w:type="dxa"/>
                    <w:right w:w="70" w:type="dxa"/>
                  </w:tcMar>
                </w:tcPr>
                <w:p w14:paraId="53A598A2" w14:textId="77777777" w:rsidR="00187E2C" w:rsidRDefault="00000000">
                  <w:pPr>
                    <w:keepNext/>
                  </w:pPr>
                  <w:r>
                    <w:rPr>
                      <w:b/>
                      <w:color w:val="000000"/>
                      <w:sz w:val="17"/>
                    </w:rPr>
                    <w:t>POVRATNA INFORMACIJA UČITELJICE MED DELOM</w:t>
                  </w:r>
                </w:p>
              </w:tc>
            </w:tr>
          </w:tbl>
          <w:p w14:paraId="509A903B" w14:textId="77777777" w:rsidR="00187E2C" w:rsidRDefault="00187E2C"/>
          <w:p w14:paraId="549C0910"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01149EA8" w14:textId="77777777" w:rsidR="00187E2C" w:rsidRDefault="00187E2C"/>
          <w:p w14:paraId="0F173F78" w14:textId="77777777" w:rsidR="00187E2C" w:rsidRDefault="00000000">
            <w:pPr>
              <w:spacing w:after="4" w:line="245" w:lineRule="auto"/>
            </w:pPr>
            <w:r>
              <w:rPr>
                <w:b/>
                <w:color w:val="000000"/>
                <w:sz w:val="15"/>
              </w:rPr>
              <w:t>1. URA – Berem simbole in piktograme</w:t>
            </w:r>
          </w:p>
          <w:p w14:paraId="09EA870F" w14:textId="77777777" w:rsidR="00187E2C" w:rsidRDefault="00000000">
            <w:pPr>
              <w:spacing w:after="7" w:line="245" w:lineRule="auto"/>
            </w:pPr>
            <w:r>
              <w:rPr>
                <w:color w:val="000000"/>
                <w:sz w:val="14"/>
              </w:rPr>
              <w:t>Bere, razvršča in nadaljuje simbole, nato prebrano navodilo izvede v prostoru in v paru preveri zaporedje.</w:t>
            </w:r>
          </w:p>
          <w:p w14:paraId="054C0CBA" w14:textId="77777777" w:rsidR="00187E2C" w:rsidRDefault="00000000">
            <w:pPr>
              <w:spacing w:after="15" w:line="245" w:lineRule="auto"/>
            </w:pPr>
            <w:r>
              <w:rPr>
                <w:color w:val="D95BC6"/>
                <w:sz w:val="13"/>
              </w:rPr>
              <w:t>Dokaz: pravilno prebrana in izvedena pot iz najmanj štirih simbolov.</w:t>
            </w:r>
          </w:p>
          <w:p w14:paraId="5190F53A" w14:textId="77777777" w:rsidR="00187E2C" w:rsidRDefault="00000000">
            <w:pPr>
              <w:spacing w:after="4" w:line="245" w:lineRule="auto"/>
            </w:pPr>
            <w:r>
              <w:rPr>
                <w:b/>
                <w:color w:val="000000"/>
                <w:sz w:val="15"/>
              </w:rPr>
              <w:t>2. URA – Predopismenjevanje – Govorim in pojasnjujem</w:t>
            </w:r>
          </w:p>
          <w:p w14:paraId="411C965D" w14:textId="77777777" w:rsidR="00187E2C" w:rsidRDefault="00000000">
            <w:pPr>
              <w:spacing w:after="7" w:line="245" w:lineRule="auto"/>
            </w:pPr>
            <w:r>
              <w:rPr>
                <w:color w:val="000000"/>
                <w:sz w:val="14"/>
              </w:rPr>
              <w:t>V paru govori in posluša, zamenja vlogo, postavi vprašanje ter uporabi besedo iz tedenske besedne banke.</w:t>
            </w:r>
          </w:p>
          <w:p w14:paraId="00C13951" w14:textId="77777777" w:rsidR="00187E2C" w:rsidRDefault="00000000">
            <w:pPr>
              <w:spacing w:after="15" w:line="245" w:lineRule="auto"/>
            </w:pPr>
            <w:r>
              <w:rPr>
                <w:color w:val="D95BC6"/>
                <w:sz w:val="13"/>
              </w:rPr>
              <w:t>Dokaz: zvočni posnetek ali anekdotski zapis kratke izmenjave.</w:t>
            </w:r>
          </w:p>
          <w:p w14:paraId="0FC08F80" w14:textId="77777777" w:rsidR="00187E2C" w:rsidRDefault="00000000">
            <w:pPr>
              <w:spacing w:after="4" w:line="245" w:lineRule="auto"/>
            </w:pPr>
            <w:r>
              <w:rPr>
                <w:b/>
                <w:color w:val="000000"/>
                <w:sz w:val="15"/>
              </w:rPr>
              <w:t>3. URA – Predopismenjevanje – Razčlenjujem jezik</w:t>
            </w:r>
          </w:p>
          <w:p w14:paraId="694DE862" w14:textId="77777777" w:rsidR="00187E2C" w:rsidRDefault="00000000">
            <w:pPr>
              <w:spacing w:after="7" w:line="245" w:lineRule="auto"/>
            </w:pPr>
            <w:r>
              <w:rPr>
                <w:color w:val="000000"/>
                <w:sz w:val="14"/>
              </w:rPr>
              <w:t>Ploska, stopa, razstavlja in sestavlja; primer razvrsti ter svojo rešitev preveri s sošolcem.</w:t>
            </w:r>
          </w:p>
          <w:p w14:paraId="6CD8D67F" w14:textId="77777777" w:rsidR="00187E2C" w:rsidRDefault="00000000">
            <w:pPr>
              <w:spacing w:after="15" w:line="245" w:lineRule="auto"/>
            </w:pPr>
            <w:r>
              <w:rPr>
                <w:color w:val="D95BC6"/>
                <w:sz w:val="13"/>
              </w:rPr>
              <w:t>Dokaz: pravilno sestavljen primer in učenčeva ustna razlaga postopka.</w:t>
            </w:r>
          </w:p>
          <w:p w14:paraId="55A9B508" w14:textId="77777777" w:rsidR="00187E2C" w:rsidRDefault="00000000">
            <w:pPr>
              <w:spacing w:after="4" w:line="245" w:lineRule="auto"/>
            </w:pPr>
            <w:r>
              <w:rPr>
                <w:b/>
                <w:color w:val="000000"/>
                <w:sz w:val="15"/>
              </w:rPr>
              <w:t>4. URA – Predopismenjevanje – Berem z oporo</w:t>
            </w:r>
          </w:p>
          <w:p w14:paraId="6A92C726" w14:textId="77777777" w:rsidR="00187E2C" w:rsidRDefault="00000000">
            <w:pPr>
              <w:spacing w:after="7" w:line="245" w:lineRule="auto"/>
            </w:pPr>
            <w:r>
              <w:rPr>
                <w:color w:val="000000"/>
                <w:sz w:val="14"/>
              </w:rPr>
              <w:t>Bere sliko, znak, besedo ali kratko poved glede na napredek ter podčrta/pokaže očiten podatek.</w:t>
            </w:r>
          </w:p>
          <w:p w14:paraId="1BEEF571" w14:textId="77777777" w:rsidR="00187E2C" w:rsidRDefault="00000000">
            <w:pPr>
              <w:spacing w:after="15" w:line="245" w:lineRule="auto"/>
            </w:pPr>
            <w:r>
              <w:rPr>
                <w:color w:val="D95BC6"/>
                <w:sz w:val="13"/>
              </w:rPr>
              <w:t>Dokaz: individualni bralni zapis, označen podatek in učenčeva izbrana strategija.</w:t>
            </w:r>
          </w:p>
          <w:p w14:paraId="394AB476" w14:textId="77777777" w:rsidR="00187E2C" w:rsidRDefault="00000000">
            <w:pPr>
              <w:spacing w:after="4" w:line="245" w:lineRule="auto"/>
            </w:pPr>
            <w:r>
              <w:rPr>
                <w:b/>
                <w:color w:val="000000"/>
                <w:sz w:val="15"/>
              </w:rPr>
              <w:t>5. URA – Predopismenjevanje – Pišem in ustvarjam</w:t>
            </w:r>
          </w:p>
          <w:p w14:paraId="01F9E67E" w14:textId="77777777" w:rsidR="00187E2C" w:rsidRDefault="00000000">
            <w:pPr>
              <w:spacing w:after="7" w:line="245" w:lineRule="auto"/>
            </w:pPr>
            <w:r>
              <w:rPr>
                <w:color w:val="000000"/>
                <w:sz w:val="14"/>
              </w:rPr>
              <w:t>Najprej potezo izvede s celim telesom, nato v pesku/zraku in na listu; zapiše znak.</w:t>
            </w:r>
          </w:p>
          <w:p w14:paraId="6B0C1828" w14:textId="77777777" w:rsidR="00187E2C" w:rsidRDefault="00000000">
            <w:pPr>
              <w:spacing w:after="15" w:line="245" w:lineRule="auto"/>
            </w:pPr>
            <w:r>
              <w:rPr>
                <w:color w:val="D95BC6"/>
                <w:sz w:val="13"/>
              </w:rPr>
              <w:t>Dokaz: datiran zapis v mapi in kratek komentar učenca o najuspešnejšem delu.</w:t>
            </w:r>
          </w:p>
          <w:p w14:paraId="4A07B310" w14:textId="77777777" w:rsidR="00187E2C" w:rsidRDefault="00000000">
            <w:pPr>
              <w:spacing w:after="4" w:line="245" w:lineRule="auto"/>
            </w:pPr>
            <w:r>
              <w:rPr>
                <w:b/>
                <w:color w:val="000000"/>
                <w:sz w:val="15"/>
              </w:rPr>
              <w:t>6. URA – Predopismenjevanje – Predstavim in vrednotim</w:t>
            </w:r>
          </w:p>
          <w:p w14:paraId="246D5963" w14:textId="77777777" w:rsidR="00187E2C" w:rsidRDefault="00000000">
            <w:pPr>
              <w:spacing w:after="7" w:line="245" w:lineRule="auto"/>
            </w:pPr>
            <w:r>
              <w:rPr>
                <w:color w:val="000000"/>
                <w:sz w:val="14"/>
              </w:rPr>
              <w:t>Pripoveduje, bere, dramatizira ali predstavi zapis; vrstniku pove eno opaženo moč in eno vprašanje.</w:t>
            </w:r>
          </w:p>
          <w:p w14:paraId="120AE603" w14:textId="77777777" w:rsidR="00187E2C" w:rsidRDefault="00000000">
            <w:pPr>
              <w:spacing w:after="15" w:line="245" w:lineRule="auto"/>
            </w:pPr>
            <w:r>
              <w:rPr>
                <w:color w:val="D95BC6"/>
                <w:sz w:val="13"/>
              </w:rPr>
              <w:t>Dokaz: nastop/izdelek, vrstniška povratna informacija in samovrednotenje.</w:t>
            </w:r>
          </w:p>
        </w:tc>
      </w:tr>
    </w:tbl>
    <w:p w14:paraId="33AD678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EED45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6A804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6C85838" w14:textId="77777777" w:rsidR="00187E2C" w:rsidRDefault="00000000">
            <w:pPr>
              <w:jc w:val="center"/>
            </w:pPr>
            <w:r>
              <w:rPr>
                <w:b/>
                <w:color w:val="000000"/>
                <w:sz w:val="20"/>
              </w:rPr>
              <w:t>UČNE DEJAVNOSTI, METODE IN FORMATIVNO SPREMLJANJE</w:t>
            </w:r>
          </w:p>
        </w:tc>
      </w:tr>
      <w:tr w:rsidR="00187E2C" w14:paraId="15684FD6" w14:textId="77777777">
        <w:trPr>
          <w:tblHeader/>
          <w:jc w:val="center"/>
        </w:trPr>
        <w:tc>
          <w:tcPr>
            <w:tcW w:w="4422" w:type="dxa"/>
            <w:vMerge/>
            <w:tcMar>
              <w:top w:w="70" w:type="dxa"/>
              <w:left w:w="90" w:type="dxa"/>
              <w:bottom w:w="70" w:type="dxa"/>
              <w:right w:w="90" w:type="dxa"/>
            </w:tcMar>
            <w:vAlign w:val="center"/>
          </w:tcPr>
          <w:p w14:paraId="6F8360F4" w14:textId="77777777" w:rsidR="00187E2C" w:rsidRDefault="00187E2C"/>
        </w:tc>
        <w:tc>
          <w:tcPr>
            <w:tcW w:w="7087" w:type="dxa"/>
            <w:shd w:val="clear" w:color="auto" w:fill="FFFFFF"/>
            <w:tcMar>
              <w:top w:w="70" w:type="dxa"/>
              <w:left w:w="90" w:type="dxa"/>
              <w:bottom w:w="70" w:type="dxa"/>
              <w:right w:w="90" w:type="dxa"/>
            </w:tcMar>
            <w:vAlign w:val="center"/>
          </w:tcPr>
          <w:p w14:paraId="1E2B64D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1C8F4E9" w14:textId="77777777" w:rsidR="00187E2C" w:rsidRDefault="00000000">
            <w:pPr>
              <w:jc w:val="center"/>
            </w:pPr>
            <w:r>
              <w:rPr>
                <w:b/>
                <w:color w:val="000000"/>
              </w:rPr>
              <w:t>UČENEC</w:t>
            </w:r>
          </w:p>
        </w:tc>
      </w:tr>
      <w:tr w:rsidR="00187E2C" w14:paraId="47CF4B81" w14:textId="77777777">
        <w:trPr>
          <w:jc w:val="center"/>
        </w:trPr>
        <w:tc>
          <w:tcPr>
            <w:tcW w:w="4422" w:type="dxa"/>
            <w:tcMar>
              <w:top w:w="70" w:type="dxa"/>
              <w:left w:w="90" w:type="dxa"/>
              <w:bottom w:w="70" w:type="dxa"/>
              <w:right w:w="90" w:type="dxa"/>
            </w:tcMar>
          </w:tcPr>
          <w:p w14:paraId="5DCB7945" w14:textId="77777777" w:rsidR="00187E2C" w:rsidRDefault="00187E2C"/>
          <w:p w14:paraId="61F82335" w14:textId="77777777" w:rsidR="00187E2C" w:rsidRDefault="00000000">
            <w:pPr>
              <w:spacing w:after="40" w:line="245" w:lineRule="auto"/>
            </w:pPr>
            <w:r>
              <w:rPr>
                <w:b/>
                <w:color w:val="000000"/>
              </w:rPr>
              <w:t>FORMATIVNO SPREMLJANJE</w:t>
            </w:r>
          </w:p>
          <w:p w14:paraId="076B8B9D"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43D7B3F7"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451FF1D5"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758D4FD1"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93C0427" w14:textId="77777777" w:rsidR="00187E2C" w:rsidRDefault="00000000">
            <w:pPr>
              <w:spacing w:before="40" w:after="20" w:line="245" w:lineRule="auto"/>
            </w:pPr>
            <w:r>
              <w:rPr>
                <w:b/>
                <w:color w:val="000000"/>
                <w:sz w:val="17"/>
              </w:rPr>
              <w:t>VARNOST IN ODGOVORNOST</w:t>
            </w:r>
          </w:p>
          <w:p w14:paraId="1E78367E"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04CF4FF3" w14:textId="77777777" w:rsidR="00187E2C" w:rsidRDefault="00000000">
            <w:pPr>
              <w:spacing w:after="20" w:line="245" w:lineRule="auto"/>
            </w:pPr>
            <w:r>
              <w:rPr>
                <w:b/>
                <w:color w:val="000000"/>
                <w:sz w:val="17"/>
              </w:rPr>
              <w:t>EVIDENCA PO IZVEDBI</w:t>
            </w:r>
          </w:p>
          <w:p w14:paraId="203ADE64"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0D72764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DBE1C46" w14:textId="77777777">
              <w:trPr>
                <w:jc w:val="center"/>
              </w:trPr>
              <w:tc>
                <w:tcPr>
                  <w:tcW w:w="7087" w:type="dxa"/>
                  <w:shd w:val="clear" w:color="auto" w:fill="EDC9EA"/>
                  <w:tcMar>
                    <w:top w:w="45" w:type="dxa"/>
                    <w:left w:w="70" w:type="dxa"/>
                    <w:bottom w:w="45" w:type="dxa"/>
                    <w:right w:w="70" w:type="dxa"/>
                  </w:tcMar>
                </w:tcPr>
                <w:p w14:paraId="7B2F3982" w14:textId="77777777" w:rsidR="00187E2C" w:rsidRDefault="00000000">
                  <w:pPr>
                    <w:keepNext/>
                  </w:pPr>
                  <w:r>
                    <w:rPr>
                      <w:b/>
                      <w:color w:val="000000"/>
                    </w:rPr>
                    <w:t>VPRAŠANJA V PODPORO JEZIKOVNEMU, BRALNEMU IN KNJIŽEVNEMU UČENJU</w:t>
                  </w:r>
                </w:p>
              </w:tc>
            </w:tr>
          </w:tbl>
          <w:p w14:paraId="614F8092" w14:textId="77777777" w:rsidR="00187E2C" w:rsidRDefault="00187E2C">
            <w:pPr>
              <w:spacing w:line="20" w:lineRule="exact"/>
            </w:pPr>
          </w:p>
          <w:p w14:paraId="42044465" w14:textId="77777777" w:rsidR="00187E2C" w:rsidRDefault="00000000">
            <w:pPr>
              <w:pStyle w:val="Oznaenseznam"/>
              <w:spacing w:after="16"/>
            </w:pPr>
            <w:r>
              <w:rPr>
                <w:color w:val="000000"/>
                <w:sz w:val="16"/>
              </w:rPr>
              <w:t>Kaj ti je naslovnica, slika, predmet, zvok ali gib pomagal razumeti?</w:t>
            </w:r>
          </w:p>
          <w:p w14:paraId="38C0AAFD" w14:textId="77777777" w:rsidR="00187E2C" w:rsidRDefault="00000000">
            <w:pPr>
              <w:pStyle w:val="Oznaenseznam"/>
              <w:spacing w:after="16"/>
            </w:pPr>
            <w:r>
              <w:rPr>
                <w:color w:val="000000"/>
                <w:sz w:val="16"/>
              </w:rPr>
              <w:t>Kako si našel/-la glas, črko, zlog, besedo ali bistveni podatek?</w:t>
            </w:r>
          </w:p>
          <w:p w14:paraId="526C6CA6" w14:textId="77777777" w:rsidR="00187E2C" w:rsidRDefault="00000000">
            <w:pPr>
              <w:pStyle w:val="Oznaenseznam"/>
              <w:spacing w:after="16"/>
            </w:pPr>
            <w:r>
              <w:rPr>
                <w:color w:val="000000"/>
                <w:sz w:val="16"/>
              </w:rPr>
              <w:t>Kako veš, da tvoja pripoved, branje ali zapis dosega dogovorjeni kriterij?</w:t>
            </w:r>
          </w:p>
          <w:p w14:paraId="2490F3BF" w14:textId="77777777" w:rsidR="00187E2C" w:rsidRDefault="00000000">
            <w:pPr>
              <w:pStyle w:val="Oznaenseznam"/>
              <w:spacing w:after="16"/>
            </w:pPr>
            <w:r>
              <w:rPr>
                <w:color w:val="000000"/>
                <w:sz w:val="16"/>
              </w:rPr>
              <w:t>Ali lahko svoje razumevanje pokažeš še z drugim načinom – govorom, gibanjem, risbo, branjem ali zapisom?</w:t>
            </w:r>
          </w:p>
          <w:p w14:paraId="67E3BF40"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0043EBD7" w14:textId="77777777">
              <w:trPr>
                <w:jc w:val="center"/>
              </w:trPr>
              <w:tc>
                <w:tcPr>
                  <w:tcW w:w="7087" w:type="dxa"/>
                  <w:shd w:val="clear" w:color="auto" w:fill="C6E7F3"/>
                  <w:tcMar>
                    <w:top w:w="45" w:type="dxa"/>
                    <w:left w:w="70" w:type="dxa"/>
                    <w:bottom w:w="45" w:type="dxa"/>
                    <w:right w:w="70" w:type="dxa"/>
                  </w:tcMar>
                </w:tcPr>
                <w:p w14:paraId="272CE46D" w14:textId="77777777" w:rsidR="00187E2C" w:rsidRDefault="00000000">
                  <w:pPr>
                    <w:keepNext/>
                  </w:pPr>
                  <w:r>
                    <w:rPr>
                      <w:b/>
                      <w:color w:val="000000"/>
                    </w:rPr>
                    <w:t>ZAKLJUČNI DEL – UTRJEVANJE, BRALNI ODZIV IN REFLEKSIJA (10–15 min)</w:t>
                  </w:r>
                </w:p>
              </w:tc>
            </w:tr>
          </w:tbl>
          <w:p w14:paraId="48BB3A19" w14:textId="77777777" w:rsidR="00187E2C" w:rsidRDefault="00187E2C">
            <w:pPr>
              <w:spacing w:line="20" w:lineRule="exact"/>
            </w:pPr>
          </w:p>
          <w:p w14:paraId="51B0A441"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57C1312" w14:textId="77777777">
              <w:trPr>
                <w:jc w:val="center"/>
              </w:trPr>
              <w:tc>
                <w:tcPr>
                  <w:tcW w:w="7087" w:type="dxa"/>
                  <w:shd w:val="clear" w:color="auto" w:fill="EDC9EA"/>
                  <w:tcMar>
                    <w:top w:w="45" w:type="dxa"/>
                    <w:left w:w="70" w:type="dxa"/>
                    <w:bottom w:w="45" w:type="dxa"/>
                    <w:right w:w="70" w:type="dxa"/>
                  </w:tcMar>
                </w:tcPr>
                <w:p w14:paraId="009A2B4F" w14:textId="77777777" w:rsidR="00187E2C" w:rsidRDefault="00000000">
                  <w:pPr>
                    <w:keepNext/>
                  </w:pPr>
                  <w:r>
                    <w:rPr>
                      <w:b/>
                      <w:color w:val="000000"/>
                    </w:rPr>
                    <w:t>SAMOVREDNOTENJE</w:t>
                  </w:r>
                </w:p>
              </w:tc>
            </w:tr>
          </w:tbl>
          <w:p w14:paraId="73F47B2B" w14:textId="77777777" w:rsidR="00187E2C" w:rsidRDefault="00187E2C">
            <w:pPr>
              <w:spacing w:line="20" w:lineRule="exact"/>
            </w:pPr>
          </w:p>
          <w:p w14:paraId="05261FEE"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782302B9" w14:textId="77777777">
              <w:trPr>
                <w:jc w:val="center"/>
              </w:trPr>
              <w:tc>
                <w:tcPr>
                  <w:tcW w:w="7087" w:type="dxa"/>
                  <w:shd w:val="clear" w:color="auto" w:fill="EDC9EA"/>
                  <w:tcMar>
                    <w:top w:w="45" w:type="dxa"/>
                    <w:left w:w="70" w:type="dxa"/>
                    <w:bottom w:w="45" w:type="dxa"/>
                    <w:right w:w="70" w:type="dxa"/>
                  </w:tcMar>
                </w:tcPr>
                <w:p w14:paraId="22A391F4" w14:textId="77777777" w:rsidR="00187E2C" w:rsidRDefault="00000000">
                  <w:pPr>
                    <w:keepNext/>
                  </w:pPr>
                  <w:r>
                    <w:rPr>
                      <w:b/>
                      <w:color w:val="000000"/>
                    </w:rPr>
                    <w:t>VRSTNIŠKO VREDNOTENJE</w:t>
                  </w:r>
                </w:p>
              </w:tc>
            </w:tr>
          </w:tbl>
          <w:p w14:paraId="722C5F2D" w14:textId="77777777" w:rsidR="00187E2C" w:rsidRDefault="00187E2C">
            <w:pPr>
              <w:spacing w:line="20" w:lineRule="exact"/>
            </w:pPr>
          </w:p>
          <w:p w14:paraId="2B4C37D0"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A8D37AA" w14:textId="77777777">
              <w:trPr>
                <w:jc w:val="center"/>
              </w:trPr>
              <w:tc>
                <w:tcPr>
                  <w:tcW w:w="7087" w:type="dxa"/>
                  <w:shd w:val="clear" w:color="auto" w:fill="EDC9EA"/>
                  <w:tcMar>
                    <w:top w:w="45" w:type="dxa"/>
                    <w:left w:w="70" w:type="dxa"/>
                    <w:bottom w:w="45" w:type="dxa"/>
                    <w:right w:w="70" w:type="dxa"/>
                  </w:tcMar>
                </w:tcPr>
                <w:p w14:paraId="2605E0C9" w14:textId="77777777" w:rsidR="00187E2C" w:rsidRDefault="00000000">
                  <w:pPr>
                    <w:keepNext/>
                  </w:pPr>
                  <w:r>
                    <w:rPr>
                      <w:b/>
                      <w:color w:val="000000"/>
                    </w:rPr>
                    <w:t>SKUPNI POVZETEK</w:t>
                  </w:r>
                </w:p>
              </w:tc>
            </w:tr>
          </w:tbl>
          <w:p w14:paraId="269D5AE3" w14:textId="77777777" w:rsidR="00187E2C" w:rsidRDefault="00187E2C"/>
          <w:p w14:paraId="7DB4800A" w14:textId="77777777" w:rsidR="00187E2C" w:rsidRDefault="00000000">
            <w:pPr>
              <w:spacing w:before="20" w:after="40" w:line="245" w:lineRule="auto"/>
            </w:pPr>
            <w:r>
              <w:rPr>
                <w:b/>
                <w:color w:val="000000"/>
                <w:sz w:val="16"/>
              </w:rPr>
              <w:t>se orientira na telesu, v prostoru in na listu; sledim smeri od leve proti desni; berem slike, znake in piktograme. Svoj dokaz pojasnim in po povratni informaciji izboljšam.</w:t>
            </w:r>
          </w:p>
        </w:tc>
        <w:tc>
          <w:tcPr>
            <w:tcW w:w="2551" w:type="dxa"/>
            <w:tcMar>
              <w:top w:w="70" w:type="dxa"/>
              <w:left w:w="90" w:type="dxa"/>
              <w:bottom w:w="70" w:type="dxa"/>
              <w:right w:w="90" w:type="dxa"/>
            </w:tcMar>
          </w:tcPr>
          <w:p w14:paraId="10A10E13" w14:textId="77777777" w:rsidR="00187E2C" w:rsidRDefault="00187E2C"/>
          <w:p w14:paraId="0DA5ADEC" w14:textId="77777777" w:rsidR="00187E2C" w:rsidRDefault="00000000">
            <w:pPr>
              <w:spacing w:after="100" w:line="245" w:lineRule="auto"/>
            </w:pPr>
            <w:r>
              <w:rPr>
                <w:color w:val="000000"/>
                <w:sz w:val="16"/>
              </w:rPr>
              <w:t>Odgovarja na podporna vprašanja ter se sklicuje na poslušano besedilo, sliko, govor, bralni list ali zapis.</w:t>
            </w:r>
          </w:p>
          <w:p w14:paraId="280DE0FF" w14:textId="77777777" w:rsidR="00187E2C" w:rsidRDefault="00000000">
            <w:pPr>
              <w:spacing w:after="100" w:line="245" w:lineRule="auto"/>
            </w:pPr>
            <w:r>
              <w:rPr>
                <w:color w:val="000000"/>
                <w:sz w:val="16"/>
              </w:rPr>
              <w:t>Primerja začetni odziv z novim dokazom in pojasni, kaj se je naučil/-a.</w:t>
            </w:r>
          </w:p>
          <w:p w14:paraId="377D5B32" w14:textId="77777777" w:rsidR="00187E2C" w:rsidRDefault="00000000">
            <w:pPr>
              <w:spacing w:after="100" w:line="245" w:lineRule="auto"/>
            </w:pPr>
            <w:r>
              <w:rPr>
                <w:color w:val="000000"/>
                <w:sz w:val="16"/>
              </w:rPr>
              <w:t>Izbere raven samostojnosti in določi naslednji korak.</w:t>
            </w:r>
          </w:p>
          <w:p w14:paraId="5F206EB8" w14:textId="77777777" w:rsidR="00187E2C" w:rsidRDefault="00000000">
            <w:pPr>
              <w:spacing w:after="100" w:line="245" w:lineRule="auto"/>
            </w:pPr>
            <w:r>
              <w:rPr>
                <w:color w:val="000000"/>
                <w:sz w:val="16"/>
              </w:rPr>
              <w:t>Sošolcu poda prijazen in konkreten odziv, vezan na kriterij.</w:t>
            </w:r>
          </w:p>
          <w:p w14:paraId="7A4475B6" w14:textId="77777777" w:rsidR="00187E2C" w:rsidRDefault="00000000">
            <w:pPr>
              <w:spacing w:after="20" w:line="245" w:lineRule="auto"/>
            </w:pPr>
            <w:r>
              <w:rPr>
                <w:b/>
                <w:color w:val="D95BC6"/>
                <w:sz w:val="17"/>
              </w:rPr>
              <w:t>DOKAZ O UČENJU</w:t>
            </w:r>
          </w:p>
          <w:p w14:paraId="2F64C466"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7690748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1E8C3754" w14:textId="77777777">
        <w:trPr>
          <w:cantSplit/>
          <w:jc w:val="center"/>
        </w:trPr>
        <w:tc>
          <w:tcPr>
            <w:tcW w:w="14060" w:type="dxa"/>
            <w:gridSpan w:val="6"/>
            <w:tcMar>
              <w:top w:w="70" w:type="dxa"/>
              <w:left w:w="90" w:type="dxa"/>
              <w:bottom w:w="70" w:type="dxa"/>
              <w:right w:w="90" w:type="dxa"/>
            </w:tcMar>
            <w:vAlign w:val="center"/>
          </w:tcPr>
          <w:p w14:paraId="1ED2F84C" w14:textId="77777777" w:rsidR="00187E2C" w:rsidRDefault="00000000">
            <w:pPr>
              <w:jc w:val="center"/>
            </w:pPr>
            <w:r>
              <w:rPr>
                <w:b/>
                <w:color w:val="000000"/>
                <w:sz w:val="24"/>
              </w:rPr>
              <w:lastRenderedPageBreak/>
              <w:t>UČNA PRIPRAVA 3/39</w:t>
            </w:r>
          </w:p>
        </w:tc>
      </w:tr>
      <w:tr w:rsidR="00187E2C" w14:paraId="6FB421C0" w14:textId="77777777">
        <w:trPr>
          <w:jc w:val="center"/>
        </w:trPr>
        <w:tc>
          <w:tcPr>
            <w:tcW w:w="2665" w:type="dxa"/>
            <w:tcMar>
              <w:top w:w="70" w:type="dxa"/>
              <w:left w:w="90" w:type="dxa"/>
              <w:bottom w:w="70" w:type="dxa"/>
              <w:right w:w="90" w:type="dxa"/>
            </w:tcMar>
            <w:vAlign w:val="center"/>
          </w:tcPr>
          <w:p w14:paraId="04336271"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254431F"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359FCD56"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E95243F" w14:textId="77777777" w:rsidR="00187E2C" w:rsidRDefault="00000000">
            <w:r>
              <w:rPr>
                <w:b/>
                <w:color w:val="000000"/>
                <w:sz w:val="16"/>
              </w:rPr>
              <w:t xml:space="preserve">NAČRTOVANI TERMIN: </w:t>
            </w:r>
            <w:r>
              <w:rPr>
                <w:color w:val="000000"/>
                <w:sz w:val="16"/>
              </w:rPr>
              <w:t>3. teden • 14.–18. 9. 2026</w:t>
            </w:r>
          </w:p>
        </w:tc>
        <w:tc>
          <w:tcPr>
            <w:tcW w:w="2268" w:type="dxa"/>
            <w:tcMar>
              <w:top w:w="70" w:type="dxa"/>
              <w:left w:w="90" w:type="dxa"/>
              <w:bottom w:w="70" w:type="dxa"/>
              <w:right w:w="90" w:type="dxa"/>
            </w:tcMar>
            <w:vAlign w:val="center"/>
          </w:tcPr>
          <w:p w14:paraId="4A9C7414"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F1E1262" w14:textId="77777777" w:rsidR="00187E2C" w:rsidRDefault="00000000">
            <w:r>
              <w:rPr>
                <w:b/>
                <w:color w:val="000000"/>
                <w:sz w:val="16"/>
              </w:rPr>
              <w:t xml:space="preserve">ŠTEVILO UR: </w:t>
            </w:r>
            <w:r>
              <w:rPr>
                <w:color w:val="000000"/>
                <w:sz w:val="16"/>
              </w:rPr>
              <w:t>6</w:t>
            </w:r>
          </w:p>
        </w:tc>
      </w:tr>
      <w:tr w:rsidR="00187E2C" w14:paraId="796FFE87" w14:textId="77777777">
        <w:trPr>
          <w:jc w:val="center"/>
        </w:trPr>
        <w:tc>
          <w:tcPr>
            <w:tcW w:w="14061" w:type="dxa"/>
            <w:gridSpan w:val="6"/>
            <w:tcMar>
              <w:top w:w="70" w:type="dxa"/>
              <w:left w:w="90" w:type="dxa"/>
              <w:bottom w:w="70" w:type="dxa"/>
              <w:right w:w="90" w:type="dxa"/>
            </w:tcMar>
            <w:vAlign w:val="center"/>
          </w:tcPr>
          <w:p w14:paraId="6C7FAF2B"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704A2473" w14:textId="77777777">
        <w:trPr>
          <w:cantSplit/>
          <w:jc w:val="center"/>
        </w:trPr>
        <w:tc>
          <w:tcPr>
            <w:tcW w:w="14060" w:type="dxa"/>
            <w:gridSpan w:val="6"/>
            <w:tcMar>
              <w:top w:w="70" w:type="dxa"/>
              <w:left w:w="90" w:type="dxa"/>
              <w:bottom w:w="70" w:type="dxa"/>
              <w:right w:w="90" w:type="dxa"/>
            </w:tcMar>
            <w:vAlign w:val="center"/>
          </w:tcPr>
          <w:p w14:paraId="58846F43" w14:textId="77777777" w:rsidR="00187E2C" w:rsidRDefault="00187E2C"/>
          <w:p w14:paraId="6BAD3EAB" w14:textId="77777777" w:rsidR="00187E2C" w:rsidRDefault="00000000">
            <w:pPr>
              <w:spacing w:line="245" w:lineRule="auto"/>
            </w:pPr>
            <w:r>
              <w:rPr>
                <w:b/>
                <w:color w:val="000000"/>
                <w:sz w:val="16"/>
              </w:rPr>
              <w:t xml:space="preserve">UČNI SKLOP: </w:t>
            </w:r>
            <w:r>
              <w:rPr>
                <w:color w:val="000000"/>
                <w:sz w:val="16"/>
              </w:rPr>
              <w:t>V ŠOLO – JAZ, ODNOSI IN UČENJE</w:t>
            </w:r>
          </w:p>
        </w:tc>
      </w:tr>
      <w:tr w:rsidR="00187E2C" w14:paraId="7A15B1CD" w14:textId="77777777">
        <w:trPr>
          <w:cantSplit/>
          <w:jc w:val="center"/>
        </w:trPr>
        <w:tc>
          <w:tcPr>
            <w:tcW w:w="14060" w:type="dxa"/>
            <w:gridSpan w:val="6"/>
            <w:tcMar>
              <w:top w:w="70" w:type="dxa"/>
              <w:left w:w="90" w:type="dxa"/>
              <w:bottom w:w="70" w:type="dxa"/>
              <w:right w:w="90" w:type="dxa"/>
            </w:tcMar>
            <w:vAlign w:val="center"/>
          </w:tcPr>
          <w:p w14:paraId="67653335" w14:textId="77777777" w:rsidR="00187E2C" w:rsidRDefault="00187E2C"/>
          <w:p w14:paraId="306A5398" w14:textId="77777777" w:rsidR="00187E2C" w:rsidRDefault="00000000">
            <w:pPr>
              <w:spacing w:line="245" w:lineRule="auto"/>
            </w:pPr>
            <w:r>
              <w:rPr>
                <w:b/>
                <w:color w:val="000000"/>
                <w:sz w:val="16"/>
              </w:rPr>
              <w:t xml:space="preserve">UČNA TEMA: </w:t>
            </w:r>
            <w:r>
              <w:rPr>
                <w:color w:val="000000"/>
                <w:sz w:val="16"/>
              </w:rPr>
              <w:t>GLASOVNO ZAVEDANJE</w:t>
            </w:r>
          </w:p>
        </w:tc>
      </w:tr>
      <w:tr w:rsidR="00187E2C" w14:paraId="01BCAF8C" w14:textId="77777777">
        <w:trPr>
          <w:cantSplit/>
          <w:jc w:val="center"/>
        </w:trPr>
        <w:tc>
          <w:tcPr>
            <w:tcW w:w="14060" w:type="dxa"/>
            <w:gridSpan w:val="6"/>
            <w:tcMar>
              <w:top w:w="70" w:type="dxa"/>
              <w:left w:w="90" w:type="dxa"/>
              <w:bottom w:w="70" w:type="dxa"/>
              <w:right w:w="90" w:type="dxa"/>
            </w:tcMar>
            <w:vAlign w:val="center"/>
          </w:tcPr>
          <w:p w14:paraId="2D52FF88" w14:textId="77777777" w:rsidR="00187E2C" w:rsidRDefault="00187E2C"/>
          <w:p w14:paraId="6421DA32" w14:textId="77777777" w:rsidR="00187E2C" w:rsidRDefault="00000000">
            <w:pPr>
              <w:spacing w:line="245" w:lineRule="auto"/>
            </w:pPr>
            <w:r>
              <w:rPr>
                <w:b/>
                <w:color w:val="000000"/>
                <w:sz w:val="16"/>
              </w:rPr>
              <w:t xml:space="preserve">KNJIŽEVNO IZHODIŠČE IN MOTIV: </w:t>
            </w:r>
            <w:r>
              <w:rPr>
                <w:color w:val="000000"/>
                <w:sz w:val="16"/>
              </w:rPr>
              <w:t>»Moj prijatelj Piki Jakob« – Kajetan Kovič • prijateljstvo, empatija in sodelovanje</w:t>
            </w:r>
          </w:p>
        </w:tc>
      </w:tr>
      <w:tr w:rsidR="00187E2C" w14:paraId="69D8C235" w14:textId="77777777">
        <w:trPr>
          <w:cantSplit/>
          <w:jc w:val="center"/>
        </w:trPr>
        <w:tc>
          <w:tcPr>
            <w:tcW w:w="14060" w:type="dxa"/>
            <w:gridSpan w:val="6"/>
            <w:tcMar>
              <w:top w:w="70" w:type="dxa"/>
              <w:left w:w="90" w:type="dxa"/>
              <w:bottom w:w="70" w:type="dxa"/>
              <w:right w:w="90" w:type="dxa"/>
            </w:tcMar>
            <w:vAlign w:val="center"/>
          </w:tcPr>
          <w:p w14:paraId="3EA7393E" w14:textId="77777777" w:rsidR="00187E2C" w:rsidRDefault="00187E2C"/>
          <w:p w14:paraId="304BDFE3" w14:textId="77777777" w:rsidR="00187E2C" w:rsidRDefault="00000000">
            <w:pPr>
              <w:spacing w:line="245" w:lineRule="auto"/>
            </w:pPr>
            <w:r>
              <w:rPr>
                <w:b/>
                <w:color w:val="000000"/>
                <w:sz w:val="16"/>
              </w:rPr>
              <w:t xml:space="preserve">BRALNI LIST / ČRKA: </w:t>
            </w:r>
            <w:r>
              <w:rPr>
                <w:color w:val="000000"/>
                <w:sz w:val="16"/>
              </w:rPr>
              <w:t>BRALNI LIST 3 – SLIŠIM PRVI GLAS: V izgovorjeni besedi slišim in pokažem prvi glas.</w:t>
            </w:r>
          </w:p>
        </w:tc>
      </w:tr>
      <w:tr w:rsidR="00187E2C" w14:paraId="5A028DF9" w14:textId="77777777">
        <w:trPr>
          <w:cantSplit/>
          <w:jc w:val="center"/>
        </w:trPr>
        <w:tc>
          <w:tcPr>
            <w:tcW w:w="14060" w:type="dxa"/>
            <w:gridSpan w:val="6"/>
            <w:tcMar>
              <w:top w:w="70" w:type="dxa"/>
              <w:left w:w="90" w:type="dxa"/>
              <w:bottom w:w="70" w:type="dxa"/>
              <w:right w:w="90" w:type="dxa"/>
            </w:tcMar>
            <w:vAlign w:val="center"/>
          </w:tcPr>
          <w:p w14:paraId="3B9F54AE" w14:textId="77777777" w:rsidR="00187E2C" w:rsidRDefault="00187E2C"/>
          <w:p w14:paraId="6A80607D" w14:textId="77777777" w:rsidR="00187E2C" w:rsidRDefault="00000000">
            <w:pPr>
              <w:spacing w:line="245" w:lineRule="auto"/>
            </w:pPr>
            <w:r>
              <w:rPr>
                <w:b/>
                <w:color w:val="000000"/>
                <w:sz w:val="16"/>
              </w:rPr>
              <w:t xml:space="preserve">UČNE ENOTE: </w:t>
            </w:r>
            <w:r>
              <w:rPr>
                <w:color w:val="000000"/>
                <w:sz w:val="16"/>
              </w:rPr>
              <w:t>1. ura – Slišim prvi glas • 2. ura – Glasovno zavedanje – Govorim in pojasnjujem • 3. ura – Glasovno zavedanje – Razčlenjujem jezik • 4. ura – Glasovno zavedanje – Berem z oporo • 5. ura – Glasovno zavedanje – Pišem in ustvarjam • 6. ura – Glasovno zavedanje – Predstavim in vrednotim</w:t>
            </w:r>
          </w:p>
        </w:tc>
      </w:tr>
      <w:tr w:rsidR="00187E2C" w14:paraId="67F2E8C3" w14:textId="77777777">
        <w:trPr>
          <w:cantSplit/>
          <w:jc w:val="center"/>
        </w:trPr>
        <w:tc>
          <w:tcPr>
            <w:tcW w:w="14060" w:type="dxa"/>
            <w:gridSpan w:val="6"/>
            <w:tcMar>
              <w:top w:w="70" w:type="dxa"/>
              <w:left w:w="90" w:type="dxa"/>
              <w:bottom w:w="70" w:type="dxa"/>
              <w:right w:w="90" w:type="dxa"/>
            </w:tcMar>
            <w:vAlign w:val="center"/>
          </w:tcPr>
          <w:p w14:paraId="2F0D7F3F" w14:textId="77777777" w:rsidR="00187E2C" w:rsidRDefault="00187E2C"/>
          <w:p w14:paraId="33D75C0B"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08542E78" w14:textId="77777777">
        <w:trPr>
          <w:cantSplit/>
          <w:jc w:val="center"/>
        </w:trPr>
        <w:tc>
          <w:tcPr>
            <w:tcW w:w="14060" w:type="dxa"/>
            <w:gridSpan w:val="6"/>
            <w:tcMar>
              <w:top w:w="70" w:type="dxa"/>
              <w:left w:w="90" w:type="dxa"/>
              <w:bottom w:w="70" w:type="dxa"/>
              <w:right w:w="90" w:type="dxa"/>
            </w:tcMar>
            <w:vAlign w:val="center"/>
          </w:tcPr>
          <w:p w14:paraId="6CD867B7" w14:textId="77777777" w:rsidR="00187E2C" w:rsidRDefault="00187E2C"/>
          <w:p w14:paraId="450FC061"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0A0529D1" w14:textId="77777777">
        <w:trPr>
          <w:cantSplit/>
          <w:jc w:val="center"/>
        </w:trPr>
        <w:tc>
          <w:tcPr>
            <w:tcW w:w="14060" w:type="dxa"/>
            <w:gridSpan w:val="6"/>
            <w:tcMar>
              <w:top w:w="70" w:type="dxa"/>
              <w:left w:w="90" w:type="dxa"/>
              <w:bottom w:w="70" w:type="dxa"/>
              <w:right w:w="90" w:type="dxa"/>
            </w:tcMar>
            <w:vAlign w:val="center"/>
          </w:tcPr>
          <w:p w14:paraId="20877448" w14:textId="77777777" w:rsidR="00187E2C" w:rsidRDefault="00187E2C"/>
          <w:p w14:paraId="0784BAF6"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640CCAE" w14:textId="77777777">
        <w:trPr>
          <w:cantSplit/>
          <w:jc w:val="center"/>
        </w:trPr>
        <w:tc>
          <w:tcPr>
            <w:tcW w:w="14060" w:type="dxa"/>
            <w:gridSpan w:val="6"/>
            <w:tcMar>
              <w:top w:w="70" w:type="dxa"/>
              <w:left w:w="90" w:type="dxa"/>
              <w:bottom w:w="70" w:type="dxa"/>
              <w:right w:w="90" w:type="dxa"/>
            </w:tcMar>
            <w:vAlign w:val="center"/>
          </w:tcPr>
          <w:p w14:paraId="0321DE1E" w14:textId="77777777" w:rsidR="00187E2C" w:rsidRDefault="00187E2C"/>
          <w:p w14:paraId="4552D84D" w14:textId="77777777" w:rsidR="00187E2C" w:rsidRDefault="00000000">
            <w:pPr>
              <w:spacing w:line="245" w:lineRule="auto"/>
            </w:pPr>
            <w:r>
              <w:rPr>
                <w:b/>
                <w:color w:val="000000"/>
                <w:sz w:val="16"/>
              </w:rPr>
              <w:t xml:space="preserve">MEDPREDMETNE POVEZAVE: </w:t>
            </w:r>
            <w:r>
              <w:rPr>
                <w:color w:val="000000"/>
                <w:sz w:val="16"/>
              </w:rPr>
              <w:t>SPO – prijateljstvo, empatija in sodelovanje; GUM – ritem, zvočnost in glas; LUM – ilustracija, črta in grafomotorika; ŠPO – gibalna pripoved, dramatizacija in postaje; MAT – smer, zaporedje in orientacija</w:t>
            </w:r>
          </w:p>
        </w:tc>
      </w:tr>
      <w:tr w:rsidR="00187E2C" w14:paraId="01D5BA24" w14:textId="77777777">
        <w:trPr>
          <w:cantSplit/>
          <w:jc w:val="center"/>
        </w:trPr>
        <w:tc>
          <w:tcPr>
            <w:tcW w:w="14060" w:type="dxa"/>
            <w:gridSpan w:val="6"/>
            <w:tcMar>
              <w:top w:w="70" w:type="dxa"/>
              <w:left w:w="90" w:type="dxa"/>
              <w:bottom w:w="70" w:type="dxa"/>
              <w:right w:w="90" w:type="dxa"/>
            </w:tcMar>
            <w:vAlign w:val="center"/>
          </w:tcPr>
          <w:p w14:paraId="4EF8FD5C" w14:textId="77777777" w:rsidR="00187E2C" w:rsidRDefault="00187E2C"/>
          <w:p w14:paraId="411C9D92" w14:textId="77777777" w:rsidR="00187E2C" w:rsidRDefault="00000000">
            <w:pPr>
              <w:spacing w:line="245" w:lineRule="auto"/>
            </w:pPr>
            <w:r>
              <w:rPr>
                <w:b/>
                <w:color w:val="000000"/>
                <w:sz w:val="16"/>
              </w:rPr>
              <w:t xml:space="preserve">UČNA SREDSTVA IN PRIPOMOČKI: </w:t>
            </w:r>
            <w:r>
              <w:rPr>
                <w:color w:val="000000"/>
                <w:sz w:val="16"/>
              </w:rPr>
              <w:t>BRALNI LIST 3, povečano besedilo oziroma kartice, slikanica ali odlomek, slikovno zaporedje, kartice besed in glasov, talne črke ali zlogi, ogledala, vrvice ali modelirna masa, mini tabla, zvezek oziroma jezikovna mapa</w:t>
            </w:r>
          </w:p>
        </w:tc>
      </w:tr>
      <w:tr w:rsidR="00187E2C" w14:paraId="321433A4" w14:textId="77777777">
        <w:trPr>
          <w:cantSplit/>
          <w:jc w:val="center"/>
        </w:trPr>
        <w:tc>
          <w:tcPr>
            <w:tcW w:w="14060" w:type="dxa"/>
            <w:gridSpan w:val="6"/>
            <w:tcMar>
              <w:top w:w="70" w:type="dxa"/>
              <w:left w:w="90" w:type="dxa"/>
              <w:bottom w:w="70" w:type="dxa"/>
              <w:right w:w="90" w:type="dxa"/>
            </w:tcMar>
            <w:vAlign w:val="center"/>
          </w:tcPr>
          <w:p w14:paraId="7F52B138" w14:textId="77777777" w:rsidR="00187E2C" w:rsidRDefault="00187E2C"/>
          <w:p w14:paraId="2265AFC1"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0CB99364" w14:textId="77777777">
        <w:trPr>
          <w:cantSplit/>
          <w:jc w:val="center"/>
        </w:trPr>
        <w:tc>
          <w:tcPr>
            <w:tcW w:w="14060" w:type="dxa"/>
            <w:gridSpan w:val="6"/>
            <w:tcMar>
              <w:top w:w="70" w:type="dxa"/>
              <w:left w:w="90" w:type="dxa"/>
              <w:bottom w:w="70" w:type="dxa"/>
              <w:right w:w="90" w:type="dxa"/>
            </w:tcMar>
            <w:vAlign w:val="center"/>
          </w:tcPr>
          <w:p w14:paraId="4C0DDAB7" w14:textId="77777777" w:rsidR="00187E2C" w:rsidRDefault="00187E2C"/>
          <w:p w14:paraId="4A8C8AE7"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507C2B27" w14:textId="77777777">
        <w:trPr>
          <w:cantSplit/>
          <w:jc w:val="center"/>
        </w:trPr>
        <w:tc>
          <w:tcPr>
            <w:tcW w:w="14060" w:type="dxa"/>
            <w:gridSpan w:val="6"/>
            <w:tcMar>
              <w:top w:w="70" w:type="dxa"/>
              <w:left w:w="90" w:type="dxa"/>
              <w:bottom w:w="70" w:type="dxa"/>
              <w:right w:w="90" w:type="dxa"/>
            </w:tcMar>
            <w:vAlign w:val="center"/>
          </w:tcPr>
          <w:p w14:paraId="46582424" w14:textId="77777777" w:rsidR="00187E2C" w:rsidRDefault="00187E2C"/>
          <w:p w14:paraId="3E6F577D"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469061B7"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2683DD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C018E8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2C6DF10" w14:textId="77777777" w:rsidR="00187E2C" w:rsidRDefault="00000000">
            <w:pPr>
              <w:jc w:val="center"/>
            </w:pPr>
            <w:r>
              <w:rPr>
                <w:b/>
                <w:color w:val="000000"/>
                <w:sz w:val="20"/>
              </w:rPr>
              <w:t>UČNE DEJAVNOSTI, METODE IN FORMATIVNO SPREMLJANJE</w:t>
            </w:r>
          </w:p>
        </w:tc>
      </w:tr>
      <w:tr w:rsidR="00187E2C" w14:paraId="626E126C" w14:textId="77777777">
        <w:trPr>
          <w:tblHeader/>
          <w:jc w:val="center"/>
        </w:trPr>
        <w:tc>
          <w:tcPr>
            <w:tcW w:w="4422" w:type="dxa"/>
            <w:vMerge/>
            <w:tcMar>
              <w:top w:w="70" w:type="dxa"/>
              <w:left w:w="90" w:type="dxa"/>
              <w:bottom w:w="70" w:type="dxa"/>
              <w:right w:w="90" w:type="dxa"/>
            </w:tcMar>
            <w:vAlign w:val="center"/>
          </w:tcPr>
          <w:p w14:paraId="6419DA9D" w14:textId="77777777" w:rsidR="00187E2C" w:rsidRDefault="00187E2C"/>
        </w:tc>
        <w:tc>
          <w:tcPr>
            <w:tcW w:w="7087" w:type="dxa"/>
            <w:shd w:val="clear" w:color="auto" w:fill="FFFFFF"/>
            <w:tcMar>
              <w:top w:w="70" w:type="dxa"/>
              <w:left w:w="90" w:type="dxa"/>
              <w:bottom w:w="70" w:type="dxa"/>
              <w:right w:w="90" w:type="dxa"/>
            </w:tcMar>
            <w:vAlign w:val="center"/>
          </w:tcPr>
          <w:p w14:paraId="4EE4B3F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6D9F3E3" w14:textId="77777777" w:rsidR="00187E2C" w:rsidRDefault="00000000">
            <w:pPr>
              <w:jc w:val="center"/>
            </w:pPr>
            <w:r>
              <w:rPr>
                <w:b/>
                <w:color w:val="000000"/>
              </w:rPr>
              <w:t>UČENEC</w:t>
            </w:r>
          </w:p>
        </w:tc>
      </w:tr>
      <w:tr w:rsidR="00187E2C" w14:paraId="7D724F55" w14:textId="77777777">
        <w:trPr>
          <w:jc w:val="center"/>
        </w:trPr>
        <w:tc>
          <w:tcPr>
            <w:tcW w:w="4422" w:type="dxa"/>
            <w:tcMar>
              <w:top w:w="70" w:type="dxa"/>
              <w:left w:w="90" w:type="dxa"/>
              <w:bottom w:w="70" w:type="dxa"/>
              <w:right w:w="90" w:type="dxa"/>
            </w:tcMar>
          </w:tcPr>
          <w:p w14:paraId="33C59399" w14:textId="77777777" w:rsidR="00187E2C" w:rsidRDefault="00187E2C"/>
          <w:p w14:paraId="3DBC30AB" w14:textId="77777777" w:rsidR="00187E2C" w:rsidRDefault="00000000">
            <w:pPr>
              <w:spacing w:after="60" w:line="245" w:lineRule="auto"/>
            </w:pPr>
            <w:r>
              <w:rPr>
                <w:b/>
                <w:color w:val="000000"/>
              </w:rPr>
              <w:t>UČNI CILJI</w:t>
            </w:r>
          </w:p>
          <w:p w14:paraId="77A3F306" w14:textId="77777777" w:rsidR="00187E2C" w:rsidRDefault="00000000">
            <w:pPr>
              <w:spacing w:after="20" w:line="245" w:lineRule="auto"/>
            </w:pPr>
            <w:r>
              <w:rPr>
                <w:b/>
                <w:color w:val="000000"/>
                <w:sz w:val="17"/>
              </w:rPr>
              <w:t>SPLOŠNI</w:t>
            </w:r>
          </w:p>
          <w:p w14:paraId="67AF2463"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4513E9DE" w14:textId="77777777" w:rsidR="00187E2C" w:rsidRDefault="00000000">
            <w:pPr>
              <w:pStyle w:val="Oznaenseznam"/>
              <w:spacing w:after="16"/>
            </w:pPr>
            <w:r>
              <w:rPr>
                <w:color w:val="000000"/>
                <w:sz w:val="16"/>
              </w:rPr>
              <w:t>doživlja književno besedilo ter se nanj odziva z govorom, gibanjem, dramatizacijo, risbo ali zapisom</w:t>
            </w:r>
          </w:p>
          <w:p w14:paraId="27FFC5D0" w14:textId="77777777" w:rsidR="00187E2C" w:rsidRDefault="00000000">
            <w:pPr>
              <w:pStyle w:val="Oznaenseznam"/>
              <w:spacing w:after="16"/>
            </w:pPr>
            <w:r>
              <w:rPr>
                <w:color w:val="000000"/>
                <w:sz w:val="16"/>
              </w:rPr>
              <w:t>razvija glasovno zavedanje, povezavo glas–črka in začetno branje ter pisanje po individualnem napredku</w:t>
            </w:r>
          </w:p>
          <w:p w14:paraId="1A548013" w14:textId="77777777" w:rsidR="00187E2C" w:rsidRDefault="00000000">
            <w:pPr>
              <w:pStyle w:val="Oznaenseznam"/>
              <w:spacing w:after="16"/>
            </w:pPr>
            <w:r>
              <w:rPr>
                <w:color w:val="000000"/>
                <w:sz w:val="16"/>
              </w:rPr>
              <w:t>ob namenih in kriterijih spremlja svoje učenje ter uporabi opisno povratno informacijo</w:t>
            </w:r>
          </w:p>
          <w:p w14:paraId="36C225A1" w14:textId="77777777" w:rsidR="00187E2C" w:rsidRDefault="00000000">
            <w:pPr>
              <w:spacing w:before="40" w:after="20" w:line="245" w:lineRule="auto"/>
            </w:pPr>
            <w:r>
              <w:rPr>
                <w:b/>
                <w:color w:val="000000"/>
                <w:sz w:val="17"/>
              </w:rPr>
              <w:t>OPERATIVNI</w:t>
            </w:r>
          </w:p>
          <w:p w14:paraId="512A6B54" w14:textId="77777777" w:rsidR="00187E2C" w:rsidRDefault="00000000">
            <w:pPr>
              <w:pStyle w:val="Oznaenseznam"/>
              <w:spacing w:after="16"/>
            </w:pPr>
            <w:r>
              <w:rPr>
                <w:color w:val="000000"/>
                <w:sz w:val="16"/>
              </w:rPr>
              <w:t>razlikuje dolge in kratke besede</w:t>
            </w:r>
          </w:p>
          <w:p w14:paraId="63644730" w14:textId="77777777" w:rsidR="00187E2C" w:rsidRDefault="00000000">
            <w:pPr>
              <w:pStyle w:val="Oznaenseznam"/>
              <w:spacing w:after="16"/>
            </w:pPr>
            <w:r>
              <w:rPr>
                <w:color w:val="000000"/>
                <w:sz w:val="16"/>
              </w:rPr>
              <w:t>členi besede na zloge</w:t>
            </w:r>
          </w:p>
          <w:p w14:paraId="190BD5D4" w14:textId="77777777" w:rsidR="00187E2C" w:rsidRDefault="00000000">
            <w:pPr>
              <w:pStyle w:val="Oznaenseznam"/>
              <w:spacing w:after="16"/>
            </w:pPr>
            <w:r>
              <w:rPr>
                <w:color w:val="000000"/>
                <w:sz w:val="16"/>
              </w:rPr>
              <w:t>prepozna prvi glas v znanih besedah</w:t>
            </w:r>
          </w:p>
          <w:p w14:paraId="7616F43D" w14:textId="77777777" w:rsidR="00187E2C" w:rsidRDefault="00000000">
            <w:pPr>
              <w:spacing w:before="40" w:after="20" w:line="245" w:lineRule="auto"/>
            </w:pPr>
            <w:r>
              <w:rPr>
                <w:b/>
                <w:color w:val="000000"/>
                <w:sz w:val="17"/>
              </w:rPr>
              <w:t>PRIČAKOVANI DOSEŽKI / MINIMALNI POUDARKI</w:t>
            </w:r>
          </w:p>
          <w:p w14:paraId="69A4BA46" w14:textId="77777777" w:rsidR="00187E2C" w:rsidRDefault="00000000">
            <w:pPr>
              <w:pStyle w:val="Oznaenseznam"/>
              <w:spacing w:after="16"/>
            </w:pPr>
            <w:r>
              <w:rPr>
                <w:color w:val="000000"/>
                <w:sz w:val="15"/>
              </w:rPr>
              <w:t>samostojno oziroma z dogovorjeno oporo razlikuje dolge in kratke besede</w:t>
            </w:r>
          </w:p>
          <w:p w14:paraId="6F8B01D8" w14:textId="77777777" w:rsidR="00187E2C" w:rsidRDefault="00000000">
            <w:pPr>
              <w:pStyle w:val="Oznaenseznam"/>
              <w:spacing w:after="16"/>
            </w:pPr>
            <w:r>
              <w:rPr>
                <w:color w:val="000000"/>
                <w:sz w:val="15"/>
              </w:rPr>
              <w:t>samostojno oziroma z dogovorjeno oporo členi besede na zloge</w:t>
            </w:r>
          </w:p>
          <w:p w14:paraId="42D2A352" w14:textId="77777777" w:rsidR="00187E2C" w:rsidRDefault="00000000">
            <w:pPr>
              <w:pStyle w:val="Oznaenseznam"/>
              <w:spacing w:after="16"/>
            </w:pPr>
            <w:r>
              <w:rPr>
                <w:color w:val="000000"/>
                <w:sz w:val="15"/>
              </w:rPr>
              <w:t>samostojno oziroma z dogovorjeno oporo prepozna prvi glas v znanih besedah</w:t>
            </w:r>
          </w:p>
        </w:tc>
        <w:tc>
          <w:tcPr>
            <w:tcW w:w="7087" w:type="dxa"/>
            <w:tcMar>
              <w:top w:w="70" w:type="dxa"/>
              <w:left w:w="90" w:type="dxa"/>
              <w:bottom w:w="70" w:type="dxa"/>
              <w:right w:w="90" w:type="dxa"/>
            </w:tcMar>
          </w:tcPr>
          <w:p w14:paraId="25D05157"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25847D8" w14:textId="77777777">
              <w:trPr>
                <w:jc w:val="center"/>
              </w:trPr>
              <w:tc>
                <w:tcPr>
                  <w:tcW w:w="7087" w:type="dxa"/>
                  <w:shd w:val="clear" w:color="auto" w:fill="C6E7F3"/>
                  <w:tcMar>
                    <w:top w:w="45" w:type="dxa"/>
                    <w:left w:w="70" w:type="dxa"/>
                    <w:bottom w:w="45" w:type="dxa"/>
                    <w:right w:w="70" w:type="dxa"/>
                  </w:tcMar>
                </w:tcPr>
                <w:p w14:paraId="43CD3432" w14:textId="77777777" w:rsidR="00187E2C" w:rsidRDefault="00000000">
                  <w:pPr>
                    <w:keepNext/>
                  </w:pPr>
                  <w:r>
                    <w:rPr>
                      <w:b/>
                      <w:color w:val="000000"/>
                    </w:rPr>
                    <w:t>UVODNI DEL – motivacija, aktivacija predznanja in namen učenja (15–20 min)</w:t>
                  </w:r>
                </w:p>
              </w:tc>
            </w:tr>
          </w:tbl>
          <w:p w14:paraId="7FC8EF99" w14:textId="77777777" w:rsidR="00187E2C" w:rsidRDefault="00187E2C">
            <w:pPr>
              <w:spacing w:line="20" w:lineRule="exact"/>
            </w:pPr>
          </w:p>
          <w:p w14:paraId="5A9CC162" w14:textId="77777777" w:rsidR="00187E2C" w:rsidRDefault="00000000">
            <w:pPr>
              <w:spacing w:before="40" w:after="60" w:line="245" w:lineRule="auto"/>
            </w:pPr>
            <w:r>
              <w:rPr>
                <w:color w:val="000000"/>
                <w:sz w:val="16"/>
              </w:rPr>
              <w:t>Učenci ob naslovnici, odlomku ali ilustraciji dela »Moj prijatelj Piki Jakob« – Kajetan Kovič doživljajsko vstopijo v motiv prijateljstvo, empatija in sodelovanje. S kretnjo, predmetom, sliko, glasom ali kratko povedjo pokažejo predznanje in napoved. Izhodiščni odziv povežejo z dejavnostjo BRALNI LIST 3 – SLIŠIM PRVI GLAS.</w:t>
            </w:r>
          </w:p>
          <w:tbl>
            <w:tblPr>
              <w:tblStyle w:val="Tabelamrea"/>
              <w:tblW w:w="0" w:type="auto"/>
              <w:jc w:val="center"/>
              <w:tblLayout w:type="fixed"/>
              <w:tblLook w:val="04A0" w:firstRow="1" w:lastRow="0" w:firstColumn="1" w:lastColumn="0" w:noHBand="0" w:noVBand="1"/>
            </w:tblPr>
            <w:tblGrid>
              <w:gridCol w:w="7087"/>
            </w:tblGrid>
            <w:tr w:rsidR="00187E2C" w14:paraId="6A697EAF" w14:textId="77777777">
              <w:trPr>
                <w:jc w:val="center"/>
              </w:trPr>
              <w:tc>
                <w:tcPr>
                  <w:tcW w:w="7087" w:type="dxa"/>
                  <w:shd w:val="clear" w:color="auto" w:fill="EDC9EA"/>
                  <w:tcMar>
                    <w:top w:w="45" w:type="dxa"/>
                    <w:left w:w="70" w:type="dxa"/>
                    <w:bottom w:w="45" w:type="dxa"/>
                    <w:right w:w="70" w:type="dxa"/>
                  </w:tcMar>
                </w:tcPr>
                <w:p w14:paraId="4AB3AFBB" w14:textId="77777777" w:rsidR="00187E2C" w:rsidRDefault="00000000">
                  <w:pPr>
                    <w:keepNext/>
                  </w:pPr>
                  <w:r>
                    <w:rPr>
                      <w:b/>
                      <w:color w:val="000000"/>
                    </w:rPr>
                    <w:t>NAMENI UČENJA</w:t>
                  </w:r>
                </w:p>
              </w:tc>
            </w:tr>
          </w:tbl>
          <w:p w14:paraId="6C2DF309" w14:textId="77777777" w:rsidR="00187E2C" w:rsidRDefault="00187E2C">
            <w:pPr>
              <w:spacing w:line="20" w:lineRule="exact"/>
            </w:pPr>
          </w:p>
          <w:p w14:paraId="39D19CF3"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397EF9B5" w14:textId="77777777" w:rsidR="00187E2C" w:rsidRDefault="00000000">
            <w:pPr>
              <w:pStyle w:val="Oznaenseznam"/>
              <w:spacing w:after="16"/>
            </w:pPr>
            <w:r>
              <w:rPr>
                <w:color w:val="000000"/>
                <w:sz w:val="16"/>
              </w:rPr>
              <w:t>razlikujem dolge in kratke besede</w:t>
            </w:r>
          </w:p>
          <w:p w14:paraId="573E7004" w14:textId="77777777" w:rsidR="00187E2C" w:rsidRDefault="00000000">
            <w:pPr>
              <w:pStyle w:val="Oznaenseznam"/>
              <w:spacing w:after="16"/>
            </w:pPr>
            <w:r>
              <w:rPr>
                <w:color w:val="000000"/>
                <w:sz w:val="16"/>
              </w:rPr>
              <w:t>členim besede na zloge</w:t>
            </w:r>
          </w:p>
          <w:p w14:paraId="115C2C70" w14:textId="77777777" w:rsidR="00187E2C" w:rsidRDefault="00000000">
            <w:pPr>
              <w:pStyle w:val="Oznaenseznam"/>
              <w:spacing w:after="16"/>
            </w:pPr>
            <w:r>
              <w:rPr>
                <w:color w:val="000000"/>
                <w:sz w:val="16"/>
              </w:rPr>
              <w:t>prepoznam prvi glas v znanih besedah</w:t>
            </w:r>
          </w:p>
          <w:tbl>
            <w:tblPr>
              <w:tblStyle w:val="Tabelamrea"/>
              <w:tblW w:w="0" w:type="auto"/>
              <w:jc w:val="center"/>
              <w:tblLayout w:type="fixed"/>
              <w:tblLook w:val="04A0" w:firstRow="1" w:lastRow="0" w:firstColumn="1" w:lastColumn="0" w:noHBand="0" w:noVBand="1"/>
            </w:tblPr>
            <w:tblGrid>
              <w:gridCol w:w="7087"/>
            </w:tblGrid>
            <w:tr w:rsidR="00187E2C" w14:paraId="56BE186C" w14:textId="77777777">
              <w:trPr>
                <w:jc w:val="center"/>
              </w:trPr>
              <w:tc>
                <w:tcPr>
                  <w:tcW w:w="7087" w:type="dxa"/>
                  <w:shd w:val="clear" w:color="auto" w:fill="EDC9EA"/>
                  <w:tcMar>
                    <w:top w:w="45" w:type="dxa"/>
                    <w:left w:w="70" w:type="dxa"/>
                    <w:bottom w:w="45" w:type="dxa"/>
                    <w:right w:w="70" w:type="dxa"/>
                  </w:tcMar>
                </w:tcPr>
                <w:p w14:paraId="18217625" w14:textId="77777777" w:rsidR="00187E2C" w:rsidRDefault="00000000">
                  <w:pPr>
                    <w:keepNext/>
                  </w:pPr>
                  <w:r>
                    <w:rPr>
                      <w:b/>
                      <w:color w:val="000000"/>
                    </w:rPr>
                    <w:t>PREVERJANJE PREDZNANJA</w:t>
                  </w:r>
                </w:p>
              </w:tc>
            </w:tr>
          </w:tbl>
          <w:p w14:paraId="55BBBCCD" w14:textId="77777777" w:rsidR="00187E2C" w:rsidRDefault="00187E2C">
            <w:pPr>
              <w:spacing w:line="20" w:lineRule="exact"/>
            </w:pPr>
          </w:p>
          <w:p w14:paraId="1E46EEF3" w14:textId="77777777" w:rsidR="00187E2C" w:rsidRDefault="00000000">
            <w:pPr>
              <w:pStyle w:val="Oznaenseznam"/>
              <w:spacing w:after="16"/>
            </w:pPr>
            <w:r>
              <w:rPr>
                <w:color w:val="000000"/>
                <w:sz w:val="16"/>
              </w:rPr>
              <w:t>Kaj mi naslovnica, ilustracija ali naslov pove o motivu prijateljstvo, empatija in sodelovanje?</w:t>
            </w:r>
          </w:p>
          <w:p w14:paraId="22499807" w14:textId="77777777" w:rsidR="00187E2C" w:rsidRDefault="00000000">
            <w:pPr>
              <w:pStyle w:val="Oznaenseznam"/>
              <w:spacing w:after="16"/>
            </w:pPr>
            <w:r>
              <w:rPr>
                <w:color w:val="000000"/>
                <w:sz w:val="16"/>
              </w:rPr>
              <w:t>Katero strategijo lahko uporabim pri dejavnosti »SLIŠIM PRVI GLAS«?</w:t>
            </w:r>
          </w:p>
          <w:p w14:paraId="7C59FD69"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D1CC215" w14:textId="77777777">
              <w:trPr>
                <w:jc w:val="center"/>
              </w:trPr>
              <w:tc>
                <w:tcPr>
                  <w:tcW w:w="7087" w:type="dxa"/>
                  <w:shd w:val="clear" w:color="auto" w:fill="EDC9EA"/>
                  <w:tcMar>
                    <w:top w:w="45" w:type="dxa"/>
                    <w:left w:w="70" w:type="dxa"/>
                    <w:bottom w:w="45" w:type="dxa"/>
                    <w:right w:w="70" w:type="dxa"/>
                  </w:tcMar>
                </w:tcPr>
                <w:p w14:paraId="235BA02E" w14:textId="77777777" w:rsidR="00187E2C" w:rsidRDefault="00000000">
                  <w:pPr>
                    <w:keepNext/>
                  </w:pPr>
                  <w:r>
                    <w:rPr>
                      <w:b/>
                      <w:color w:val="000000"/>
                    </w:rPr>
                    <w:t>KRITERIJI USPEŠNOSTI</w:t>
                  </w:r>
                </w:p>
              </w:tc>
            </w:tr>
          </w:tbl>
          <w:p w14:paraId="234E4A0A" w14:textId="77777777" w:rsidR="00187E2C" w:rsidRDefault="00187E2C"/>
          <w:p w14:paraId="0D7B3422" w14:textId="77777777" w:rsidR="00187E2C" w:rsidRDefault="00000000">
            <w:pPr>
              <w:spacing w:before="20" w:after="20" w:line="245" w:lineRule="auto"/>
            </w:pPr>
            <w:r>
              <w:rPr>
                <w:b/>
                <w:color w:val="000000"/>
                <w:sz w:val="16"/>
              </w:rPr>
              <w:t>Uspešen/-na bom, ko:</w:t>
            </w:r>
          </w:p>
          <w:p w14:paraId="4A8BAF4D" w14:textId="77777777" w:rsidR="00187E2C" w:rsidRDefault="00000000">
            <w:pPr>
              <w:pStyle w:val="Oznaenseznam"/>
              <w:spacing w:after="16"/>
            </w:pPr>
            <w:r>
              <w:rPr>
                <w:color w:val="000000"/>
                <w:sz w:val="16"/>
              </w:rPr>
              <w:t>razlikujem dolge in kratke besede</w:t>
            </w:r>
          </w:p>
          <w:p w14:paraId="6BD10A97" w14:textId="77777777" w:rsidR="00187E2C" w:rsidRDefault="00000000">
            <w:pPr>
              <w:pStyle w:val="Oznaenseznam"/>
              <w:spacing w:after="16"/>
            </w:pPr>
            <w:r>
              <w:rPr>
                <w:color w:val="000000"/>
                <w:sz w:val="16"/>
              </w:rPr>
              <w:t>členim besede na zloge</w:t>
            </w:r>
          </w:p>
          <w:p w14:paraId="4D903918" w14:textId="77777777" w:rsidR="00187E2C" w:rsidRDefault="00000000">
            <w:pPr>
              <w:pStyle w:val="Oznaenseznam"/>
              <w:spacing w:after="16"/>
            </w:pPr>
            <w:r>
              <w:rPr>
                <w:color w:val="000000"/>
                <w:sz w:val="16"/>
              </w:rPr>
              <w:t>prepoznam prvi glas v znanih besedah</w:t>
            </w:r>
          </w:p>
          <w:p w14:paraId="30EB1979"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463D02EF" w14:textId="77777777" w:rsidR="00187E2C" w:rsidRDefault="00187E2C"/>
          <w:p w14:paraId="2DA66BB5"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647ED345" w14:textId="77777777" w:rsidR="00187E2C" w:rsidRDefault="00000000">
            <w:pPr>
              <w:spacing w:after="80" w:line="245" w:lineRule="auto"/>
            </w:pPr>
            <w:r>
              <w:rPr>
                <w:color w:val="000000"/>
                <w:sz w:val="16"/>
              </w:rPr>
              <w:t>Pove, pokaže ali nariše, kaj že ve in katero strategijo bi uporabil.</w:t>
            </w:r>
          </w:p>
          <w:p w14:paraId="707BFA12" w14:textId="77777777" w:rsidR="00187E2C" w:rsidRDefault="00000000">
            <w:pPr>
              <w:spacing w:after="100" w:line="245" w:lineRule="auto"/>
            </w:pPr>
            <w:r>
              <w:rPr>
                <w:color w:val="000000"/>
                <w:sz w:val="16"/>
              </w:rPr>
              <w:t>Sodeluje pri razumevanju namenov in kriterijev uspešnosti.</w:t>
            </w:r>
          </w:p>
          <w:p w14:paraId="5F3575FB" w14:textId="77777777" w:rsidR="00187E2C" w:rsidRDefault="00000000">
            <w:pPr>
              <w:spacing w:after="20" w:line="245" w:lineRule="auto"/>
            </w:pPr>
            <w:r>
              <w:rPr>
                <w:b/>
                <w:color w:val="D95BC6"/>
                <w:sz w:val="17"/>
              </w:rPr>
              <w:t>DOKAZ O UČENJU</w:t>
            </w:r>
          </w:p>
          <w:p w14:paraId="20FBF853"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255A5F2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AB8701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701049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D1A72F2" w14:textId="77777777" w:rsidR="00187E2C" w:rsidRDefault="00000000">
            <w:pPr>
              <w:jc w:val="center"/>
            </w:pPr>
            <w:r>
              <w:rPr>
                <w:b/>
                <w:color w:val="000000"/>
                <w:sz w:val="20"/>
              </w:rPr>
              <w:t>UČNE DEJAVNOSTI, METODE IN FORMATIVNO SPREMLJANJE</w:t>
            </w:r>
          </w:p>
        </w:tc>
      </w:tr>
      <w:tr w:rsidR="00187E2C" w14:paraId="71AFF1A9" w14:textId="77777777">
        <w:trPr>
          <w:tblHeader/>
          <w:jc w:val="center"/>
        </w:trPr>
        <w:tc>
          <w:tcPr>
            <w:tcW w:w="4422" w:type="dxa"/>
            <w:vMerge/>
            <w:tcMar>
              <w:top w:w="70" w:type="dxa"/>
              <w:left w:w="90" w:type="dxa"/>
              <w:bottom w:w="70" w:type="dxa"/>
              <w:right w:w="90" w:type="dxa"/>
            </w:tcMar>
            <w:vAlign w:val="center"/>
          </w:tcPr>
          <w:p w14:paraId="30B071A7" w14:textId="77777777" w:rsidR="00187E2C" w:rsidRDefault="00187E2C"/>
        </w:tc>
        <w:tc>
          <w:tcPr>
            <w:tcW w:w="7087" w:type="dxa"/>
            <w:shd w:val="clear" w:color="auto" w:fill="FFFFFF"/>
            <w:tcMar>
              <w:top w:w="70" w:type="dxa"/>
              <w:left w:w="90" w:type="dxa"/>
              <w:bottom w:w="70" w:type="dxa"/>
              <w:right w:w="90" w:type="dxa"/>
            </w:tcMar>
            <w:vAlign w:val="center"/>
          </w:tcPr>
          <w:p w14:paraId="7C04EAF5"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B6AA4B" w14:textId="77777777" w:rsidR="00187E2C" w:rsidRDefault="00000000">
            <w:pPr>
              <w:jc w:val="center"/>
            </w:pPr>
            <w:r>
              <w:rPr>
                <w:b/>
                <w:color w:val="000000"/>
              </w:rPr>
              <w:t>UČENEC</w:t>
            </w:r>
          </w:p>
        </w:tc>
      </w:tr>
      <w:tr w:rsidR="00187E2C" w14:paraId="7FB53638" w14:textId="77777777">
        <w:trPr>
          <w:jc w:val="center"/>
        </w:trPr>
        <w:tc>
          <w:tcPr>
            <w:tcW w:w="4422" w:type="dxa"/>
            <w:tcMar>
              <w:top w:w="70" w:type="dxa"/>
              <w:left w:w="90" w:type="dxa"/>
              <w:bottom w:w="70" w:type="dxa"/>
              <w:right w:w="90" w:type="dxa"/>
            </w:tcMar>
          </w:tcPr>
          <w:p w14:paraId="05D6C840" w14:textId="77777777" w:rsidR="00187E2C" w:rsidRDefault="00187E2C"/>
          <w:p w14:paraId="1BCCE970" w14:textId="77777777" w:rsidR="00187E2C" w:rsidRDefault="00000000">
            <w:pPr>
              <w:spacing w:after="40" w:line="245" w:lineRule="auto"/>
            </w:pPr>
            <w:r>
              <w:rPr>
                <w:b/>
                <w:color w:val="000000"/>
              </w:rPr>
              <w:t>KLJUČNI POJMI</w:t>
            </w:r>
          </w:p>
          <w:p w14:paraId="1F242B48"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499D2878" w14:textId="77777777" w:rsidR="00187E2C" w:rsidRDefault="00000000">
            <w:pPr>
              <w:spacing w:after="20" w:line="245" w:lineRule="auto"/>
            </w:pPr>
            <w:r>
              <w:rPr>
                <w:b/>
                <w:color w:val="000000"/>
                <w:sz w:val="17"/>
              </w:rPr>
              <w:t>DOKAZI O UČENJU</w:t>
            </w:r>
          </w:p>
          <w:p w14:paraId="2D267017" w14:textId="77777777" w:rsidR="00187E2C" w:rsidRDefault="00000000">
            <w:pPr>
              <w:pStyle w:val="Oznaenseznam"/>
              <w:spacing w:after="9"/>
            </w:pPr>
            <w:r>
              <w:rPr>
                <w:color w:val="000000"/>
                <w:sz w:val="15"/>
              </w:rPr>
              <w:t>štirje pravilno določeni prvi glasovi in učenčeva razlaga strategije.</w:t>
            </w:r>
          </w:p>
          <w:p w14:paraId="36A6FCCB" w14:textId="77777777" w:rsidR="00187E2C" w:rsidRDefault="00000000">
            <w:pPr>
              <w:pStyle w:val="Oznaenseznam"/>
              <w:spacing w:after="9"/>
            </w:pPr>
            <w:r>
              <w:rPr>
                <w:color w:val="000000"/>
                <w:sz w:val="15"/>
              </w:rPr>
              <w:t>zvočni posnetek ali anekdotski zapis kratke izmenjave.</w:t>
            </w:r>
          </w:p>
          <w:p w14:paraId="3F3CDACD" w14:textId="77777777" w:rsidR="00187E2C" w:rsidRDefault="00000000">
            <w:pPr>
              <w:pStyle w:val="Oznaenseznam"/>
              <w:spacing w:after="9"/>
            </w:pPr>
            <w:r>
              <w:rPr>
                <w:color w:val="000000"/>
                <w:sz w:val="15"/>
              </w:rPr>
              <w:t>pravilno sestavljen primer in učenčeva ustna razlaga postopka.</w:t>
            </w:r>
          </w:p>
          <w:p w14:paraId="1CA2C942" w14:textId="77777777" w:rsidR="00187E2C" w:rsidRDefault="00000000">
            <w:pPr>
              <w:pStyle w:val="Oznaenseznam"/>
              <w:spacing w:after="9"/>
            </w:pPr>
            <w:r>
              <w:rPr>
                <w:color w:val="000000"/>
                <w:sz w:val="15"/>
              </w:rPr>
              <w:t>individualni bralni zapis, označen podatek in učenčeva izbrana strategija.</w:t>
            </w:r>
          </w:p>
          <w:p w14:paraId="2C0FBA33" w14:textId="77777777" w:rsidR="00187E2C" w:rsidRDefault="00000000">
            <w:pPr>
              <w:pStyle w:val="Oznaenseznam"/>
              <w:spacing w:after="9"/>
            </w:pPr>
            <w:r>
              <w:rPr>
                <w:color w:val="000000"/>
                <w:sz w:val="15"/>
              </w:rPr>
              <w:t>datiran zapis v mapi in kratek komentar učenca o najuspešnejšem delu.</w:t>
            </w:r>
          </w:p>
          <w:p w14:paraId="72670C78" w14:textId="77777777" w:rsidR="00187E2C" w:rsidRDefault="00000000">
            <w:pPr>
              <w:pStyle w:val="Oznaenseznam"/>
              <w:spacing w:after="9"/>
            </w:pPr>
            <w:r>
              <w:rPr>
                <w:color w:val="000000"/>
                <w:sz w:val="15"/>
              </w:rPr>
              <w:t>nastop/izdelek, vrstniška povratna informacija in samovrednotenje.</w:t>
            </w:r>
          </w:p>
          <w:p w14:paraId="76563E8B" w14:textId="77777777" w:rsidR="00187E2C" w:rsidRDefault="00000000">
            <w:pPr>
              <w:spacing w:before="40" w:after="20" w:line="245" w:lineRule="auto"/>
            </w:pPr>
            <w:r>
              <w:rPr>
                <w:b/>
                <w:color w:val="000000"/>
                <w:sz w:val="17"/>
              </w:rPr>
              <w:t>KNJIŽEVNO DOŽIVETJE IN IZKUŠENJSKI POUK</w:t>
            </w:r>
          </w:p>
          <w:p w14:paraId="65AA4A83"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0F972B5" w14:textId="77777777" w:rsidR="00187E2C" w:rsidRDefault="00000000">
            <w:pPr>
              <w:spacing w:after="20" w:line="245" w:lineRule="auto"/>
            </w:pPr>
            <w:r>
              <w:rPr>
                <w:b/>
                <w:color w:val="000000"/>
                <w:sz w:val="17"/>
              </w:rPr>
              <w:t>POUČEVANJE V GIBANJU</w:t>
            </w:r>
          </w:p>
          <w:p w14:paraId="0CB271E8"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4C89731" w14:textId="77777777" w:rsidR="00187E2C" w:rsidRDefault="00000000">
            <w:pPr>
              <w:spacing w:after="20" w:line="245" w:lineRule="auto"/>
            </w:pPr>
            <w:r>
              <w:rPr>
                <w:b/>
                <w:color w:val="000000"/>
                <w:sz w:val="17"/>
              </w:rPr>
              <w:t>DELO PO POSTAJAH</w:t>
            </w:r>
          </w:p>
          <w:p w14:paraId="0E5CF856"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 modelirano, vodeno ali ponovljeno branje; 4. slikovno-pisna – urejam zaporedje, rišem, dopolnim ali zapišem odziv ter izbor dokaza, povratna informacija in naslednji korak.</w:t>
            </w:r>
          </w:p>
          <w:p w14:paraId="1FAFC44D" w14:textId="77777777" w:rsidR="00187E2C" w:rsidRDefault="00000000">
            <w:pPr>
              <w:spacing w:after="20" w:line="245" w:lineRule="auto"/>
            </w:pPr>
            <w:r>
              <w:rPr>
                <w:b/>
                <w:color w:val="000000"/>
                <w:sz w:val="17"/>
              </w:rPr>
              <w:t>DIFERENCIACIJA IN VKLJUČEVANJE</w:t>
            </w:r>
          </w:p>
          <w:p w14:paraId="350A7545"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D41B3DA" w14:textId="77777777" w:rsidR="00187E2C" w:rsidRDefault="00000000">
            <w:pPr>
              <w:spacing w:after="20" w:line="245" w:lineRule="auto"/>
            </w:pPr>
            <w:r>
              <w:rPr>
                <w:b/>
                <w:color w:val="000000"/>
                <w:sz w:val="17"/>
              </w:rPr>
              <w:t>SPREMLJANJE</w:t>
            </w:r>
          </w:p>
          <w:p w14:paraId="0C9D9F98"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1600453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EE0C4B2" w14:textId="77777777">
              <w:trPr>
                <w:jc w:val="center"/>
              </w:trPr>
              <w:tc>
                <w:tcPr>
                  <w:tcW w:w="7087" w:type="dxa"/>
                  <w:shd w:val="clear" w:color="auto" w:fill="C6E7F3"/>
                  <w:tcMar>
                    <w:top w:w="45" w:type="dxa"/>
                    <w:left w:w="70" w:type="dxa"/>
                    <w:bottom w:w="45" w:type="dxa"/>
                    <w:right w:w="70" w:type="dxa"/>
                  </w:tcMar>
                </w:tcPr>
                <w:p w14:paraId="236B1A68" w14:textId="77777777" w:rsidR="00187E2C" w:rsidRDefault="00000000">
                  <w:pPr>
                    <w:keepNext/>
                  </w:pPr>
                  <w:r>
                    <w:rPr>
                      <w:b/>
                      <w:color w:val="000000"/>
                      <w:sz w:val="17"/>
                    </w:rPr>
                    <w:t>GLAVNI DEL – DOŽIVLJAJSKO, JEZIKOVNO IN OPISMENJEVALNO UČENJE (6 šolskih ur)</w:t>
                  </w:r>
                </w:p>
              </w:tc>
            </w:tr>
          </w:tbl>
          <w:p w14:paraId="6FE6D45A" w14:textId="77777777" w:rsidR="00187E2C" w:rsidRDefault="00187E2C">
            <w:pPr>
              <w:spacing w:line="20" w:lineRule="exact"/>
            </w:pPr>
          </w:p>
          <w:p w14:paraId="056D6BEC" w14:textId="77777777" w:rsidR="00187E2C" w:rsidRDefault="00000000">
            <w:pPr>
              <w:keepNext/>
              <w:spacing w:before="22" w:after="6" w:line="245" w:lineRule="auto"/>
            </w:pPr>
            <w:r>
              <w:rPr>
                <w:b/>
                <w:color w:val="000000"/>
                <w:sz w:val="15"/>
              </w:rPr>
              <w:t>1. URA – Slišim prvi glas</w:t>
            </w:r>
          </w:p>
          <w:p w14:paraId="51D1ED83" w14:textId="77777777" w:rsidR="00187E2C" w:rsidRDefault="00000000">
            <w:pPr>
              <w:spacing w:after="7" w:line="245" w:lineRule="auto"/>
            </w:pPr>
            <w:r>
              <w:rPr>
                <w:b/>
                <w:color w:val="000000"/>
                <w:sz w:val="14"/>
              </w:rPr>
              <w:t xml:space="preserve">Dejavnost učiteljice: </w:t>
            </w:r>
            <w:r>
              <w:rPr>
                <w:color w:val="000000"/>
                <w:sz w:val="14"/>
              </w:rPr>
              <w:t>Vodi Bralni list 3: poslušanje dvojic, glasovna polja, risba besede in gibalni lov. Omogoči ustni, gibalni ali simbolni odgovor.</w:t>
            </w:r>
          </w:p>
          <w:p w14:paraId="7D919DF1" w14:textId="77777777" w:rsidR="00187E2C" w:rsidRDefault="00000000">
            <w:pPr>
              <w:spacing w:after="7" w:line="245" w:lineRule="auto"/>
            </w:pPr>
            <w:r>
              <w:rPr>
                <w:b/>
                <w:color w:val="000000"/>
                <w:sz w:val="14"/>
              </w:rPr>
              <w:t xml:space="preserve">Dejavnost učencev: </w:t>
            </w:r>
            <w:r>
              <w:rPr>
                <w:color w:val="000000"/>
                <w:sz w:val="14"/>
              </w:rPr>
              <w:t>Na Bralnem listu 3 rešuje glasovne naloge, nariše primer in se po prostoru premika k ustrezni glasovni družini.</w:t>
            </w:r>
          </w:p>
          <w:p w14:paraId="56652135" w14:textId="77777777" w:rsidR="00187E2C" w:rsidRDefault="00000000">
            <w:pPr>
              <w:spacing w:after="15" w:line="245" w:lineRule="auto"/>
            </w:pPr>
            <w:r>
              <w:rPr>
                <w:i/>
                <w:color w:val="D95BC6"/>
                <w:sz w:val="14"/>
              </w:rPr>
              <w:t>Predvideni dokaz: štirje pravilno določeni prvi glasovi in učenčeva razlaga strategije..</w:t>
            </w:r>
          </w:p>
          <w:p w14:paraId="00B7D56F" w14:textId="77777777" w:rsidR="00187E2C" w:rsidRDefault="00000000">
            <w:pPr>
              <w:keepNext/>
              <w:spacing w:before="22" w:after="6" w:line="245" w:lineRule="auto"/>
            </w:pPr>
            <w:r>
              <w:rPr>
                <w:b/>
                <w:color w:val="000000"/>
                <w:sz w:val="15"/>
              </w:rPr>
              <w:t>2. URA – Glasovno zavedanje – Govorim in pojasnjujem</w:t>
            </w:r>
          </w:p>
          <w:p w14:paraId="2783BB5F"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03B80043"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»členi besede na zloge«.</w:t>
            </w:r>
          </w:p>
          <w:p w14:paraId="44EEB3AA" w14:textId="77777777" w:rsidR="00187E2C" w:rsidRDefault="00000000">
            <w:pPr>
              <w:spacing w:after="15" w:line="245" w:lineRule="auto"/>
            </w:pPr>
            <w:r>
              <w:rPr>
                <w:i/>
                <w:color w:val="D95BC6"/>
                <w:sz w:val="14"/>
              </w:rPr>
              <w:t>Predvideni dokaz: zvočni posnetek ali anekdotski zapis kratke izmenjave..</w:t>
            </w:r>
          </w:p>
          <w:p w14:paraId="146F4E20" w14:textId="77777777" w:rsidR="00187E2C" w:rsidRDefault="00000000">
            <w:pPr>
              <w:keepNext/>
              <w:spacing w:before="22" w:after="6" w:line="245" w:lineRule="auto"/>
            </w:pPr>
            <w:r>
              <w:rPr>
                <w:b/>
                <w:color w:val="000000"/>
                <w:sz w:val="15"/>
              </w:rPr>
              <w:t>3. URA – Glasovno zavedanje – Razčlenjujem jezik</w:t>
            </w:r>
          </w:p>
          <w:p w14:paraId="0D14D6D4"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73823524"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»prepozna prvi glas v znanih besedah«.</w:t>
            </w:r>
          </w:p>
          <w:p w14:paraId="653D93C5" w14:textId="77777777" w:rsidR="00187E2C" w:rsidRDefault="00000000">
            <w:pPr>
              <w:spacing w:after="15" w:line="245" w:lineRule="auto"/>
            </w:pPr>
            <w:r>
              <w:rPr>
                <w:i/>
                <w:color w:val="D95BC6"/>
                <w:sz w:val="14"/>
              </w:rPr>
              <w:t>Predvideni dokaz: pravilno sestavljen primer in učenčeva ustna razlaga postopka..</w:t>
            </w:r>
          </w:p>
          <w:p w14:paraId="065AE9C7" w14:textId="77777777" w:rsidR="00187E2C" w:rsidRDefault="00000000">
            <w:pPr>
              <w:keepNext/>
              <w:spacing w:before="22" w:after="6" w:line="245" w:lineRule="auto"/>
            </w:pPr>
            <w:r>
              <w:rPr>
                <w:b/>
                <w:color w:val="000000"/>
                <w:sz w:val="15"/>
              </w:rPr>
              <w:t>4. URA – Glasovno zavedanje – Berem z oporo</w:t>
            </w:r>
          </w:p>
          <w:p w14:paraId="68C71869"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390058ED"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»v izgovorjeni besedi določi prvi glas in svojo odločitev pokaže.</w:t>
            </w:r>
          </w:p>
          <w:p w14:paraId="5D603B56" w14:textId="77777777" w:rsidR="00187E2C" w:rsidRDefault="00000000">
            <w:pPr>
              <w:spacing w:after="15" w:line="245" w:lineRule="auto"/>
            </w:pPr>
            <w:r>
              <w:rPr>
                <w:i/>
                <w:color w:val="D95BC6"/>
                <w:sz w:val="14"/>
              </w:rPr>
              <w:t>Predvideni dokaz: individualni bralni zapis, označen podatek in učenčeva izbrana strategija..</w:t>
            </w:r>
          </w:p>
          <w:p w14:paraId="4FD137C5" w14:textId="77777777" w:rsidR="00187E2C" w:rsidRDefault="00000000">
            <w:pPr>
              <w:keepNext/>
              <w:spacing w:before="22" w:after="6" w:line="245" w:lineRule="auto"/>
            </w:pPr>
            <w:r>
              <w:rPr>
                <w:b/>
                <w:color w:val="000000"/>
                <w:sz w:val="15"/>
              </w:rPr>
              <w:t>5. URA – Glasovno zavedanje – Pišem in ustvarjam</w:t>
            </w:r>
          </w:p>
          <w:p w14:paraId="28555F21"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6E2F314E"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 dejavnost poveže s ciljem »razlikuje dolge in kratke besede«.</w:t>
            </w:r>
          </w:p>
          <w:p w14:paraId="23835FA5" w14:textId="77777777" w:rsidR="00187E2C" w:rsidRDefault="00000000">
            <w:pPr>
              <w:spacing w:after="15" w:line="245" w:lineRule="auto"/>
            </w:pPr>
            <w:r>
              <w:rPr>
                <w:i/>
                <w:color w:val="D95BC6"/>
                <w:sz w:val="14"/>
              </w:rPr>
              <w:t>Predvideni dokaz: datiran zapis v mapi in kratek komentar učenca o najuspešnejšem delu..</w:t>
            </w:r>
          </w:p>
          <w:p w14:paraId="01F8FC69" w14:textId="77777777" w:rsidR="00187E2C" w:rsidRDefault="00000000">
            <w:pPr>
              <w:keepNext/>
              <w:spacing w:before="22" w:after="6" w:line="245" w:lineRule="auto"/>
            </w:pPr>
            <w:r>
              <w:rPr>
                <w:b/>
                <w:color w:val="000000"/>
                <w:sz w:val="15"/>
              </w:rPr>
              <w:t>6. URA – Glasovno zavedanje – Predstavim in vrednotim</w:t>
            </w:r>
          </w:p>
          <w:p w14:paraId="47F7F5DA"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0E9F7E66"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»členi besede na zloge«.</w:t>
            </w:r>
          </w:p>
          <w:p w14:paraId="17C0BD23"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1375E988" w14:textId="77777777">
              <w:trPr>
                <w:jc w:val="center"/>
              </w:trPr>
              <w:tc>
                <w:tcPr>
                  <w:tcW w:w="7087" w:type="dxa"/>
                  <w:shd w:val="clear" w:color="auto" w:fill="EDC9EA"/>
                  <w:tcMar>
                    <w:top w:w="45" w:type="dxa"/>
                    <w:left w:w="70" w:type="dxa"/>
                    <w:bottom w:w="45" w:type="dxa"/>
                    <w:right w:w="70" w:type="dxa"/>
                  </w:tcMar>
                </w:tcPr>
                <w:p w14:paraId="5824B663" w14:textId="77777777" w:rsidR="00187E2C" w:rsidRDefault="00000000">
                  <w:pPr>
                    <w:keepNext/>
                  </w:pPr>
                  <w:r>
                    <w:rPr>
                      <w:b/>
                      <w:color w:val="000000"/>
                      <w:sz w:val="17"/>
                    </w:rPr>
                    <w:t>POVRATNA INFORMACIJA UČITELJICE MED DELOM</w:t>
                  </w:r>
                </w:p>
              </w:tc>
            </w:tr>
          </w:tbl>
          <w:p w14:paraId="2D8CB9A9" w14:textId="77777777" w:rsidR="00187E2C" w:rsidRDefault="00187E2C"/>
          <w:p w14:paraId="0ABB452A"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4D591BA6" w14:textId="77777777" w:rsidR="00187E2C" w:rsidRDefault="00187E2C"/>
          <w:p w14:paraId="6E867C67" w14:textId="77777777" w:rsidR="00187E2C" w:rsidRDefault="00000000">
            <w:pPr>
              <w:spacing w:after="4" w:line="245" w:lineRule="auto"/>
            </w:pPr>
            <w:r>
              <w:rPr>
                <w:b/>
                <w:color w:val="000000"/>
                <w:sz w:val="15"/>
              </w:rPr>
              <w:t>1. URA – Slišim prvi glas</w:t>
            </w:r>
          </w:p>
          <w:p w14:paraId="385F7819" w14:textId="77777777" w:rsidR="00187E2C" w:rsidRDefault="00000000">
            <w:pPr>
              <w:spacing w:after="7" w:line="245" w:lineRule="auto"/>
            </w:pPr>
            <w:r>
              <w:rPr>
                <w:color w:val="000000"/>
                <w:sz w:val="14"/>
              </w:rPr>
              <w:t>Na Bralnem listu 3 rešuje glasovne naloge, nariše primer in se po prostoru premika k ustrezni glasovni družini.</w:t>
            </w:r>
          </w:p>
          <w:p w14:paraId="418F3A83" w14:textId="77777777" w:rsidR="00187E2C" w:rsidRDefault="00000000">
            <w:pPr>
              <w:spacing w:after="15" w:line="245" w:lineRule="auto"/>
            </w:pPr>
            <w:r>
              <w:rPr>
                <w:color w:val="D95BC6"/>
                <w:sz w:val="13"/>
              </w:rPr>
              <w:t>Dokaz: štirje pravilno določeni prvi glasovi in učenčeva razlaga strategije.</w:t>
            </w:r>
          </w:p>
          <w:p w14:paraId="2EC48EDB" w14:textId="77777777" w:rsidR="00187E2C" w:rsidRDefault="00000000">
            <w:pPr>
              <w:spacing w:after="4" w:line="245" w:lineRule="auto"/>
            </w:pPr>
            <w:r>
              <w:rPr>
                <w:b/>
                <w:color w:val="000000"/>
                <w:sz w:val="15"/>
              </w:rPr>
              <w:t>2. URA – Glasovno zavedanje – Govorim in pojasnjujem</w:t>
            </w:r>
          </w:p>
          <w:p w14:paraId="45A9242D" w14:textId="77777777" w:rsidR="00187E2C" w:rsidRDefault="00000000">
            <w:pPr>
              <w:spacing w:after="7" w:line="245" w:lineRule="auto"/>
            </w:pPr>
            <w:r>
              <w:rPr>
                <w:color w:val="000000"/>
                <w:sz w:val="14"/>
              </w:rPr>
              <w:t>V paru govori in posluša, zamenja vlogo, postavi vprašanje ter uporabi besedo iz tedenske besedne banke.</w:t>
            </w:r>
          </w:p>
          <w:p w14:paraId="04DDAA2B" w14:textId="77777777" w:rsidR="00187E2C" w:rsidRDefault="00000000">
            <w:pPr>
              <w:spacing w:after="15" w:line="245" w:lineRule="auto"/>
            </w:pPr>
            <w:r>
              <w:rPr>
                <w:color w:val="D95BC6"/>
                <w:sz w:val="13"/>
              </w:rPr>
              <w:t>Dokaz: zvočni posnetek ali anekdotski zapis kratke izmenjave.</w:t>
            </w:r>
          </w:p>
          <w:p w14:paraId="46D5E29A" w14:textId="77777777" w:rsidR="00187E2C" w:rsidRDefault="00000000">
            <w:pPr>
              <w:spacing w:after="4" w:line="245" w:lineRule="auto"/>
            </w:pPr>
            <w:r>
              <w:rPr>
                <w:b/>
                <w:color w:val="000000"/>
                <w:sz w:val="15"/>
              </w:rPr>
              <w:t>3. URA – Glasovno zavedanje – Razčlenjujem jezik</w:t>
            </w:r>
          </w:p>
          <w:p w14:paraId="16630384" w14:textId="77777777" w:rsidR="00187E2C" w:rsidRDefault="00000000">
            <w:pPr>
              <w:spacing w:after="7" w:line="245" w:lineRule="auto"/>
            </w:pPr>
            <w:r>
              <w:rPr>
                <w:color w:val="000000"/>
                <w:sz w:val="14"/>
              </w:rPr>
              <w:t>Ploska, stopa, razstavlja in sestavlja; primer razvrsti ter svojo rešitev preveri s sošolcem.</w:t>
            </w:r>
          </w:p>
          <w:p w14:paraId="6F8AA30F" w14:textId="77777777" w:rsidR="00187E2C" w:rsidRDefault="00000000">
            <w:pPr>
              <w:spacing w:after="15" w:line="245" w:lineRule="auto"/>
            </w:pPr>
            <w:r>
              <w:rPr>
                <w:color w:val="D95BC6"/>
                <w:sz w:val="13"/>
              </w:rPr>
              <w:t>Dokaz: pravilno sestavljen primer in učenčeva ustna razlaga postopka.</w:t>
            </w:r>
          </w:p>
          <w:p w14:paraId="349E7AEC" w14:textId="77777777" w:rsidR="00187E2C" w:rsidRDefault="00000000">
            <w:pPr>
              <w:spacing w:after="4" w:line="245" w:lineRule="auto"/>
            </w:pPr>
            <w:r>
              <w:rPr>
                <w:b/>
                <w:color w:val="000000"/>
                <w:sz w:val="15"/>
              </w:rPr>
              <w:t>4. URA – Glasovno zavedanje – Berem z oporo</w:t>
            </w:r>
          </w:p>
          <w:p w14:paraId="3EDE8EF8" w14:textId="77777777" w:rsidR="00187E2C" w:rsidRDefault="00000000">
            <w:pPr>
              <w:spacing w:after="7" w:line="245" w:lineRule="auto"/>
            </w:pPr>
            <w:r>
              <w:rPr>
                <w:color w:val="000000"/>
                <w:sz w:val="14"/>
              </w:rPr>
              <w:t>Bere sliko, znak, besedo ali kratko poved glede na napredek ter podčrta/pokaže očiten podatek.</w:t>
            </w:r>
          </w:p>
          <w:p w14:paraId="7B1F94C2" w14:textId="77777777" w:rsidR="00187E2C" w:rsidRDefault="00000000">
            <w:pPr>
              <w:spacing w:after="15" w:line="245" w:lineRule="auto"/>
            </w:pPr>
            <w:r>
              <w:rPr>
                <w:color w:val="D95BC6"/>
                <w:sz w:val="13"/>
              </w:rPr>
              <w:t>Dokaz: individualni bralni zapis, označen podatek in učenčeva izbrana strategija.</w:t>
            </w:r>
          </w:p>
          <w:p w14:paraId="059AE06C" w14:textId="77777777" w:rsidR="00187E2C" w:rsidRDefault="00000000">
            <w:pPr>
              <w:spacing w:after="4" w:line="245" w:lineRule="auto"/>
            </w:pPr>
            <w:r>
              <w:rPr>
                <w:b/>
                <w:color w:val="000000"/>
                <w:sz w:val="15"/>
              </w:rPr>
              <w:t>5. URA – Glasovno zavedanje – Pišem in ustvarjam</w:t>
            </w:r>
          </w:p>
          <w:p w14:paraId="21A05226" w14:textId="77777777" w:rsidR="00187E2C" w:rsidRDefault="00000000">
            <w:pPr>
              <w:spacing w:after="7" w:line="245" w:lineRule="auto"/>
            </w:pPr>
            <w:r>
              <w:rPr>
                <w:color w:val="000000"/>
                <w:sz w:val="14"/>
              </w:rPr>
              <w:t>Najprej potezo izvede s celim telesom, nato v pesku/zraku in na listu; zapiše znak.</w:t>
            </w:r>
          </w:p>
          <w:p w14:paraId="1E7C3726" w14:textId="77777777" w:rsidR="00187E2C" w:rsidRDefault="00000000">
            <w:pPr>
              <w:spacing w:after="15" w:line="245" w:lineRule="auto"/>
            </w:pPr>
            <w:r>
              <w:rPr>
                <w:color w:val="D95BC6"/>
                <w:sz w:val="13"/>
              </w:rPr>
              <w:t>Dokaz: datiran zapis v mapi in kratek komentar učenca o najuspešnejšem delu.</w:t>
            </w:r>
          </w:p>
          <w:p w14:paraId="1E5C8140" w14:textId="77777777" w:rsidR="00187E2C" w:rsidRDefault="00000000">
            <w:pPr>
              <w:spacing w:after="4" w:line="245" w:lineRule="auto"/>
            </w:pPr>
            <w:r>
              <w:rPr>
                <w:b/>
                <w:color w:val="000000"/>
                <w:sz w:val="15"/>
              </w:rPr>
              <w:t>6. URA – Glasovno zavedanje – Predstavim in vrednotim</w:t>
            </w:r>
          </w:p>
          <w:p w14:paraId="5DD742EC" w14:textId="77777777" w:rsidR="00187E2C" w:rsidRDefault="00000000">
            <w:pPr>
              <w:spacing w:after="7" w:line="245" w:lineRule="auto"/>
            </w:pPr>
            <w:r>
              <w:rPr>
                <w:color w:val="000000"/>
                <w:sz w:val="14"/>
              </w:rPr>
              <w:t>Pripoveduje, bere, dramatizira ali predstavi zapis; vrstniku pove eno opaženo moč in eno vprašanje.</w:t>
            </w:r>
          </w:p>
          <w:p w14:paraId="262F4D4C" w14:textId="77777777" w:rsidR="00187E2C" w:rsidRDefault="00000000">
            <w:pPr>
              <w:spacing w:after="15" w:line="245" w:lineRule="auto"/>
            </w:pPr>
            <w:r>
              <w:rPr>
                <w:color w:val="D95BC6"/>
                <w:sz w:val="13"/>
              </w:rPr>
              <w:t>Dokaz: nastop/izdelek, vrstniška povratna informacija in samovrednotenje.</w:t>
            </w:r>
          </w:p>
        </w:tc>
      </w:tr>
    </w:tbl>
    <w:p w14:paraId="65EE0BD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671EB8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848F69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228131C" w14:textId="77777777" w:rsidR="00187E2C" w:rsidRDefault="00000000">
            <w:pPr>
              <w:jc w:val="center"/>
            </w:pPr>
            <w:r>
              <w:rPr>
                <w:b/>
                <w:color w:val="000000"/>
                <w:sz w:val="20"/>
              </w:rPr>
              <w:t>UČNE DEJAVNOSTI, METODE IN FORMATIVNO SPREMLJANJE</w:t>
            </w:r>
          </w:p>
        </w:tc>
      </w:tr>
      <w:tr w:rsidR="00187E2C" w14:paraId="1BBA9C08" w14:textId="77777777">
        <w:trPr>
          <w:tblHeader/>
          <w:jc w:val="center"/>
        </w:trPr>
        <w:tc>
          <w:tcPr>
            <w:tcW w:w="4422" w:type="dxa"/>
            <w:vMerge/>
            <w:tcMar>
              <w:top w:w="70" w:type="dxa"/>
              <w:left w:w="90" w:type="dxa"/>
              <w:bottom w:w="70" w:type="dxa"/>
              <w:right w:w="90" w:type="dxa"/>
            </w:tcMar>
            <w:vAlign w:val="center"/>
          </w:tcPr>
          <w:p w14:paraId="0B6518B3" w14:textId="77777777" w:rsidR="00187E2C" w:rsidRDefault="00187E2C"/>
        </w:tc>
        <w:tc>
          <w:tcPr>
            <w:tcW w:w="7087" w:type="dxa"/>
            <w:shd w:val="clear" w:color="auto" w:fill="FFFFFF"/>
            <w:tcMar>
              <w:top w:w="70" w:type="dxa"/>
              <w:left w:w="90" w:type="dxa"/>
              <w:bottom w:w="70" w:type="dxa"/>
              <w:right w:w="90" w:type="dxa"/>
            </w:tcMar>
            <w:vAlign w:val="center"/>
          </w:tcPr>
          <w:p w14:paraId="40713450"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F0BE1F" w14:textId="77777777" w:rsidR="00187E2C" w:rsidRDefault="00000000">
            <w:pPr>
              <w:jc w:val="center"/>
            </w:pPr>
            <w:r>
              <w:rPr>
                <w:b/>
                <w:color w:val="000000"/>
              </w:rPr>
              <w:t>UČENEC</w:t>
            </w:r>
          </w:p>
        </w:tc>
      </w:tr>
      <w:tr w:rsidR="00187E2C" w14:paraId="27D2EB18" w14:textId="77777777">
        <w:trPr>
          <w:jc w:val="center"/>
        </w:trPr>
        <w:tc>
          <w:tcPr>
            <w:tcW w:w="4422" w:type="dxa"/>
            <w:tcMar>
              <w:top w:w="70" w:type="dxa"/>
              <w:left w:w="90" w:type="dxa"/>
              <w:bottom w:w="70" w:type="dxa"/>
              <w:right w:w="90" w:type="dxa"/>
            </w:tcMar>
          </w:tcPr>
          <w:p w14:paraId="6100A08B" w14:textId="77777777" w:rsidR="00187E2C" w:rsidRDefault="00187E2C"/>
          <w:p w14:paraId="701BD2D4" w14:textId="77777777" w:rsidR="00187E2C" w:rsidRDefault="00000000">
            <w:pPr>
              <w:spacing w:after="40" w:line="245" w:lineRule="auto"/>
            </w:pPr>
            <w:r>
              <w:rPr>
                <w:b/>
                <w:color w:val="000000"/>
              </w:rPr>
              <w:t>FORMATIVNO SPREMLJANJE</w:t>
            </w:r>
          </w:p>
          <w:p w14:paraId="76740327"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5BA9DDFC"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1EB5FF44"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470E8AB3"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13EBDB4F" w14:textId="77777777" w:rsidR="00187E2C" w:rsidRDefault="00000000">
            <w:pPr>
              <w:spacing w:before="40" w:after="20" w:line="245" w:lineRule="auto"/>
            </w:pPr>
            <w:r>
              <w:rPr>
                <w:b/>
                <w:color w:val="000000"/>
                <w:sz w:val="17"/>
              </w:rPr>
              <w:t>VARNOST IN ODGOVORNOST</w:t>
            </w:r>
          </w:p>
          <w:p w14:paraId="5A4916DA"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40FE8907" w14:textId="77777777" w:rsidR="00187E2C" w:rsidRDefault="00000000">
            <w:pPr>
              <w:spacing w:after="20" w:line="245" w:lineRule="auto"/>
            </w:pPr>
            <w:r>
              <w:rPr>
                <w:b/>
                <w:color w:val="000000"/>
                <w:sz w:val="17"/>
              </w:rPr>
              <w:t>EVIDENCA PO IZVEDBI</w:t>
            </w:r>
          </w:p>
          <w:p w14:paraId="7FDBB797"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2B1F2B3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6BC156F" w14:textId="77777777">
              <w:trPr>
                <w:jc w:val="center"/>
              </w:trPr>
              <w:tc>
                <w:tcPr>
                  <w:tcW w:w="7087" w:type="dxa"/>
                  <w:shd w:val="clear" w:color="auto" w:fill="EDC9EA"/>
                  <w:tcMar>
                    <w:top w:w="45" w:type="dxa"/>
                    <w:left w:w="70" w:type="dxa"/>
                    <w:bottom w:w="45" w:type="dxa"/>
                    <w:right w:w="70" w:type="dxa"/>
                  </w:tcMar>
                </w:tcPr>
                <w:p w14:paraId="65C8E312" w14:textId="77777777" w:rsidR="00187E2C" w:rsidRDefault="00000000">
                  <w:pPr>
                    <w:keepNext/>
                  </w:pPr>
                  <w:r>
                    <w:rPr>
                      <w:b/>
                      <w:color w:val="000000"/>
                    </w:rPr>
                    <w:t>VPRAŠANJA V PODPORO JEZIKOVNEMU, BRALNEMU IN KNJIŽEVNEMU UČENJU</w:t>
                  </w:r>
                </w:p>
              </w:tc>
            </w:tr>
          </w:tbl>
          <w:p w14:paraId="588F32BE" w14:textId="77777777" w:rsidR="00187E2C" w:rsidRDefault="00187E2C">
            <w:pPr>
              <w:spacing w:line="20" w:lineRule="exact"/>
            </w:pPr>
          </w:p>
          <w:p w14:paraId="089A80B0" w14:textId="77777777" w:rsidR="00187E2C" w:rsidRDefault="00000000">
            <w:pPr>
              <w:pStyle w:val="Oznaenseznam"/>
              <w:spacing w:after="16"/>
            </w:pPr>
            <w:r>
              <w:rPr>
                <w:color w:val="000000"/>
                <w:sz w:val="16"/>
              </w:rPr>
              <w:t>Kaj ti je naslovnica, slika, predmet, zvok ali gib pomagal razumeti?</w:t>
            </w:r>
          </w:p>
          <w:p w14:paraId="2A47955D" w14:textId="77777777" w:rsidR="00187E2C" w:rsidRDefault="00000000">
            <w:pPr>
              <w:pStyle w:val="Oznaenseznam"/>
              <w:spacing w:after="16"/>
            </w:pPr>
            <w:r>
              <w:rPr>
                <w:color w:val="000000"/>
                <w:sz w:val="16"/>
              </w:rPr>
              <w:t>Kako si našel/-la glas, črko, zlog, besedo ali bistveni podatek?</w:t>
            </w:r>
          </w:p>
          <w:p w14:paraId="1739D7D2" w14:textId="77777777" w:rsidR="00187E2C" w:rsidRDefault="00000000">
            <w:pPr>
              <w:pStyle w:val="Oznaenseznam"/>
              <w:spacing w:after="16"/>
            </w:pPr>
            <w:r>
              <w:rPr>
                <w:color w:val="000000"/>
                <w:sz w:val="16"/>
              </w:rPr>
              <w:t>Kako veš, da tvoja pripoved, branje ali zapis dosega dogovorjeni kriterij?</w:t>
            </w:r>
          </w:p>
          <w:p w14:paraId="21194E43" w14:textId="77777777" w:rsidR="00187E2C" w:rsidRDefault="00000000">
            <w:pPr>
              <w:pStyle w:val="Oznaenseznam"/>
              <w:spacing w:after="16"/>
            </w:pPr>
            <w:r>
              <w:rPr>
                <w:color w:val="000000"/>
                <w:sz w:val="16"/>
              </w:rPr>
              <w:t>Ali lahko svoje razumevanje pokažeš še z drugim načinom – govorom, gibanjem, risbo, branjem ali zapisom?</w:t>
            </w:r>
          </w:p>
          <w:p w14:paraId="62DC11F1"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085011B5" w14:textId="77777777">
              <w:trPr>
                <w:jc w:val="center"/>
              </w:trPr>
              <w:tc>
                <w:tcPr>
                  <w:tcW w:w="7087" w:type="dxa"/>
                  <w:shd w:val="clear" w:color="auto" w:fill="C6E7F3"/>
                  <w:tcMar>
                    <w:top w:w="45" w:type="dxa"/>
                    <w:left w:w="70" w:type="dxa"/>
                    <w:bottom w:w="45" w:type="dxa"/>
                    <w:right w:w="70" w:type="dxa"/>
                  </w:tcMar>
                </w:tcPr>
                <w:p w14:paraId="2FA92DD5" w14:textId="77777777" w:rsidR="00187E2C" w:rsidRDefault="00000000">
                  <w:pPr>
                    <w:keepNext/>
                  </w:pPr>
                  <w:r>
                    <w:rPr>
                      <w:b/>
                      <w:color w:val="000000"/>
                    </w:rPr>
                    <w:t>ZAKLJUČNI DEL – UTRJEVANJE, BRALNI ODZIV IN REFLEKSIJA (10–15 min)</w:t>
                  </w:r>
                </w:p>
              </w:tc>
            </w:tr>
          </w:tbl>
          <w:p w14:paraId="02C4119E" w14:textId="77777777" w:rsidR="00187E2C" w:rsidRDefault="00187E2C">
            <w:pPr>
              <w:spacing w:line="20" w:lineRule="exact"/>
            </w:pPr>
          </w:p>
          <w:p w14:paraId="36E48B1A"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75F91ACB" w14:textId="77777777">
              <w:trPr>
                <w:jc w:val="center"/>
              </w:trPr>
              <w:tc>
                <w:tcPr>
                  <w:tcW w:w="7087" w:type="dxa"/>
                  <w:shd w:val="clear" w:color="auto" w:fill="EDC9EA"/>
                  <w:tcMar>
                    <w:top w:w="45" w:type="dxa"/>
                    <w:left w:w="70" w:type="dxa"/>
                    <w:bottom w:w="45" w:type="dxa"/>
                    <w:right w:w="70" w:type="dxa"/>
                  </w:tcMar>
                </w:tcPr>
                <w:p w14:paraId="78B940D5" w14:textId="77777777" w:rsidR="00187E2C" w:rsidRDefault="00000000">
                  <w:pPr>
                    <w:keepNext/>
                  </w:pPr>
                  <w:r>
                    <w:rPr>
                      <w:b/>
                      <w:color w:val="000000"/>
                    </w:rPr>
                    <w:t>SAMOVREDNOTENJE</w:t>
                  </w:r>
                </w:p>
              </w:tc>
            </w:tr>
          </w:tbl>
          <w:p w14:paraId="7085E1D8" w14:textId="77777777" w:rsidR="00187E2C" w:rsidRDefault="00187E2C">
            <w:pPr>
              <w:spacing w:line="20" w:lineRule="exact"/>
            </w:pPr>
          </w:p>
          <w:p w14:paraId="5B35FE4C"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B42FDA8" w14:textId="77777777">
              <w:trPr>
                <w:jc w:val="center"/>
              </w:trPr>
              <w:tc>
                <w:tcPr>
                  <w:tcW w:w="7087" w:type="dxa"/>
                  <w:shd w:val="clear" w:color="auto" w:fill="EDC9EA"/>
                  <w:tcMar>
                    <w:top w:w="45" w:type="dxa"/>
                    <w:left w:w="70" w:type="dxa"/>
                    <w:bottom w:w="45" w:type="dxa"/>
                    <w:right w:w="70" w:type="dxa"/>
                  </w:tcMar>
                </w:tcPr>
                <w:p w14:paraId="416999ED" w14:textId="77777777" w:rsidR="00187E2C" w:rsidRDefault="00000000">
                  <w:pPr>
                    <w:keepNext/>
                  </w:pPr>
                  <w:r>
                    <w:rPr>
                      <w:b/>
                      <w:color w:val="000000"/>
                    </w:rPr>
                    <w:t>VRSTNIŠKO VREDNOTENJE</w:t>
                  </w:r>
                </w:p>
              </w:tc>
            </w:tr>
          </w:tbl>
          <w:p w14:paraId="2409C05E" w14:textId="77777777" w:rsidR="00187E2C" w:rsidRDefault="00187E2C">
            <w:pPr>
              <w:spacing w:line="20" w:lineRule="exact"/>
            </w:pPr>
          </w:p>
          <w:p w14:paraId="2525A1AE"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B938267" w14:textId="77777777">
              <w:trPr>
                <w:jc w:val="center"/>
              </w:trPr>
              <w:tc>
                <w:tcPr>
                  <w:tcW w:w="7087" w:type="dxa"/>
                  <w:shd w:val="clear" w:color="auto" w:fill="EDC9EA"/>
                  <w:tcMar>
                    <w:top w:w="45" w:type="dxa"/>
                    <w:left w:w="70" w:type="dxa"/>
                    <w:bottom w:w="45" w:type="dxa"/>
                    <w:right w:w="70" w:type="dxa"/>
                  </w:tcMar>
                </w:tcPr>
                <w:p w14:paraId="2FB84749" w14:textId="77777777" w:rsidR="00187E2C" w:rsidRDefault="00000000">
                  <w:pPr>
                    <w:keepNext/>
                  </w:pPr>
                  <w:r>
                    <w:rPr>
                      <w:b/>
                      <w:color w:val="000000"/>
                    </w:rPr>
                    <w:t>SKUPNI POVZETEK</w:t>
                  </w:r>
                </w:p>
              </w:tc>
            </w:tr>
          </w:tbl>
          <w:p w14:paraId="74FE7CCF" w14:textId="77777777" w:rsidR="00187E2C" w:rsidRDefault="00187E2C"/>
          <w:p w14:paraId="620717C5" w14:textId="77777777" w:rsidR="00187E2C" w:rsidRDefault="00000000">
            <w:pPr>
              <w:spacing w:before="20" w:after="40" w:line="245" w:lineRule="auto"/>
            </w:pPr>
            <w:r>
              <w:rPr>
                <w:b/>
                <w:color w:val="000000"/>
                <w:sz w:val="16"/>
              </w:rPr>
              <w:t>razlikujem dolge in kratke besede; členim besede na zloge; prepoznam prvi glas v znanih besedah. Svoj dokaz pojasnim in po povratni informaciji izboljšam.</w:t>
            </w:r>
          </w:p>
        </w:tc>
        <w:tc>
          <w:tcPr>
            <w:tcW w:w="2551" w:type="dxa"/>
            <w:tcMar>
              <w:top w:w="70" w:type="dxa"/>
              <w:left w:w="90" w:type="dxa"/>
              <w:bottom w:w="70" w:type="dxa"/>
              <w:right w:w="90" w:type="dxa"/>
            </w:tcMar>
          </w:tcPr>
          <w:p w14:paraId="4527C319" w14:textId="77777777" w:rsidR="00187E2C" w:rsidRDefault="00187E2C"/>
          <w:p w14:paraId="21746A74" w14:textId="77777777" w:rsidR="00187E2C" w:rsidRDefault="00000000">
            <w:pPr>
              <w:spacing w:after="100" w:line="245" w:lineRule="auto"/>
            </w:pPr>
            <w:r>
              <w:rPr>
                <w:color w:val="000000"/>
                <w:sz w:val="16"/>
              </w:rPr>
              <w:t>Odgovarja na podporna vprašanja ter se sklicuje na poslušano besedilo, sliko, govor, bralni list ali zapis.</w:t>
            </w:r>
          </w:p>
          <w:p w14:paraId="0A24ABDA" w14:textId="77777777" w:rsidR="00187E2C" w:rsidRDefault="00000000">
            <w:pPr>
              <w:spacing w:after="100" w:line="245" w:lineRule="auto"/>
            </w:pPr>
            <w:r>
              <w:rPr>
                <w:color w:val="000000"/>
                <w:sz w:val="16"/>
              </w:rPr>
              <w:t>Primerja začetni odziv z novim dokazom in pojasni, kaj se je naučil/-a.</w:t>
            </w:r>
          </w:p>
          <w:p w14:paraId="3BE17727" w14:textId="77777777" w:rsidR="00187E2C" w:rsidRDefault="00000000">
            <w:pPr>
              <w:spacing w:after="100" w:line="245" w:lineRule="auto"/>
            </w:pPr>
            <w:r>
              <w:rPr>
                <w:color w:val="000000"/>
                <w:sz w:val="16"/>
              </w:rPr>
              <w:t>Izbere raven samostojnosti in določi naslednji korak.</w:t>
            </w:r>
          </w:p>
          <w:p w14:paraId="53A4EC68" w14:textId="77777777" w:rsidR="00187E2C" w:rsidRDefault="00000000">
            <w:pPr>
              <w:spacing w:after="100" w:line="245" w:lineRule="auto"/>
            </w:pPr>
            <w:r>
              <w:rPr>
                <w:color w:val="000000"/>
                <w:sz w:val="16"/>
              </w:rPr>
              <w:t>Sošolcu poda prijazen in konkreten odziv, vezan na kriterij.</w:t>
            </w:r>
          </w:p>
          <w:p w14:paraId="790E386E" w14:textId="77777777" w:rsidR="00187E2C" w:rsidRDefault="00000000">
            <w:pPr>
              <w:spacing w:after="20" w:line="245" w:lineRule="auto"/>
            </w:pPr>
            <w:r>
              <w:rPr>
                <w:b/>
                <w:color w:val="D95BC6"/>
                <w:sz w:val="17"/>
              </w:rPr>
              <w:t>DOKAZ O UČENJU</w:t>
            </w:r>
          </w:p>
          <w:p w14:paraId="3197CE52"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6191C03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C301C69" w14:textId="77777777">
        <w:trPr>
          <w:cantSplit/>
          <w:jc w:val="center"/>
        </w:trPr>
        <w:tc>
          <w:tcPr>
            <w:tcW w:w="14060" w:type="dxa"/>
            <w:gridSpan w:val="6"/>
            <w:tcMar>
              <w:top w:w="70" w:type="dxa"/>
              <w:left w:w="90" w:type="dxa"/>
              <w:bottom w:w="70" w:type="dxa"/>
              <w:right w:w="90" w:type="dxa"/>
            </w:tcMar>
            <w:vAlign w:val="center"/>
          </w:tcPr>
          <w:p w14:paraId="2F892A7F" w14:textId="77777777" w:rsidR="00187E2C" w:rsidRDefault="00000000">
            <w:pPr>
              <w:jc w:val="center"/>
            </w:pPr>
            <w:r>
              <w:rPr>
                <w:b/>
                <w:color w:val="000000"/>
                <w:sz w:val="24"/>
              </w:rPr>
              <w:lastRenderedPageBreak/>
              <w:t>UČNA PRIPRAVA 4/39</w:t>
            </w:r>
          </w:p>
        </w:tc>
      </w:tr>
      <w:tr w:rsidR="00187E2C" w14:paraId="0ED0ED8E" w14:textId="77777777">
        <w:trPr>
          <w:jc w:val="center"/>
        </w:trPr>
        <w:tc>
          <w:tcPr>
            <w:tcW w:w="2665" w:type="dxa"/>
            <w:tcMar>
              <w:top w:w="70" w:type="dxa"/>
              <w:left w:w="90" w:type="dxa"/>
              <w:bottom w:w="70" w:type="dxa"/>
              <w:right w:w="90" w:type="dxa"/>
            </w:tcMar>
            <w:vAlign w:val="center"/>
          </w:tcPr>
          <w:p w14:paraId="1CBEAC8E"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9EE9734"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312B9B01"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0E64B87" w14:textId="77777777" w:rsidR="00187E2C" w:rsidRDefault="00000000">
            <w:r>
              <w:rPr>
                <w:b/>
                <w:color w:val="000000"/>
                <w:sz w:val="16"/>
              </w:rPr>
              <w:t xml:space="preserve">NAČRTOVANI TERMIN: </w:t>
            </w:r>
            <w:r>
              <w:rPr>
                <w:color w:val="000000"/>
                <w:sz w:val="16"/>
              </w:rPr>
              <w:t>4. teden • 21.–25. 9. 2026</w:t>
            </w:r>
          </w:p>
        </w:tc>
        <w:tc>
          <w:tcPr>
            <w:tcW w:w="2268" w:type="dxa"/>
            <w:tcMar>
              <w:top w:w="70" w:type="dxa"/>
              <w:left w:w="90" w:type="dxa"/>
              <w:bottom w:w="70" w:type="dxa"/>
              <w:right w:w="90" w:type="dxa"/>
            </w:tcMar>
            <w:vAlign w:val="center"/>
          </w:tcPr>
          <w:p w14:paraId="4DEC75E6"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373DC23" w14:textId="77777777" w:rsidR="00187E2C" w:rsidRDefault="00000000">
            <w:r>
              <w:rPr>
                <w:b/>
                <w:color w:val="000000"/>
                <w:sz w:val="16"/>
              </w:rPr>
              <w:t xml:space="preserve">ŠTEVILO UR: </w:t>
            </w:r>
            <w:r>
              <w:rPr>
                <w:color w:val="000000"/>
                <w:sz w:val="16"/>
              </w:rPr>
              <w:t>4</w:t>
            </w:r>
          </w:p>
        </w:tc>
      </w:tr>
      <w:tr w:rsidR="00187E2C" w14:paraId="35CEF9EF" w14:textId="77777777">
        <w:trPr>
          <w:jc w:val="center"/>
        </w:trPr>
        <w:tc>
          <w:tcPr>
            <w:tcW w:w="14061" w:type="dxa"/>
            <w:gridSpan w:val="6"/>
            <w:tcMar>
              <w:top w:w="70" w:type="dxa"/>
              <w:left w:w="90" w:type="dxa"/>
              <w:bottom w:w="70" w:type="dxa"/>
              <w:right w:w="90" w:type="dxa"/>
            </w:tcMar>
            <w:vAlign w:val="center"/>
          </w:tcPr>
          <w:p w14:paraId="003614F7"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6A3F1F5B" w14:textId="77777777">
        <w:trPr>
          <w:cantSplit/>
          <w:jc w:val="center"/>
        </w:trPr>
        <w:tc>
          <w:tcPr>
            <w:tcW w:w="14060" w:type="dxa"/>
            <w:gridSpan w:val="6"/>
            <w:tcMar>
              <w:top w:w="70" w:type="dxa"/>
              <w:left w:w="90" w:type="dxa"/>
              <w:bottom w:w="70" w:type="dxa"/>
              <w:right w:w="90" w:type="dxa"/>
            </w:tcMar>
            <w:vAlign w:val="center"/>
          </w:tcPr>
          <w:p w14:paraId="60571420" w14:textId="77777777" w:rsidR="00187E2C" w:rsidRDefault="00187E2C"/>
          <w:p w14:paraId="07ABF0BC" w14:textId="77777777" w:rsidR="00187E2C" w:rsidRDefault="00000000">
            <w:pPr>
              <w:spacing w:line="245" w:lineRule="auto"/>
            </w:pPr>
            <w:r>
              <w:rPr>
                <w:b/>
                <w:color w:val="000000"/>
                <w:sz w:val="16"/>
              </w:rPr>
              <w:t xml:space="preserve">UČNI SKLOP: </w:t>
            </w:r>
            <w:r>
              <w:rPr>
                <w:color w:val="000000"/>
                <w:sz w:val="16"/>
              </w:rPr>
              <w:t>V ŠOLO – JAZ, ODNOSI IN UČENJE</w:t>
            </w:r>
          </w:p>
        </w:tc>
      </w:tr>
      <w:tr w:rsidR="00187E2C" w14:paraId="23EE64A5" w14:textId="77777777">
        <w:trPr>
          <w:cantSplit/>
          <w:jc w:val="center"/>
        </w:trPr>
        <w:tc>
          <w:tcPr>
            <w:tcW w:w="14060" w:type="dxa"/>
            <w:gridSpan w:val="6"/>
            <w:tcMar>
              <w:top w:w="70" w:type="dxa"/>
              <w:left w:w="90" w:type="dxa"/>
              <w:bottom w:w="70" w:type="dxa"/>
              <w:right w:w="90" w:type="dxa"/>
            </w:tcMar>
            <w:vAlign w:val="center"/>
          </w:tcPr>
          <w:p w14:paraId="12A2D5B4" w14:textId="77777777" w:rsidR="00187E2C" w:rsidRDefault="00187E2C"/>
          <w:p w14:paraId="0BED2699" w14:textId="77777777" w:rsidR="00187E2C" w:rsidRDefault="00000000">
            <w:pPr>
              <w:spacing w:line="245" w:lineRule="auto"/>
            </w:pPr>
            <w:r>
              <w:rPr>
                <w:b/>
                <w:color w:val="000000"/>
                <w:sz w:val="16"/>
              </w:rPr>
              <w:t xml:space="preserve">UČNA TEMA: </w:t>
            </w:r>
            <w:r>
              <w:rPr>
                <w:color w:val="000000"/>
                <w:sz w:val="16"/>
              </w:rPr>
              <w:t>SLIKANICA IN PRIPOVED</w:t>
            </w:r>
          </w:p>
        </w:tc>
      </w:tr>
      <w:tr w:rsidR="00187E2C" w14:paraId="438692B5" w14:textId="77777777">
        <w:trPr>
          <w:cantSplit/>
          <w:jc w:val="center"/>
        </w:trPr>
        <w:tc>
          <w:tcPr>
            <w:tcW w:w="14060" w:type="dxa"/>
            <w:gridSpan w:val="6"/>
            <w:tcMar>
              <w:top w:w="70" w:type="dxa"/>
              <w:left w:w="90" w:type="dxa"/>
              <w:bottom w:w="70" w:type="dxa"/>
              <w:right w:w="90" w:type="dxa"/>
            </w:tcMar>
            <w:vAlign w:val="center"/>
          </w:tcPr>
          <w:p w14:paraId="0B97D61A" w14:textId="77777777" w:rsidR="00187E2C" w:rsidRDefault="00187E2C"/>
          <w:p w14:paraId="5AFD53D9" w14:textId="77777777" w:rsidR="00187E2C" w:rsidRDefault="00000000">
            <w:pPr>
              <w:spacing w:line="245" w:lineRule="auto"/>
            </w:pPr>
            <w:r>
              <w:rPr>
                <w:b/>
                <w:color w:val="000000"/>
                <w:sz w:val="16"/>
              </w:rPr>
              <w:t xml:space="preserve">KNJIŽEVNO IZHODIŠČE IN MOTIV: </w:t>
            </w:r>
            <w:r>
              <w:rPr>
                <w:color w:val="000000"/>
                <w:sz w:val="16"/>
              </w:rPr>
              <w:t>»Maček Muri« – Kajetan Kovič • dnevna rutina, skupnost in pot po znanem okolju</w:t>
            </w:r>
          </w:p>
        </w:tc>
      </w:tr>
      <w:tr w:rsidR="00187E2C" w14:paraId="3ADEBB3E" w14:textId="77777777">
        <w:trPr>
          <w:cantSplit/>
          <w:jc w:val="center"/>
        </w:trPr>
        <w:tc>
          <w:tcPr>
            <w:tcW w:w="14060" w:type="dxa"/>
            <w:gridSpan w:val="6"/>
            <w:tcMar>
              <w:top w:w="70" w:type="dxa"/>
              <w:left w:w="90" w:type="dxa"/>
              <w:bottom w:w="70" w:type="dxa"/>
              <w:right w:w="90" w:type="dxa"/>
            </w:tcMar>
            <w:vAlign w:val="center"/>
          </w:tcPr>
          <w:p w14:paraId="1CB712A8" w14:textId="77777777" w:rsidR="00187E2C" w:rsidRDefault="00187E2C"/>
          <w:p w14:paraId="365375E6" w14:textId="77777777" w:rsidR="00187E2C" w:rsidRDefault="00000000">
            <w:pPr>
              <w:spacing w:line="245" w:lineRule="auto"/>
            </w:pPr>
            <w:r>
              <w:rPr>
                <w:b/>
                <w:color w:val="000000"/>
                <w:sz w:val="16"/>
              </w:rPr>
              <w:t xml:space="preserve">BRALNI LIST / ČRKA: </w:t>
            </w:r>
            <w:r>
              <w:rPr>
                <w:color w:val="000000"/>
                <w:sz w:val="16"/>
              </w:rPr>
              <w:t>BRALNI LIST 4 – SLIŠIM ZADNJI GLAS: V izgovorjeni besedi slišim in pokažem zadnji glas.</w:t>
            </w:r>
          </w:p>
        </w:tc>
      </w:tr>
      <w:tr w:rsidR="00187E2C" w14:paraId="3B0870EB" w14:textId="77777777">
        <w:trPr>
          <w:cantSplit/>
          <w:jc w:val="center"/>
        </w:trPr>
        <w:tc>
          <w:tcPr>
            <w:tcW w:w="14060" w:type="dxa"/>
            <w:gridSpan w:val="6"/>
            <w:tcMar>
              <w:top w:w="70" w:type="dxa"/>
              <w:left w:w="90" w:type="dxa"/>
              <w:bottom w:w="70" w:type="dxa"/>
              <w:right w:w="90" w:type="dxa"/>
            </w:tcMar>
            <w:vAlign w:val="center"/>
          </w:tcPr>
          <w:p w14:paraId="0DC20654" w14:textId="77777777" w:rsidR="00187E2C" w:rsidRDefault="00187E2C"/>
          <w:p w14:paraId="67797EF5" w14:textId="77777777" w:rsidR="00187E2C" w:rsidRDefault="00000000">
            <w:pPr>
              <w:spacing w:line="245" w:lineRule="auto"/>
            </w:pPr>
            <w:r>
              <w:rPr>
                <w:b/>
                <w:color w:val="000000"/>
                <w:sz w:val="16"/>
              </w:rPr>
              <w:t xml:space="preserve">UČNE ENOTE: </w:t>
            </w:r>
            <w:r>
              <w:rPr>
                <w:color w:val="000000"/>
                <w:sz w:val="16"/>
              </w:rPr>
              <w:t>1. ura – Slišim zadnji glas • 2. ura – Slikanica in pripoved – Razčlenjujem jezik • 3. ura – Slikanica in pripoved – Berem z oporo • 4. ura – Slikanica in pripoved – Predstavim in vrednotim</w:t>
            </w:r>
          </w:p>
        </w:tc>
      </w:tr>
      <w:tr w:rsidR="00187E2C" w14:paraId="30F4B462" w14:textId="77777777">
        <w:trPr>
          <w:cantSplit/>
          <w:jc w:val="center"/>
        </w:trPr>
        <w:tc>
          <w:tcPr>
            <w:tcW w:w="14060" w:type="dxa"/>
            <w:gridSpan w:val="6"/>
            <w:tcMar>
              <w:top w:w="70" w:type="dxa"/>
              <w:left w:w="90" w:type="dxa"/>
              <w:bottom w:w="70" w:type="dxa"/>
              <w:right w:w="90" w:type="dxa"/>
            </w:tcMar>
            <w:vAlign w:val="center"/>
          </w:tcPr>
          <w:p w14:paraId="4DE0C122" w14:textId="77777777" w:rsidR="00187E2C" w:rsidRDefault="00187E2C"/>
          <w:p w14:paraId="425E266B"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44A03917" w14:textId="77777777">
        <w:trPr>
          <w:cantSplit/>
          <w:jc w:val="center"/>
        </w:trPr>
        <w:tc>
          <w:tcPr>
            <w:tcW w:w="14060" w:type="dxa"/>
            <w:gridSpan w:val="6"/>
            <w:tcMar>
              <w:top w:w="70" w:type="dxa"/>
              <w:left w:w="90" w:type="dxa"/>
              <w:bottom w:w="70" w:type="dxa"/>
              <w:right w:w="90" w:type="dxa"/>
            </w:tcMar>
            <w:vAlign w:val="center"/>
          </w:tcPr>
          <w:p w14:paraId="36B8E174" w14:textId="77777777" w:rsidR="00187E2C" w:rsidRDefault="00187E2C"/>
          <w:p w14:paraId="6DADEE6A"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7195B7B" w14:textId="77777777">
        <w:trPr>
          <w:cantSplit/>
          <w:jc w:val="center"/>
        </w:trPr>
        <w:tc>
          <w:tcPr>
            <w:tcW w:w="14060" w:type="dxa"/>
            <w:gridSpan w:val="6"/>
            <w:tcMar>
              <w:top w:w="70" w:type="dxa"/>
              <w:left w:w="90" w:type="dxa"/>
              <w:bottom w:w="70" w:type="dxa"/>
              <w:right w:w="90" w:type="dxa"/>
            </w:tcMar>
            <w:vAlign w:val="center"/>
          </w:tcPr>
          <w:p w14:paraId="51BB0670" w14:textId="77777777" w:rsidR="00187E2C" w:rsidRDefault="00187E2C"/>
          <w:p w14:paraId="0EF2E3C9"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2A4F13BF" w14:textId="77777777">
        <w:trPr>
          <w:cantSplit/>
          <w:jc w:val="center"/>
        </w:trPr>
        <w:tc>
          <w:tcPr>
            <w:tcW w:w="14060" w:type="dxa"/>
            <w:gridSpan w:val="6"/>
            <w:tcMar>
              <w:top w:w="70" w:type="dxa"/>
              <w:left w:w="90" w:type="dxa"/>
              <w:bottom w:w="70" w:type="dxa"/>
              <w:right w:w="90" w:type="dxa"/>
            </w:tcMar>
            <w:vAlign w:val="center"/>
          </w:tcPr>
          <w:p w14:paraId="42D73FC5" w14:textId="77777777" w:rsidR="00187E2C" w:rsidRDefault="00187E2C"/>
          <w:p w14:paraId="56B64A59" w14:textId="77777777" w:rsidR="00187E2C" w:rsidRDefault="00000000">
            <w:pPr>
              <w:spacing w:line="245" w:lineRule="auto"/>
            </w:pPr>
            <w:r>
              <w:rPr>
                <w:b/>
                <w:color w:val="000000"/>
                <w:sz w:val="16"/>
              </w:rPr>
              <w:t xml:space="preserve">MEDPREDMETNE POVEZAVE: </w:t>
            </w:r>
            <w:r>
              <w:rPr>
                <w:color w:val="000000"/>
                <w:sz w:val="16"/>
              </w:rPr>
              <w:t>SPO – dnevna rutina, skupnost in pot po znanem okolju; GUM – ritem, zvočnost in glas; LUM – ilustracija, črta in grafomotorika; ŠPO – gibalna pripoved, dramatizacija in postaje; MAT – smer, zaporedje in orientacija</w:t>
            </w:r>
          </w:p>
        </w:tc>
      </w:tr>
      <w:tr w:rsidR="00187E2C" w14:paraId="3F718AB8" w14:textId="77777777">
        <w:trPr>
          <w:cantSplit/>
          <w:jc w:val="center"/>
        </w:trPr>
        <w:tc>
          <w:tcPr>
            <w:tcW w:w="14060" w:type="dxa"/>
            <w:gridSpan w:val="6"/>
            <w:tcMar>
              <w:top w:w="70" w:type="dxa"/>
              <w:left w:w="90" w:type="dxa"/>
              <w:bottom w:w="70" w:type="dxa"/>
              <w:right w:w="90" w:type="dxa"/>
            </w:tcMar>
            <w:vAlign w:val="center"/>
          </w:tcPr>
          <w:p w14:paraId="36B550F1" w14:textId="77777777" w:rsidR="00187E2C" w:rsidRDefault="00187E2C"/>
          <w:p w14:paraId="64EEFD1F" w14:textId="77777777" w:rsidR="00187E2C" w:rsidRDefault="00000000">
            <w:pPr>
              <w:spacing w:line="245" w:lineRule="auto"/>
            </w:pPr>
            <w:r>
              <w:rPr>
                <w:b/>
                <w:color w:val="000000"/>
                <w:sz w:val="16"/>
              </w:rPr>
              <w:t xml:space="preserve">UČNA SREDSTVA IN PRIPOMOČKI: </w:t>
            </w:r>
            <w:r>
              <w:rPr>
                <w:color w:val="000000"/>
                <w:sz w:val="16"/>
              </w:rPr>
              <w:t>BRALNI LIST 4, povečano besedilo oziroma kartice, slikanica ali odlomek, slikovno zaporedje, kartice besed in glasov, talne črke ali zlogi, ogledala, vrvice ali modelirna masa, mini tabla, zvezek oziroma jezikovna mapa</w:t>
            </w:r>
          </w:p>
        </w:tc>
      </w:tr>
      <w:tr w:rsidR="00187E2C" w14:paraId="25DF51CA" w14:textId="77777777">
        <w:trPr>
          <w:cantSplit/>
          <w:jc w:val="center"/>
        </w:trPr>
        <w:tc>
          <w:tcPr>
            <w:tcW w:w="14060" w:type="dxa"/>
            <w:gridSpan w:val="6"/>
            <w:tcMar>
              <w:top w:w="70" w:type="dxa"/>
              <w:left w:w="90" w:type="dxa"/>
              <w:bottom w:w="70" w:type="dxa"/>
              <w:right w:w="90" w:type="dxa"/>
            </w:tcMar>
            <w:vAlign w:val="center"/>
          </w:tcPr>
          <w:p w14:paraId="01E3835F" w14:textId="77777777" w:rsidR="00187E2C" w:rsidRDefault="00187E2C"/>
          <w:p w14:paraId="103394C7"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2DE11695" w14:textId="77777777">
        <w:trPr>
          <w:cantSplit/>
          <w:jc w:val="center"/>
        </w:trPr>
        <w:tc>
          <w:tcPr>
            <w:tcW w:w="14060" w:type="dxa"/>
            <w:gridSpan w:val="6"/>
            <w:tcMar>
              <w:top w:w="70" w:type="dxa"/>
              <w:left w:w="90" w:type="dxa"/>
              <w:bottom w:w="70" w:type="dxa"/>
              <w:right w:w="90" w:type="dxa"/>
            </w:tcMar>
            <w:vAlign w:val="center"/>
          </w:tcPr>
          <w:p w14:paraId="03518568" w14:textId="77777777" w:rsidR="00187E2C" w:rsidRDefault="00187E2C"/>
          <w:p w14:paraId="6977A425" w14:textId="77777777" w:rsidR="00187E2C" w:rsidRDefault="00000000">
            <w:pPr>
              <w:spacing w:line="245" w:lineRule="auto"/>
            </w:pPr>
            <w:r>
              <w:rPr>
                <w:b/>
                <w:color w:val="000000"/>
                <w:sz w:val="16"/>
              </w:rPr>
              <w:t xml:space="preserve">OCENJEVANJE / DAN DEJAVNOSTI: </w:t>
            </w:r>
            <w:r>
              <w:rPr>
                <w:color w:val="000000"/>
                <w:sz w:val="16"/>
              </w:rPr>
              <w:t>ŠPORTNI DAN • ŠPORTNI DAN</w:t>
            </w:r>
          </w:p>
        </w:tc>
      </w:tr>
      <w:tr w:rsidR="00187E2C" w14:paraId="1CA9D5B9" w14:textId="77777777">
        <w:trPr>
          <w:cantSplit/>
          <w:jc w:val="center"/>
        </w:trPr>
        <w:tc>
          <w:tcPr>
            <w:tcW w:w="14060" w:type="dxa"/>
            <w:gridSpan w:val="6"/>
            <w:tcMar>
              <w:top w:w="70" w:type="dxa"/>
              <w:left w:w="90" w:type="dxa"/>
              <w:bottom w:w="70" w:type="dxa"/>
              <w:right w:w="90" w:type="dxa"/>
            </w:tcMar>
            <w:vAlign w:val="center"/>
          </w:tcPr>
          <w:p w14:paraId="2F2C1544" w14:textId="77777777" w:rsidR="00187E2C" w:rsidRDefault="00187E2C"/>
          <w:p w14:paraId="4938A1F3"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A78EA0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52564A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BB6135C"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31198F3" w14:textId="77777777" w:rsidR="00187E2C" w:rsidRDefault="00000000">
            <w:pPr>
              <w:jc w:val="center"/>
            </w:pPr>
            <w:r>
              <w:rPr>
                <w:b/>
                <w:color w:val="000000"/>
                <w:sz w:val="20"/>
              </w:rPr>
              <w:t>UČNE DEJAVNOSTI, METODE IN FORMATIVNO SPREMLJANJE</w:t>
            </w:r>
          </w:p>
        </w:tc>
      </w:tr>
      <w:tr w:rsidR="00187E2C" w14:paraId="0F3DCC97" w14:textId="77777777">
        <w:trPr>
          <w:tblHeader/>
          <w:jc w:val="center"/>
        </w:trPr>
        <w:tc>
          <w:tcPr>
            <w:tcW w:w="4422" w:type="dxa"/>
            <w:vMerge/>
            <w:tcMar>
              <w:top w:w="70" w:type="dxa"/>
              <w:left w:w="90" w:type="dxa"/>
              <w:bottom w:w="70" w:type="dxa"/>
              <w:right w:w="90" w:type="dxa"/>
            </w:tcMar>
            <w:vAlign w:val="center"/>
          </w:tcPr>
          <w:p w14:paraId="3693A50D" w14:textId="77777777" w:rsidR="00187E2C" w:rsidRDefault="00187E2C"/>
        </w:tc>
        <w:tc>
          <w:tcPr>
            <w:tcW w:w="7087" w:type="dxa"/>
            <w:shd w:val="clear" w:color="auto" w:fill="FFFFFF"/>
            <w:tcMar>
              <w:top w:w="70" w:type="dxa"/>
              <w:left w:w="90" w:type="dxa"/>
              <w:bottom w:w="70" w:type="dxa"/>
              <w:right w:w="90" w:type="dxa"/>
            </w:tcMar>
            <w:vAlign w:val="center"/>
          </w:tcPr>
          <w:p w14:paraId="592FAEB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54EE898" w14:textId="77777777" w:rsidR="00187E2C" w:rsidRDefault="00000000">
            <w:pPr>
              <w:jc w:val="center"/>
            </w:pPr>
            <w:r>
              <w:rPr>
                <w:b/>
                <w:color w:val="000000"/>
              </w:rPr>
              <w:t>UČENEC</w:t>
            </w:r>
          </w:p>
        </w:tc>
      </w:tr>
      <w:tr w:rsidR="00187E2C" w14:paraId="541A990A" w14:textId="77777777">
        <w:trPr>
          <w:jc w:val="center"/>
        </w:trPr>
        <w:tc>
          <w:tcPr>
            <w:tcW w:w="4422" w:type="dxa"/>
            <w:tcMar>
              <w:top w:w="70" w:type="dxa"/>
              <w:left w:w="90" w:type="dxa"/>
              <w:bottom w:w="70" w:type="dxa"/>
              <w:right w:w="90" w:type="dxa"/>
            </w:tcMar>
          </w:tcPr>
          <w:p w14:paraId="50DE6744" w14:textId="77777777" w:rsidR="00187E2C" w:rsidRDefault="00187E2C"/>
          <w:p w14:paraId="7F2C6E32" w14:textId="77777777" w:rsidR="00187E2C" w:rsidRDefault="00000000">
            <w:pPr>
              <w:spacing w:after="60" w:line="245" w:lineRule="auto"/>
            </w:pPr>
            <w:r>
              <w:rPr>
                <w:b/>
                <w:color w:val="000000"/>
              </w:rPr>
              <w:t>UČNI CILJI</w:t>
            </w:r>
          </w:p>
          <w:p w14:paraId="668C73D7" w14:textId="77777777" w:rsidR="00187E2C" w:rsidRDefault="00000000">
            <w:pPr>
              <w:spacing w:after="20" w:line="245" w:lineRule="auto"/>
            </w:pPr>
            <w:r>
              <w:rPr>
                <w:b/>
                <w:color w:val="000000"/>
                <w:sz w:val="17"/>
              </w:rPr>
              <w:t>SPLOŠNI</w:t>
            </w:r>
          </w:p>
          <w:p w14:paraId="3544ECBA"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303A6B72" w14:textId="77777777" w:rsidR="00187E2C" w:rsidRDefault="00000000">
            <w:pPr>
              <w:pStyle w:val="Oznaenseznam"/>
              <w:spacing w:after="16"/>
            </w:pPr>
            <w:r>
              <w:rPr>
                <w:color w:val="000000"/>
                <w:sz w:val="16"/>
              </w:rPr>
              <w:t>doživlja književno besedilo ter se nanj odziva z govorom, gibanjem, dramatizacijo, risbo ali zapisom</w:t>
            </w:r>
          </w:p>
          <w:p w14:paraId="4C38C004" w14:textId="77777777" w:rsidR="00187E2C" w:rsidRDefault="00000000">
            <w:pPr>
              <w:pStyle w:val="Oznaenseznam"/>
              <w:spacing w:after="16"/>
            </w:pPr>
            <w:r>
              <w:rPr>
                <w:color w:val="000000"/>
                <w:sz w:val="16"/>
              </w:rPr>
              <w:t>razvija glasovno zavedanje, povezavo glas–črka in začetno branje ter pisanje po individualnem napredku</w:t>
            </w:r>
          </w:p>
          <w:p w14:paraId="382B3DDC" w14:textId="77777777" w:rsidR="00187E2C" w:rsidRDefault="00000000">
            <w:pPr>
              <w:pStyle w:val="Oznaenseznam"/>
              <w:spacing w:after="16"/>
            </w:pPr>
            <w:r>
              <w:rPr>
                <w:color w:val="000000"/>
                <w:sz w:val="16"/>
              </w:rPr>
              <w:t>ob namenih in kriterijih spremlja svoje učenje ter uporabi opisno povratno informacijo</w:t>
            </w:r>
          </w:p>
          <w:p w14:paraId="6DF0E3AE" w14:textId="77777777" w:rsidR="00187E2C" w:rsidRDefault="00000000">
            <w:pPr>
              <w:spacing w:before="40" w:after="20" w:line="245" w:lineRule="auto"/>
            </w:pPr>
            <w:r>
              <w:rPr>
                <w:b/>
                <w:color w:val="000000"/>
                <w:sz w:val="17"/>
              </w:rPr>
              <w:t>OPERATIVNI</w:t>
            </w:r>
          </w:p>
          <w:p w14:paraId="4D5B8458" w14:textId="77777777" w:rsidR="00187E2C" w:rsidRDefault="00000000">
            <w:pPr>
              <w:pStyle w:val="Oznaenseznam"/>
              <w:spacing w:after="16"/>
            </w:pPr>
            <w:r>
              <w:rPr>
                <w:color w:val="000000"/>
                <w:sz w:val="16"/>
              </w:rPr>
              <w:t>pozorno posluša umetnostno besedilo</w:t>
            </w:r>
          </w:p>
          <w:p w14:paraId="4AF100CE" w14:textId="77777777" w:rsidR="00187E2C" w:rsidRDefault="00000000">
            <w:pPr>
              <w:pStyle w:val="Oznaenseznam"/>
              <w:spacing w:after="16"/>
            </w:pPr>
            <w:r>
              <w:rPr>
                <w:color w:val="000000"/>
                <w:sz w:val="16"/>
              </w:rPr>
              <w:t>ob slikah obnovi zaporedje</w:t>
            </w:r>
          </w:p>
          <w:p w14:paraId="1AB8BAB3" w14:textId="77777777" w:rsidR="00187E2C" w:rsidRDefault="00000000">
            <w:pPr>
              <w:pStyle w:val="Oznaenseznam"/>
              <w:spacing w:after="16"/>
            </w:pPr>
            <w:r>
              <w:rPr>
                <w:color w:val="000000"/>
                <w:sz w:val="16"/>
              </w:rPr>
              <w:t>ustvari preprosto nadaljevanje</w:t>
            </w:r>
          </w:p>
          <w:p w14:paraId="3BDF3307" w14:textId="77777777" w:rsidR="00187E2C" w:rsidRDefault="00000000">
            <w:pPr>
              <w:spacing w:before="40" w:after="20" w:line="245" w:lineRule="auto"/>
            </w:pPr>
            <w:r>
              <w:rPr>
                <w:b/>
                <w:color w:val="000000"/>
                <w:sz w:val="17"/>
              </w:rPr>
              <w:t>PRIČAKOVANI DOSEŽKI / MINIMALNI POUDARKI</w:t>
            </w:r>
          </w:p>
          <w:p w14:paraId="7CB570C0" w14:textId="77777777" w:rsidR="00187E2C" w:rsidRDefault="00000000">
            <w:pPr>
              <w:pStyle w:val="Oznaenseznam"/>
              <w:spacing w:after="16"/>
            </w:pPr>
            <w:r>
              <w:rPr>
                <w:color w:val="000000"/>
                <w:sz w:val="15"/>
              </w:rPr>
              <w:t>samostojno oziroma z dogovorjeno oporo pozorno posluša umetnostno besedilo</w:t>
            </w:r>
          </w:p>
          <w:p w14:paraId="57B37474" w14:textId="77777777" w:rsidR="00187E2C" w:rsidRDefault="00000000">
            <w:pPr>
              <w:pStyle w:val="Oznaenseznam"/>
              <w:spacing w:after="16"/>
            </w:pPr>
            <w:r>
              <w:rPr>
                <w:color w:val="000000"/>
                <w:sz w:val="15"/>
              </w:rPr>
              <w:t>samostojno oziroma z dogovorjeno oporo ob slikah obnovi zaporedje</w:t>
            </w:r>
          </w:p>
          <w:p w14:paraId="1A8765FA" w14:textId="77777777" w:rsidR="00187E2C" w:rsidRDefault="00000000">
            <w:pPr>
              <w:pStyle w:val="Oznaenseznam"/>
              <w:spacing w:after="16"/>
            </w:pPr>
            <w:r>
              <w:rPr>
                <w:color w:val="000000"/>
                <w:sz w:val="15"/>
              </w:rPr>
              <w:t>samostojno oziroma z dogovorjeno oporo ustvari preprosto nadaljevanje</w:t>
            </w:r>
          </w:p>
        </w:tc>
        <w:tc>
          <w:tcPr>
            <w:tcW w:w="7087" w:type="dxa"/>
            <w:tcMar>
              <w:top w:w="70" w:type="dxa"/>
              <w:left w:w="90" w:type="dxa"/>
              <w:bottom w:w="70" w:type="dxa"/>
              <w:right w:w="90" w:type="dxa"/>
            </w:tcMar>
          </w:tcPr>
          <w:p w14:paraId="575FE78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58843BA" w14:textId="77777777">
              <w:trPr>
                <w:jc w:val="center"/>
              </w:trPr>
              <w:tc>
                <w:tcPr>
                  <w:tcW w:w="7087" w:type="dxa"/>
                  <w:shd w:val="clear" w:color="auto" w:fill="C6E7F3"/>
                  <w:tcMar>
                    <w:top w:w="45" w:type="dxa"/>
                    <w:left w:w="70" w:type="dxa"/>
                    <w:bottom w:w="45" w:type="dxa"/>
                    <w:right w:w="70" w:type="dxa"/>
                  </w:tcMar>
                </w:tcPr>
                <w:p w14:paraId="15414F34" w14:textId="77777777" w:rsidR="00187E2C" w:rsidRDefault="00000000">
                  <w:pPr>
                    <w:keepNext/>
                  </w:pPr>
                  <w:r>
                    <w:rPr>
                      <w:b/>
                      <w:color w:val="000000"/>
                    </w:rPr>
                    <w:t>UVODNI DEL – motivacija, aktivacija predznanja in namen učenja (15–20 min)</w:t>
                  </w:r>
                </w:p>
              </w:tc>
            </w:tr>
          </w:tbl>
          <w:p w14:paraId="579AF522" w14:textId="77777777" w:rsidR="00187E2C" w:rsidRDefault="00187E2C">
            <w:pPr>
              <w:spacing w:line="20" w:lineRule="exact"/>
            </w:pPr>
          </w:p>
          <w:p w14:paraId="6EBB0CE3" w14:textId="77777777" w:rsidR="00187E2C" w:rsidRDefault="00000000">
            <w:pPr>
              <w:spacing w:before="40" w:after="60" w:line="245" w:lineRule="auto"/>
            </w:pPr>
            <w:r>
              <w:rPr>
                <w:color w:val="000000"/>
                <w:sz w:val="16"/>
              </w:rPr>
              <w:t>Učenci ob naslovnici, odlomku ali ilustraciji dela »Maček Muri« – Kajetan Kovič doživljajsko vstopijo v motiv dnevna rutina, skupnost in pot po znanem okolju. S kretnjo, predmetom, sliko, glasom ali kratko povedjo pokažejo predznanje in napoved. Izhodiščni odziv povežejo z dejavnostjo BRALNI LIST 4 – SLIŠIM ZADNJI GLAS.</w:t>
            </w:r>
          </w:p>
          <w:tbl>
            <w:tblPr>
              <w:tblStyle w:val="Tabelamrea"/>
              <w:tblW w:w="0" w:type="auto"/>
              <w:jc w:val="center"/>
              <w:tblLayout w:type="fixed"/>
              <w:tblLook w:val="04A0" w:firstRow="1" w:lastRow="0" w:firstColumn="1" w:lastColumn="0" w:noHBand="0" w:noVBand="1"/>
            </w:tblPr>
            <w:tblGrid>
              <w:gridCol w:w="7087"/>
            </w:tblGrid>
            <w:tr w:rsidR="00187E2C" w14:paraId="730F8BEB" w14:textId="77777777">
              <w:trPr>
                <w:jc w:val="center"/>
              </w:trPr>
              <w:tc>
                <w:tcPr>
                  <w:tcW w:w="7087" w:type="dxa"/>
                  <w:shd w:val="clear" w:color="auto" w:fill="EDC9EA"/>
                  <w:tcMar>
                    <w:top w:w="45" w:type="dxa"/>
                    <w:left w:w="70" w:type="dxa"/>
                    <w:bottom w:w="45" w:type="dxa"/>
                    <w:right w:w="70" w:type="dxa"/>
                  </w:tcMar>
                </w:tcPr>
                <w:p w14:paraId="18EA641E" w14:textId="77777777" w:rsidR="00187E2C" w:rsidRDefault="00000000">
                  <w:pPr>
                    <w:keepNext/>
                  </w:pPr>
                  <w:r>
                    <w:rPr>
                      <w:b/>
                      <w:color w:val="000000"/>
                    </w:rPr>
                    <w:t>NAMENI UČENJA</w:t>
                  </w:r>
                </w:p>
              </w:tc>
            </w:tr>
          </w:tbl>
          <w:p w14:paraId="367798FA" w14:textId="77777777" w:rsidR="00187E2C" w:rsidRDefault="00187E2C">
            <w:pPr>
              <w:spacing w:line="20" w:lineRule="exact"/>
            </w:pPr>
          </w:p>
          <w:p w14:paraId="25348A29"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BA50A7A" w14:textId="77777777" w:rsidR="00187E2C" w:rsidRDefault="00000000">
            <w:pPr>
              <w:pStyle w:val="Oznaenseznam"/>
              <w:spacing w:after="16"/>
            </w:pPr>
            <w:r>
              <w:rPr>
                <w:color w:val="000000"/>
                <w:sz w:val="16"/>
              </w:rPr>
              <w:t>pozorno poslušam umetnostno besedilo</w:t>
            </w:r>
          </w:p>
          <w:p w14:paraId="358FE461" w14:textId="77777777" w:rsidR="00187E2C" w:rsidRDefault="00000000">
            <w:pPr>
              <w:pStyle w:val="Oznaenseznam"/>
              <w:spacing w:after="16"/>
            </w:pPr>
            <w:r>
              <w:rPr>
                <w:color w:val="000000"/>
                <w:sz w:val="16"/>
              </w:rPr>
              <w:t>ob slikah obnovim zaporedje</w:t>
            </w:r>
          </w:p>
          <w:p w14:paraId="6C393307" w14:textId="77777777" w:rsidR="00187E2C" w:rsidRDefault="00000000">
            <w:pPr>
              <w:pStyle w:val="Oznaenseznam"/>
              <w:spacing w:after="16"/>
            </w:pPr>
            <w:r>
              <w:rPr>
                <w:color w:val="000000"/>
                <w:sz w:val="16"/>
              </w:rPr>
              <w:t>ustvarim preprosto nadaljevanje</w:t>
            </w:r>
          </w:p>
          <w:tbl>
            <w:tblPr>
              <w:tblStyle w:val="Tabelamrea"/>
              <w:tblW w:w="0" w:type="auto"/>
              <w:jc w:val="center"/>
              <w:tblLayout w:type="fixed"/>
              <w:tblLook w:val="04A0" w:firstRow="1" w:lastRow="0" w:firstColumn="1" w:lastColumn="0" w:noHBand="0" w:noVBand="1"/>
            </w:tblPr>
            <w:tblGrid>
              <w:gridCol w:w="7087"/>
            </w:tblGrid>
            <w:tr w:rsidR="00187E2C" w14:paraId="457C397B" w14:textId="77777777">
              <w:trPr>
                <w:jc w:val="center"/>
              </w:trPr>
              <w:tc>
                <w:tcPr>
                  <w:tcW w:w="7087" w:type="dxa"/>
                  <w:shd w:val="clear" w:color="auto" w:fill="EDC9EA"/>
                  <w:tcMar>
                    <w:top w:w="45" w:type="dxa"/>
                    <w:left w:w="70" w:type="dxa"/>
                    <w:bottom w:w="45" w:type="dxa"/>
                    <w:right w:w="70" w:type="dxa"/>
                  </w:tcMar>
                </w:tcPr>
                <w:p w14:paraId="696792EB" w14:textId="77777777" w:rsidR="00187E2C" w:rsidRDefault="00000000">
                  <w:pPr>
                    <w:keepNext/>
                  </w:pPr>
                  <w:r>
                    <w:rPr>
                      <w:b/>
                      <w:color w:val="000000"/>
                    </w:rPr>
                    <w:t>PREVERJANJE PREDZNANJA</w:t>
                  </w:r>
                </w:p>
              </w:tc>
            </w:tr>
          </w:tbl>
          <w:p w14:paraId="49B6040B" w14:textId="77777777" w:rsidR="00187E2C" w:rsidRDefault="00187E2C">
            <w:pPr>
              <w:spacing w:line="20" w:lineRule="exact"/>
            </w:pPr>
          </w:p>
          <w:p w14:paraId="66C5E419" w14:textId="77777777" w:rsidR="00187E2C" w:rsidRDefault="00000000">
            <w:pPr>
              <w:pStyle w:val="Oznaenseznam"/>
              <w:spacing w:after="16"/>
            </w:pPr>
            <w:r>
              <w:rPr>
                <w:color w:val="000000"/>
                <w:sz w:val="16"/>
              </w:rPr>
              <w:t>Kaj mi naslovnica, ilustracija ali naslov pove o motivu dnevna rutina, skupnost in pot po znanem okolju?</w:t>
            </w:r>
          </w:p>
          <w:p w14:paraId="50CC8592" w14:textId="77777777" w:rsidR="00187E2C" w:rsidRDefault="00000000">
            <w:pPr>
              <w:pStyle w:val="Oznaenseznam"/>
              <w:spacing w:after="16"/>
            </w:pPr>
            <w:r>
              <w:rPr>
                <w:color w:val="000000"/>
                <w:sz w:val="16"/>
              </w:rPr>
              <w:t>Katero strategijo lahko uporabim pri dejavnosti »SLIŠIM ZADNJI GLAS«?</w:t>
            </w:r>
          </w:p>
          <w:p w14:paraId="512D20DB"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32DACEEC" w14:textId="77777777">
              <w:trPr>
                <w:jc w:val="center"/>
              </w:trPr>
              <w:tc>
                <w:tcPr>
                  <w:tcW w:w="7087" w:type="dxa"/>
                  <w:shd w:val="clear" w:color="auto" w:fill="EDC9EA"/>
                  <w:tcMar>
                    <w:top w:w="45" w:type="dxa"/>
                    <w:left w:w="70" w:type="dxa"/>
                    <w:bottom w:w="45" w:type="dxa"/>
                    <w:right w:w="70" w:type="dxa"/>
                  </w:tcMar>
                </w:tcPr>
                <w:p w14:paraId="4B526433" w14:textId="77777777" w:rsidR="00187E2C" w:rsidRDefault="00000000">
                  <w:pPr>
                    <w:keepNext/>
                  </w:pPr>
                  <w:r>
                    <w:rPr>
                      <w:b/>
                      <w:color w:val="000000"/>
                    </w:rPr>
                    <w:t>KRITERIJI USPEŠNOSTI</w:t>
                  </w:r>
                </w:p>
              </w:tc>
            </w:tr>
          </w:tbl>
          <w:p w14:paraId="0F40F7C6" w14:textId="77777777" w:rsidR="00187E2C" w:rsidRDefault="00187E2C"/>
          <w:p w14:paraId="4A6E17B5" w14:textId="77777777" w:rsidR="00187E2C" w:rsidRDefault="00000000">
            <w:pPr>
              <w:spacing w:before="20" w:after="20" w:line="245" w:lineRule="auto"/>
            </w:pPr>
            <w:r>
              <w:rPr>
                <w:b/>
                <w:color w:val="000000"/>
                <w:sz w:val="16"/>
              </w:rPr>
              <w:t>Uspešen/-na bom, ko:</w:t>
            </w:r>
          </w:p>
          <w:p w14:paraId="7C905E1B" w14:textId="77777777" w:rsidR="00187E2C" w:rsidRDefault="00000000">
            <w:pPr>
              <w:pStyle w:val="Oznaenseznam"/>
              <w:spacing w:after="16"/>
            </w:pPr>
            <w:r>
              <w:rPr>
                <w:color w:val="000000"/>
                <w:sz w:val="16"/>
              </w:rPr>
              <w:t>pozorno poslušam umetnostno besedilo</w:t>
            </w:r>
          </w:p>
          <w:p w14:paraId="49772C77" w14:textId="77777777" w:rsidR="00187E2C" w:rsidRDefault="00000000">
            <w:pPr>
              <w:pStyle w:val="Oznaenseznam"/>
              <w:spacing w:after="16"/>
            </w:pPr>
            <w:r>
              <w:rPr>
                <w:color w:val="000000"/>
                <w:sz w:val="16"/>
              </w:rPr>
              <w:t>ob slikah obnovim zaporedje</w:t>
            </w:r>
          </w:p>
          <w:p w14:paraId="7BF1B867" w14:textId="77777777" w:rsidR="00187E2C" w:rsidRDefault="00000000">
            <w:pPr>
              <w:pStyle w:val="Oznaenseznam"/>
              <w:spacing w:after="16"/>
            </w:pPr>
            <w:r>
              <w:rPr>
                <w:color w:val="000000"/>
                <w:sz w:val="16"/>
              </w:rPr>
              <w:t>ustvarim preprosto nadaljevanje</w:t>
            </w:r>
          </w:p>
          <w:p w14:paraId="033C4C32"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B43C88C" w14:textId="77777777" w:rsidR="00187E2C" w:rsidRDefault="00187E2C"/>
          <w:p w14:paraId="3271670C"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438B0D14" w14:textId="77777777" w:rsidR="00187E2C" w:rsidRDefault="00000000">
            <w:pPr>
              <w:spacing w:after="80" w:line="245" w:lineRule="auto"/>
            </w:pPr>
            <w:r>
              <w:rPr>
                <w:color w:val="000000"/>
                <w:sz w:val="16"/>
              </w:rPr>
              <w:t>Pove, pokaže ali nariše, kaj že ve in katero strategijo bi uporabil.</w:t>
            </w:r>
          </w:p>
          <w:p w14:paraId="48818A50" w14:textId="77777777" w:rsidR="00187E2C" w:rsidRDefault="00000000">
            <w:pPr>
              <w:spacing w:after="100" w:line="245" w:lineRule="auto"/>
            </w:pPr>
            <w:r>
              <w:rPr>
                <w:color w:val="000000"/>
                <w:sz w:val="16"/>
              </w:rPr>
              <w:t>Sodeluje pri razumevanju namenov in kriterijev uspešnosti.</w:t>
            </w:r>
          </w:p>
          <w:p w14:paraId="2CA3F4EF" w14:textId="77777777" w:rsidR="00187E2C" w:rsidRDefault="00000000">
            <w:pPr>
              <w:spacing w:after="20" w:line="245" w:lineRule="auto"/>
            </w:pPr>
            <w:r>
              <w:rPr>
                <w:b/>
                <w:color w:val="D95BC6"/>
                <w:sz w:val="17"/>
              </w:rPr>
              <w:t>DOKAZ O UČENJU</w:t>
            </w:r>
          </w:p>
          <w:p w14:paraId="28F82E72"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1B6DF55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AC93E9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6ADDB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C92CD1" w14:textId="77777777" w:rsidR="00187E2C" w:rsidRDefault="00000000">
            <w:pPr>
              <w:jc w:val="center"/>
            </w:pPr>
            <w:r>
              <w:rPr>
                <w:b/>
                <w:color w:val="000000"/>
                <w:sz w:val="20"/>
              </w:rPr>
              <w:t>UČNE DEJAVNOSTI, METODE IN FORMATIVNO SPREMLJANJE</w:t>
            </w:r>
          </w:p>
        </w:tc>
      </w:tr>
      <w:tr w:rsidR="00187E2C" w14:paraId="1DAE3942" w14:textId="77777777">
        <w:trPr>
          <w:tblHeader/>
          <w:jc w:val="center"/>
        </w:trPr>
        <w:tc>
          <w:tcPr>
            <w:tcW w:w="4422" w:type="dxa"/>
            <w:vMerge/>
            <w:tcMar>
              <w:top w:w="70" w:type="dxa"/>
              <w:left w:w="90" w:type="dxa"/>
              <w:bottom w:w="70" w:type="dxa"/>
              <w:right w:w="90" w:type="dxa"/>
            </w:tcMar>
            <w:vAlign w:val="center"/>
          </w:tcPr>
          <w:p w14:paraId="0574146F" w14:textId="77777777" w:rsidR="00187E2C" w:rsidRDefault="00187E2C"/>
        </w:tc>
        <w:tc>
          <w:tcPr>
            <w:tcW w:w="7087" w:type="dxa"/>
            <w:shd w:val="clear" w:color="auto" w:fill="FFFFFF"/>
            <w:tcMar>
              <w:top w:w="70" w:type="dxa"/>
              <w:left w:w="90" w:type="dxa"/>
              <w:bottom w:w="70" w:type="dxa"/>
              <w:right w:w="90" w:type="dxa"/>
            </w:tcMar>
            <w:vAlign w:val="center"/>
          </w:tcPr>
          <w:p w14:paraId="5140A26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7A3B046" w14:textId="77777777" w:rsidR="00187E2C" w:rsidRDefault="00000000">
            <w:pPr>
              <w:jc w:val="center"/>
            </w:pPr>
            <w:r>
              <w:rPr>
                <w:b/>
                <w:color w:val="000000"/>
              </w:rPr>
              <w:t>UČENEC</w:t>
            </w:r>
          </w:p>
        </w:tc>
      </w:tr>
      <w:tr w:rsidR="00187E2C" w14:paraId="661C18DC" w14:textId="77777777">
        <w:trPr>
          <w:jc w:val="center"/>
        </w:trPr>
        <w:tc>
          <w:tcPr>
            <w:tcW w:w="4422" w:type="dxa"/>
            <w:tcMar>
              <w:top w:w="70" w:type="dxa"/>
              <w:left w:w="90" w:type="dxa"/>
              <w:bottom w:w="70" w:type="dxa"/>
              <w:right w:w="90" w:type="dxa"/>
            </w:tcMar>
          </w:tcPr>
          <w:p w14:paraId="3FD76BEC" w14:textId="77777777" w:rsidR="00187E2C" w:rsidRDefault="00187E2C"/>
          <w:p w14:paraId="4654197F" w14:textId="77777777" w:rsidR="00187E2C" w:rsidRDefault="00000000">
            <w:pPr>
              <w:spacing w:after="40" w:line="245" w:lineRule="auto"/>
            </w:pPr>
            <w:r>
              <w:rPr>
                <w:b/>
                <w:color w:val="000000"/>
              </w:rPr>
              <w:t>KLJUČNI POJMI</w:t>
            </w:r>
          </w:p>
          <w:p w14:paraId="2362F208"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25EBEF08" w14:textId="77777777" w:rsidR="00187E2C" w:rsidRDefault="00000000">
            <w:pPr>
              <w:spacing w:after="20" w:line="245" w:lineRule="auto"/>
            </w:pPr>
            <w:r>
              <w:rPr>
                <w:b/>
                <w:color w:val="000000"/>
                <w:sz w:val="17"/>
              </w:rPr>
              <w:t>DOKAZI O UČENJU</w:t>
            </w:r>
          </w:p>
          <w:p w14:paraId="673DBC61" w14:textId="77777777" w:rsidR="00187E2C" w:rsidRDefault="00000000">
            <w:pPr>
              <w:pStyle w:val="Oznaenseznam"/>
              <w:spacing w:after="9"/>
            </w:pPr>
            <w:r>
              <w:rPr>
                <w:color w:val="000000"/>
                <w:sz w:val="15"/>
              </w:rPr>
              <w:t>štirje pravilno določeni zadnji glasovi in učenčeva razlaga strategije.</w:t>
            </w:r>
          </w:p>
          <w:p w14:paraId="4670B11A" w14:textId="77777777" w:rsidR="00187E2C" w:rsidRDefault="00000000">
            <w:pPr>
              <w:pStyle w:val="Oznaenseznam"/>
              <w:spacing w:after="9"/>
            </w:pPr>
            <w:r>
              <w:rPr>
                <w:color w:val="000000"/>
                <w:sz w:val="15"/>
              </w:rPr>
              <w:t>pravilno sestavljen primer in učenčeva ustna razlaga postopka.</w:t>
            </w:r>
          </w:p>
          <w:p w14:paraId="6C470071" w14:textId="77777777" w:rsidR="00187E2C" w:rsidRDefault="00000000">
            <w:pPr>
              <w:pStyle w:val="Oznaenseznam"/>
              <w:spacing w:after="9"/>
            </w:pPr>
            <w:r>
              <w:rPr>
                <w:color w:val="000000"/>
                <w:sz w:val="15"/>
              </w:rPr>
              <w:t>individualni bralni zapis, označen podatek in učenčeva izbrana strategija.</w:t>
            </w:r>
          </w:p>
          <w:p w14:paraId="7AE8F29F" w14:textId="77777777" w:rsidR="00187E2C" w:rsidRDefault="00000000">
            <w:pPr>
              <w:pStyle w:val="Oznaenseznam"/>
              <w:spacing w:after="9"/>
            </w:pPr>
            <w:r>
              <w:rPr>
                <w:color w:val="000000"/>
                <w:sz w:val="15"/>
              </w:rPr>
              <w:t>nastop/izdelek, vrstniška povratna informacija in samovrednotenje.</w:t>
            </w:r>
          </w:p>
          <w:p w14:paraId="55B0BC77" w14:textId="77777777" w:rsidR="00187E2C" w:rsidRDefault="00000000">
            <w:pPr>
              <w:spacing w:before="40" w:after="20" w:line="245" w:lineRule="auto"/>
            </w:pPr>
            <w:r>
              <w:rPr>
                <w:b/>
                <w:color w:val="000000"/>
                <w:sz w:val="17"/>
              </w:rPr>
              <w:t>KNJIŽEVNO DOŽIVETJE IN IZKUŠENJSKI POUK</w:t>
            </w:r>
          </w:p>
          <w:p w14:paraId="783B0110"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0AA4A8DE" w14:textId="77777777" w:rsidR="00187E2C" w:rsidRDefault="00000000">
            <w:pPr>
              <w:spacing w:after="20" w:line="245" w:lineRule="auto"/>
            </w:pPr>
            <w:r>
              <w:rPr>
                <w:b/>
                <w:color w:val="000000"/>
                <w:sz w:val="17"/>
              </w:rPr>
              <w:t>POUČEVANJE V GIBANJU</w:t>
            </w:r>
          </w:p>
          <w:p w14:paraId="69EF0F68"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132F02EB" w14:textId="77777777" w:rsidR="00187E2C" w:rsidRDefault="00000000">
            <w:pPr>
              <w:spacing w:after="20" w:line="245" w:lineRule="auto"/>
            </w:pPr>
            <w:r>
              <w:rPr>
                <w:b/>
                <w:color w:val="000000"/>
                <w:sz w:val="17"/>
              </w:rPr>
              <w:t>DELO PO POSTAJAH</w:t>
            </w:r>
          </w:p>
          <w:p w14:paraId="0D8FA7B3"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4, modelirano, vodeno ali ponovljeno branje; 4. slikovno-pisna – urejam zaporedje, rišem, dopolnim ali zapišem odziv ter izbor dokaza, povratna informacija in naslednji korak.</w:t>
            </w:r>
          </w:p>
          <w:p w14:paraId="5B212597" w14:textId="77777777" w:rsidR="00187E2C" w:rsidRDefault="00000000">
            <w:pPr>
              <w:spacing w:after="20" w:line="245" w:lineRule="auto"/>
            </w:pPr>
            <w:r>
              <w:rPr>
                <w:b/>
                <w:color w:val="000000"/>
                <w:sz w:val="17"/>
              </w:rPr>
              <w:t>DIFERENCIACIJA IN VKLJUČEVANJE</w:t>
            </w:r>
          </w:p>
          <w:p w14:paraId="21ABE81A"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5AF3E38B" w14:textId="77777777" w:rsidR="00187E2C" w:rsidRDefault="00000000">
            <w:pPr>
              <w:spacing w:after="20" w:line="245" w:lineRule="auto"/>
            </w:pPr>
            <w:r>
              <w:rPr>
                <w:b/>
                <w:color w:val="000000"/>
                <w:sz w:val="17"/>
              </w:rPr>
              <w:t>SPREMLJANJE</w:t>
            </w:r>
          </w:p>
          <w:p w14:paraId="596D2AE1"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4C12DC58"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C6B5549" w14:textId="77777777">
              <w:trPr>
                <w:jc w:val="center"/>
              </w:trPr>
              <w:tc>
                <w:tcPr>
                  <w:tcW w:w="7087" w:type="dxa"/>
                  <w:shd w:val="clear" w:color="auto" w:fill="C6E7F3"/>
                  <w:tcMar>
                    <w:top w:w="45" w:type="dxa"/>
                    <w:left w:w="70" w:type="dxa"/>
                    <w:bottom w:w="45" w:type="dxa"/>
                    <w:right w:w="70" w:type="dxa"/>
                  </w:tcMar>
                </w:tcPr>
                <w:p w14:paraId="0A9BF74F" w14:textId="77777777" w:rsidR="00187E2C" w:rsidRDefault="00000000">
                  <w:pPr>
                    <w:keepNext/>
                  </w:pPr>
                  <w:r>
                    <w:rPr>
                      <w:b/>
                      <w:color w:val="000000"/>
                      <w:sz w:val="17"/>
                    </w:rPr>
                    <w:t>GLAVNI DEL – DOŽIVLJAJSKO, JEZIKOVNO IN OPISMENJEVALNO UČENJE (4 šolske ure)</w:t>
                  </w:r>
                </w:p>
              </w:tc>
            </w:tr>
          </w:tbl>
          <w:p w14:paraId="5CB3A537" w14:textId="77777777" w:rsidR="00187E2C" w:rsidRDefault="00187E2C">
            <w:pPr>
              <w:spacing w:line="20" w:lineRule="exact"/>
            </w:pPr>
          </w:p>
          <w:p w14:paraId="72D604B2" w14:textId="77777777" w:rsidR="00187E2C" w:rsidRDefault="00000000">
            <w:pPr>
              <w:keepNext/>
              <w:spacing w:before="22" w:after="6" w:line="245" w:lineRule="auto"/>
            </w:pPr>
            <w:r>
              <w:rPr>
                <w:b/>
                <w:color w:val="000000"/>
                <w:sz w:val="16"/>
              </w:rPr>
              <w:t>1. URA – Slišim zadnji glas</w:t>
            </w:r>
          </w:p>
          <w:p w14:paraId="177F1914" w14:textId="77777777" w:rsidR="00187E2C" w:rsidRDefault="00000000">
            <w:pPr>
              <w:spacing w:after="7" w:line="245" w:lineRule="auto"/>
            </w:pPr>
            <w:r>
              <w:rPr>
                <w:b/>
                <w:color w:val="000000"/>
                <w:sz w:val="15"/>
              </w:rPr>
              <w:t xml:space="preserve">Dejavnost učiteljice: </w:t>
            </w:r>
            <w:r>
              <w:rPr>
                <w:color w:val="000000"/>
                <w:sz w:val="15"/>
              </w:rPr>
              <w:t>Vodi Bralni list 4: poslušanje dvojic, glasovna polja, risba besede in gibalni lov. Omogoči ustni, gibalni ali simbolni odgovor.</w:t>
            </w:r>
          </w:p>
          <w:p w14:paraId="01F1C3D9" w14:textId="77777777" w:rsidR="00187E2C" w:rsidRDefault="00000000">
            <w:pPr>
              <w:spacing w:after="7" w:line="245" w:lineRule="auto"/>
            </w:pPr>
            <w:r>
              <w:rPr>
                <w:b/>
                <w:color w:val="000000"/>
                <w:sz w:val="15"/>
              </w:rPr>
              <w:t xml:space="preserve">Dejavnost učencev: </w:t>
            </w:r>
            <w:r>
              <w:rPr>
                <w:color w:val="000000"/>
                <w:sz w:val="15"/>
              </w:rPr>
              <w:t>Na Bralnem listu 4 rešuje glasovne naloge, nariše primer in se po prostoru premika k ustrezni glasovni družini.</w:t>
            </w:r>
          </w:p>
          <w:p w14:paraId="32F31C6C" w14:textId="77777777" w:rsidR="00187E2C" w:rsidRDefault="00000000">
            <w:pPr>
              <w:spacing w:after="15" w:line="245" w:lineRule="auto"/>
            </w:pPr>
            <w:r>
              <w:rPr>
                <w:i/>
                <w:color w:val="D95BC6"/>
                <w:sz w:val="14"/>
              </w:rPr>
              <w:t>Predvideni dokaz: štirje pravilno določeni zadnji glasovi in učenčeva razlaga strategije..</w:t>
            </w:r>
          </w:p>
          <w:p w14:paraId="339624BE" w14:textId="77777777" w:rsidR="00187E2C" w:rsidRDefault="00000000">
            <w:pPr>
              <w:keepNext/>
              <w:spacing w:before="22" w:after="6" w:line="245" w:lineRule="auto"/>
            </w:pPr>
            <w:r>
              <w:rPr>
                <w:b/>
                <w:color w:val="000000"/>
                <w:sz w:val="16"/>
              </w:rPr>
              <w:t>2. URA – Slikanica in pripoved – Razčlenjujem jezik</w:t>
            </w:r>
          </w:p>
          <w:p w14:paraId="220C5EC6" w14:textId="77777777" w:rsidR="00187E2C" w:rsidRDefault="00000000">
            <w:pPr>
              <w:spacing w:after="7" w:line="245" w:lineRule="auto"/>
            </w:pPr>
            <w:r>
              <w:rPr>
                <w:b/>
                <w:color w:val="000000"/>
                <w:sz w:val="15"/>
              </w:rPr>
              <w:t xml:space="preserve">Dejavnost učiteljice: </w:t>
            </w:r>
            <w:r>
              <w:rPr>
                <w:color w:val="000000"/>
                <w:sz w:val="15"/>
              </w:rPr>
              <w:t>Pripravi talne kartice glasov, zlogov, besed ali povedi in najprej modelira eno razčlenitev; sproti zbira individualne dokaze in prilagodi oporo.</w:t>
            </w:r>
          </w:p>
          <w:p w14:paraId="4F9C8BEC" w14:textId="77777777" w:rsidR="00187E2C" w:rsidRDefault="00000000">
            <w:pPr>
              <w:spacing w:after="7" w:line="245" w:lineRule="auto"/>
            </w:pPr>
            <w:r>
              <w:rPr>
                <w:b/>
                <w:color w:val="000000"/>
                <w:sz w:val="15"/>
              </w:rPr>
              <w:t xml:space="preserve">Dejavnost učencev: </w:t>
            </w:r>
            <w:r>
              <w:rPr>
                <w:color w:val="000000"/>
                <w:sz w:val="15"/>
              </w:rPr>
              <w:t>Ploska, stopa, razstavlja in sestavlja; primer razvrsti ter svojo rešitev preveri s sošolcem; dejavnost poveže s ciljem »ob slikah obnovi zaporedje«.</w:t>
            </w:r>
          </w:p>
          <w:p w14:paraId="43B0CD34" w14:textId="77777777" w:rsidR="00187E2C" w:rsidRDefault="00000000">
            <w:pPr>
              <w:spacing w:after="15" w:line="245" w:lineRule="auto"/>
            </w:pPr>
            <w:r>
              <w:rPr>
                <w:i/>
                <w:color w:val="D95BC6"/>
                <w:sz w:val="14"/>
              </w:rPr>
              <w:t>Predvideni dokaz: pravilno sestavljen primer in učenčeva ustna razlaga postopka..</w:t>
            </w:r>
          </w:p>
          <w:p w14:paraId="70BD1004" w14:textId="77777777" w:rsidR="00187E2C" w:rsidRDefault="00000000">
            <w:pPr>
              <w:keepNext/>
              <w:spacing w:before="22" w:after="6" w:line="245" w:lineRule="auto"/>
            </w:pPr>
            <w:r>
              <w:rPr>
                <w:b/>
                <w:color w:val="000000"/>
                <w:sz w:val="16"/>
              </w:rPr>
              <w:t>3. URA – Slikanica in pripoved – Berem z oporo</w:t>
            </w:r>
          </w:p>
          <w:p w14:paraId="201C5846" w14:textId="77777777" w:rsidR="00187E2C" w:rsidRDefault="00000000">
            <w:pPr>
              <w:spacing w:after="7" w:line="245" w:lineRule="auto"/>
            </w:pPr>
            <w:r>
              <w:rPr>
                <w:b/>
                <w:color w:val="000000"/>
                <w:sz w:val="15"/>
              </w:rPr>
              <w:t xml:space="preserve">Dejavnost učiteljice: </w:t>
            </w:r>
            <w:r>
              <w:rPr>
                <w:color w:val="000000"/>
                <w:sz w:val="15"/>
              </w:rPr>
              <w:t>Izvede modelirano branje: pogledam – povežem – preberem – preverim; ponudi tri zahtevnostne ravni; sproti zbira individualne dokaze in prilagodi oporo.</w:t>
            </w:r>
          </w:p>
          <w:p w14:paraId="7A7341C7" w14:textId="77777777" w:rsidR="00187E2C" w:rsidRDefault="00000000">
            <w:pPr>
              <w:spacing w:after="7" w:line="245" w:lineRule="auto"/>
            </w:pPr>
            <w:r>
              <w:rPr>
                <w:b/>
                <w:color w:val="000000"/>
                <w:sz w:val="15"/>
              </w:rPr>
              <w:t xml:space="preserve">Dejavnost učencev: </w:t>
            </w:r>
            <w:r>
              <w:rPr>
                <w:color w:val="000000"/>
                <w:sz w:val="15"/>
              </w:rPr>
              <w:t>Bere sliko, znak, besedo ali kratko poved glede na napredek ter podčrta/pokaže očiten podatek; dejavnost poveže s ciljem »ustvari preprosto nadaljevanje«.</w:t>
            </w:r>
          </w:p>
          <w:p w14:paraId="32AF7305" w14:textId="77777777" w:rsidR="00187E2C" w:rsidRDefault="00000000">
            <w:pPr>
              <w:spacing w:after="15" w:line="245" w:lineRule="auto"/>
            </w:pPr>
            <w:r>
              <w:rPr>
                <w:i/>
                <w:color w:val="D95BC6"/>
                <w:sz w:val="14"/>
              </w:rPr>
              <w:t>Predvideni dokaz: individualni bralni zapis, označen podatek in učenčeva izbrana strategija..</w:t>
            </w:r>
          </w:p>
          <w:p w14:paraId="0FDC46E2" w14:textId="77777777" w:rsidR="00187E2C" w:rsidRDefault="00000000">
            <w:pPr>
              <w:keepNext/>
              <w:spacing w:before="22" w:after="6" w:line="245" w:lineRule="auto"/>
            </w:pPr>
            <w:r>
              <w:rPr>
                <w:b/>
                <w:color w:val="000000"/>
                <w:sz w:val="16"/>
              </w:rPr>
              <w:t>4. URA – Slikanica in pripoved – Predstavim in vrednotim</w:t>
            </w:r>
          </w:p>
          <w:p w14:paraId="10980B32" w14:textId="77777777" w:rsidR="00187E2C" w:rsidRDefault="00000000">
            <w:pPr>
              <w:spacing w:after="7" w:line="245" w:lineRule="auto"/>
            </w:pPr>
            <w:r>
              <w:rPr>
                <w:b/>
                <w:color w:val="000000"/>
                <w:sz w:val="15"/>
              </w:rPr>
              <w:t xml:space="preserve">Dejavnost učiteljice: </w:t>
            </w:r>
            <w:r>
              <w:rPr>
                <w:color w:val="000000"/>
                <w:sz w:val="15"/>
              </w:rPr>
              <w:t>Organizira mini oder ali galerijo, ponovi kriterije razločnosti in poslušanja ter modelira opisno povratno informacijo; sproti zbira individualne dokaze in prilagodi oporo.</w:t>
            </w:r>
          </w:p>
          <w:p w14:paraId="33F22E65" w14:textId="77777777" w:rsidR="00187E2C" w:rsidRDefault="00000000">
            <w:pPr>
              <w:spacing w:after="7" w:line="245" w:lineRule="auto"/>
            </w:pPr>
            <w:r>
              <w:rPr>
                <w:b/>
                <w:color w:val="000000"/>
                <w:sz w:val="15"/>
              </w:rPr>
              <w:t xml:space="preserve">Dejavnost učencev: </w:t>
            </w:r>
            <w:r>
              <w:rPr>
                <w:color w:val="000000"/>
                <w:sz w:val="15"/>
              </w:rPr>
              <w:t>Pripoveduje, bere, dramatizira ali predstavi zapis; vrstniku pove eno opaženo moč in eno vprašanje; dejavnost poveže s ciljem »v izgovorjeni besedi določi zadnji glas in svojo odločitev.</w:t>
            </w:r>
          </w:p>
          <w:p w14:paraId="6CEA9921"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7422E8CB" w14:textId="77777777">
              <w:trPr>
                <w:jc w:val="center"/>
              </w:trPr>
              <w:tc>
                <w:tcPr>
                  <w:tcW w:w="7087" w:type="dxa"/>
                  <w:shd w:val="clear" w:color="auto" w:fill="EDC9EA"/>
                  <w:tcMar>
                    <w:top w:w="45" w:type="dxa"/>
                    <w:left w:w="70" w:type="dxa"/>
                    <w:bottom w:w="45" w:type="dxa"/>
                    <w:right w:w="70" w:type="dxa"/>
                  </w:tcMar>
                </w:tcPr>
                <w:p w14:paraId="7F0168EB" w14:textId="77777777" w:rsidR="00187E2C" w:rsidRDefault="00000000">
                  <w:pPr>
                    <w:keepNext/>
                  </w:pPr>
                  <w:r>
                    <w:rPr>
                      <w:b/>
                      <w:color w:val="000000"/>
                      <w:sz w:val="17"/>
                    </w:rPr>
                    <w:t>POVRATNA INFORMACIJA UČITELJICE MED DELOM</w:t>
                  </w:r>
                </w:p>
              </w:tc>
            </w:tr>
          </w:tbl>
          <w:p w14:paraId="7A49A376" w14:textId="77777777" w:rsidR="00187E2C" w:rsidRDefault="00187E2C"/>
          <w:p w14:paraId="7610DF79"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005A1DAC" w14:textId="77777777" w:rsidR="00187E2C" w:rsidRDefault="00187E2C"/>
          <w:p w14:paraId="1C30F494" w14:textId="77777777" w:rsidR="00187E2C" w:rsidRDefault="00000000">
            <w:pPr>
              <w:spacing w:after="4" w:line="245" w:lineRule="auto"/>
            </w:pPr>
            <w:r>
              <w:rPr>
                <w:b/>
                <w:color w:val="000000"/>
                <w:sz w:val="15"/>
              </w:rPr>
              <w:t>1. URA – Slišim zadnji glas</w:t>
            </w:r>
          </w:p>
          <w:p w14:paraId="1D2381E0" w14:textId="77777777" w:rsidR="00187E2C" w:rsidRDefault="00000000">
            <w:pPr>
              <w:spacing w:after="7" w:line="245" w:lineRule="auto"/>
            </w:pPr>
            <w:r>
              <w:rPr>
                <w:color w:val="000000"/>
                <w:sz w:val="14"/>
              </w:rPr>
              <w:t>Na Bralnem listu 4 rešuje glasovne naloge, nariše primer in se po prostoru premika k ustrezni glasovni družini.</w:t>
            </w:r>
          </w:p>
          <w:p w14:paraId="763A2166" w14:textId="77777777" w:rsidR="00187E2C" w:rsidRDefault="00000000">
            <w:pPr>
              <w:spacing w:after="15" w:line="245" w:lineRule="auto"/>
            </w:pPr>
            <w:r>
              <w:rPr>
                <w:color w:val="D95BC6"/>
                <w:sz w:val="14"/>
              </w:rPr>
              <w:t>Dokaz: štirje pravilno določeni zadnji glasovi in učenčeva razlaga strategije.</w:t>
            </w:r>
          </w:p>
          <w:p w14:paraId="2F203AA5" w14:textId="77777777" w:rsidR="00187E2C" w:rsidRDefault="00000000">
            <w:pPr>
              <w:spacing w:after="4" w:line="245" w:lineRule="auto"/>
            </w:pPr>
            <w:r>
              <w:rPr>
                <w:b/>
                <w:color w:val="000000"/>
                <w:sz w:val="15"/>
              </w:rPr>
              <w:t>2. URA – Slikanica in pripoved – Razčlenjujem jezik</w:t>
            </w:r>
          </w:p>
          <w:p w14:paraId="027697B3" w14:textId="77777777" w:rsidR="00187E2C" w:rsidRDefault="00000000">
            <w:pPr>
              <w:spacing w:after="7" w:line="245" w:lineRule="auto"/>
            </w:pPr>
            <w:r>
              <w:rPr>
                <w:color w:val="000000"/>
                <w:sz w:val="14"/>
              </w:rPr>
              <w:t>Ploska, stopa, razstavlja in sestavlja; primer razvrsti ter svojo rešitev preveri s sošolcem.</w:t>
            </w:r>
          </w:p>
          <w:p w14:paraId="1AA653A5" w14:textId="77777777" w:rsidR="00187E2C" w:rsidRDefault="00000000">
            <w:pPr>
              <w:spacing w:after="15" w:line="245" w:lineRule="auto"/>
            </w:pPr>
            <w:r>
              <w:rPr>
                <w:color w:val="D95BC6"/>
                <w:sz w:val="14"/>
              </w:rPr>
              <w:t>Dokaz: pravilno sestavljen primer in učenčeva ustna razlaga postopka.</w:t>
            </w:r>
          </w:p>
          <w:p w14:paraId="79E39B76" w14:textId="77777777" w:rsidR="00187E2C" w:rsidRDefault="00000000">
            <w:pPr>
              <w:spacing w:after="4" w:line="245" w:lineRule="auto"/>
            </w:pPr>
            <w:r>
              <w:rPr>
                <w:b/>
                <w:color w:val="000000"/>
                <w:sz w:val="15"/>
              </w:rPr>
              <w:t>3. URA – Slikanica in pripoved – Berem z oporo</w:t>
            </w:r>
          </w:p>
          <w:p w14:paraId="2BCFE964" w14:textId="77777777" w:rsidR="00187E2C" w:rsidRDefault="00000000">
            <w:pPr>
              <w:spacing w:after="7" w:line="245" w:lineRule="auto"/>
            </w:pPr>
            <w:r>
              <w:rPr>
                <w:color w:val="000000"/>
                <w:sz w:val="14"/>
              </w:rPr>
              <w:t>Bere sliko, znak, besedo ali kratko poved glede na napredek ter podčrta/pokaže očiten podatek.</w:t>
            </w:r>
          </w:p>
          <w:p w14:paraId="62396DFA" w14:textId="77777777" w:rsidR="00187E2C" w:rsidRDefault="00000000">
            <w:pPr>
              <w:spacing w:after="15" w:line="245" w:lineRule="auto"/>
            </w:pPr>
            <w:r>
              <w:rPr>
                <w:color w:val="D95BC6"/>
                <w:sz w:val="14"/>
              </w:rPr>
              <w:t>Dokaz: individualni bralni zapis, označen podatek in učenčeva izbrana strategija.</w:t>
            </w:r>
          </w:p>
          <w:p w14:paraId="503D090E" w14:textId="77777777" w:rsidR="00187E2C" w:rsidRDefault="00000000">
            <w:pPr>
              <w:spacing w:after="4" w:line="245" w:lineRule="auto"/>
            </w:pPr>
            <w:r>
              <w:rPr>
                <w:b/>
                <w:color w:val="000000"/>
                <w:sz w:val="15"/>
              </w:rPr>
              <w:t>4. URA – Slikanica in pripoved – Predstavim in vrednotim</w:t>
            </w:r>
          </w:p>
          <w:p w14:paraId="509133E1" w14:textId="77777777" w:rsidR="00187E2C" w:rsidRDefault="00000000">
            <w:pPr>
              <w:spacing w:after="7" w:line="245" w:lineRule="auto"/>
            </w:pPr>
            <w:r>
              <w:rPr>
                <w:color w:val="000000"/>
                <w:sz w:val="14"/>
              </w:rPr>
              <w:t>Pripoveduje, bere, dramatizira ali predstavi zapis; vrstniku pove eno opaženo moč in eno vprašanje.</w:t>
            </w:r>
          </w:p>
          <w:p w14:paraId="6D8017C0" w14:textId="77777777" w:rsidR="00187E2C" w:rsidRDefault="00000000">
            <w:pPr>
              <w:spacing w:after="15" w:line="245" w:lineRule="auto"/>
            </w:pPr>
            <w:r>
              <w:rPr>
                <w:color w:val="D95BC6"/>
                <w:sz w:val="14"/>
              </w:rPr>
              <w:t>Dokaz: nastop/izdelek, vrstniška povratna informacija in samovrednotenje.</w:t>
            </w:r>
          </w:p>
        </w:tc>
      </w:tr>
    </w:tbl>
    <w:p w14:paraId="5EF2905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E7ED64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A98C422"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A9145B" w14:textId="77777777" w:rsidR="00187E2C" w:rsidRDefault="00000000">
            <w:pPr>
              <w:jc w:val="center"/>
            </w:pPr>
            <w:r>
              <w:rPr>
                <w:b/>
                <w:color w:val="000000"/>
                <w:sz w:val="20"/>
              </w:rPr>
              <w:t>UČNE DEJAVNOSTI, METODE IN FORMATIVNO SPREMLJANJE</w:t>
            </w:r>
          </w:p>
        </w:tc>
      </w:tr>
      <w:tr w:rsidR="00187E2C" w14:paraId="54828286" w14:textId="77777777">
        <w:trPr>
          <w:tblHeader/>
          <w:jc w:val="center"/>
        </w:trPr>
        <w:tc>
          <w:tcPr>
            <w:tcW w:w="4422" w:type="dxa"/>
            <w:vMerge/>
            <w:tcMar>
              <w:top w:w="70" w:type="dxa"/>
              <w:left w:w="90" w:type="dxa"/>
              <w:bottom w:w="70" w:type="dxa"/>
              <w:right w:w="90" w:type="dxa"/>
            </w:tcMar>
            <w:vAlign w:val="center"/>
          </w:tcPr>
          <w:p w14:paraId="62EE445E" w14:textId="77777777" w:rsidR="00187E2C" w:rsidRDefault="00187E2C"/>
        </w:tc>
        <w:tc>
          <w:tcPr>
            <w:tcW w:w="7087" w:type="dxa"/>
            <w:shd w:val="clear" w:color="auto" w:fill="FFFFFF"/>
            <w:tcMar>
              <w:top w:w="70" w:type="dxa"/>
              <w:left w:w="90" w:type="dxa"/>
              <w:bottom w:w="70" w:type="dxa"/>
              <w:right w:w="90" w:type="dxa"/>
            </w:tcMar>
            <w:vAlign w:val="center"/>
          </w:tcPr>
          <w:p w14:paraId="69C1B25F"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6E4D9C0" w14:textId="77777777" w:rsidR="00187E2C" w:rsidRDefault="00000000">
            <w:pPr>
              <w:jc w:val="center"/>
            </w:pPr>
            <w:r>
              <w:rPr>
                <w:b/>
                <w:color w:val="000000"/>
              </w:rPr>
              <w:t>UČENEC</w:t>
            </w:r>
          </w:p>
        </w:tc>
      </w:tr>
      <w:tr w:rsidR="00187E2C" w14:paraId="2BBA5490" w14:textId="77777777">
        <w:trPr>
          <w:jc w:val="center"/>
        </w:trPr>
        <w:tc>
          <w:tcPr>
            <w:tcW w:w="4422" w:type="dxa"/>
            <w:tcMar>
              <w:top w:w="70" w:type="dxa"/>
              <w:left w:w="90" w:type="dxa"/>
              <w:bottom w:w="70" w:type="dxa"/>
              <w:right w:w="90" w:type="dxa"/>
            </w:tcMar>
          </w:tcPr>
          <w:p w14:paraId="2DD63E79" w14:textId="77777777" w:rsidR="00187E2C" w:rsidRDefault="00187E2C"/>
          <w:p w14:paraId="0F278219" w14:textId="77777777" w:rsidR="00187E2C" w:rsidRDefault="00000000">
            <w:pPr>
              <w:spacing w:after="40" w:line="245" w:lineRule="auto"/>
            </w:pPr>
            <w:r>
              <w:rPr>
                <w:b/>
                <w:color w:val="000000"/>
              </w:rPr>
              <w:t>FORMATIVNO SPREMLJANJE</w:t>
            </w:r>
          </w:p>
          <w:p w14:paraId="79B6C043"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72FAB99B"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17AF6579"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3ED497AB"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7CCB443F" w14:textId="77777777" w:rsidR="00187E2C" w:rsidRDefault="00000000">
            <w:pPr>
              <w:spacing w:before="40" w:after="20" w:line="245" w:lineRule="auto"/>
            </w:pPr>
            <w:r>
              <w:rPr>
                <w:b/>
                <w:color w:val="000000"/>
                <w:sz w:val="17"/>
              </w:rPr>
              <w:t>VARNOST IN ODGOVORNOST</w:t>
            </w:r>
          </w:p>
          <w:p w14:paraId="1D062FE2"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1167A27C" w14:textId="77777777" w:rsidR="00187E2C" w:rsidRDefault="00000000">
            <w:pPr>
              <w:spacing w:after="20" w:line="245" w:lineRule="auto"/>
            </w:pPr>
            <w:r>
              <w:rPr>
                <w:b/>
                <w:color w:val="000000"/>
                <w:sz w:val="17"/>
              </w:rPr>
              <w:t>EVIDENCA PO IZVEDBI</w:t>
            </w:r>
          </w:p>
          <w:p w14:paraId="4FD1170F"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236E7424"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C11A933" w14:textId="77777777">
              <w:trPr>
                <w:jc w:val="center"/>
              </w:trPr>
              <w:tc>
                <w:tcPr>
                  <w:tcW w:w="7087" w:type="dxa"/>
                  <w:shd w:val="clear" w:color="auto" w:fill="EDC9EA"/>
                  <w:tcMar>
                    <w:top w:w="45" w:type="dxa"/>
                    <w:left w:w="70" w:type="dxa"/>
                    <w:bottom w:w="45" w:type="dxa"/>
                    <w:right w:w="70" w:type="dxa"/>
                  </w:tcMar>
                </w:tcPr>
                <w:p w14:paraId="5F6A4CD0" w14:textId="77777777" w:rsidR="00187E2C" w:rsidRDefault="00000000">
                  <w:pPr>
                    <w:keepNext/>
                  </w:pPr>
                  <w:r>
                    <w:rPr>
                      <w:b/>
                      <w:color w:val="000000"/>
                    </w:rPr>
                    <w:t>VPRAŠANJA V PODPORO JEZIKOVNEMU, BRALNEMU IN KNJIŽEVNEMU UČENJU</w:t>
                  </w:r>
                </w:p>
              </w:tc>
            </w:tr>
          </w:tbl>
          <w:p w14:paraId="1C94B0A4" w14:textId="77777777" w:rsidR="00187E2C" w:rsidRDefault="00187E2C">
            <w:pPr>
              <w:spacing w:line="20" w:lineRule="exact"/>
            </w:pPr>
          </w:p>
          <w:p w14:paraId="0F495661" w14:textId="77777777" w:rsidR="00187E2C" w:rsidRDefault="00000000">
            <w:pPr>
              <w:pStyle w:val="Oznaenseznam"/>
              <w:spacing w:after="16"/>
            </w:pPr>
            <w:r>
              <w:rPr>
                <w:color w:val="000000"/>
                <w:sz w:val="16"/>
              </w:rPr>
              <w:t>Kaj ti je naslovnica, slika, predmet, zvok ali gib pomagal razumeti?</w:t>
            </w:r>
          </w:p>
          <w:p w14:paraId="0B836FB4" w14:textId="77777777" w:rsidR="00187E2C" w:rsidRDefault="00000000">
            <w:pPr>
              <w:pStyle w:val="Oznaenseznam"/>
              <w:spacing w:after="16"/>
            </w:pPr>
            <w:r>
              <w:rPr>
                <w:color w:val="000000"/>
                <w:sz w:val="16"/>
              </w:rPr>
              <w:t>Kako si našel/-la glas, črko, zlog, besedo ali bistveni podatek?</w:t>
            </w:r>
          </w:p>
          <w:p w14:paraId="4C61032A" w14:textId="77777777" w:rsidR="00187E2C" w:rsidRDefault="00000000">
            <w:pPr>
              <w:pStyle w:val="Oznaenseznam"/>
              <w:spacing w:after="16"/>
            </w:pPr>
            <w:r>
              <w:rPr>
                <w:color w:val="000000"/>
                <w:sz w:val="16"/>
              </w:rPr>
              <w:t>Kako veš, da tvoja pripoved, branje ali zapis dosega dogovorjeni kriterij?</w:t>
            </w:r>
          </w:p>
          <w:p w14:paraId="40C333A1" w14:textId="77777777" w:rsidR="00187E2C" w:rsidRDefault="00000000">
            <w:pPr>
              <w:pStyle w:val="Oznaenseznam"/>
              <w:spacing w:after="16"/>
            </w:pPr>
            <w:r>
              <w:rPr>
                <w:color w:val="000000"/>
                <w:sz w:val="16"/>
              </w:rPr>
              <w:t>Ali lahko svoje razumevanje pokažeš še z drugim načinom – govorom, gibanjem, risbo, branjem ali zapisom?</w:t>
            </w:r>
          </w:p>
          <w:p w14:paraId="1BA08B5F"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60DC892D" w14:textId="77777777">
              <w:trPr>
                <w:jc w:val="center"/>
              </w:trPr>
              <w:tc>
                <w:tcPr>
                  <w:tcW w:w="7087" w:type="dxa"/>
                  <w:shd w:val="clear" w:color="auto" w:fill="C6E7F3"/>
                  <w:tcMar>
                    <w:top w:w="45" w:type="dxa"/>
                    <w:left w:w="70" w:type="dxa"/>
                    <w:bottom w:w="45" w:type="dxa"/>
                    <w:right w:w="70" w:type="dxa"/>
                  </w:tcMar>
                </w:tcPr>
                <w:p w14:paraId="790F73DB" w14:textId="77777777" w:rsidR="00187E2C" w:rsidRDefault="00000000">
                  <w:pPr>
                    <w:keepNext/>
                  </w:pPr>
                  <w:r>
                    <w:rPr>
                      <w:b/>
                      <w:color w:val="000000"/>
                    </w:rPr>
                    <w:t>ZAKLJUČNI DEL – UTRJEVANJE, BRALNI ODZIV IN REFLEKSIJA (10–15 min)</w:t>
                  </w:r>
                </w:p>
              </w:tc>
            </w:tr>
          </w:tbl>
          <w:p w14:paraId="07875D7D" w14:textId="77777777" w:rsidR="00187E2C" w:rsidRDefault="00187E2C">
            <w:pPr>
              <w:spacing w:line="20" w:lineRule="exact"/>
            </w:pPr>
          </w:p>
          <w:p w14:paraId="6F1A4B97"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5860CE6C" w14:textId="77777777">
              <w:trPr>
                <w:jc w:val="center"/>
              </w:trPr>
              <w:tc>
                <w:tcPr>
                  <w:tcW w:w="7087" w:type="dxa"/>
                  <w:shd w:val="clear" w:color="auto" w:fill="EDC9EA"/>
                  <w:tcMar>
                    <w:top w:w="45" w:type="dxa"/>
                    <w:left w:w="70" w:type="dxa"/>
                    <w:bottom w:w="45" w:type="dxa"/>
                    <w:right w:w="70" w:type="dxa"/>
                  </w:tcMar>
                </w:tcPr>
                <w:p w14:paraId="5ED2CF1F" w14:textId="77777777" w:rsidR="00187E2C" w:rsidRDefault="00000000">
                  <w:pPr>
                    <w:keepNext/>
                  </w:pPr>
                  <w:r>
                    <w:rPr>
                      <w:b/>
                      <w:color w:val="000000"/>
                    </w:rPr>
                    <w:t>SAMOVREDNOTENJE</w:t>
                  </w:r>
                </w:p>
              </w:tc>
            </w:tr>
          </w:tbl>
          <w:p w14:paraId="14DBF03C" w14:textId="77777777" w:rsidR="00187E2C" w:rsidRDefault="00187E2C">
            <w:pPr>
              <w:spacing w:line="20" w:lineRule="exact"/>
            </w:pPr>
          </w:p>
          <w:p w14:paraId="549BEFF5"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38AC2D68" w14:textId="77777777">
              <w:trPr>
                <w:jc w:val="center"/>
              </w:trPr>
              <w:tc>
                <w:tcPr>
                  <w:tcW w:w="7087" w:type="dxa"/>
                  <w:shd w:val="clear" w:color="auto" w:fill="EDC9EA"/>
                  <w:tcMar>
                    <w:top w:w="45" w:type="dxa"/>
                    <w:left w:w="70" w:type="dxa"/>
                    <w:bottom w:w="45" w:type="dxa"/>
                    <w:right w:w="70" w:type="dxa"/>
                  </w:tcMar>
                </w:tcPr>
                <w:p w14:paraId="7D5172C0" w14:textId="77777777" w:rsidR="00187E2C" w:rsidRDefault="00000000">
                  <w:pPr>
                    <w:keepNext/>
                  </w:pPr>
                  <w:r>
                    <w:rPr>
                      <w:b/>
                      <w:color w:val="000000"/>
                    </w:rPr>
                    <w:t>VRSTNIŠKO VREDNOTENJE</w:t>
                  </w:r>
                </w:p>
              </w:tc>
            </w:tr>
          </w:tbl>
          <w:p w14:paraId="4056B9C9" w14:textId="77777777" w:rsidR="00187E2C" w:rsidRDefault="00187E2C">
            <w:pPr>
              <w:spacing w:line="20" w:lineRule="exact"/>
            </w:pPr>
          </w:p>
          <w:p w14:paraId="5A22270A"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26A2568F" w14:textId="77777777">
              <w:trPr>
                <w:jc w:val="center"/>
              </w:trPr>
              <w:tc>
                <w:tcPr>
                  <w:tcW w:w="7087" w:type="dxa"/>
                  <w:shd w:val="clear" w:color="auto" w:fill="EDC9EA"/>
                  <w:tcMar>
                    <w:top w:w="45" w:type="dxa"/>
                    <w:left w:w="70" w:type="dxa"/>
                    <w:bottom w:w="45" w:type="dxa"/>
                    <w:right w:w="70" w:type="dxa"/>
                  </w:tcMar>
                </w:tcPr>
                <w:p w14:paraId="6B408E5C" w14:textId="77777777" w:rsidR="00187E2C" w:rsidRDefault="00000000">
                  <w:pPr>
                    <w:keepNext/>
                  </w:pPr>
                  <w:r>
                    <w:rPr>
                      <w:b/>
                      <w:color w:val="000000"/>
                    </w:rPr>
                    <w:t>SKUPNI POVZETEK</w:t>
                  </w:r>
                </w:p>
              </w:tc>
            </w:tr>
          </w:tbl>
          <w:p w14:paraId="3CDF7E98" w14:textId="77777777" w:rsidR="00187E2C" w:rsidRDefault="00187E2C"/>
          <w:p w14:paraId="65087478" w14:textId="77777777" w:rsidR="00187E2C" w:rsidRDefault="00000000">
            <w:pPr>
              <w:spacing w:before="20" w:after="40" w:line="245" w:lineRule="auto"/>
            </w:pPr>
            <w:r>
              <w:rPr>
                <w:b/>
                <w:color w:val="000000"/>
                <w:sz w:val="16"/>
              </w:rPr>
              <w:t>pozorno poslušam umetnostno besedilo; ob slikah obnovim zaporedje; ustvarim preprosto nadaljevanje. Svoj dokaz pojasnim in po povratni informaciji izboljšam.</w:t>
            </w:r>
          </w:p>
        </w:tc>
        <w:tc>
          <w:tcPr>
            <w:tcW w:w="2551" w:type="dxa"/>
            <w:tcMar>
              <w:top w:w="70" w:type="dxa"/>
              <w:left w:w="90" w:type="dxa"/>
              <w:bottom w:w="70" w:type="dxa"/>
              <w:right w:w="90" w:type="dxa"/>
            </w:tcMar>
          </w:tcPr>
          <w:p w14:paraId="106904FA" w14:textId="77777777" w:rsidR="00187E2C" w:rsidRDefault="00187E2C"/>
          <w:p w14:paraId="27F09515" w14:textId="77777777" w:rsidR="00187E2C" w:rsidRDefault="00000000">
            <w:pPr>
              <w:spacing w:after="100" w:line="245" w:lineRule="auto"/>
            </w:pPr>
            <w:r>
              <w:rPr>
                <w:color w:val="000000"/>
                <w:sz w:val="16"/>
              </w:rPr>
              <w:t>Odgovarja na podporna vprašanja ter se sklicuje na poslušano besedilo, sliko, govor, bralni list ali zapis.</w:t>
            </w:r>
          </w:p>
          <w:p w14:paraId="53940B30" w14:textId="77777777" w:rsidR="00187E2C" w:rsidRDefault="00000000">
            <w:pPr>
              <w:spacing w:after="100" w:line="245" w:lineRule="auto"/>
            </w:pPr>
            <w:r>
              <w:rPr>
                <w:color w:val="000000"/>
                <w:sz w:val="16"/>
              </w:rPr>
              <w:t>Primerja začetni odziv z novim dokazom in pojasni, kaj se je naučil/-a.</w:t>
            </w:r>
          </w:p>
          <w:p w14:paraId="717E11FE" w14:textId="77777777" w:rsidR="00187E2C" w:rsidRDefault="00000000">
            <w:pPr>
              <w:spacing w:after="100" w:line="245" w:lineRule="auto"/>
            </w:pPr>
            <w:r>
              <w:rPr>
                <w:color w:val="000000"/>
                <w:sz w:val="16"/>
              </w:rPr>
              <w:t>Izbere raven samostojnosti in določi naslednji korak.</w:t>
            </w:r>
          </w:p>
          <w:p w14:paraId="0C852A26" w14:textId="77777777" w:rsidR="00187E2C" w:rsidRDefault="00000000">
            <w:pPr>
              <w:spacing w:after="100" w:line="245" w:lineRule="auto"/>
            </w:pPr>
            <w:r>
              <w:rPr>
                <w:color w:val="000000"/>
                <w:sz w:val="16"/>
              </w:rPr>
              <w:t>Sošolcu poda prijazen in konkreten odziv, vezan na kriterij.</w:t>
            </w:r>
          </w:p>
          <w:p w14:paraId="6BAEA46E" w14:textId="77777777" w:rsidR="00187E2C" w:rsidRDefault="00000000">
            <w:pPr>
              <w:spacing w:after="20" w:line="245" w:lineRule="auto"/>
            </w:pPr>
            <w:r>
              <w:rPr>
                <w:b/>
                <w:color w:val="D95BC6"/>
                <w:sz w:val="17"/>
              </w:rPr>
              <w:t>DOKAZ O UČENJU</w:t>
            </w:r>
          </w:p>
          <w:p w14:paraId="25E70BBF"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264AD84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0CA7C438" w14:textId="77777777">
        <w:trPr>
          <w:cantSplit/>
          <w:jc w:val="center"/>
        </w:trPr>
        <w:tc>
          <w:tcPr>
            <w:tcW w:w="14060" w:type="dxa"/>
            <w:gridSpan w:val="6"/>
            <w:tcMar>
              <w:top w:w="70" w:type="dxa"/>
              <w:left w:w="90" w:type="dxa"/>
              <w:bottom w:w="70" w:type="dxa"/>
              <w:right w:w="90" w:type="dxa"/>
            </w:tcMar>
            <w:vAlign w:val="center"/>
          </w:tcPr>
          <w:p w14:paraId="2058E076" w14:textId="77777777" w:rsidR="00187E2C" w:rsidRDefault="00000000">
            <w:pPr>
              <w:jc w:val="center"/>
            </w:pPr>
            <w:r>
              <w:rPr>
                <w:b/>
                <w:color w:val="000000"/>
                <w:sz w:val="24"/>
              </w:rPr>
              <w:lastRenderedPageBreak/>
              <w:t>UČNA PRIPRAVA 5/39</w:t>
            </w:r>
          </w:p>
        </w:tc>
      </w:tr>
      <w:tr w:rsidR="00187E2C" w14:paraId="413429B4" w14:textId="77777777">
        <w:trPr>
          <w:jc w:val="center"/>
        </w:trPr>
        <w:tc>
          <w:tcPr>
            <w:tcW w:w="2665" w:type="dxa"/>
            <w:tcMar>
              <w:top w:w="70" w:type="dxa"/>
              <w:left w:w="90" w:type="dxa"/>
              <w:bottom w:w="70" w:type="dxa"/>
              <w:right w:w="90" w:type="dxa"/>
            </w:tcMar>
            <w:vAlign w:val="center"/>
          </w:tcPr>
          <w:p w14:paraId="1B1F5869"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C8F733D"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6449C63"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13068C4" w14:textId="77777777" w:rsidR="00187E2C" w:rsidRDefault="00000000">
            <w:r>
              <w:rPr>
                <w:b/>
                <w:color w:val="000000"/>
                <w:sz w:val="16"/>
              </w:rPr>
              <w:t xml:space="preserve">NAČRTOVANI TERMIN: </w:t>
            </w:r>
            <w:r>
              <w:rPr>
                <w:color w:val="000000"/>
                <w:sz w:val="16"/>
              </w:rPr>
              <w:t>5. teden • 28. 9.–2. 10. 2026</w:t>
            </w:r>
          </w:p>
        </w:tc>
        <w:tc>
          <w:tcPr>
            <w:tcW w:w="2268" w:type="dxa"/>
            <w:tcMar>
              <w:top w:w="70" w:type="dxa"/>
              <w:left w:w="90" w:type="dxa"/>
              <w:bottom w:w="70" w:type="dxa"/>
              <w:right w:w="90" w:type="dxa"/>
            </w:tcMar>
            <w:vAlign w:val="center"/>
          </w:tcPr>
          <w:p w14:paraId="49300922"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2DB46B3" w14:textId="77777777" w:rsidR="00187E2C" w:rsidRDefault="00000000">
            <w:r>
              <w:rPr>
                <w:b/>
                <w:color w:val="000000"/>
                <w:sz w:val="16"/>
              </w:rPr>
              <w:t xml:space="preserve">ŠTEVILO UR: </w:t>
            </w:r>
            <w:r>
              <w:rPr>
                <w:color w:val="000000"/>
                <w:sz w:val="16"/>
              </w:rPr>
              <w:t>5</w:t>
            </w:r>
          </w:p>
        </w:tc>
      </w:tr>
      <w:tr w:rsidR="00187E2C" w14:paraId="2BAB7188" w14:textId="77777777">
        <w:trPr>
          <w:jc w:val="center"/>
        </w:trPr>
        <w:tc>
          <w:tcPr>
            <w:tcW w:w="14061" w:type="dxa"/>
            <w:gridSpan w:val="6"/>
            <w:tcMar>
              <w:top w:w="70" w:type="dxa"/>
              <w:left w:w="90" w:type="dxa"/>
              <w:bottom w:w="70" w:type="dxa"/>
              <w:right w:w="90" w:type="dxa"/>
            </w:tcMar>
            <w:vAlign w:val="center"/>
          </w:tcPr>
          <w:p w14:paraId="0930AEB8"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1E4F9C15" w14:textId="77777777">
        <w:trPr>
          <w:cantSplit/>
          <w:jc w:val="center"/>
        </w:trPr>
        <w:tc>
          <w:tcPr>
            <w:tcW w:w="14060" w:type="dxa"/>
            <w:gridSpan w:val="6"/>
            <w:tcMar>
              <w:top w:w="70" w:type="dxa"/>
              <w:left w:w="90" w:type="dxa"/>
              <w:bottom w:w="70" w:type="dxa"/>
              <w:right w:w="90" w:type="dxa"/>
            </w:tcMar>
            <w:vAlign w:val="center"/>
          </w:tcPr>
          <w:p w14:paraId="6B2F3A15" w14:textId="77777777" w:rsidR="00187E2C" w:rsidRDefault="00187E2C"/>
          <w:p w14:paraId="0DD42301" w14:textId="77777777" w:rsidR="00187E2C" w:rsidRDefault="00000000">
            <w:pPr>
              <w:spacing w:line="245" w:lineRule="auto"/>
            </w:pPr>
            <w:r>
              <w:rPr>
                <w:b/>
                <w:color w:val="000000"/>
                <w:sz w:val="16"/>
              </w:rPr>
              <w:t xml:space="preserve">UČNI SKLOP: </w:t>
            </w:r>
            <w:r>
              <w:rPr>
                <w:color w:val="000000"/>
                <w:sz w:val="16"/>
              </w:rPr>
              <w:t>VARNA POT IN MOBILNOST</w:t>
            </w:r>
          </w:p>
        </w:tc>
      </w:tr>
      <w:tr w:rsidR="00187E2C" w14:paraId="7ACF0649" w14:textId="77777777">
        <w:trPr>
          <w:cantSplit/>
          <w:jc w:val="center"/>
        </w:trPr>
        <w:tc>
          <w:tcPr>
            <w:tcW w:w="14060" w:type="dxa"/>
            <w:gridSpan w:val="6"/>
            <w:tcMar>
              <w:top w:w="70" w:type="dxa"/>
              <w:left w:w="90" w:type="dxa"/>
              <w:bottom w:w="70" w:type="dxa"/>
              <w:right w:w="90" w:type="dxa"/>
            </w:tcMar>
            <w:vAlign w:val="center"/>
          </w:tcPr>
          <w:p w14:paraId="6F238660" w14:textId="77777777" w:rsidR="00187E2C" w:rsidRDefault="00187E2C"/>
          <w:p w14:paraId="40E70C48" w14:textId="77777777" w:rsidR="00187E2C" w:rsidRDefault="00000000">
            <w:pPr>
              <w:spacing w:line="245" w:lineRule="auto"/>
            </w:pPr>
            <w:r>
              <w:rPr>
                <w:b/>
                <w:color w:val="000000"/>
                <w:sz w:val="16"/>
              </w:rPr>
              <w:t xml:space="preserve">UČNA TEMA: </w:t>
            </w:r>
            <w:r>
              <w:rPr>
                <w:color w:val="000000"/>
                <w:sz w:val="16"/>
              </w:rPr>
              <w:t>NAVODILO IN POGOVOR</w:t>
            </w:r>
          </w:p>
        </w:tc>
      </w:tr>
      <w:tr w:rsidR="00187E2C" w14:paraId="7C74846D" w14:textId="77777777">
        <w:trPr>
          <w:cantSplit/>
          <w:jc w:val="center"/>
        </w:trPr>
        <w:tc>
          <w:tcPr>
            <w:tcW w:w="14060" w:type="dxa"/>
            <w:gridSpan w:val="6"/>
            <w:tcMar>
              <w:top w:w="70" w:type="dxa"/>
              <w:left w:w="90" w:type="dxa"/>
              <w:bottom w:w="70" w:type="dxa"/>
              <w:right w:w="90" w:type="dxa"/>
            </w:tcMar>
            <w:vAlign w:val="center"/>
          </w:tcPr>
          <w:p w14:paraId="73312071" w14:textId="77777777" w:rsidR="00187E2C" w:rsidRDefault="00187E2C"/>
          <w:p w14:paraId="3EB68E0E" w14:textId="77777777" w:rsidR="00187E2C" w:rsidRDefault="00000000">
            <w:pPr>
              <w:spacing w:line="245" w:lineRule="auto"/>
            </w:pPr>
            <w:r>
              <w:rPr>
                <w:b/>
                <w:color w:val="000000"/>
                <w:sz w:val="16"/>
              </w:rPr>
              <w:t xml:space="preserve">KNJIŽEVNO IZHODIŠČE IN MOTIV: </w:t>
            </w:r>
            <w:r>
              <w:rPr>
                <w:color w:val="000000"/>
                <w:sz w:val="16"/>
              </w:rPr>
              <w:t>»Rdeča kapica« – brata Grimm • varna pot, vidnost in premišljeno ravnanje</w:t>
            </w:r>
          </w:p>
        </w:tc>
      </w:tr>
      <w:tr w:rsidR="00187E2C" w14:paraId="00E703CF" w14:textId="77777777">
        <w:trPr>
          <w:cantSplit/>
          <w:jc w:val="center"/>
        </w:trPr>
        <w:tc>
          <w:tcPr>
            <w:tcW w:w="14060" w:type="dxa"/>
            <w:gridSpan w:val="6"/>
            <w:tcMar>
              <w:top w:w="70" w:type="dxa"/>
              <w:left w:w="90" w:type="dxa"/>
              <w:bottom w:w="70" w:type="dxa"/>
              <w:right w:w="90" w:type="dxa"/>
            </w:tcMar>
            <w:vAlign w:val="center"/>
          </w:tcPr>
          <w:p w14:paraId="1D094588" w14:textId="77777777" w:rsidR="00187E2C" w:rsidRDefault="00187E2C"/>
          <w:p w14:paraId="07BD36AB" w14:textId="77777777" w:rsidR="00187E2C" w:rsidRDefault="00000000">
            <w:pPr>
              <w:spacing w:line="245" w:lineRule="auto"/>
            </w:pPr>
            <w:r>
              <w:rPr>
                <w:b/>
                <w:color w:val="000000"/>
                <w:sz w:val="16"/>
              </w:rPr>
              <w:t xml:space="preserve">BRALNI LIST / ČRKA: </w:t>
            </w:r>
            <w:r>
              <w:rPr>
                <w:color w:val="000000"/>
                <w:sz w:val="16"/>
              </w:rPr>
              <w:t>BRALNI LIST 5 – POIŠČEM PRVI ZLOG: Besedo razdelim na zloge in določim njen prvi zlog.</w:t>
            </w:r>
          </w:p>
        </w:tc>
      </w:tr>
      <w:tr w:rsidR="00187E2C" w14:paraId="35FAA853" w14:textId="77777777">
        <w:trPr>
          <w:cantSplit/>
          <w:jc w:val="center"/>
        </w:trPr>
        <w:tc>
          <w:tcPr>
            <w:tcW w:w="14060" w:type="dxa"/>
            <w:gridSpan w:val="6"/>
            <w:tcMar>
              <w:top w:w="70" w:type="dxa"/>
              <w:left w:w="90" w:type="dxa"/>
              <w:bottom w:w="70" w:type="dxa"/>
              <w:right w:w="90" w:type="dxa"/>
            </w:tcMar>
            <w:vAlign w:val="center"/>
          </w:tcPr>
          <w:p w14:paraId="3989CCD4" w14:textId="77777777" w:rsidR="00187E2C" w:rsidRDefault="00187E2C"/>
          <w:p w14:paraId="7683B66F" w14:textId="77777777" w:rsidR="00187E2C" w:rsidRDefault="00000000">
            <w:pPr>
              <w:spacing w:line="245" w:lineRule="auto"/>
            </w:pPr>
            <w:r>
              <w:rPr>
                <w:b/>
                <w:color w:val="000000"/>
                <w:sz w:val="16"/>
              </w:rPr>
              <w:t xml:space="preserve">UČNE ENOTE: </w:t>
            </w:r>
            <w:r>
              <w:rPr>
                <w:color w:val="000000"/>
                <w:sz w:val="16"/>
              </w:rPr>
              <w:t>1. ura – Poiščem prvi zlog • 2. ura – Navodilo in pogovor – Govorim in pojasnjujem • 3. ura – Navodilo in pogovor – Razčlenjujem jezik • 4. ura – Navodilo in pogovor – Pišem in ustvarjam • 5. ura – Navodilo in pogovor – Predstavim in vrednotim</w:t>
            </w:r>
          </w:p>
        </w:tc>
      </w:tr>
      <w:tr w:rsidR="00187E2C" w14:paraId="247844E5" w14:textId="77777777">
        <w:trPr>
          <w:cantSplit/>
          <w:jc w:val="center"/>
        </w:trPr>
        <w:tc>
          <w:tcPr>
            <w:tcW w:w="14060" w:type="dxa"/>
            <w:gridSpan w:val="6"/>
            <w:tcMar>
              <w:top w:w="70" w:type="dxa"/>
              <w:left w:w="90" w:type="dxa"/>
              <w:bottom w:w="70" w:type="dxa"/>
              <w:right w:w="90" w:type="dxa"/>
            </w:tcMar>
            <w:vAlign w:val="center"/>
          </w:tcPr>
          <w:p w14:paraId="6C18567C" w14:textId="77777777" w:rsidR="00187E2C" w:rsidRDefault="00187E2C"/>
          <w:p w14:paraId="7CBAC72F"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1911DD5" w14:textId="77777777">
        <w:trPr>
          <w:cantSplit/>
          <w:jc w:val="center"/>
        </w:trPr>
        <w:tc>
          <w:tcPr>
            <w:tcW w:w="14060" w:type="dxa"/>
            <w:gridSpan w:val="6"/>
            <w:tcMar>
              <w:top w:w="70" w:type="dxa"/>
              <w:left w:w="90" w:type="dxa"/>
              <w:bottom w:w="70" w:type="dxa"/>
              <w:right w:w="90" w:type="dxa"/>
            </w:tcMar>
            <w:vAlign w:val="center"/>
          </w:tcPr>
          <w:p w14:paraId="34F7D18B" w14:textId="77777777" w:rsidR="00187E2C" w:rsidRDefault="00187E2C"/>
          <w:p w14:paraId="222E9EDC"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6284441" w14:textId="77777777">
        <w:trPr>
          <w:cantSplit/>
          <w:jc w:val="center"/>
        </w:trPr>
        <w:tc>
          <w:tcPr>
            <w:tcW w:w="14060" w:type="dxa"/>
            <w:gridSpan w:val="6"/>
            <w:tcMar>
              <w:top w:w="70" w:type="dxa"/>
              <w:left w:w="90" w:type="dxa"/>
              <w:bottom w:w="70" w:type="dxa"/>
              <w:right w:w="90" w:type="dxa"/>
            </w:tcMar>
            <w:vAlign w:val="center"/>
          </w:tcPr>
          <w:p w14:paraId="67327242" w14:textId="77777777" w:rsidR="00187E2C" w:rsidRDefault="00187E2C"/>
          <w:p w14:paraId="15562DD0"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429334D9" w14:textId="77777777">
        <w:trPr>
          <w:cantSplit/>
          <w:jc w:val="center"/>
        </w:trPr>
        <w:tc>
          <w:tcPr>
            <w:tcW w:w="14060" w:type="dxa"/>
            <w:gridSpan w:val="6"/>
            <w:tcMar>
              <w:top w:w="70" w:type="dxa"/>
              <w:left w:w="90" w:type="dxa"/>
              <w:bottom w:w="70" w:type="dxa"/>
              <w:right w:w="90" w:type="dxa"/>
            </w:tcMar>
            <w:vAlign w:val="center"/>
          </w:tcPr>
          <w:p w14:paraId="71CF3439" w14:textId="77777777" w:rsidR="00187E2C" w:rsidRDefault="00187E2C"/>
          <w:p w14:paraId="35135AE8" w14:textId="77777777" w:rsidR="00187E2C" w:rsidRDefault="00000000">
            <w:pPr>
              <w:spacing w:line="245" w:lineRule="auto"/>
            </w:pPr>
            <w:r>
              <w:rPr>
                <w:b/>
                <w:color w:val="000000"/>
                <w:sz w:val="16"/>
              </w:rPr>
              <w:t xml:space="preserve">MEDPREDMETNE POVEZAVE: </w:t>
            </w:r>
            <w:r>
              <w:rPr>
                <w:color w:val="000000"/>
                <w:sz w:val="16"/>
              </w:rPr>
              <w:t>SPO – varna pot, vidnost in premišljeno ravnanje; GUM – ritem, zvočnost in glas; LUM – ilustracija, črta in grafomotorika; ŠPO – gibalna pripoved, dramatizacija in postaje; MAT – smer, zaporedje in orientacija</w:t>
            </w:r>
          </w:p>
        </w:tc>
      </w:tr>
      <w:tr w:rsidR="00187E2C" w14:paraId="06B0FA67" w14:textId="77777777">
        <w:trPr>
          <w:cantSplit/>
          <w:jc w:val="center"/>
        </w:trPr>
        <w:tc>
          <w:tcPr>
            <w:tcW w:w="14060" w:type="dxa"/>
            <w:gridSpan w:val="6"/>
            <w:tcMar>
              <w:top w:w="70" w:type="dxa"/>
              <w:left w:w="90" w:type="dxa"/>
              <w:bottom w:w="70" w:type="dxa"/>
              <w:right w:w="90" w:type="dxa"/>
            </w:tcMar>
            <w:vAlign w:val="center"/>
          </w:tcPr>
          <w:p w14:paraId="245F3603" w14:textId="77777777" w:rsidR="00187E2C" w:rsidRDefault="00187E2C"/>
          <w:p w14:paraId="73A7C802" w14:textId="77777777" w:rsidR="00187E2C" w:rsidRDefault="00000000">
            <w:pPr>
              <w:spacing w:line="245" w:lineRule="auto"/>
            </w:pPr>
            <w:r>
              <w:rPr>
                <w:b/>
                <w:color w:val="000000"/>
                <w:sz w:val="16"/>
              </w:rPr>
              <w:t xml:space="preserve">UČNA SREDSTVA IN PRIPOMOČKI: </w:t>
            </w:r>
            <w:r>
              <w:rPr>
                <w:color w:val="000000"/>
                <w:sz w:val="16"/>
              </w:rPr>
              <w:t>BRALNI LIST 5, povečano besedilo oziroma kartice, slikanica ali odlomek, slikovno zaporedje, kartice besed in glasov, talne črke ali zlogi, ogledala, vrvice ali modelirna masa, mini tabla, zvezek oziroma jezikovna mapa</w:t>
            </w:r>
          </w:p>
        </w:tc>
      </w:tr>
      <w:tr w:rsidR="00187E2C" w14:paraId="2FE8D30D" w14:textId="77777777">
        <w:trPr>
          <w:cantSplit/>
          <w:jc w:val="center"/>
        </w:trPr>
        <w:tc>
          <w:tcPr>
            <w:tcW w:w="14060" w:type="dxa"/>
            <w:gridSpan w:val="6"/>
            <w:tcMar>
              <w:top w:w="70" w:type="dxa"/>
              <w:left w:w="90" w:type="dxa"/>
              <w:bottom w:w="70" w:type="dxa"/>
              <w:right w:w="90" w:type="dxa"/>
            </w:tcMar>
            <w:vAlign w:val="center"/>
          </w:tcPr>
          <w:p w14:paraId="4E82F6B1" w14:textId="77777777" w:rsidR="00187E2C" w:rsidRDefault="00187E2C"/>
          <w:p w14:paraId="113EC3C3"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AAD1EC4" w14:textId="77777777">
        <w:trPr>
          <w:cantSplit/>
          <w:jc w:val="center"/>
        </w:trPr>
        <w:tc>
          <w:tcPr>
            <w:tcW w:w="14060" w:type="dxa"/>
            <w:gridSpan w:val="6"/>
            <w:tcMar>
              <w:top w:w="70" w:type="dxa"/>
              <w:left w:w="90" w:type="dxa"/>
              <w:bottom w:w="70" w:type="dxa"/>
              <w:right w:w="90" w:type="dxa"/>
            </w:tcMar>
            <w:vAlign w:val="center"/>
          </w:tcPr>
          <w:p w14:paraId="11F570F1" w14:textId="77777777" w:rsidR="00187E2C" w:rsidRDefault="00187E2C"/>
          <w:p w14:paraId="0FFA9184" w14:textId="77777777" w:rsidR="00187E2C" w:rsidRDefault="00000000">
            <w:pPr>
              <w:spacing w:line="245" w:lineRule="auto"/>
            </w:pPr>
            <w:r>
              <w:rPr>
                <w:b/>
                <w:color w:val="000000"/>
                <w:sz w:val="16"/>
              </w:rPr>
              <w:t xml:space="preserve">OCENJEVANJE / DAN DEJAVNOSTI: </w:t>
            </w:r>
            <w:r>
              <w:rPr>
                <w:color w:val="000000"/>
                <w:sz w:val="16"/>
              </w:rPr>
              <w:t>TEHNIŠKI DAN</w:t>
            </w:r>
          </w:p>
        </w:tc>
      </w:tr>
      <w:tr w:rsidR="00187E2C" w14:paraId="745A8B97" w14:textId="77777777">
        <w:trPr>
          <w:cantSplit/>
          <w:jc w:val="center"/>
        </w:trPr>
        <w:tc>
          <w:tcPr>
            <w:tcW w:w="14060" w:type="dxa"/>
            <w:gridSpan w:val="6"/>
            <w:tcMar>
              <w:top w:w="70" w:type="dxa"/>
              <w:left w:w="90" w:type="dxa"/>
              <w:bottom w:w="70" w:type="dxa"/>
              <w:right w:w="90" w:type="dxa"/>
            </w:tcMar>
            <w:vAlign w:val="center"/>
          </w:tcPr>
          <w:p w14:paraId="7E820650" w14:textId="77777777" w:rsidR="00187E2C" w:rsidRDefault="00187E2C"/>
          <w:p w14:paraId="5D392558"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50AA0BE7"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845212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6977410"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B4C46CF" w14:textId="77777777" w:rsidR="00187E2C" w:rsidRDefault="00000000">
            <w:pPr>
              <w:jc w:val="center"/>
            </w:pPr>
            <w:r>
              <w:rPr>
                <w:b/>
                <w:color w:val="000000"/>
                <w:sz w:val="20"/>
              </w:rPr>
              <w:t>UČNE DEJAVNOSTI, METODE IN FORMATIVNO SPREMLJANJE</w:t>
            </w:r>
          </w:p>
        </w:tc>
      </w:tr>
      <w:tr w:rsidR="00187E2C" w14:paraId="7CFD1B7F" w14:textId="77777777">
        <w:trPr>
          <w:tblHeader/>
          <w:jc w:val="center"/>
        </w:trPr>
        <w:tc>
          <w:tcPr>
            <w:tcW w:w="4422" w:type="dxa"/>
            <w:vMerge/>
            <w:tcMar>
              <w:top w:w="70" w:type="dxa"/>
              <w:left w:w="90" w:type="dxa"/>
              <w:bottom w:w="70" w:type="dxa"/>
              <w:right w:w="90" w:type="dxa"/>
            </w:tcMar>
            <w:vAlign w:val="center"/>
          </w:tcPr>
          <w:p w14:paraId="6F14D616" w14:textId="77777777" w:rsidR="00187E2C" w:rsidRDefault="00187E2C"/>
        </w:tc>
        <w:tc>
          <w:tcPr>
            <w:tcW w:w="7087" w:type="dxa"/>
            <w:shd w:val="clear" w:color="auto" w:fill="FFFFFF"/>
            <w:tcMar>
              <w:top w:w="70" w:type="dxa"/>
              <w:left w:w="90" w:type="dxa"/>
              <w:bottom w:w="70" w:type="dxa"/>
              <w:right w:w="90" w:type="dxa"/>
            </w:tcMar>
            <w:vAlign w:val="center"/>
          </w:tcPr>
          <w:p w14:paraId="0D6607CD"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E45F60D" w14:textId="77777777" w:rsidR="00187E2C" w:rsidRDefault="00000000">
            <w:pPr>
              <w:jc w:val="center"/>
            </w:pPr>
            <w:r>
              <w:rPr>
                <w:b/>
                <w:color w:val="000000"/>
              </w:rPr>
              <w:t>UČENEC</w:t>
            </w:r>
          </w:p>
        </w:tc>
      </w:tr>
      <w:tr w:rsidR="00187E2C" w14:paraId="683E8796" w14:textId="77777777">
        <w:trPr>
          <w:jc w:val="center"/>
        </w:trPr>
        <w:tc>
          <w:tcPr>
            <w:tcW w:w="4422" w:type="dxa"/>
            <w:tcMar>
              <w:top w:w="70" w:type="dxa"/>
              <w:left w:w="90" w:type="dxa"/>
              <w:bottom w:w="70" w:type="dxa"/>
              <w:right w:w="90" w:type="dxa"/>
            </w:tcMar>
          </w:tcPr>
          <w:p w14:paraId="1514E1FB" w14:textId="77777777" w:rsidR="00187E2C" w:rsidRDefault="00187E2C"/>
          <w:p w14:paraId="5D2E23FD" w14:textId="77777777" w:rsidR="00187E2C" w:rsidRDefault="00000000">
            <w:pPr>
              <w:spacing w:after="60" w:line="245" w:lineRule="auto"/>
            </w:pPr>
            <w:r>
              <w:rPr>
                <w:b/>
                <w:color w:val="000000"/>
              </w:rPr>
              <w:t>UČNI CILJI</w:t>
            </w:r>
          </w:p>
          <w:p w14:paraId="4E277787" w14:textId="77777777" w:rsidR="00187E2C" w:rsidRDefault="00000000">
            <w:pPr>
              <w:spacing w:after="20" w:line="245" w:lineRule="auto"/>
            </w:pPr>
            <w:r>
              <w:rPr>
                <w:b/>
                <w:color w:val="000000"/>
                <w:sz w:val="17"/>
              </w:rPr>
              <w:t>SPLOŠNI</w:t>
            </w:r>
          </w:p>
          <w:p w14:paraId="5B214EFB"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27DFE454" w14:textId="77777777" w:rsidR="00187E2C" w:rsidRDefault="00000000">
            <w:pPr>
              <w:pStyle w:val="Oznaenseznam"/>
              <w:spacing w:after="16"/>
            </w:pPr>
            <w:r>
              <w:rPr>
                <w:color w:val="000000"/>
                <w:sz w:val="16"/>
              </w:rPr>
              <w:t>doživlja književno besedilo ter se nanj odziva z govorom, gibanjem, dramatizacijo, risbo ali zapisom</w:t>
            </w:r>
          </w:p>
          <w:p w14:paraId="534728A1" w14:textId="77777777" w:rsidR="00187E2C" w:rsidRDefault="00000000">
            <w:pPr>
              <w:pStyle w:val="Oznaenseznam"/>
              <w:spacing w:after="16"/>
            </w:pPr>
            <w:r>
              <w:rPr>
                <w:color w:val="000000"/>
                <w:sz w:val="16"/>
              </w:rPr>
              <w:t>razvija glasovno zavedanje, povezavo glas–črka in začetno branje ter pisanje po individualnem napredku</w:t>
            </w:r>
          </w:p>
          <w:p w14:paraId="6BEE9894" w14:textId="77777777" w:rsidR="00187E2C" w:rsidRDefault="00000000">
            <w:pPr>
              <w:pStyle w:val="Oznaenseznam"/>
              <w:spacing w:after="16"/>
            </w:pPr>
            <w:r>
              <w:rPr>
                <w:color w:val="000000"/>
                <w:sz w:val="16"/>
              </w:rPr>
              <w:t>ob namenih in kriterijih spremlja svoje učenje ter uporabi opisno povratno informacijo</w:t>
            </w:r>
          </w:p>
          <w:p w14:paraId="3B605BC7" w14:textId="77777777" w:rsidR="00187E2C" w:rsidRDefault="00000000">
            <w:pPr>
              <w:spacing w:before="40" w:after="20" w:line="245" w:lineRule="auto"/>
            </w:pPr>
            <w:r>
              <w:rPr>
                <w:b/>
                <w:color w:val="000000"/>
                <w:sz w:val="17"/>
              </w:rPr>
              <w:t>OPERATIVNI</w:t>
            </w:r>
          </w:p>
          <w:p w14:paraId="7AADBE6D" w14:textId="77777777" w:rsidR="00187E2C" w:rsidRDefault="00000000">
            <w:pPr>
              <w:pStyle w:val="Oznaenseznam"/>
              <w:spacing w:after="16"/>
            </w:pPr>
            <w:r>
              <w:rPr>
                <w:color w:val="000000"/>
                <w:sz w:val="16"/>
              </w:rPr>
              <w:t>razume zaporedje navodil</w:t>
            </w:r>
          </w:p>
          <w:p w14:paraId="766F5355" w14:textId="77777777" w:rsidR="00187E2C" w:rsidRDefault="00000000">
            <w:pPr>
              <w:pStyle w:val="Oznaenseznam"/>
              <w:spacing w:after="16"/>
            </w:pPr>
            <w:r>
              <w:rPr>
                <w:color w:val="000000"/>
                <w:sz w:val="16"/>
              </w:rPr>
              <w:t>sprašuje in odgovarja o poti</w:t>
            </w:r>
          </w:p>
          <w:p w14:paraId="27DCC7E9" w14:textId="77777777" w:rsidR="00187E2C" w:rsidRDefault="00000000">
            <w:pPr>
              <w:pStyle w:val="Oznaenseznam"/>
              <w:spacing w:after="16"/>
            </w:pPr>
            <w:r>
              <w:rPr>
                <w:color w:val="000000"/>
                <w:sz w:val="16"/>
              </w:rPr>
              <w:t>uporablja ustrezne prostorske izraze</w:t>
            </w:r>
          </w:p>
          <w:p w14:paraId="5BEDFC00" w14:textId="77777777" w:rsidR="00187E2C" w:rsidRDefault="00000000">
            <w:pPr>
              <w:spacing w:before="40" w:after="20" w:line="245" w:lineRule="auto"/>
            </w:pPr>
            <w:r>
              <w:rPr>
                <w:b/>
                <w:color w:val="000000"/>
                <w:sz w:val="17"/>
              </w:rPr>
              <w:t>PRIČAKOVANI DOSEŽKI / MINIMALNI POUDARKI</w:t>
            </w:r>
          </w:p>
          <w:p w14:paraId="53E97B58" w14:textId="77777777" w:rsidR="00187E2C" w:rsidRDefault="00000000">
            <w:pPr>
              <w:pStyle w:val="Oznaenseznam"/>
              <w:spacing w:after="16"/>
            </w:pPr>
            <w:r>
              <w:rPr>
                <w:color w:val="000000"/>
                <w:sz w:val="15"/>
              </w:rPr>
              <w:t>samostojno oziroma z dogovorjeno oporo razume zaporedje navodil</w:t>
            </w:r>
          </w:p>
          <w:p w14:paraId="3F2DB5A9" w14:textId="77777777" w:rsidR="00187E2C" w:rsidRDefault="00000000">
            <w:pPr>
              <w:pStyle w:val="Oznaenseznam"/>
              <w:spacing w:after="16"/>
            </w:pPr>
            <w:r>
              <w:rPr>
                <w:color w:val="000000"/>
                <w:sz w:val="15"/>
              </w:rPr>
              <w:t>samostojno oziroma z dogovorjeno oporo sprašuje in odgovarja o poti</w:t>
            </w:r>
          </w:p>
          <w:p w14:paraId="579EF44D" w14:textId="77777777" w:rsidR="00187E2C" w:rsidRDefault="00000000">
            <w:pPr>
              <w:pStyle w:val="Oznaenseznam"/>
              <w:spacing w:after="16"/>
            </w:pPr>
            <w:r>
              <w:rPr>
                <w:color w:val="000000"/>
                <w:sz w:val="15"/>
              </w:rPr>
              <w:t>samostojno oziroma z dogovorjeno oporo uporablja ustrezne prostorske izraze</w:t>
            </w:r>
          </w:p>
        </w:tc>
        <w:tc>
          <w:tcPr>
            <w:tcW w:w="7087" w:type="dxa"/>
            <w:tcMar>
              <w:top w:w="70" w:type="dxa"/>
              <w:left w:w="90" w:type="dxa"/>
              <w:bottom w:w="70" w:type="dxa"/>
              <w:right w:w="90" w:type="dxa"/>
            </w:tcMar>
          </w:tcPr>
          <w:p w14:paraId="080F1AF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D002332" w14:textId="77777777">
              <w:trPr>
                <w:jc w:val="center"/>
              </w:trPr>
              <w:tc>
                <w:tcPr>
                  <w:tcW w:w="7087" w:type="dxa"/>
                  <w:shd w:val="clear" w:color="auto" w:fill="C6E7F3"/>
                  <w:tcMar>
                    <w:top w:w="45" w:type="dxa"/>
                    <w:left w:w="70" w:type="dxa"/>
                    <w:bottom w:w="45" w:type="dxa"/>
                    <w:right w:w="70" w:type="dxa"/>
                  </w:tcMar>
                </w:tcPr>
                <w:p w14:paraId="468B6720" w14:textId="77777777" w:rsidR="00187E2C" w:rsidRDefault="00000000">
                  <w:pPr>
                    <w:keepNext/>
                  </w:pPr>
                  <w:r>
                    <w:rPr>
                      <w:b/>
                      <w:color w:val="000000"/>
                    </w:rPr>
                    <w:t>UVODNI DEL – motivacija, aktivacija predznanja in namen učenja (15–20 min)</w:t>
                  </w:r>
                </w:p>
              </w:tc>
            </w:tr>
          </w:tbl>
          <w:p w14:paraId="39531692" w14:textId="77777777" w:rsidR="00187E2C" w:rsidRDefault="00187E2C">
            <w:pPr>
              <w:spacing w:line="20" w:lineRule="exact"/>
            </w:pPr>
          </w:p>
          <w:p w14:paraId="4395BDF9" w14:textId="77777777" w:rsidR="00187E2C" w:rsidRDefault="00000000">
            <w:pPr>
              <w:spacing w:before="40" w:after="60" w:line="245" w:lineRule="auto"/>
            </w:pPr>
            <w:r>
              <w:rPr>
                <w:color w:val="000000"/>
                <w:sz w:val="16"/>
              </w:rPr>
              <w:t>Učenci ob naslovnici, odlomku ali ilustraciji dela »Rdeča kapica« – brata Grimm doživljajsko vstopijo v motiv varna pot, vidnost in premišljeno ravnanje. S kretnjo, predmetom, sliko, glasom ali kratko povedjo pokažejo predznanje in napoved. Izhodiščni odziv povežejo z dejavnostjo BRALNI LIST 5 – POIŠČEM PRVI ZLOG.</w:t>
            </w:r>
          </w:p>
          <w:tbl>
            <w:tblPr>
              <w:tblStyle w:val="Tabelamrea"/>
              <w:tblW w:w="0" w:type="auto"/>
              <w:jc w:val="center"/>
              <w:tblLayout w:type="fixed"/>
              <w:tblLook w:val="04A0" w:firstRow="1" w:lastRow="0" w:firstColumn="1" w:lastColumn="0" w:noHBand="0" w:noVBand="1"/>
            </w:tblPr>
            <w:tblGrid>
              <w:gridCol w:w="7087"/>
            </w:tblGrid>
            <w:tr w:rsidR="00187E2C" w14:paraId="0F73F31A" w14:textId="77777777">
              <w:trPr>
                <w:jc w:val="center"/>
              </w:trPr>
              <w:tc>
                <w:tcPr>
                  <w:tcW w:w="7087" w:type="dxa"/>
                  <w:shd w:val="clear" w:color="auto" w:fill="EDC9EA"/>
                  <w:tcMar>
                    <w:top w:w="45" w:type="dxa"/>
                    <w:left w:w="70" w:type="dxa"/>
                    <w:bottom w:w="45" w:type="dxa"/>
                    <w:right w:w="70" w:type="dxa"/>
                  </w:tcMar>
                </w:tcPr>
                <w:p w14:paraId="62A5D89D" w14:textId="77777777" w:rsidR="00187E2C" w:rsidRDefault="00000000">
                  <w:pPr>
                    <w:keepNext/>
                  </w:pPr>
                  <w:r>
                    <w:rPr>
                      <w:b/>
                      <w:color w:val="000000"/>
                    </w:rPr>
                    <w:t>NAMENI UČENJA</w:t>
                  </w:r>
                </w:p>
              </w:tc>
            </w:tr>
          </w:tbl>
          <w:p w14:paraId="6E41EDC8" w14:textId="77777777" w:rsidR="00187E2C" w:rsidRDefault="00187E2C">
            <w:pPr>
              <w:spacing w:line="20" w:lineRule="exact"/>
            </w:pPr>
          </w:p>
          <w:p w14:paraId="724BFA7A"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7D51F04" w14:textId="77777777" w:rsidR="00187E2C" w:rsidRDefault="00000000">
            <w:pPr>
              <w:pStyle w:val="Oznaenseznam"/>
              <w:spacing w:after="16"/>
            </w:pPr>
            <w:r>
              <w:rPr>
                <w:color w:val="000000"/>
                <w:sz w:val="16"/>
              </w:rPr>
              <w:t>razumem zaporedje navodil</w:t>
            </w:r>
          </w:p>
          <w:p w14:paraId="7613D0AA" w14:textId="77777777" w:rsidR="00187E2C" w:rsidRDefault="00000000">
            <w:pPr>
              <w:pStyle w:val="Oznaenseznam"/>
              <w:spacing w:after="16"/>
            </w:pPr>
            <w:r>
              <w:rPr>
                <w:color w:val="000000"/>
                <w:sz w:val="16"/>
              </w:rPr>
              <w:t>sprašuje in odgovarja o poti</w:t>
            </w:r>
          </w:p>
          <w:p w14:paraId="7138FF64" w14:textId="77777777" w:rsidR="00187E2C" w:rsidRDefault="00000000">
            <w:pPr>
              <w:pStyle w:val="Oznaenseznam"/>
              <w:spacing w:after="16"/>
            </w:pPr>
            <w:r>
              <w:rPr>
                <w:color w:val="000000"/>
                <w:sz w:val="16"/>
              </w:rPr>
              <w:t>uporabljam ustrezne prostorske izraze</w:t>
            </w:r>
          </w:p>
          <w:tbl>
            <w:tblPr>
              <w:tblStyle w:val="Tabelamrea"/>
              <w:tblW w:w="0" w:type="auto"/>
              <w:jc w:val="center"/>
              <w:tblLayout w:type="fixed"/>
              <w:tblLook w:val="04A0" w:firstRow="1" w:lastRow="0" w:firstColumn="1" w:lastColumn="0" w:noHBand="0" w:noVBand="1"/>
            </w:tblPr>
            <w:tblGrid>
              <w:gridCol w:w="7087"/>
            </w:tblGrid>
            <w:tr w:rsidR="00187E2C" w14:paraId="57BF6A41" w14:textId="77777777">
              <w:trPr>
                <w:jc w:val="center"/>
              </w:trPr>
              <w:tc>
                <w:tcPr>
                  <w:tcW w:w="7087" w:type="dxa"/>
                  <w:shd w:val="clear" w:color="auto" w:fill="EDC9EA"/>
                  <w:tcMar>
                    <w:top w:w="45" w:type="dxa"/>
                    <w:left w:w="70" w:type="dxa"/>
                    <w:bottom w:w="45" w:type="dxa"/>
                    <w:right w:w="70" w:type="dxa"/>
                  </w:tcMar>
                </w:tcPr>
                <w:p w14:paraId="32AAA66D" w14:textId="77777777" w:rsidR="00187E2C" w:rsidRDefault="00000000">
                  <w:pPr>
                    <w:keepNext/>
                  </w:pPr>
                  <w:r>
                    <w:rPr>
                      <w:b/>
                      <w:color w:val="000000"/>
                    </w:rPr>
                    <w:t>PREVERJANJE PREDZNANJA</w:t>
                  </w:r>
                </w:p>
              </w:tc>
            </w:tr>
          </w:tbl>
          <w:p w14:paraId="655C2477" w14:textId="77777777" w:rsidR="00187E2C" w:rsidRDefault="00187E2C">
            <w:pPr>
              <w:spacing w:line="20" w:lineRule="exact"/>
            </w:pPr>
          </w:p>
          <w:p w14:paraId="1AEFD5CE" w14:textId="77777777" w:rsidR="00187E2C" w:rsidRDefault="00000000">
            <w:pPr>
              <w:pStyle w:val="Oznaenseznam"/>
              <w:spacing w:after="16"/>
            </w:pPr>
            <w:r>
              <w:rPr>
                <w:color w:val="000000"/>
                <w:sz w:val="16"/>
              </w:rPr>
              <w:t>Kaj mi naslovnica, ilustracija ali naslov pove o motivu varna pot, vidnost in premišljeno ravnanje?</w:t>
            </w:r>
          </w:p>
          <w:p w14:paraId="7DE9FAE0" w14:textId="77777777" w:rsidR="00187E2C" w:rsidRDefault="00000000">
            <w:pPr>
              <w:pStyle w:val="Oznaenseznam"/>
              <w:spacing w:after="16"/>
            </w:pPr>
            <w:r>
              <w:rPr>
                <w:color w:val="000000"/>
                <w:sz w:val="16"/>
              </w:rPr>
              <w:t>Katero strategijo lahko uporabim pri dejavnosti »POIŠČEM PRVI ZLOG«?</w:t>
            </w:r>
          </w:p>
          <w:p w14:paraId="144A68AD"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29E40084" w14:textId="77777777">
              <w:trPr>
                <w:jc w:val="center"/>
              </w:trPr>
              <w:tc>
                <w:tcPr>
                  <w:tcW w:w="7087" w:type="dxa"/>
                  <w:shd w:val="clear" w:color="auto" w:fill="EDC9EA"/>
                  <w:tcMar>
                    <w:top w:w="45" w:type="dxa"/>
                    <w:left w:w="70" w:type="dxa"/>
                    <w:bottom w:w="45" w:type="dxa"/>
                    <w:right w:w="70" w:type="dxa"/>
                  </w:tcMar>
                </w:tcPr>
                <w:p w14:paraId="059E6DB9" w14:textId="77777777" w:rsidR="00187E2C" w:rsidRDefault="00000000">
                  <w:pPr>
                    <w:keepNext/>
                  </w:pPr>
                  <w:r>
                    <w:rPr>
                      <w:b/>
                      <w:color w:val="000000"/>
                    </w:rPr>
                    <w:t>KRITERIJI USPEŠNOSTI</w:t>
                  </w:r>
                </w:p>
              </w:tc>
            </w:tr>
          </w:tbl>
          <w:p w14:paraId="2AF4852C" w14:textId="77777777" w:rsidR="00187E2C" w:rsidRDefault="00187E2C"/>
          <w:p w14:paraId="01A5ABD3" w14:textId="77777777" w:rsidR="00187E2C" w:rsidRDefault="00000000">
            <w:pPr>
              <w:spacing w:before="20" w:after="20" w:line="245" w:lineRule="auto"/>
            </w:pPr>
            <w:r>
              <w:rPr>
                <w:b/>
                <w:color w:val="000000"/>
                <w:sz w:val="16"/>
              </w:rPr>
              <w:t>Uspešen/-na bom, ko:</w:t>
            </w:r>
          </w:p>
          <w:p w14:paraId="4BBD7207" w14:textId="77777777" w:rsidR="00187E2C" w:rsidRDefault="00000000">
            <w:pPr>
              <w:pStyle w:val="Oznaenseznam"/>
              <w:spacing w:after="16"/>
            </w:pPr>
            <w:r>
              <w:rPr>
                <w:color w:val="000000"/>
                <w:sz w:val="16"/>
              </w:rPr>
              <w:t>razumem zaporedje navodil</w:t>
            </w:r>
          </w:p>
          <w:p w14:paraId="3DCC4F1C" w14:textId="77777777" w:rsidR="00187E2C" w:rsidRDefault="00000000">
            <w:pPr>
              <w:pStyle w:val="Oznaenseznam"/>
              <w:spacing w:after="16"/>
            </w:pPr>
            <w:r>
              <w:rPr>
                <w:color w:val="000000"/>
                <w:sz w:val="16"/>
              </w:rPr>
              <w:t>sprašuje in odgovarja o poti</w:t>
            </w:r>
          </w:p>
          <w:p w14:paraId="6203BEEF" w14:textId="77777777" w:rsidR="00187E2C" w:rsidRDefault="00000000">
            <w:pPr>
              <w:pStyle w:val="Oznaenseznam"/>
              <w:spacing w:after="16"/>
            </w:pPr>
            <w:r>
              <w:rPr>
                <w:color w:val="000000"/>
                <w:sz w:val="16"/>
              </w:rPr>
              <w:t>uporabljam ustrezne prostorske izraze</w:t>
            </w:r>
          </w:p>
          <w:p w14:paraId="44C0C7E4"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2C15357" w14:textId="77777777" w:rsidR="00187E2C" w:rsidRDefault="00187E2C"/>
          <w:p w14:paraId="3DA6FE75"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4A7C9DC7" w14:textId="77777777" w:rsidR="00187E2C" w:rsidRDefault="00000000">
            <w:pPr>
              <w:spacing w:after="80" w:line="245" w:lineRule="auto"/>
            </w:pPr>
            <w:r>
              <w:rPr>
                <w:color w:val="000000"/>
                <w:sz w:val="16"/>
              </w:rPr>
              <w:t>Pove, pokaže ali nariše, kaj že ve in katero strategijo bi uporabil.</w:t>
            </w:r>
          </w:p>
          <w:p w14:paraId="29BDBBE1" w14:textId="77777777" w:rsidR="00187E2C" w:rsidRDefault="00000000">
            <w:pPr>
              <w:spacing w:after="100" w:line="245" w:lineRule="auto"/>
            </w:pPr>
            <w:r>
              <w:rPr>
                <w:color w:val="000000"/>
                <w:sz w:val="16"/>
              </w:rPr>
              <w:t>Sodeluje pri razumevanju namenov in kriterijev uspešnosti.</w:t>
            </w:r>
          </w:p>
          <w:p w14:paraId="6EDD5F62" w14:textId="77777777" w:rsidR="00187E2C" w:rsidRDefault="00000000">
            <w:pPr>
              <w:spacing w:after="20" w:line="245" w:lineRule="auto"/>
            </w:pPr>
            <w:r>
              <w:rPr>
                <w:b/>
                <w:color w:val="D95BC6"/>
                <w:sz w:val="17"/>
              </w:rPr>
              <w:t>DOKAZ O UČENJU</w:t>
            </w:r>
          </w:p>
          <w:p w14:paraId="3DA118BB"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41E4748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E8929A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578CF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DC736AB" w14:textId="77777777" w:rsidR="00187E2C" w:rsidRDefault="00000000">
            <w:pPr>
              <w:jc w:val="center"/>
            </w:pPr>
            <w:r>
              <w:rPr>
                <w:b/>
                <w:color w:val="000000"/>
                <w:sz w:val="20"/>
              </w:rPr>
              <w:t>UČNE DEJAVNOSTI, METODE IN FORMATIVNO SPREMLJANJE</w:t>
            </w:r>
          </w:p>
        </w:tc>
      </w:tr>
      <w:tr w:rsidR="00187E2C" w14:paraId="7CEB639D" w14:textId="77777777">
        <w:trPr>
          <w:tblHeader/>
          <w:jc w:val="center"/>
        </w:trPr>
        <w:tc>
          <w:tcPr>
            <w:tcW w:w="4422" w:type="dxa"/>
            <w:vMerge/>
            <w:tcMar>
              <w:top w:w="70" w:type="dxa"/>
              <w:left w:w="90" w:type="dxa"/>
              <w:bottom w:w="70" w:type="dxa"/>
              <w:right w:w="90" w:type="dxa"/>
            </w:tcMar>
            <w:vAlign w:val="center"/>
          </w:tcPr>
          <w:p w14:paraId="2F0F6B85" w14:textId="77777777" w:rsidR="00187E2C" w:rsidRDefault="00187E2C"/>
        </w:tc>
        <w:tc>
          <w:tcPr>
            <w:tcW w:w="7087" w:type="dxa"/>
            <w:shd w:val="clear" w:color="auto" w:fill="FFFFFF"/>
            <w:tcMar>
              <w:top w:w="70" w:type="dxa"/>
              <w:left w:w="90" w:type="dxa"/>
              <w:bottom w:w="70" w:type="dxa"/>
              <w:right w:w="90" w:type="dxa"/>
            </w:tcMar>
            <w:vAlign w:val="center"/>
          </w:tcPr>
          <w:p w14:paraId="7D9C993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BAED341" w14:textId="77777777" w:rsidR="00187E2C" w:rsidRDefault="00000000">
            <w:pPr>
              <w:jc w:val="center"/>
            </w:pPr>
            <w:r>
              <w:rPr>
                <w:b/>
                <w:color w:val="000000"/>
              </w:rPr>
              <w:t>UČENEC</w:t>
            </w:r>
          </w:p>
        </w:tc>
      </w:tr>
      <w:tr w:rsidR="00187E2C" w14:paraId="3545A5F3" w14:textId="77777777">
        <w:trPr>
          <w:jc w:val="center"/>
        </w:trPr>
        <w:tc>
          <w:tcPr>
            <w:tcW w:w="4422" w:type="dxa"/>
            <w:tcMar>
              <w:top w:w="70" w:type="dxa"/>
              <w:left w:w="90" w:type="dxa"/>
              <w:bottom w:w="70" w:type="dxa"/>
              <w:right w:w="90" w:type="dxa"/>
            </w:tcMar>
          </w:tcPr>
          <w:p w14:paraId="6D5979BD" w14:textId="77777777" w:rsidR="00187E2C" w:rsidRDefault="00187E2C"/>
          <w:p w14:paraId="1CA043AB" w14:textId="77777777" w:rsidR="00187E2C" w:rsidRDefault="00000000">
            <w:pPr>
              <w:spacing w:after="40" w:line="245" w:lineRule="auto"/>
            </w:pPr>
            <w:r>
              <w:rPr>
                <w:b/>
                <w:color w:val="000000"/>
              </w:rPr>
              <w:t>KLJUČNI POJMI</w:t>
            </w:r>
          </w:p>
          <w:p w14:paraId="4B50C246"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7439D862" w14:textId="77777777" w:rsidR="00187E2C" w:rsidRDefault="00000000">
            <w:pPr>
              <w:spacing w:after="20" w:line="245" w:lineRule="auto"/>
            </w:pPr>
            <w:r>
              <w:rPr>
                <w:b/>
                <w:color w:val="000000"/>
                <w:sz w:val="17"/>
              </w:rPr>
              <w:t>DOKAZI O UČENJU</w:t>
            </w:r>
          </w:p>
          <w:p w14:paraId="6A2F2973" w14:textId="77777777" w:rsidR="00187E2C" w:rsidRDefault="00000000">
            <w:pPr>
              <w:pStyle w:val="Oznaenseznam"/>
              <w:spacing w:after="9"/>
            </w:pPr>
            <w:r>
              <w:rPr>
                <w:color w:val="000000"/>
                <w:sz w:val="15"/>
              </w:rPr>
              <w:t>pravilno označeni prvi zlogi v najmanj štirih besedah.</w:t>
            </w:r>
          </w:p>
          <w:p w14:paraId="2E5618BD" w14:textId="77777777" w:rsidR="00187E2C" w:rsidRDefault="00000000">
            <w:pPr>
              <w:pStyle w:val="Oznaenseznam"/>
              <w:spacing w:after="9"/>
            </w:pPr>
            <w:r>
              <w:rPr>
                <w:color w:val="000000"/>
                <w:sz w:val="15"/>
              </w:rPr>
              <w:t>zvočni posnetek ali anekdotski zapis kratke izmenjave.</w:t>
            </w:r>
          </w:p>
          <w:p w14:paraId="37FFDD15" w14:textId="77777777" w:rsidR="00187E2C" w:rsidRDefault="00000000">
            <w:pPr>
              <w:pStyle w:val="Oznaenseznam"/>
              <w:spacing w:after="9"/>
            </w:pPr>
            <w:r>
              <w:rPr>
                <w:color w:val="000000"/>
                <w:sz w:val="15"/>
              </w:rPr>
              <w:t>pravilno sestavljen primer in učenčeva ustna razlaga postopka.</w:t>
            </w:r>
          </w:p>
          <w:p w14:paraId="6DD140F9" w14:textId="77777777" w:rsidR="00187E2C" w:rsidRDefault="00000000">
            <w:pPr>
              <w:pStyle w:val="Oznaenseznam"/>
              <w:spacing w:after="9"/>
            </w:pPr>
            <w:r>
              <w:rPr>
                <w:color w:val="000000"/>
                <w:sz w:val="15"/>
              </w:rPr>
              <w:t>datiran zapis v mapi in kratek komentar učenca o najuspešnejšem delu.</w:t>
            </w:r>
          </w:p>
          <w:p w14:paraId="0FB68234" w14:textId="77777777" w:rsidR="00187E2C" w:rsidRDefault="00000000">
            <w:pPr>
              <w:pStyle w:val="Oznaenseznam"/>
              <w:spacing w:after="9"/>
            </w:pPr>
            <w:r>
              <w:rPr>
                <w:color w:val="000000"/>
                <w:sz w:val="15"/>
              </w:rPr>
              <w:t>nastop/izdelek, vrstniška povratna informacija in samovrednotenje.</w:t>
            </w:r>
          </w:p>
          <w:p w14:paraId="67ADAE2D" w14:textId="77777777" w:rsidR="00187E2C" w:rsidRDefault="00000000">
            <w:pPr>
              <w:spacing w:before="40" w:after="20" w:line="245" w:lineRule="auto"/>
            </w:pPr>
            <w:r>
              <w:rPr>
                <w:b/>
                <w:color w:val="000000"/>
                <w:sz w:val="17"/>
              </w:rPr>
              <w:t>KNJIŽEVNO DOŽIVETJE IN IZKUŠENJSKI POUK</w:t>
            </w:r>
          </w:p>
          <w:p w14:paraId="0CFFD169"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4D11738C" w14:textId="77777777" w:rsidR="00187E2C" w:rsidRDefault="00000000">
            <w:pPr>
              <w:spacing w:after="20" w:line="245" w:lineRule="auto"/>
            </w:pPr>
            <w:r>
              <w:rPr>
                <w:b/>
                <w:color w:val="000000"/>
                <w:sz w:val="17"/>
              </w:rPr>
              <w:t>POUČEVANJE V GIBANJU</w:t>
            </w:r>
          </w:p>
          <w:p w14:paraId="318AA9DC"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2FA33B42" w14:textId="77777777" w:rsidR="00187E2C" w:rsidRDefault="00000000">
            <w:pPr>
              <w:spacing w:after="20" w:line="245" w:lineRule="auto"/>
            </w:pPr>
            <w:r>
              <w:rPr>
                <w:b/>
                <w:color w:val="000000"/>
                <w:sz w:val="17"/>
              </w:rPr>
              <w:t>DELO PO POSTAJAH</w:t>
            </w:r>
          </w:p>
          <w:p w14:paraId="242520C1"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5, modelirano, vodeno ali ponovljeno branje; 4. slikovno-pisna – urejam zaporedje, rišem, dopolnim ali zapišem odziv ter izbor dokaza, povratna informacija in naslednji korak.</w:t>
            </w:r>
          </w:p>
          <w:p w14:paraId="3F66546B" w14:textId="77777777" w:rsidR="00187E2C" w:rsidRDefault="00000000">
            <w:pPr>
              <w:spacing w:after="20" w:line="245" w:lineRule="auto"/>
            </w:pPr>
            <w:r>
              <w:rPr>
                <w:b/>
                <w:color w:val="000000"/>
                <w:sz w:val="17"/>
              </w:rPr>
              <w:t>DIFERENCIACIJA IN VKLJUČEVANJE</w:t>
            </w:r>
          </w:p>
          <w:p w14:paraId="53C17193"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3F2EF30A" w14:textId="77777777" w:rsidR="00187E2C" w:rsidRDefault="00000000">
            <w:pPr>
              <w:spacing w:after="20" w:line="245" w:lineRule="auto"/>
            </w:pPr>
            <w:r>
              <w:rPr>
                <w:b/>
                <w:color w:val="000000"/>
                <w:sz w:val="17"/>
              </w:rPr>
              <w:t>SPREMLJANJE</w:t>
            </w:r>
          </w:p>
          <w:p w14:paraId="072E89EC"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1F6DDA8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67598ED" w14:textId="77777777">
              <w:trPr>
                <w:jc w:val="center"/>
              </w:trPr>
              <w:tc>
                <w:tcPr>
                  <w:tcW w:w="7087" w:type="dxa"/>
                  <w:shd w:val="clear" w:color="auto" w:fill="C6E7F3"/>
                  <w:tcMar>
                    <w:top w:w="45" w:type="dxa"/>
                    <w:left w:w="70" w:type="dxa"/>
                    <w:bottom w:w="45" w:type="dxa"/>
                    <w:right w:w="70" w:type="dxa"/>
                  </w:tcMar>
                </w:tcPr>
                <w:p w14:paraId="54665FCA" w14:textId="77777777" w:rsidR="00187E2C" w:rsidRDefault="00000000">
                  <w:pPr>
                    <w:keepNext/>
                  </w:pPr>
                  <w:r>
                    <w:rPr>
                      <w:b/>
                      <w:color w:val="000000"/>
                      <w:sz w:val="17"/>
                    </w:rPr>
                    <w:t>GLAVNI DEL – DOŽIVLJAJSKO, JEZIKOVNO IN OPISMENJEVALNO UČENJE (5 šolskih ur)</w:t>
                  </w:r>
                </w:p>
              </w:tc>
            </w:tr>
          </w:tbl>
          <w:p w14:paraId="1878C66B" w14:textId="77777777" w:rsidR="00187E2C" w:rsidRDefault="00187E2C">
            <w:pPr>
              <w:spacing w:line="20" w:lineRule="exact"/>
            </w:pPr>
          </w:p>
          <w:p w14:paraId="6C60B655" w14:textId="77777777" w:rsidR="00187E2C" w:rsidRDefault="00000000">
            <w:pPr>
              <w:keepNext/>
              <w:spacing w:before="22" w:after="6" w:line="245" w:lineRule="auto"/>
            </w:pPr>
            <w:r>
              <w:rPr>
                <w:b/>
                <w:color w:val="000000"/>
                <w:sz w:val="16"/>
              </w:rPr>
              <w:t>1. URA – Poiščem prvi zlog</w:t>
            </w:r>
          </w:p>
          <w:p w14:paraId="553FD550" w14:textId="77777777" w:rsidR="00187E2C" w:rsidRDefault="00000000">
            <w:pPr>
              <w:spacing w:after="7" w:line="245" w:lineRule="auto"/>
            </w:pPr>
            <w:r>
              <w:rPr>
                <w:b/>
                <w:color w:val="000000"/>
                <w:sz w:val="15"/>
              </w:rPr>
              <w:t xml:space="preserve">Dejavnost učiteljice: </w:t>
            </w:r>
            <w:r>
              <w:rPr>
                <w:color w:val="000000"/>
                <w:sz w:val="15"/>
              </w:rPr>
              <w:t>Vodi naloge Bralnega lista 5: zlogovanje besed, povezovanje enakih zlogov, risba ter zlogovna pot. Sprotno prilagaja dolžino besed.</w:t>
            </w:r>
          </w:p>
          <w:p w14:paraId="0CE7306A" w14:textId="77777777" w:rsidR="00187E2C" w:rsidRDefault="00000000">
            <w:pPr>
              <w:spacing w:after="7" w:line="245" w:lineRule="auto"/>
            </w:pPr>
            <w:r>
              <w:rPr>
                <w:b/>
                <w:color w:val="000000"/>
                <w:sz w:val="15"/>
              </w:rPr>
              <w:t xml:space="preserve">Dejavnost učencev: </w:t>
            </w:r>
            <w:r>
              <w:rPr>
                <w:color w:val="000000"/>
                <w:sz w:val="15"/>
              </w:rPr>
              <w:t>Na Bralnem listu 5 označuje ter povezuje zloge, nariše svoj primer in izvede zlogovno pot.</w:t>
            </w:r>
          </w:p>
          <w:p w14:paraId="1C38F786" w14:textId="77777777" w:rsidR="00187E2C" w:rsidRDefault="00000000">
            <w:pPr>
              <w:spacing w:after="15" w:line="245" w:lineRule="auto"/>
            </w:pPr>
            <w:r>
              <w:rPr>
                <w:i/>
                <w:color w:val="D95BC6"/>
                <w:sz w:val="14"/>
              </w:rPr>
              <w:t>Predvideni dokaz: pravilno označeni prvi zlogi v najmanj štirih besedah..</w:t>
            </w:r>
          </w:p>
          <w:p w14:paraId="507C9F2E" w14:textId="77777777" w:rsidR="00187E2C" w:rsidRDefault="00000000">
            <w:pPr>
              <w:keepNext/>
              <w:spacing w:before="22" w:after="6" w:line="245" w:lineRule="auto"/>
            </w:pPr>
            <w:r>
              <w:rPr>
                <w:b/>
                <w:color w:val="000000"/>
                <w:sz w:val="16"/>
              </w:rPr>
              <w:t>2. URA – Navodilo in pogovor – Govorim in pojasnjujem</w:t>
            </w:r>
          </w:p>
          <w:p w14:paraId="57F376D6" w14:textId="77777777" w:rsidR="00187E2C" w:rsidRDefault="00000000">
            <w:pPr>
              <w:spacing w:after="7" w:line="245" w:lineRule="auto"/>
            </w:pPr>
            <w:r>
              <w:rPr>
                <w:b/>
                <w:color w:val="000000"/>
                <w:sz w:val="15"/>
              </w:rPr>
              <w:t xml:space="preserve">Dejavnost učiteljice: </w:t>
            </w:r>
            <w:r>
              <w:rPr>
                <w:color w:val="000000"/>
                <w:sz w:val="15"/>
              </w:rPr>
              <w:t>Modelira pogovor ali pripoved ter ponudi slikovne opore in začetke povedi; sproti zbira individualne dokaze in prilagodi oporo.</w:t>
            </w:r>
          </w:p>
          <w:p w14:paraId="3222C264" w14:textId="77777777" w:rsidR="00187E2C" w:rsidRDefault="00000000">
            <w:pPr>
              <w:spacing w:after="7" w:line="245" w:lineRule="auto"/>
            </w:pPr>
            <w:r>
              <w:rPr>
                <w:b/>
                <w:color w:val="000000"/>
                <w:sz w:val="15"/>
              </w:rPr>
              <w:t xml:space="preserve">Dejavnost učencev: </w:t>
            </w:r>
            <w:r>
              <w:rPr>
                <w:color w:val="000000"/>
                <w:sz w:val="15"/>
              </w:rPr>
              <w:t>V paru govori in posluša, zamenja vlogo, postavi vprašanje ter uporabi besedo iz tedenske besedne banke; dejavnost poveže s ciljem »sprašuje in odgovarja o poti«.</w:t>
            </w:r>
          </w:p>
          <w:p w14:paraId="7A883736" w14:textId="77777777" w:rsidR="00187E2C" w:rsidRDefault="00000000">
            <w:pPr>
              <w:spacing w:after="15" w:line="245" w:lineRule="auto"/>
            </w:pPr>
            <w:r>
              <w:rPr>
                <w:i/>
                <w:color w:val="D95BC6"/>
                <w:sz w:val="14"/>
              </w:rPr>
              <w:t>Predvideni dokaz: zvočni posnetek ali anekdotski zapis kratke izmenjave..</w:t>
            </w:r>
          </w:p>
          <w:p w14:paraId="56BB1E5B" w14:textId="77777777" w:rsidR="00187E2C" w:rsidRDefault="00000000">
            <w:pPr>
              <w:keepNext/>
              <w:spacing w:before="22" w:after="6" w:line="245" w:lineRule="auto"/>
            </w:pPr>
            <w:r>
              <w:rPr>
                <w:b/>
                <w:color w:val="000000"/>
                <w:sz w:val="16"/>
              </w:rPr>
              <w:t>3. URA – Navodilo in pogovor – Razčlenjujem jezik</w:t>
            </w:r>
          </w:p>
          <w:p w14:paraId="6388801E" w14:textId="77777777" w:rsidR="00187E2C" w:rsidRDefault="00000000">
            <w:pPr>
              <w:spacing w:after="7" w:line="245" w:lineRule="auto"/>
            </w:pPr>
            <w:r>
              <w:rPr>
                <w:b/>
                <w:color w:val="000000"/>
                <w:sz w:val="15"/>
              </w:rPr>
              <w:t xml:space="preserve">Dejavnost učiteljice: </w:t>
            </w:r>
            <w:r>
              <w:rPr>
                <w:color w:val="000000"/>
                <w:sz w:val="15"/>
              </w:rPr>
              <w:t>Pripravi talne kartice glasov, zlogov, besed ali povedi in najprej modelira eno razčlenitev; sproti zbira individualne dokaze in prilagodi oporo.</w:t>
            </w:r>
          </w:p>
          <w:p w14:paraId="06A7F0CB" w14:textId="77777777" w:rsidR="00187E2C" w:rsidRDefault="00000000">
            <w:pPr>
              <w:spacing w:after="7" w:line="245" w:lineRule="auto"/>
            </w:pPr>
            <w:r>
              <w:rPr>
                <w:b/>
                <w:color w:val="000000"/>
                <w:sz w:val="15"/>
              </w:rPr>
              <w:t xml:space="preserve">Dejavnost učencev: </w:t>
            </w:r>
            <w:r>
              <w:rPr>
                <w:color w:val="000000"/>
                <w:sz w:val="15"/>
              </w:rPr>
              <w:t>Ploska, stopa, razstavlja in sestavlja; primer razvrsti ter svojo rešitev preveri s sošolcem; dejavnost poveže s ciljem »uporablja ustrezne prostorske izraze«.</w:t>
            </w:r>
          </w:p>
          <w:p w14:paraId="73CD52D1" w14:textId="77777777" w:rsidR="00187E2C" w:rsidRDefault="00000000">
            <w:pPr>
              <w:spacing w:after="15" w:line="245" w:lineRule="auto"/>
            </w:pPr>
            <w:r>
              <w:rPr>
                <w:i/>
                <w:color w:val="D95BC6"/>
                <w:sz w:val="14"/>
              </w:rPr>
              <w:t>Predvideni dokaz: pravilno sestavljen primer in učenčeva ustna razlaga postopka..</w:t>
            </w:r>
          </w:p>
          <w:p w14:paraId="26EF092C" w14:textId="77777777" w:rsidR="00187E2C" w:rsidRDefault="00000000">
            <w:pPr>
              <w:keepNext/>
              <w:spacing w:before="22" w:after="6" w:line="245" w:lineRule="auto"/>
            </w:pPr>
            <w:r>
              <w:rPr>
                <w:b/>
                <w:color w:val="000000"/>
                <w:sz w:val="16"/>
              </w:rPr>
              <w:t>4. URA – Navodilo in pogovor – Pišem in ustvarjam</w:t>
            </w:r>
          </w:p>
          <w:p w14:paraId="3B3FB088" w14:textId="77777777" w:rsidR="00187E2C" w:rsidRDefault="00000000">
            <w:pPr>
              <w:spacing w:after="7" w:line="245" w:lineRule="auto"/>
            </w:pPr>
            <w:r>
              <w:rPr>
                <w:b/>
                <w:color w:val="000000"/>
                <w:sz w:val="15"/>
              </w:rPr>
              <w:t xml:space="preserve">Dejavnost učiteljice: </w:t>
            </w:r>
            <w:r>
              <w:rPr>
                <w:color w:val="000000"/>
                <w:sz w:val="15"/>
              </w:rPr>
              <w:t>Pokaže grafomotorični ali pisni korak, nato umakne model in opazuje individualno izvedbo; sproti zbira individualne dokaze in prilagodi oporo.</w:t>
            </w:r>
          </w:p>
          <w:p w14:paraId="15641931" w14:textId="77777777" w:rsidR="00187E2C" w:rsidRDefault="00000000">
            <w:pPr>
              <w:spacing w:after="7" w:line="245" w:lineRule="auto"/>
            </w:pPr>
            <w:r>
              <w:rPr>
                <w:b/>
                <w:color w:val="000000"/>
                <w:sz w:val="15"/>
              </w:rPr>
              <w:t xml:space="preserve">Dejavnost učencev: </w:t>
            </w:r>
            <w:r>
              <w:rPr>
                <w:color w:val="000000"/>
                <w:sz w:val="15"/>
              </w:rPr>
              <w:t>Najprej potezo izvede s celim telesom, nato v pesku/zraku in na listu; zapiše znak, besedo ali poved po svojih zmožnostih.</w:t>
            </w:r>
          </w:p>
          <w:p w14:paraId="3C2720BA" w14:textId="77777777" w:rsidR="00187E2C" w:rsidRDefault="00000000">
            <w:pPr>
              <w:spacing w:after="15" w:line="245" w:lineRule="auto"/>
            </w:pPr>
            <w:r>
              <w:rPr>
                <w:i/>
                <w:color w:val="D95BC6"/>
                <w:sz w:val="14"/>
              </w:rPr>
              <w:t>Predvideni dokaz: datiran zapis v mapi in kratek komentar učenca o najuspešnejšem delu..</w:t>
            </w:r>
          </w:p>
          <w:p w14:paraId="441F54B0" w14:textId="77777777" w:rsidR="00187E2C" w:rsidRDefault="00000000">
            <w:pPr>
              <w:keepNext/>
              <w:spacing w:before="22" w:after="6" w:line="245" w:lineRule="auto"/>
            </w:pPr>
            <w:r>
              <w:rPr>
                <w:b/>
                <w:color w:val="000000"/>
                <w:sz w:val="16"/>
              </w:rPr>
              <w:t>5. URA – Navodilo in pogovor – Predstavim in vrednotim</w:t>
            </w:r>
          </w:p>
          <w:p w14:paraId="0100CAF8" w14:textId="77777777" w:rsidR="00187E2C" w:rsidRDefault="00000000">
            <w:pPr>
              <w:spacing w:after="7" w:line="245" w:lineRule="auto"/>
            </w:pPr>
            <w:r>
              <w:rPr>
                <w:b/>
                <w:color w:val="000000"/>
                <w:sz w:val="15"/>
              </w:rPr>
              <w:t xml:space="preserve">Dejavnost učiteljice: </w:t>
            </w:r>
            <w:r>
              <w:rPr>
                <w:color w:val="000000"/>
                <w:sz w:val="15"/>
              </w:rPr>
              <w:t>Organizira mini oder ali galerijo, ponovi kriterije razločnosti in poslušanja ter modelira opisno povratno informacijo; sproti zbira individualne dokaze in prilagodi oporo.</w:t>
            </w:r>
          </w:p>
          <w:p w14:paraId="16773635" w14:textId="77777777" w:rsidR="00187E2C" w:rsidRDefault="00000000">
            <w:pPr>
              <w:spacing w:after="7" w:line="245" w:lineRule="auto"/>
            </w:pPr>
            <w:r>
              <w:rPr>
                <w:b/>
                <w:color w:val="000000"/>
                <w:sz w:val="15"/>
              </w:rPr>
              <w:t xml:space="preserve">Dejavnost učencev: </w:t>
            </w:r>
            <w:r>
              <w:rPr>
                <w:color w:val="000000"/>
                <w:sz w:val="15"/>
              </w:rPr>
              <w:t>Pripoveduje, bere, dramatizira ali predstavi zapis; vrstniku pove eno opaženo moč in eno vprašanje; dejavnost poveže s ciljem »razume zaporedje navodil«.</w:t>
            </w:r>
          </w:p>
          <w:p w14:paraId="766745E0"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12F79C4C" w14:textId="77777777">
              <w:trPr>
                <w:jc w:val="center"/>
              </w:trPr>
              <w:tc>
                <w:tcPr>
                  <w:tcW w:w="7087" w:type="dxa"/>
                  <w:shd w:val="clear" w:color="auto" w:fill="EDC9EA"/>
                  <w:tcMar>
                    <w:top w:w="45" w:type="dxa"/>
                    <w:left w:w="70" w:type="dxa"/>
                    <w:bottom w:w="45" w:type="dxa"/>
                    <w:right w:w="70" w:type="dxa"/>
                  </w:tcMar>
                </w:tcPr>
                <w:p w14:paraId="72F097AC" w14:textId="77777777" w:rsidR="00187E2C" w:rsidRDefault="00000000">
                  <w:pPr>
                    <w:keepNext/>
                  </w:pPr>
                  <w:r>
                    <w:rPr>
                      <w:b/>
                      <w:color w:val="000000"/>
                      <w:sz w:val="17"/>
                    </w:rPr>
                    <w:t>POVRATNA INFORMACIJA UČITELJICE MED DELOM</w:t>
                  </w:r>
                </w:p>
              </w:tc>
            </w:tr>
          </w:tbl>
          <w:p w14:paraId="4033B7FF" w14:textId="77777777" w:rsidR="00187E2C" w:rsidRDefault="00187E2C"/>
          <w:p w14:paraId="1B2687CF"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3034BF55" w14:textId="77777777" w:rsidR="00187E2C" w:rsidRDefault="00187E2C"/>
          <w:p w14:paraId="729CDD05" w14:textId="77777777" w:rsidR="00187E2C" w:rsidRDefault="00000000">
            <w:pPr>
              <w:spacing w:after="4" w:line="245" w:lineRule="auto"/>
            </w:pPr>
            <w:r>
              <w:rPr>
                <w:b/>
                <w:color w:val="000000"/>
                <w:sz w:val="15"/>
              </w:rPr>
              <w:t>1. URA – Poiščem prvi zlog</w:t>
            </w:r>
          </w:p>
          <w:p w14:paraId="06D7EB0D" w14:textId="77777777" w:rsidR="00187E2C" w:rsidRDefault="00000000">
            <w:pPr>
              <w:spacing w:after="7" w:line="245" w:lineRule="auto"/>
            </w:pPr>
            <w:r>
              <w:rPr>
                <w:color w:val="000000"/>
                <w:sz w:val="14"/>
              </w:rPr>
              <w:t>Na Bralnem listu 5 označuje ter povezuje zloge, nariše svoj primer in izvede zlogovno pot.</w:t>
            </w:r>
          </w:p>
          <w:p w14:paraId="24610A4C" w14:textId="77777777" w:rsidR="00187E2C" w:rsidRDefault="00000000">
            <w:pPr>
              <w:spacing w:after="15" w:line="245" w:lineRule="auto"/>
            </w:pPr>
            <w:r>
              <w:rPr>
                <w:color w:val="D95BC6"/>
                <w:sz w:val="14"/>
              </w:rPr>
              <w:t>Dokaz: pravilno označeni prvi zlogi v najmanj štirih besedah.</w:t>
            </w:r>
          </w:p>
          <w:p w14:paraId="39D4BE68" w14:textId="77777777" w:rsidR="00187E2C" w:rsidRDefault="00000000">
            <w:pPr>
              <w:spacing w:after="4" w:line="245" w:lineRule="auto"/>
            </w:pPr>
            <w:r>
              <w:rPr>
                <w:b/>
                <w:color w:val="000000"/>
                <w:sz w:val="15"/>
              </w:rPr>
              <w:t>2. URA – Navodilo in pogovor – Govorim in pojasnjujem</w:t>
            </w:r>
          </w:p>
          <w:p w14:paraId="3199697C" w14:textId="77777777" w:rsidR="00187E2C" w:rsidRDefault="00000000">
            <w:pPr>
              <w:spacing w:after="7" w:line="245" w:lineRule="auto"/>
            </w:pPr>
            <w:r>
              <w:rPr>
                <w:color w:val="000000"/>
                <w:sz w:val="14"/>
              </w:rPr>
              <w:t>V paru govori in posluša, zamenja vlogo, postavi vprašanje ter uporabi besedo iz tedenske besedne banke.</w:t>
            </w:r>
          </w:p>
          <w:p w14:paraId="65707B62" w14:textId="77777777" w:rsidR="00187E2C" w:rsidRDefault="00000000">
            <w:pPr>
              <w:spacing w:after="15" w:line="245" w:lineRule="auto"/>
            </w:pPr>
            <w:r>
              <w:rPr>
                <w:color w:val="D95BC6"/>
                <w:sz w:val="14"/>
              </w:rPr>
              <w:t>Dokaz: zvočni posnetek ali anekdotski zapis kratke izmenjave.</w:t>
            </w:r>
          </w:p>
          <w:p w14:paraId="273A476E" w14:textId="77777777" w:rsidR="00187E2C" w:rsidRDefault="00000000">
            <w:pPr>
              <w:spacing w:after="4" w:line="245" w:lineRule="auto"/>
            </w:pPr>
            <w:r>
              <w:rPr>
                <w:b/>
                <w:color w:val="000000"/>
                <w:sz w:val="15"/>
              </w:rPr>
              <w:t>3. URA – Navodilo in pogovor – Razčlenjujem jezik</w:t>
            </w:r>
          </w:p>
          <w:p w14:paraId="01D2FEDD" w14:textId="77777777" w:rsidR="00187E2C" w:rsidRDefault="00000000">
            <w:pPr>
              <w:spacing w:after="7" w:line="245" w:lineRule="auto"/>
            </w:pPr>
            <w:r>
              <w:rPr>
                <w:color w:val="000000"/>
                <w:sz w:val="14"/>
              </w:rPr>
              <w:t>Ploska, stopa, razstavlja in sestavlja; primer razvrsti ter svojo rešitev preveri s sošolcem.</w:t>
            </w:r>
          </w:p>
          <w:p w14:paraId="168804BB" w14:textId="77777777" w:rsidR="00187E2C" w:rsidRDefault="00000000">
            <w:pPr>
              <w:spacing w:after="15" w:line="245" w:lineRule="auto"/>
            </w:pPr>
            <w:r>
              <w:rPr>
                <w:color w:val="D95BC6"/>
                <w:sz w:val="14"/>
              </w:rPr>
              <w:t>Dokaz: pravilno sestavljen primer in učenčeva ustna razlaga postopka.</w:t>
            </w:r>
          </w:p>
          <w:p w14:paraId="7B2A465C" w14:textId="77777777" w:rsidR="00187E2C" w:rsidRDefault="00000000">
            <w:pPr>
              <w:spacing w:after="4" w:line="245" w:lineRule="auto"/>
            </w:pPr>
            <w:r>
              <w:rPr>
                <w:b/>
                <w:color w:val="000000"/>
                <w:sz w:val="15"/>
              </w:rPr>
              <w:t>4. URA – Navodilo in pogovor – Pišem in ustvarjam</w:t>
            </w:r>
          </w:p>
          <w:p w14:paraId="1FDA32C2" w14:textId="77777777" w:rsidR="00187E2C" w:rsidRDefault="00000000">
            <w:pPr>
              <w:spacing w:after="7" w:line="245" w:lineRule="auto"/>
            </w:pPr>
            <w:r>
              <w:rPr>
                <w:color w:val="000000"/>
                <w:sz w:val="14"/>
              </w:rPr>
              <w:t>Najprej potezo izvede s celim telesom, nato v pesku/zraku in na listu; zapiše znak.</w:t>
            </w:r>
          </w:p>
          <w:p w14:paraId="10D9EF5B" w14:textId="77777777" w:rsidR="00187E2C" w:rsidRDefault="00000000">
            <w:pPr>
              <w:spacing w:after="15" w:line="245" w:lineRule="auto"/>
            </w:pPr>
            <w:r>
              <w:rPr>
                <w:color w:val="D95BC6"/>
                <w:sz w:val="14"/>
              </w:rPr>
              <w:t>Dokaz: datiran zapis v mapi in kratek komentar učenca o najuspešnejšem delu.</w:t>
            </w:r>
          </w:p>
          <w:p w14:paraId="13C0365A" w14:textId="77777777" w:rsidR="00187E2C" w:rsidRDefault="00000000">
            <w:pPr>
              <w:spacing w:after="4" w:line="245" w:lineRule="auto"/>
            </w:pPr>
            <w:r>
              <w:rPr>
                <w:b/>
                <w:color w:val="000000"/>
                <w:sz w:val="15"/>
              </w:rPr>
              <w:t>5. URA – Navodilo in pogovor – Predstavim in vrednotim</w:t>
            </w:r>
          </w:p>
          <w:p w14:paraId="4FF1C853" w14:textId="77777777" w:rsidR="00187E2C" w:rsidRDefault="00000000">
            <w:pPr>
              <w:spacing w:after="7" w:line="245" w:lineRule="auto"/>
            </w:pPr>
            <w:r>
              <w:rPr>
                <w:color w:val="000000"/>
                <w:sz w:val="14"/>
              </w:rPr>
              <w:t>Pripoveduje, bere, dramatizira ali predstavi zapis; vrstniku pove eno opaženo moč in eno vprašanje.</w:t>
            </w:r>
          </w:p>
          <w:p w14:paraId="099F09BF" w14:textId="77777777" w:rsidR="00187E2C" w:rsidRDefault="00000000">
            <w:pPr>
              <w:spacing w:after="15" w:line="245" w:lineRule="auto"/>
            </w:pPr>
            <w:r>
              <w:rPr>
                <w:color w:val="D95BC6"/>
                <w:sz w:val="14"/>
              </w:rPr>
              <w:t>Dokaz: nastop/izdelek, vrstniška povratna informacija in samovrednotenje.</w:t>
            </w:r>
          </w:p>
        </w:tc>
      </w:tr>
    </w:tbl>
    <w:p w14:paraId="4BFC32A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E7D5E7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2FB5D7"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5FC10A" w14:textId="77777777" w:rsidR="00187E2C" w:rsidRDefault="00000000">
            <w:pPr>
              <w:jc w:val="center"/>
            </w:pPr>
            <w:r>
              <w:rPr>
                <w:b/>
                <w:color w:val="000000"/>
                <w:sz w:val="20"/>
              </w:rPr>
              <w:t>UČNE DEJAVNOSTI, METODE IN FORMATIVNO SPREMLJANJE</w:t>
            </w:r>
          </w:p>
        </w:tc>
      </w:tr>
      <w:tr w:rsidR="00187E2C" w14:paraId="19FF8068" w14:textId="77777777">
        <w:trPr>
          <w:tblHeader/>
          <w:jc w:val="center"/>
        </w:trPr>
        <w:tc>
          <w:tcPr>
            <w:tcW w:w="4422" w:type="dxa"/>
            <w:vMerge/>
            <w:tcMar>
              <w:top w:w="70" w:type="dxa"/>
              <w:left w:w="90" w:type="dxa"/>
              <w:bottom w:w="70" w:type="dxa"/>
              <w:right w:w="90" w:type="dxa"/>
            </w:tcMar>
            <w:vAlign w:val="center"/>
          </w:tcPr>
          <w:p w14:paraId="4A9EFB03" w14:textId="77777777" w:rsidR="00187E2C" w:rsidRDefault="00187E2C"/>
        </w:tc>
        <w:tc>
          <w:tcPr>
            <w:tcW w:w="7087" w:type="dxa"/>
            <w:shd w:val="clear" w:color="auto" w:fill="FFFFFF"/>
            <w:tcMar>
              <w:top w:w="70" w:type="dxa"/>
              <w:left w:w="90" w:type="dxa"/>
              <w:bottom w:w="70" w:type="dxa"/>
              <w:right w:w="90" w:type="dxa"/>
            </w:tcMar>
            <w:vAlign w:val="center"/>
          </w:tcPr>
          <w:p w14:paraId="501089DD"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585D315" w14:textId="77777777" w:rsidR="00187E2C" w:rsidRDefault="00000000">
            <w:pPr>
              <w:jc w:val="center"/>
            </w:pPr>
            <w:r>
              <w:rPr>
                <w:b/>
                <w:color w:val="000000"/>
              </w:rPr>
              <w:t>UČENEC</w:t>
            </w:r>
          </w:p>
        </w:tc>
      </w:tr>
      <w:tr w:rsidR="00187E2C" w14:paraId="586D028D" w14:textId="77777777">
        <w:trPr>
          <w:jc w:val="center"/>
        </w:trPr>
        <w:tc>
          <w:tcPr>
            <w:tcW w:w="4422" w:type="dxa"/>
            <w:tcMar>
              <w:top w:w="70" w:type="dxa"/>
              <w:left w:w="90" w:type="dxa"/>
              <w:bottom w:w="70" w:type="dxa"/>
              <w:right w:w="90" w:type="dxa"/>
            </w:tcMar>
          </w:tcPr>
          <w:p w14:paraId="79EDDCF6" w14:textId="77777777" w:rsidR="00187E2C" w:rsidRDefault="00187E2C"/>
          <w:p w14:paraId="3542B8A3" w14:textId="77777777" w:rsidR="00187E2C" w:rsidRDefault="00000000">
            <w:pPr>
              <w:spacing w:after="40" w:line="245" w:lineRule="auto"/>
            </w:pPr>
            <w:r>
              <w:rPr>
                <w:b/>
                <w:color w:val="000000"/>
              </w:rPr>
              <w:t>FORMATIVNO SPREMLJANJE</w:t>
            </w:r>
          </w:p>
          <w:p w14:paraId="5BB21503"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59DCFF16"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0E32D785"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4F82CBB4"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67CD8FAE" w14:textId="77777777" w:rsidR="00187E2C" w:rsidRDefault="00000000">
            <w:pPr>
              <w:spacing w:before="40" w:after="20" w:line="245" w:lineRule="auto"/>
            </w:pPr>
            <w:r>
              <w:rPr>
                <w:b/>
                <w:color w:val="000000"/>
                <w:sz w:val="17"/>
              </w:rPr>
              <w:t>VARNOST IN ODGOVORNOST</w:t>
            </w:r>
          </w:p>
          <w:p w14:paraId="540DF780"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6DCDBEB" w14:textId="77777777" w:rsidR="00187E2C" w:rsidRDefault="00000000">
            <w:pPr>
              <w:spacing w:after="20" w:line="245" w:lineRule="auto"/>
            </w:pPr>
            <w:r>
              <w:rPr>
                <w:b/>
                <w:color w:val="000000"/>
                <w:sz w:val="17"/>
              </w:rPr>
              <w:t>EVIDENCA PO IZVEDBI</w:t>
            </w:r>
          </w:p>
          <w:p w14:paraId="51ED87DC"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2081D35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99BBAC1" w14:textId="77777777">
              <w:trPr>
                <w:jc w:val="center"/>
              </w:trPr>
              <w:tc>
                <w:tcPr>
                  <w:tcW w:w="7087" w:type="dxa"/>
                  <w:shd w:val="clear" w:color="auto" w:fill="EDC9EA"/>
                  <w:tcMar>
                    <w:top w:w="45" w:type="dxa"/>
                    <w:left w:w="70" w:type="dxa"/>
                    <w:bottom w:w="45" w:type="dxa"/>
                    <w:right w:w="70" w:type="dxa"/>
                  </w:tcMar>
                </w:tcPr>
                <w:p w14:paraId="2F94C6CF" w14:textId="77777777" w:rsidR="00187E2C" w:rsidRDefault="00000000">
                  <w:pPr>
                    <w:keepNext/>
                  </w:pPr>
                  <w:r>
                    <w:rPr>
                      <w:b/>
                      <w:color w:val="000000"/>
                    </w:rPr>
                    <w:t>VPRAŠANJA V PODPORO JEZIKOVNEMU, BRALNEMU IN KNJIŽEVNEMU UČENJU</w:t>
                  </w:r>
                </w:p>
              </w:tc>
            </w:tr>
          </w:tbl>
          <w:p w14:paraId="665869DC" w14:textId="77777777" w:rsidR="00187E2C" w:rsidRDefault="00187E2C">
            <w:pPr>
              <w:spacing w:line="20" w:lineRule="exact"/>
            </w:pPr>
          </w:p>
          <w:p w14:paraId="68E1FE8D" w14:textId="77777777" w:rsidR="00187E2C" w:rsidRDefault="00000000">
            <w:pPr>
              <w:pStyle w:val="Oznaenseznam"/>
              <w:spacing w:after="16"/>
            </w:pPr>
            <w:r>
              <w:rPr>
                <w:color w:val="000000"/>
                <w:sz w:val="16"/>
              </w:rPr>
              <w:t>Kaj ti je naslovnica, slika, predmet, zvok ali gib pomagal razumeti?</w:t>
            </w:r>
          </w:p>
          <w:p w14:paraId="40EF5B10" w14:textId="77777777" w:rsidR="00187E2C" w:rsidRDefault="00000000">
            <w:pPr>
              <w:pStyle w:val="Oznaenseznam"/>
              <w:spacing w:after="16"/>
            </w:pPr>
            <w:r>
              <w:rPr>
                <w:color w:val="000000"/>
                <w:sz w:val="16"/>
              </w:rPr>
              <w:t>Kako si našel/-la glas, črko, zlog, besedo ali bistveni podatek?</w:t>
            </w:r>
          </w:p>
          <w:p w14:paraId="3985479C" w14:textId="77777777" w:rsidR="00187E2C" w:rsidRDefault="00000000">
            <w:pPr>
              <w:pStyle w:val="Oznaenseznam"/>
              <w:spacing w:after="16"/>
            </w:pPr>
            <w:r>
              <w:rPr>
                <w:color w:val="000000"/>
                <w:sz w:val="16"/>
              </w:rPr>
              <w:t>Kako veš, da tvoja pripoved, branje ali zapis dosega dogovorjeni kriterij?</w:t>
            </w:r>
          </w:p>
          <w:p w14:paraId="4918FA7F" w14:textId="77777777" w:rsidR="00187E2C" w:rsidRDefault="00000000">
            <w:pPr>
              <w:pStyle w:val="Oznaenseznam"/>
              <w:spacing w:after="16"/>
            </w:pPr>
            <w:r>
              <w:rPr>
                <w:color w:val="000000"/>
                <w:sz w:val="16"/>
              </w:rPr>
              <w:t>Ali lahko svoje razumevanje pokažeš še z drugim načinom – govorom, gibanjem, risbo, branjem ali zapisom?</w:t>
            </w:r>
          </w:p>
          <w:p w14:paraId="5E4EB745"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1A1FA15B" w14:textId="77777777">
              <w:trPr>
                <w:jc w:val="center"/>
              </w:trPr>
              <w:tc>
                <w:tcPr>
                  <w:tcW w:w="7087" w:type="dxa"/>
                  <w:shd w:val="clear" w:color="auto" w:fill="C6E7F3"/>
                  <w:tcMar>
                    <w:top w:w="45" w:type="dxa"/>
                    <w:left w:w="70" w:type="dxa"/>
                    <w:bottom w:w="45" w:type="dxa"/>
                    <w:right w:w="70" w:type="dxa"/>
                  </w:tcMar>
                </w:tcPr>
                <w:p w14:paraId="0CD9C9CE" w14:textId="77777777" w:rsidR="00187E2C" w:rsidRDefault="00000000">
                  <w:pPr>
                    <w:keepNext/>
                  </w:pPr>
                  <w:r>
                    <w:rPr>
                      <w:b/>
                      <w:color w:val="000000"/>
                    </w:rPr>
                    <w:t>ZAKLJUČNI DEL – UTRJEVANJE, BRALNI ODZIV IN REFLEKSIJA (10–15 min)</w:t>
                  </w:r>
                </w:p>
              </w:tc>
            </w:tr>
          </w:tbl>
          <w:p w14:paraId="4A7DD868" w14:textId="77777777" w:rsidR="00187E2C" w:rsidRDefault="00187E2C">
            <w:pPr>
              <w:spacing w:line="20" w:lineRule="exact"/>
            </w:pPr>
          </w:p>
          <w:p w14:paraId="58E3D809"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430C275" w14:textId="77777777">
              <w:trPr>
                <w:jc w:val="center"/>
              </w:trPr>
              <w:tc>
                <w:tcPr>
                  <w:tcW w:w="7087" w:type="dxa"/>
                  <w:shd w:val="clear" w:color="auto" w:fill="EDC9EA"/>
                  <w:tcMar>
                    <w:top w:w="45" w:type="dxa"/>
                    <w:left w:w="70" w:type="dxa"/>
                    <w:bottom w:w="45" w:type="dxa"/>
                    <w:right w:w="70" w:type="dxa"/>
                  </w:tcMar>
                </w:tcPr>
                <w:p w14:paraId="37E3AB56" w14:textId="77777777" w:rsidR="00187E2C" w:rsidRDefault="00000000">
                  <w:pPr>
                    <w:keepNext/>
                  </w:pPr>
                  <w:r>
                    <w:rPr>
                      <w:b/>
                      <w:color w:val="000000"/>
                    </w:rPr>
                    <w:t>SAMOVREDNOTENJE</w:t>
                  </w:r>
                </w:p>
              </w:tc>
            </w:tr>
          </w:tbl>
          <w:p w14:paraId="4DA0CF88" w14:textId="77777777" w:rsidR="00187E2C" w:rsidRDefault="00187E2C">
            <w:pPr>
              <w:spacing w:line="20" w:lineRule="exact"/>
            </w:pPr>
          </w:p>
          <w:p w14:paraId="2D4663C2"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F04B6A6" w14:textId="77777777">
              <w:trPr>
                <w:jc w:val="center"/>
              </w:trPr>
              <w:tc>
                <w:tcPr>
                  <w:tcW w:w="7087" w:type="dxa"/>
                  <w:shd w:val="clear" w:color="auto" w:fill="EDC9EA"/>
                  <w:tcMar>
                    <w:top w:w="45" w:type="dxa"/>
                    <w:left w:w="70" w:type="dxa"/>
                    <w:bottom w:w="45" w:type="dxa"/>
                    <w:right w:w="70" w:type="dxa"/>
                  </w:tcMar>
                </w:tcPr>
                <w:p w14:paraId="006DCAAB" w14:textId="77777777" w:rsidR="00187E2C" w:rsidRDefault="00000000">
                  <w:pPr>
                    <w:keepNext/>
                  </w:pPr>
                  <w:r>
                    <w:rPr>
                      <w:b/>
                      <w:color w:val="000000"/>
                    </w:rPr>
                    <w:t>VRSTNIŠKO VREDNOTENJE</w:t>
                  </w:r>
                </w:p>
              </w:tc>
            </w:tr>
          </w:tbl>
          <w:p w14:paraId="42DFBE72" w14:textId="77777777" w:rsidR="00187E2C" w:rsidRDefault="00187E2C">
            <w:pPr>
              <w:spacing w:line="20" w:lineRule="exact"/>
            </w:pPr>
          </w:p>
          <w:p w14:paraId="1C99ECFA"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1BE2D4EE" w14:textId="77777777">
              <w:trPr>
                <w:jc w:val="center"/>
              </w:trPr>
              <w:tc>
                <w:tcPr>
                  <w:tcW w:w="7087" w:type="dxa"/>
                  <w:shd w:val="clear" w:color="auto" w:fill="EDC9EA"/>
                  <w:tcMar>
                    <w:top w:w="45" w:type="dxa"/>
                    <w:left w:w="70" w:type="dxa"/>
                    <w:bottom w:w="45" w:type="dxa"/>
                    <w:right w:w="70" w:type="dxa"/>
                  </w:tcMar>
                </w:tcPr>
                <w:p w14:paraId="5824EE9D" w14:textId="77777777" w:rsidR="00187E2C" w:rsidRDefault="00000000">
                  <w:pPr>
                    <w:keepNext/>
                  </w:pPr>
                  <w:r>
                    <w:rPr>
                      <w:b/>
                      <w:color w:val="000000"/>
                    </w:rPr>
                    <w:t>SKUPNI POVZETEK</w:t>
                  </w:r>
                </w:p>
              </w:tc>
            </w:tr>
          </w:tbl>
          <w:p w14:paraId="680F6468" w14:textId="77777777" w:rsidR="00187E2C" w:rsidRDefault="00187E2C"/>
          <w:p w14:paraId="318BE198" w14:textId="77777777" w:rsidR="00187E2C" w:rsidRDefault="00000000">
            <w:pPr>
              <w:spacing w:before="20" w:after="40" w:line="245" w:lineRule="auto"/>
            </w:pPr>
            <w:r>
              <w:rPr>
                <w:b/>
                <w:color w:val="000000"/>
                <w:sz w:val="16"/>
              </w:rPr>
              <w:t>razumem zaporedje navodil; sprašuje in odgovarja o poti; uporabljam ustrezne prostorske izraze. Svoj dokaz pojasnim in po povratni informaciji izboljšam.</w:t>
            </w:r>
          </w:p>
        </w:tc>
        <w:tc>
          <w:tcPr>
            <w:tcW w:w="2551" w:type="dxa"/>
            <w:tcMar>
              <w:top w:w="70" w:type="dxa"/>
              <w:left w:w="90" w:type="dxa"/>
              <w:bottom w:w="70" w:type="dxa"/>
              <w:right w:w="90" w:type="dxa"/>
            </w:tcMar>
          </w:tcPr>
          <w:p w14:paraId="5E5A48B4" w14:textId="77777777" w:rsidR="00187E2C" w:rsidRDefault="00187E2C"/>
          <w:p w14:paraId="48A3FBFB" w14:textId="77777777" w:rsidR="00187E2C" w:rsidRDefault="00000000">
            <w:pPr>
              <w:spacing w:after="100" w:line="245" w:lineRule="auto"/>
            </w:pPr>
            <w:r>
              <w:rPr>
                <w:color w:val="000000"/>
                <w:sz w:val="16"/>
              </w:rPr>
              <w:t>Odgovarja na podporna vprašanja ter se sklicuje na poslušano besedilo, sliko, govor, bralni list ali zapis.</w:t>
            </w:r>
          </w:p>
          <w:p w14:paraId="560696D0" w14:textId="77777777" w:rsidR="00187E2C" w:rsidRDefault="00000000">
            <w:pPr>
              <w:spacing w:after="100" w:line="245" w:lineRule="auto"/>
            </w:pPr>
            <w:r>
              <w:rPr>
                <w:color w:val="000000"/>
                <w:sz w:val="16"/>
              </w:rPr>
              <w:t>Primerja začetni odziv z novim dokazom in pojasni, kaj se je naučil/-a.</w:t>
            </w:r>
          </w:p>
          <w:p w14:paraId="55D4801B" w14:textId="77777777" w:rsidR="00187E2C" w:rsidRDefault="00000000">
            <w:pPr>
              <w:spacing w:after="100" w:line="245" w:lineRule="auto"/>
            </w:pPr>
            <w:r>
              <w:rPr>
                <w:color w:val="000000"/>
                <w:sz w:val="16"/>
              </w:rPr>
              <w:t>Izbere raven samostojnosti in določi naslednji korak.</w:t>
            </w:r>
          </w:p>
          <w:p w14:paraId="54435DC7" w14:textId="77777777" w:rsidR="00187E2C" w:rsidRDefault="00000000">
            <w:pPr>
              <w:spacing w:after="100" w:line="245" w:lineRule="auto"/>
            </w:pPr>
            <w:r>
              <w:rPr>
                <w:color w:val="000000"/>
                <w:sz w:val="16"/>
              </w:rPr>
              <w:t>Sošolcu poda prijazen in konkreten odziv, vezan na kriterij.</w:t>
            </w:r>
          </w:p>
          <w:p w14:paraId="3771908E" w14:textId="77777777" w:rsidR="00187E2C" w:rsidRDefault="00000000">
            <w:pPr>
              <w:spacing w:after="20" w:line="245" w:lineRule="auto"/>
            </w:pPr>
            <w:r>
              <w:rPr>
                <w:b/>
                <w:color w:val="D95BC6"/>
                <w:sz w:val="17"/>
              </w:rPr>
              <w:t>DOKAZ O UČENJU</w:t>
            </w:r>
          </w:p>
          <w:p w14:paraId="1AC37BB1"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6907BF7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44BA053D" w14:textId="77777777">
        <w:trPr>
          <w:cantSplit/>
          <w:jc w:val="center"/>
        </w:trPr>
        <w:tc>
          <w:tcPr>
            <w:tcW w:w="14060" w:type="dxa"/>
            <w:gridSpan w:val="6"/>
            <w:tcMar>
              <w:top w:w="70" w:type="dxa"/>
              <w:left w:w="90" w:type="dxa"/>
              <w:bottom w:w="70" w:type="dxa"/>
              <w:right w:w="90" w:type="dxa"/>
            </w:tcMar>
            <w:vAlign w:val="center"/>
          </w:tcPr>
          <w:p w14:paraId="69498681" w14:textId="77777777" w:rsidR="00187E2C" w:rsidRDefault="00000000">
            <w:pPr>
              <w:jc w:val="center"/>
            </w:pPr>
            <w:r>
              <w:rPr>
                <w:b/>
                <w:color w:val="000000"/>
                <w:sz w:val="24"/>
              </w:rPr>
              <w:lastRenderedPageBreak/>
              <w:t>UČNA PRIPRAVA 6/39</w:t>
            </w:r>
          </w:p>
        </w:tc>
      </w:tr>
      <w:tr w:rsidR="00187E2C" w14:paraId="266B4392" w14:textId="77777777">
        <w:trPr>
          <w:jc w:val="center"/>
        </w:trPr>
        <w:tc>
          <w:tcPr>
            <w:tcW w:w="2665" w:type="dxa"/>
            <w:tcMar>
              <w:top w:w="70" w:type="dxa"/>
              <w:left w:w="90" w:type="dxa"/>
              <w:bottom w:w="70" w:type="dxa"/>
              <w:right w:w="90" w:type="dxa"/>
            </w:tcMar>
            <w:vAlign w:val="center"/>
          </w:tcPr>
          <w:p w14:paraId="2F67D119"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CCD810D"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32DCA8D0"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6450C47" w14:textId="77777777" w:rsidR="00187E2C" w:rsidRDefault="00000000">
            <w:r>
              <w:rPr>
                <w:b/>
                <w:color w:val="000000"/>
                <w:sz w:val="16"/>
              </w:rPr>
              <w:t xml:space="preserve">NAČRTOVANI TERMIN: </w:t>
            </w:r>
            <w:r>
              <w:rPr>
                <w:color w:val="000000"/>
                <w:sz w:val="16"/>
              </w:rPr>
              <w:t>6. teden • 5.–9. 10. 2026</w:t>
            </w:r>
          </w:p>
        </w:tc>
        <w:tc>
          <w:tcPr>
            <w:tcW w:w="2268" w:type="dxa"/>
            <w:tcMar>
              <w:top w:w="70" w:type="dxa"/>
              <w:left w:w="90" w:type="dxa"/>
              <w:bottom w:w="70" w:type="dxa"/>
              <w:right w:w="90" w:type="dxa"/>
            </w:tcMar>
            <w:vAlign w:val="center"/>
          </w:tcPr>
          <w:p w14:paraId="31F4DC08"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9A9E963" w14:textId="77777777" w:rsidR="00187E2C" w:rsidRDefault="00000000">
            <w:r>
              <w:rPr>
                <w:b/>
                <w:color w:val="000000"/>
                <w:sz w:val="16"/>
              </w:rPr>
              <w:t xml:space="preserve">ŠTEVILO UR: </w:t>
            </w:r>
            <w:r>
              <w:rPr>
                <w:color w:val="000000"/>
                <w:sz w:val="16"/>
              </w:rPr>
              <w:t>6</w:t>
            </w:r>
          </w:p>
        </w:tc>
      </w:tr>
      <w:tr w:rsidR="00187E2C" w14:paraId="762515C3" w14:textId="77777777">
        <w:trPr>
          <w:jc w:val="center"/>
        </w:trPr>
        <w:tc>
          <w:tcPr>
            <w:tcW w:w="14061" w:type="dxa"/>
            <w:gridSpan w:val="6"/>
            <w:tcMar>
              <w:top w:w="70" w:type="dxa"/>
              <w:left w:w="90" w:type="dxa"/>
              <w:bottom w:w="70" w:type="dxa"/>
              <w:right w:w="90" w:type="dxa"/>
            </w:tcMar>
            <w:vAlign w:val="center"/>
          </w:tcPr>
          <w:p w14:paraId="7C0C1240"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156DED00" w14:textId="77777777">
        <w:trPr>
          <w:cantSplit/>
          <w:jc w:val="center"/>
        </w:trPr>
        <w:tc>
          <w:tcPr>
            <w:tcW w:w="14060" w:type="dxa"/>
            <w:gridSpan w:val="6"/>
            <w:tcMar>
              <w:top w:w="70" w:type="dxa"/>
              <w:left w:w="90" w:type="dxa"/>
              <w:bottom w:w="70" w:type="dxa"/>
              <w:right w:w="90" w:type="dxa"/>
            </w:tcMar>
            <w:vAlign w:val="center"/>
          </w:tcPr>
          <w:p w14:paraId="07C0C511" w14:textId="77777777" w:rsidR="00187E2C" w:rsidRDefault="00187E2C"/>
          <w:p w14:paraId="0954CDF5" w14:textId="77777777" w:rsidR="00187E2C" w:rsidRDefault="00000000">
            <w:pPr>
              <w:spacing w:line="245" w:lineRule="auto"/>
            </w:pPr>
            <w:r>
              <w:rPr>
                <w:b/>
                <w:color w:val="000000"/>
                <w:sz w:val="16"/>
              </w:rPr>
              <w:t xml:space="preserve">UČNI SKLOP: </w:t>
            </w:r>
            <w:r>
              <w:rPr>
                <w:color w:val="000000"/>
                <w:sz w:val="16"/>
              </w:rPr>
              <w:t>VARNA POT IN MOBILNOST</w:t>
            </w:r>
          </w:p>
        </w:tc>
      </w:tr>
      <w:tr w:rsidR="00187E2C" w14:paraId="00478EC2" w14:textId="77777777">
        <w:trPr>
          <w:cantSplit/>
          <w:jc w:val="center"/>
        </w:trPr>
        <w:tc>
          <w:tcPr>
            <w:tcW w:w="14060" w:type="dxa"/>
            <w:gridSpan w:val="6"/>
            <w:tcMar>
              <w:top w:w="70" w:type="dxa"/>
              <w:left w:w="90" w:type="dxa"/>
              <w:bottom w:w="70" w:type="dxa"/>
              <w:right w:w="90" w:type="dxa"/>
            </w:tcMar>
            <w:vAlign w:val="center"/>
          </w:tcPr>
          <w:p w14:paraId="3529C6EF" w14:textId="77777777" w:rsidR="00187E2C" w:rsidRDefault="00187E2C"/>
          <w:p w14:paraId="1EC17F91" w14:textId="77777777" w:rsidR="00187E2C" w:rsidRDefault="00000000">
            <w:pPr>
              <w:spacing w:line="245" w:lineRule="auto"/>
            </w:pPr>
            <w:r>
              <w:rPr>
                <w:b/>
                <w:color w:val="000000"/>
                <w:sz w:val="16"/>
              </w:rPr>
              <w:t xml:space="preserve">UČNA TEMA: </w:t>
            </w:r>
            <w:r>
              <w:rPr>
                <w:color w:val="000000"/>
                <w:sz w:val="16"/>
              </w:rPr>
              <w:t>ZLOG IN GLAS</w:t>
            </w:r>
          </w:p>
        </w:tc>
      </w:tr>
      <w:tr w:rsidR="00187E2C" w14:paraId="4E949142" w14:textId="77777777">
        <w:trPr>
          <w:cantSplit/>
          <w:jc w:val="center"/>
        </w:trPr>
        <w:tc>
          <w:tcPr>
            <w:tcW w:w="14060" w:type="dxa"/>
            <w:gridSpan w:val="6"/>
            <w:tcMar>
              <w:top w:w="70" w:type="dxa"/>
              <w:left w:w="90" w:type="dxa"/>
              <w:bottom w:w="70" w:type="dxa"/>
              <w:right w:w="90" w:type="dxa"/>
            </w:tcMar>
            <w:vAlign w:val="center"/>
          </w:tcPr>
          <w:p w14:paraId="543C5AFA" w14:textId="77777777" w:rsidR="00187E2C" w:rsidRDefault="00187E2C"/>
          <w:p w14:paraId="2A7B12FF" w14:textId="77777777" w:rsidR="00187E2C" w:rsidRDefault="00000000">
            <w:pPr>
              <w:spacing w:line="245" w:lineRule="auto"/>
            </w:pPr>
            <w:r>
              <w:rPr>
                <w:b/>
                <w:color w:val="000000"/>
                <w:sz w:val="16"/>
              </w:rPr>
              <w:t xml:space="preserve">KNJIŽEVNO IZHODIŠČE IN MOTIV: </w:t>
            </w:r>
            <w:r>
              <w:rPr>
                <w:color w:val="000000"/>
                <w:sz w:val="16"/>
              </w:rPr>
              <w:t>»Volk in sedem kozličkov« – brata Grimm • prepoznavanje znakov, varnost doma in kritično poslušanje</w:t>
            </w:r>
          </w:p>
        </w:tc>
      </w:tr>
      <w:tr w:rsidR="00187E2C" w14:paraId="6CA7070A" w14:textId="77777777">
        <w:trPr>
          <w:cantSplit/>
          <w:jc w:val="center"/>
        </w:trPr>
        <w:tc>
          <w:tcPr>
            <w:tcW w:w="14060" w:type="dxa"/>
            <w:gridSpan w:val="6"/>
            <w:tcMar>
              <w:top w:w="70" w:type="dxa"/>
              <w:left w:w="90" w:type="dxa"/>
              <w:bottom w:w="70" w:type="dxa"/>
              <w:right w:w="90" w:type="dxa"/>
            </w:tcMar>
            <w:vAlign w:val="center"/>
          </w:tcPr>
          <w:p w14:paraId="34957BE6" w14:textId="77777777" w:rsidR="00187E2C" w:rsidRDefault="00187E2C"/>
          <w:p w14:paraId="65BF081C" w14:textId="77777777" w:rsidR="00187E2C" w:rsidRDefault="00000000">
            <w:pPr>
              <w:spacing w:line="245" w:lineRule="auto"/>
            </w:pPr>
            <w:r>
              <w:rPr>
                <w:b/>
                <w:color w:val="000000"/>
                <w:sz w:val="16"/>
              </w:rPr>
              <w:t xml:space="preserve">BRALNI LIST / ČRKA: </w:t>
            </w:r>
            <w:r>
              <w:rPr>
                <w:color w:val="000000"/>
                <w:sz w:val="16"/>
              </w:rPr>
              <w:t>BRALNI LIST 6 – POIŠČEM ZADNJI ZLOG: Besedo razdelim na zloge in določim njen zadnji zlog.</w:t>
            </w:r>
          </w:p>
        </w:tc>
      </w:tr>
      <w:tr w:rsidR="00187E2C" w14:paraId="6C42EB29" w14:textId="77777777">
        <w:trPr>
          <w:cantSplit/>
          <w:jc w:val="center"/>
        </w:trPr>
        <w:tc>
          <w:tcPr>
            <w:tcW w:w="14060" w:type="dxa"/>
            <w:gridSpan w:val="6"/>
            <w:tcMar>
              <w:top w:w="70" w:type="dxa"/>
              <w:left w:w="90" w:type="dxa"/>
              <w:bottom w:w="70" w:type="dxa"/>
              <w:right w:w="90" w:type="dxa"/>
            </w:tcMar>
            <w:vAlign w:val="center"/>
          </w:tcPr>
          <w:p w14:paraId="5EC607E9" w14:textId="77777777" w:rsidR="00187E2C" w:rsidRDefault="00187E2C"/>
          <w:p w14:paraId="6E2A6A75" w14:textId="77777777" w:rsidR="00187E2C" w:rsidRDefault="00000000">
            <w:pPr>
              <w:spacing w:line="245" w:lineRule="auto"/>
            </w:pPr>
            <w:r>
              <w:rPr>
                <w:b/>
                <w:color w:val="000000"/>
                <w:sz w:val="16"/>
              </w:rPr>
              <w:t xml:space="preserve">UČNE ENOTE: </w:t>
            </w:r>
            <w:r>
              <w:rPr>
                <w:color w:val="000000"/>
                <w:sz w:val="16"/>
              </w:rPr>
              <w:t>1. ura – Poiščem zadnji zlog • 2. ura – Zlog in glas – Govorim in pojasnjujem • 3. ura – Zlog in glas – Razčlenjujem jezik • 4. ura – Zlog in glas – Berem z oporo • 5. ura – Zlog in glas – Pišem in ustvarjam • 6. ura – Zlog in glas – Predstavim in vrednotim</w:t>
            </w:r>
          </w:p>
        </w:tc>
      </w:tr>
      <w:tr w:rsidR="00187E2C" w14:paraId="1318A76D" w14:textId="77777777">
        <w:trPr>
          <w:cantSplit/>
          <w:jc w:val="center"/>
        </w:trPr>
        <w:tc>
          <w:tcPr>
            <w:tcW w:w="14060" w:type="dxa"/>
            <w:gridSpan w:val="6"/>
            <w:tcMar>
              <w:top w:w="70" w:type="dxa"/>
              <w:left w:w="90" w:type="dxa"/>
              <w:bottom w:w="70" w:type="dxa"/>
              <w:right w:w="90" w:type="dxa"/>
            </w:tcMar>
            <w:vAlign w:val="center"/>
          </w:tcPr>
          <w:p w14:paraId="5E446A05" w14:textId="77777777" w:rsidR="00187E2C" w:rsidRDefault="00187E2C"/>
          <w:p w14:paraId="01A431D7"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3321BC3A" w14:textId="77777777">
        <w:trPr>
          <w:cantSplit/>
          <w:jc w:val="center"/>
        </w:trPr>
        <w:tc>
          <w:tcPr>
            <w:tcW w:w="14060" w:type="dxa"/>
            <w:gridSpan w:val="6"/>
            <w:tcMar>
              <w:top w:w="70" w:type="dxa"/>
              <w:left w:w="90" w:type="dxa"/>
              <w:bottom w:w="70" w:type="dxa"/>
              <w:right w:w="90" w:type="dxa"/>
            </w:tcMar>
            <w:vAlign w:val="center"/>
          </w:tcPr>
          <w:p w14:paraId="33DBBB6B" w14:textId="77777777" w:rsidR="00187E2C" w:rsidRDefault="00187E2C"/>
          <w:p w14:paraId="0FB1CD68"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0805E92" w14:textId="77777777">
        <w:trPr>
          <w:cantSplit/>
          <w:jc w:val="center"/>
        </w:trPr>
        <w:tc>
          <w:tcPr>
            <w:tcW w:w="14060" w:type="dxa"/>
            <w:gridSpan w:val="6"/>
            <w:tcMar>
              <w:top w:w="70" w:type="dxa"/>
              <w:left w:w="90" w:type="dxa"/>
              <w:bottom w:w="70" w:type="dxa"/>
              <w:right w:w="90" w:type="dxa"/>
            </w:tcMar>
            <w:vAlign w:val="center"/>
          </w:tcPr>
          <w:p w14:paraId="303ECA0F" w14:textId="77777777" w:rsidR="00187E2C" w:rsidRDefault="00187E2C"/>
          <w:p w14:paraId="73DA807E"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F5B695B" w14:textId="77777777">
        <w:trPr>
          <w:cantSplit/>
          <w:jc w:val="center"/>
        </w:trPr>
        <w:tc>
          <w:tcPr>
            <w:tcW w:w="14060" w:type="dxa"/>
            <w:gridSpan w:val="6"/>
            <w:tcMar>
              <w:top w:w="70" w:type="dxa"/>
              <w:left w:w="90" w:type="dxa"/>
              <w:bottom w:w="70" w:type="dxa"/>
              <w:right w:w="90" w:type="dxa"/>
            </w:tcMar>
            <w:vAlign w:val="center"/>
          </w:tcPr>
          <w:p w14:paraId="77B8BB69" w14:textId="77777777" w:rsidR="00187E2C" w:rsidRDefault="00187E2C"/>
          <w:p w14:paraId="04FAAA14" w14:textId="77777777" w:rsidR="00187E2C" w:rsidRDefault="00000000">
            <w:pPr>
              <w:spacing w:line="245" w:lineRule="auto"/>
            </w:pPr>
            <w:r>
              <w:rPr>
                <w:b/>
                <w:color w:val="000000"/>
                <w:sz w:val="16"/>
              </w:rPr>
              <w:t xml:space="preserve">MEDPREDMETNE POVEZAVE: </w:t>
            </w:r>
            <w:r>
              <w:rPr>
                <w:color w:val="000000"/>
                <w:sz w:val="16"/>
              </w:rPr>
              <w:t>SPO – prepoznavanje znakov, varnost doma in kritično poslušanje; GUM – ritem, zvočnost in glas; LUM – ilustracija, črta in grafomotorika; ŠPO – gibalna pripoved, dramatizacija in postaje; MAT – smer, zaporedje in orientacija</w:t>
            </w:r>
          </w:p>
        </w:tc>
      </w:tr>
      <w:tr w:rsidR="00187E2C" w14:paraId="1175547E" w14:textId="77777777">
        <w:trPr>
          <w:cantSplit/>
          <w:jc w:val="center"/>
        </w:trPr>
        <w:tc>
          <w:tcPr>
            <w:tcW w:w="14060" w:type="dxa"/>
            <w:gridSpan w:val="6"/>
            <w:tcMar>
              <w:top w:w="70" w:type="dxa"/>
              <w:left w:w="90" w:type="dxa"/>
              <w:bottom w:w="70" w:type="dxa"/>
              <w:right w:w="90" w:type="dxa"/>
            </w:tcMar>
            <w:vAlign w:val="center"/>
          </w:tcPr>
          <w:p w14:paraId="10E5825B" w14:textId="77777777" w:rsidR="00187E2C" w:rsidRDefault="00187E2C"/>
          <w:p w14:paraId="4FC69CAC" w14:textId="77777777" w:rsidR="00187E2C" w:rsidRDefault="00000000">
            <w:pPr>
              <w:spacing w:line="245" w:lineRule="auto"/>
            </w:pPr>
            <w:r>
              <w:rPr>
                <w:b/>
                <w:color w:val="000000"/>
                <w:sz w:val="16"/>
              </w:rPr>
              <w:t xml:space="preserve">UČNA SREDSTVA IN PRIPOMOČKI: </w:t>
            </w:r>
            <w:r>
              <w:rPr>
                <w:color w:val="000000"/>
                <w:sz w:val="16"/>
              </w:rPr>
              <w:t>BRALNI LIST 6, povečano besedilo oziroma kartice, slikanica ali odlomek, slikovno zaporedje, kartice besed in glasov, talne črke ali zlogi, ogledala, vrvice ali modelirna masa, mini tabla, zvezek oziroma jezikovna mapa</w:t>
            </w:r>
          </w:p>
        </w:tc>
      </w:tr>
      <w:tr w:rsidR="00187E2C" w14:paraId="04FFB754" w14:textId="77777777">
        <w:trPr>
          <w:cantSplit/>
          <w:jc w:val="center"/>
        </w:trPr>
        <w:tc>
          <w:tcPr>
            <w:tcW w:w="14060" w:type="dxa"/>
            <w:gridSpan w:val="6"/>
            <w:tcMar>
              <w:top w:w="70" w:type="dxa"/>
              <w:left w:w="90" w:type="dxa"/>
              <w:bottom w:w="70" w:type="dxa"/>
              <w:right w:w="90" w:type="dxa"/>
            </w:tcMar>
            <w:vAlign w:val="center"/>
          </w:tcPr>
          <w:p w14:paraId="5D372FBA" w14:textId="77777777" w:rsidR="00187E2C" w:rsidRDefault="00187E2C"/>
          <w:p w14:paraId="292ED720"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613FBD2F" w14:textId="77777777">
        <w:trPr>
          <w:cantSplit/>
          <w:jc w:val="center"/>
        </w:trPr>
        <w:tc>
          <w:tcPr>
            <w:tcW w:w="14060" w:type="dxa"/>
            <w:gridSpan w:val="6"/>
            <w:tcMar>
              <w:top w:w="70" w:type="dxa"/>
              <w:left w:w="90" w:type="dxa"/>
              <w:bottom w:w="70" w:type="dxa"/>
              <w:right w:w="90" w:type="dxa"/>
            </w:tcMar>
            <w:vAlign w:val="center"/>
          </w:tcPr>
          <w:p w14:paraId="6128B6AE" w14:textId="77777777" w:rsidR="00187E2C" w:rsidRDefault="00187E2C"/>
          <w:p w14:paraId="71F50EA5"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7BA9C4CD" w14:textId="77777777">
        <w:trPr>
          <w:cantSplit/>
          <w:jc w:val="center"/>
        </w:trPr>
        <w:tc>
          <w:tcPr>
            <w:tcW w:w="14060" w:type="dxa"/>
            <w:gridSpan w:val="6"/>
            <w:tcMar>
              <w:top w:w="70" w:type="dxa"/>
              <w:left w:w="90" w:type="dxa"/>
              <w:bottom w:w="70" w:type="dxa"/>
              <w:right w:w="90" w:type="dxa"/>
            </w:tcMar>
            <w:vAlign w:val="center"/>
          </w:tcPr>
          <w:p w14:paraId="6549ADFB" w14:textId="77777777" w:rsidR="00187E2C" w:rsidRDefault="00187E2C"/>
          <w:p w14:paraId="56A46454"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AEFE7F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C93463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A262A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0B00A99" w14:textId="77777777" w:rsidR="00187E2C" w:rsidRDefault="00000000">
            <w:pPr>
              <w:jc w:val="center"/>
            </w:pPr>
            <w:r>
              <w:rPr>
                <w:b/>
                <w:color w:val="000000"/>
                <w:sz w:val="20"/>
              </w:rPr>
              <w:t>UČNE DEJAVNOSTI, METODE IN FORMATIVNO SPREMLJANJE</w:t>
            </w:r>
          </w:p>
        </w:tc>
      </w:tr>
      <w:tr w:rsidR="00187E2C" w14:paraId="4C4C6C71" w14:textId="77777777">
        <w:trPr>
          <w:tblHeader/>
          <w:jc w:val="center"/>
        </w:trPr>
        <w:tc>
          <w:tcPr>
            <w:tcW w:w="4422" w:type="dxa"/>
            <w:vMerge/>
            <w:tcMar>
              <w:top w:w="70" w:type="dxa"/>
              <w:left w:w="90" w:type="dxa"/>
              <w:bottom w:w="70" w:type="dxa"/>
              <w:right w:w="90" w:type="dxa"/>
            </w:tcMar>
            <w:vAlign w:val="center"/>
          </w:tcPr>
          <w:p w14:paraId="48F922B0" w14:textId="77777777" w:rsidR="00187E2C" w:rsidRDefault="00187E2C"/>
        </w:tc>
        <w:tc>
          <w:tcPr>
            <w:tcW w:w="7087" w:type="dxa"/>
            <w:shd w:val="clear" w:color="auto" w:fill="FFFFFF"/>
            <w:tcMar>
              <w:top w:w="70" w:type="dxa"/>
              <w:left w:w="90" w:type="dxa"/>
              <w:bottom w:w="70" w:type="dxa"/>
              <w:right w:w="90" w:type="dxa"/>
            </w:tcMar>
            <w:vAlign w:val="center"/>
          </w:tcPr>
          <w:p w14:paraId="18B4A610"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5536B68" w14:textId="77777777" w:rsidR="00187E2C" w:rsidRDefault="00000000">
            <w:pPr>
              <w:jc w:val="center"/>
            </w:pPr>
            <w:r>
              <w:rPr>
                <w:b/>
                <w:color w:val="000000"/>
              </w:rPr>
              <w:t>UČENEC</w:t>
            </w:r>
          </w:p>
        </w:tc>
      </w:tr>
      <w:tr w:rsidR="00187E2C" w14:paraId="5440A69B" w14:textId="77777777">
        <w:trPr>
          <w:jc w:val="center"/>
        </w:trPr>
        <w:tc>
          <w:tcPr>
            <w:tcW w:w="4422" w:type="dxa"/>
            <w:tcMar>
              <w:top w:w="70" w:type="dxa"/>
              <w:left w:w="90" w:type="dxa"/>
              <w:bottom w:w="70" w:type="dxa"/>
              <w:right w:w="90" w:type="dxa"/>
            </w:tcMar>
          </w:tcPr>
          <w:p w14:paraId="2AE907F7" w14:textId="77777777" w:rsidR="00187E2C" w:rsidRDefault="00187E2C"/>
          <w:p w14:paraId="48E34B33" w14:textId="77777777" w:rsidR="00187E2C" w:rsidRDefault="00000000">
            <w:pPr>
              <w:spacing w:after="60" w:line="245" w:lineRule="auto"/>
            </w:pPr>
            <w:r>
              <w:rPr>
                <w:b/>
                <w:color w:val="000000"/>
              </w:rPr>
              <w:t>UČNI CILJI</w:t>
            </w:r>
          </w:p>
          <w:p w14:paraId="52C8AD68" w14:textId="77777777" w:rsidR="00187E2C" w:rsidRDefault="00000000">
            <w:pPr>
              <w:spacing w:after="20" w:line="245" w:lineRule="auto"/>
            </w:pPr>
            <w:r>
              <w:rPr>
                <w:b/>
                <w:color w:val="000000"/>
                <w:sz w:val="17"/>
              </w:rPr>
              <w:t>SPLOŠNI</w:t>
            </w:r>
          </w:p>
          <w:p w14:paraId="77B14C5D"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67CB86F7" w14:textId="77777777" w:rsidR="00187E2C" w:rsidRDefault="00000000">
            <w:pPr>
              <w:pStyle w:val="Oznaenseznam"/>
              <w:spacing w:after="16"/>
            </w:pPr>
            <w:r>
              <w:rPr>
                <w:color w:val="000000"/>
                <w:sz w:val="16"/>
              </w:rPr>
              <w:t>doživlja književno besedilo ter se nanj odziva z govorom, gibanjem, dramatizacijo, risbo ali zapisom</w:t>
            </w:r>
          </w:p>
          <w:p w14:paraId="0605A340" w14:textId="77777777" w:rsidR="00187E2C" w:rsidRDefault="00000000">
            <w:pPr>
              <w:pStyle w:val="Oznaenseznam"/>
              <w:spacing w:after="16"/>
            </w:pPr>
            <w:r>
              <w:rPr>
                <w:color w:val="000000"/>
                <w:sz w:val="16"/>
              </w:rPr>
              <w:t>razvija glasovno zavedanje, povezavo glas–črka in začetno branje ter pisanje po individualnem napredku</w:t>
            </w:r>
          </w:p>
          <w:p w14:paraId="215488D9" w14:textId="77777777" w:rsidR="00187E2C" w:rsidRDefault="00000000">
            <w:pPr>
              <w:pStyle w:val="Oznaenseznam"/>
              <w:spacing w:after="16"/>
            </w:pPr>
            <w:r>
              <w:rPr>
                <w:color w:val="000000"/>
                <w:sz w:val="16"/>
              </w:rPr>
              <w:t>ob namenih in kriterijih spremlja svoje učenje ter uporabi opisno povratno informacijo</w:t>
            </w:r>
          </w:p>
          <w:p w14:paraId="4312A1F5" w14:textId="77777777" w:rsidR="00187E2C" w:rsidRDefault="00000000">
            <w:pPr>
              <w:spacing w:before="40" w:after="20" w:line="245" w:lineRule="auto"/>
            </w:pPr>
            <w:r>
              <w:rPr>
                <w:b/>
                <w:color w:val="000000"/>
                <w:sz w:val="17"/>
              </w:rPr>
              <w:t>OPERATIVNI</w:t>
            </w:r>
          </w:p>
          <w:p w14:paraId="3CDC0587" w14:textId="77777777" w:rsidR="00187E2C" w:rsidRDefault="00000000">
            <w:pPr>
              <w:pStyle w:val="Oznaenseznam"/>
              <w:spacing w:after="16"/>
            </w:pPr>
            <w:r>
              <w:rPr>
                <w:color w:val="000000"/>
                <w:sz w:val="16"/>
              </w:rPr>
              <w:t>členi besede na zloge</w:t>
            </w:r>
          </w:p>
          <w:p w14:paraId="5FCCD77F" w14:textId="77777777" w:rsidR="00187E2C" w:rsidRDefault="00000000">
            <w:pPr>
              <w:pStyle w:val="Oznaenseznam"/>
              <w:spacing w:after="16"/>
            </w:pPr>
            <w:r>
              <w:rPr>
                <w:color w:val="000000"/>
                <w:sz w:val="16"/>
              </w:rPr>
              <w:t>prepozna začetni glas</w:t>
            </w:r>
          </w:p>
          <w:p w14:paraId="5073F99A" w14:textId="77777777" w:rsidR="00187E2C" w:rsidRDefault="00000000">
            <w:pPr>
              <w:pStyle w:val="Oznaenseznam"/>
              <w:spacing w:after="16"/>
            </w:pPr>
            <w:r>
              <w:rPr>
                <w:color w:val="000000"/>
                <w:sz w:val="16"/>
              </w:rPr>
              <w:t>tvori poved ob prometni sliki</w:t>
            </w:r>
          </w:p>
          <w:p w14:paraId="0C3B7A51" w14:textId="77777777" w:rsidR="00187E2C" w:rsidRDefault="00000000">
            <w:pPr>
              <w:spacing w:before="40" w:after="20" w:line="245" w:lineRule="auto"/>
            </w:pPr>
            <w:r>
              <w:rPr>
                <w:b/>
                <w:color w:val="000000"/>
                <w:sz w:val="17"/>
              </w:rPr>
              <w:t>PRIČAKOVANI DOSEŽKI / MINIMALNI POUDARKI</w:t>
            </w:r>
          </w:p>
          <w:p w14:paraId="60D02215" w14:textId="77777777" w:rsidR="00187E2C" w:rsidRDefault="00000000">
            <w:pPr>
              <w:pStyle w:val="Oznaenseznam"/>
              <w:spacing w:after="16"/>
            </w:pPr>
            <w:r>
              <w:rPr>
                <w:color w:val="000000"/>
                <w:sz w:val="15"/>
              </w:rPr>
              <w:t>samostojno oziroma z dogovorjeno oporo členi besede na zloge</w:t>
            </w:r>
          </w:p>
          <w:p w14:paraId="2BB8635C" w14:textId="77777777" w:rsidR="00187E2C" w:rsidRDefault="00000000">
            <w:pPr>
              <w:pStyle w:val="Oznaenseznam"/>
              <w:spacing w:after="16"/>
            </w:pPr>
            <w:r>
              <w:rPr>
                <w:color w:val="000000"/>
                <w:sz w:val="15"/>
              </w:rPr>
              <w:t>samostojno oziroma z dogovorjeno oporo prepozna začetni glas</w:t>
            </w:r>
          </w:p>
          <w:p w14:paraId="5BC89131" w14:textId="77777777" w:rsidR="00187E2C" w:rsidRDefault="00000000">
            <w:pPr>
              <w:pStyle w:val="Oznaenseznam"/>
              <w:spacing w:after="16"/>
            </w:pPr>
            <w:r>
              <w:rPr>
                <w:color w:val="000000"/>
                <w:sz w:val="15"/>
              </w:rPr>
              <w:t>samostojno oziroma z dogovorjeno oporo tvori poved ob prometni sliki</w:t>
            </w:r>
          </w:p>
        </w:tc>
        <w:tc>
          <w:tcPr>
            <w:tcW w:w="7087" w:type="dxa"/>
            <w:tcMar>
              <w:top w:w="70" w:type="dxa"/>
              <w:left w:w="90" w:type="dxa"/>
              <w:bottom w:w="70" w:type="dxa"/>
              <w:right w:w="90" w:type="dxa"/>
            </w:tcMar>
          </w:tcPr>
          <w:p w14:paraId="3876FDA9"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3C3AE61" w14:textId="77777777">
              <w:trPr>
                <w:jc w:val="center"/>
              </w:trPr>
              <w:tc>
                <w:tcPr>
                  <w:tcW w:w="7087" w:type="dxa"/>
                  <w:shd w:val="clear" w:color="auto" w:fill="C6E7F3"/>
                  <w:tcMar>
                    <w:top w:w="45" w:type="dxa"/>
                    <w:left w:w="70" w:type="dxa"/>
                    <w:bottom w:w="45" w:type="dxa"/>
                    <w:right w:w="70" w:type="dxa"/>
                  </w:tcMar>
                </w:tcPr>
                <w:p w14:paraId="47EE15B5" w14:textId="77777777" w:rsidR="00187E2C" w:rsidRDefault="00000000">
                  <w:pPr>
                    <w:keepNext/>
                  </w:pPr>
                  <w:r>
                    <w:rPr>
                      <w:b/>
                      <w:color w:val="000000"/>
                    </w:rPr>
                    <w:t>UVODNI DEL – motivacija, aktivacija predznanja in namen učenja (15–20 min)</w:t>
                  </w:r>
                </w:p>
              </w:tc>
            </w:tr>
          </w:tbl>
          <w:p w14:paraId="550568BF" w14:textId="77777777" w:rsidR="00187E2C" w:rsidRDefault="00187E2C">
            <w:pPr>
              <w:spacing w:line="20" w:lineRule="exact"/>
            </w:pPr>
          </w:p>
          <w:p w14:paraId="4B90595A" w14:textId="77777777" w:rsidR="00187E2C" w:rsidRDefault="00000000">
            <w:pPr>
              <w:spacing w:before="40" w:after="60" w:line="245" w:lineRule="auto"/>
            </w:pPr>
            <w:r>
              <w:rPr>
                <w:color w:val="000000"/>
                <w:sz w:val="16"/>
              </w:rPr>
              <w:t>Učenci ob naslovnici, odlomku ali ilustraciji dela »Volk in sedem kozličkov« – brata Grimm doživljajsko vstopijo v motiv prepoznavanje znakov, varnost doma in kritično poslušanje. S kretnjo, predmetom, sliko, glasom ali kratko povedjo pokažejo predznanje in napoved. Izhodiščni odziv povežejo z dejavnostjo BRALNI LIST 6 – POIŠČEM ZADNJI ZLOG.</w:t>
            </w:r>
          </w:p>
          <w:tbl>
            <w:tblPr>
              <w:tblStyle w:val="Tabelamrea"/>
              <w:tblW w:w="0" w:type="auto"/>
              <w:jc w:val="center"/>
              <w:tblLayout w:type="fixed"/>
              <w:tblLook w:val="04A0" w:firstRow="1" w:lastRow="0" w:firstColumn="1" w:lastColumn="0" w:noHBand="0" w:noVBand="1"/>
            </w:tblPr>
            <w:tblGrid>
              <w:gridCol w:w="7087"/>
            </w:tblGrid>
            <w:tr w:rsidR="00187E2C" w14:paraId="2B16C635" w14:textId="77777777">
              <w:trPr>
                <w:jc w:val="center"/>
              </w:trPr>
              <w:tc>
                <w:tcPr>
                  <w:tcW w:w="7087" w:type="dxa"/>
                  <w:shd w:val="clear" w:color="auto" w:fill="EDC9EA"/>
                  <w:tcMar>
                    <w:top w:w="45" w:type="dxa"/>
                    <w:left w:w="70" w:type="dxa"/>
                    <w:bottom w:w="45" w:type="dxa"/>
                    <w:right w:w="70" w:type="dxa"/>
                  </w:tcMar>
                </w:tcPr>
                <w:p w14:paraId="7BC0B619" w14:textId="77777777" w:rsidR="00187E2C" w:rsidRDefault="00000000">
                  <w:pPr>
                    <w:keepNext/>
                  </w:pPr>
                  <w:r>
                    <w:rPr>
                      <w:b/>
                      <w:color w:val="000000"/>
                    </w:rPr>
                    <w:t>NAMENI UČENJA</w:t>
                  </w:r>
                </w:p>
              </w:tc>
            </w:tr>
          </w:tbl>
          <w:p w14:paraId="23BEB31A" w14:textId="77777777" w:rsidR="00187E2C" w:rsidRDefault="00187E2C">
            <w:pPr>
              <w:spacing w:line="20" w:lineRule="exact"/>
            </w:pPr>
          </w:p>
          <w:p w14:paraId="65E9A9BC"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50218177" w14:textId="77777777" w:rsidR="00187E2C" w:rsidRDefault="00000000">
            <w:pPr>
              <w:pStyle w:val="Oznaenseznam"/>
              <w:spacing w:after="16"/>
            </w:pPr>
            <w:r>
              <w:rPr>
                <w:color w:val="000000"/>
                <w:sz w:val="16"/>
              </w:rPr>
              <w:t>členim besede na zloge</w:t>
            </w:r>
          </w:p>
          <w:p w14:paraId="307088D9" w14:textId="77777777" w:rsidR="00187E2C" w:rsidRDefault="00000000">
            <w:pPr>
              <w:pStyle w:val="Oznaenseznam"/>
              <w:spacing w:after="16"/>
            </w:pPr>
            <w:r>
              <w:rPr>
                <w:color w:val="000000"/>
                <w:sz w:val="16"/>
              </w:rPr>
              <w:t>prepoznam začetni glas</w:t>
            </w:r>
          </w:p>
          <w:p w14:paraId="683EC5C5" w14:textId="77777777" w:rsidR="00187E2C" w:rsidRDefault="00000000">
            <w:pPr>
              <w:pStyle w:val="Oznaenseznam"/>
              <w:spacing w:after="16"/>
            </w:pPr>
            <w:r>
              <w:rPr>
                <w:color w:val="000000"/>
                <w:sz w:val="16"/>
              </w:rPr>
              <w:t>tvorim poved ob prometni sliki</w:t>
            </w:r>
          </w:p>
          <w:tbl>
            <w:tblPr>
              <w:tblStyle w:val="Tabelamrea"/>
              <w:tblW w:w="0" w:type="auto"/>
              <w:jc w:val="center"/>
              <w:tblLayout w:type="fixed"/>
              <w:tblLook w:val="04A0" w:firstRow="1" w:lastRow="0" w:firstColumn="1" w:lastColumn="0" w:noHBand="0" w:noVBand="1"/>
            </w:tblPr>
            <w:tblGrid>
              <w:gridCol w:w="7087"/>
            </w:tblGrid>
            <w:tr w:rsidR="00187E2C" w14:paraId="72D28F3B" w14:textId="77777777">
              <w:trPr>
                <w:jc w:val="center"/>
              </w:trPr>
              <w:tc>
                <w:tcPr>
                  <w:tcW w:w="7087" w:type="dxa"/>
                  <w:shd w:val="clear" w:color="auto" w:fill="EDC9EA"/>
                  <w:tcMar>
                    <w:top w:w="45" w:type="dxa"/>
                    <w:left w:w="70" w:type="dxa"/>
                    <w:bottom w:w="45" w:type="dxa"/>
                    <w:right w:w="70" w:type="dxa"/>
                  </w:tcMar>
                </w:tcPr>
                <w:p w14:paraId="4B3607B5" w14:textId="77777777" w:rsidR="00187E2C" w:rsidRDefault="00000000">
                  <w:pPr>
                    <w:keepNext/>
                  </w:pPr>
                  <w:r>
                    <w:rPr>
                      <w:b/>
                      <w:color w:val="000000"/>
                    </w:rPr>
                    <w:t>PREVERJANJE PREDZNANJA</w:t>
                  </w:r>
                </w:p>
              </w:tc>
            </w:tr>
          </w:tbl>
          <w:p w14:paraId="12CDBA88" w14:textId="77777777" w:rsidR="00187E2C" w:rsidRDefault="00187E2C">
            <w:pPr>
              <w:spacing w:line="20" w:lineRule="exact"/>
            </w:pPr>
          </w:p>
          <w:p w14:paraId="79799CB0" w14:textId="77777777" w:rsidR="00187E2C" w:rsidRDefault="00000000">
            <w:pPr>
              <w:pStyle w:val="Oznaenseznam"/>
              <w:spacing w:after="16"/>
            </w:pPr>
            <w:r>
              <w:rPr>
                <w:color w:val="000000"/>
                <w:sz w:val="16"/>
              </w:rPr>
              <w:t>Kaj mi naslovnica, ilustracija ali naslov pove o motivu prepoznavanje znakov, varnost doma in kritično poslušanje?</w:t>
            </w:r>
          </w:p>
          <w:p w14:paraId="497D0F5D" w14:textId="77777777" w:rsidR="00187E2C" w:rsidRDefault="00000000">
            <w:pPr>
              <w:pStyle w:val="Oznaenseznam"/>
              <w:spacing w:after="16"/>
            </w:pPr>
            <w:r>
              <w:rPr>
                <w:color w:val="000000"/>
                <w:sz w:val="16"/>
              </w:rPr>
              <w:t>Katero strategijo lahko uporabim pri dejavnosti »POIŠČEM ZADNJI ZLOG«?</w:t>
            </w:r>
          </w:p>
          <w:p w14:paraId="5DC32D56"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1324E4CE" w14:textId="77777777">
              <w:trPr>
                <w:jc w:val="center"/>
              </w:trPr>
              <w:tc>
                <w:tcPr>
                  <w:tcW w:w="7087" w:type="dxa"/>
                  <w:shd w:val="clear" w:color="auto" w:fill="EDC9EA"/>
                  <w:tcMar>
                    <w:top w:w="45" w:type="dxa"/>
                    <w:left w:w="70" w:type="dxa"/>
                    <w:bottom w:w="45" w:type="dxa"/>
                    <w:right w:w="70" w:type="dxa"/>
                  </w:tcMar>
                </w:tcPr>
                <w:p w14:paraId="23AF322E" w14:textId="77777777" w:rsidR="00187E2C" w:rsidRDefault="00000000">
                  <w:pPr>
                    <w:keepNext/>
                  </w:pPr>
                  <w:r>
                    <w:rPr>
                      <w:b/>
                      <w:color w:val="000000"/>
                    </w:rPr>
                    <w:t>KRITERIJI USPEŠNOSTI</w:t>
                  </w:r>
                </w:p>
              </w:tc>
            </w:tr>
          </w:tbl>
          <w:p w14:paraId="096A815D" w14:textId="77777777" w:rsidR="00187E2C" w:rsidRDefault="00187E2C"/>
          <w:p w14:paraId="55F18E0C" w14:textId="77777777" w:rsidR="00187E2C" w:rsidRDefault="00000000">
            <w:pPr>
              <w:spacing w:before="20" w:after="20" w:line="245" w:lineRule="auto"/>
            </w:pPr>
            <w:r>
              <w:rPr>
                <w:b/>
                <w:color w:val="000000"/>
                <w:sz w:val="16"/>
              </w:rPr>
              <w:t>Uspešen/-na bom, ko:</w:t>
            </w:r>
          </w:p>
          <w:p w14:paraId="2EE34438" w14:textId="77777777" w:rsidR="00187E2C" w:rsidRDefault="00000000">
            <w:pPr>
              <w:pStyle w:val="Oznaenseznam"/>
              <w:spacing w:after="16"/>
            </w:pPr>
            <w:r>
              <w:rPr>
                <w:color w:val="000000"/>
                <w:sz w:val="16"/>
              </w:rPr>
              <w:t>členim besede na zloge</w:t>
            </w:r>
          </w:p>
          <w:p w14:paraId="5FBCD45C" w14:textId="77777777" w:rsidR="00187E2C" w:rsidRDefault="00000000">
            <w:pPr>
              <w:pStyle w:val="Oznaenseznam"/>
              <w:spacing w:after="16"/>
            </w:pPr>
            <w:r>
              <w:rPr>
                <w:color w:val="000000"/>
                <w:sz w:val="16"/>
              </w:rPr>
              <w:t>prepoznam začetni glas</w:t>
            </w:r>
          </w:p>
          <w:p w14:paraId="6A2BBA37" w14:textId="77777777" w:rsidR="00187E2C" w:rsidRDefault="00000000">
            <w:pPr>
              <w:pStyle w:val="Oznaenseznam"/>
              <w:spacing w:after="16"/>
            </w:pPr>
            <w:r>
              <w:rPr>
                <w:color w:val="000000"/>
                <w:sz w:val="16"/>
              </w:rPr>
              <w:t>tvorim poved ob prometni sliki</w:t>
            </w:r>
          </w:p>
          <w:p w14:paraId="2A93C64B"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022AFDD2" w14:textId="77777777" w:rsidR="00187E2C" w:rsidRDefault="00187E2C"/>
          <w:p w14:paraId="46581B35"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3D18A9C1" w14:textId="77777777" w:rsidR="00187E2C" w:rsidRDefault="00000000">
            <w:pPr>
              <w:spacing w:after="80" w:line="245" w:lineRule="auto"/>
            </w:pPr>
            <w:r>
              <w:rPr>
                <w:color w:val="000000"/>
                <w:sz w:val="16"/>
              </w:rPr>
              <w:t>Pove, pokaže ali nariše, kaj že ve in katero strategijo bi uporabil.</w:t>
            </w:r>
          </w:p>
          <w:p w14:paraId="7635385D" w14:textId="77777777" w:rsidR="00187E2C" w:rsidRDefault="00000000">
            <w:pPr>
              <w:spacing w:after="100" w:line="245" w:lineRule="auto"/>
            </w:pPr>
            <w:r>
              <w:rPr>
                <w:color w:val="000000"/>
                <w:sz w:val="16"/>
              </w:rPr>
              <w:t>Sodeluje pri razumevanju namenov in kriterijev uspešnosti.</w:t>
            </w:r>
          </w:p>
          <w:p w14:paraId="72C02D29" w14:textId="77777777" w:rsidR="00187E2C" w:rsidRDefault="00000000">
            <w:pPr>
              <w:spacing w:after="20" w:line="245" w:lineRule="auto"/>
            </w:pPr>
            <w:r>
              <w:rPr>
                <w:b/>
                <w:color w:val="D95BC6"/>
                <w:sz w:val="17"/>
              </w:rPr>
              <w:t>DOKAZ O UČENJU</w:t>
            </w:r>
          </w:p>
          <w:p w14:paraId="519174F4"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4F446CB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D8B02E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F0B6B3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1DFD4B" w14:textId="77777777" w:rsidR="00187E2C" w:rsidRDefault="00000000">
            <w:pPr>
              <w:jc w:val="center"/>
            </w:pPr>
            <w:r>
              <w:rPr>
                <w:b/>
                <w:color w:val="000000"/>
                <w:sz w:val="20"/>
              </w:rPr>
              <w:t>UČNE DEJAVNOSTI, METODE IN FORMATIVNO SPREMLJANJE</w:t>
            </w:r>
          </w:p>
        </w:tc>
      </w:tr>
      <w:tr w:rsidR="00187E2C" w14:paraId="757832AD" w14:textId="77777777">
        <w:trPr>
          <w:tblHeader/>
          <w:jc w:val="center"/>
        </w:trPr>
        <w:tc>
          <w:tcPr>
            <w:tcW w:w="4422" w:type="dxa"/>
            <w:vMerge/>
            <w:tcMar>
              <w:top w:w="70" w:type="dxa"/>
              <w:left w:w="90" w:type="dxa"/>
              <w:bottom w:w="70" w:type="dxa"/>
              <w:right w:w="90" w:type="dxa"/>
            </w:tcMar>
            <w:vAlign w:val="center"/>
          </w:tcPr>
          <w:p w14:paraId="68FC58BF" w14:textId="77777777" w:rsidR="00187E2C" w:rsidRDefault="00187E2C"/>
        </w:tc>
        <w:tc>
          <w:tcPr>
            <w:tcW w:w="7087" w:type="dxa"/>
            <w:shd w:val="clear" w:color="auto" w:fill="FFFFFF"/>
            <w:tcMar>
              <w:top w:w="70" w:type="dxa"/>
              <w:left w:w="90" w:type="dxa"/>
              <w:bottom w:w="70" w:type="dxa"/>
              <w:right w:w="90" w:type="dxa"/>
            </w:tcMar>
            <w:vAlign w:val="center"/>
          </w:tcPr>
          <w:p w14:paraId="33E593F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6B53BD" w14:textId="77777777" w:rsidR="00187E2C" w:rsidRDefault="00000000">
            <w:pPr>
              <w:jc w:val="center"/>
            </w:pPr>
            <w:r>
              <w:rPr>
                <w:b/>
                <w:color w:val="000000"/>
              </w:rPr>
              <w:t>UČENEC</w:t>
            </w:r>
          </w:p>
        </w:tc>
      </w:tr>
      <w:tr w:rsidR="00187E2C" w14:paraId="59561612" w14:textId="77777777">
        <w:trPr>
          <w:jc w:val="center"/>
        </w:trPr>
        <w:tc>
          <w:tcPr>
            <w:tcW w:w="4422" w:type="dxa"/>
            <w:tcMar>
              <w:top w:w="70" w:type="dxa"/>
              <w:left w:w="90" w:type="dxa"/>
              <w:bottom w:w="70" w:type="dxa"/>
              <w:right w:w="90" w:type="dxa"/>
            </w:tcMar>
          </w:tcPr>
          <w:p w14:paraId="1F3D1FD2" w14:textId="77777777" w:rsidR="00187E2C" w:rsidRDefault="00187E2C"/>
          <w:p w14:paraId="06FA7044" w14:textId="77777777" w:rsidR="00187E2C" w:rsidRDefault="00000000">
            <w:pPr>
              <w:spacing w:after="40" w:line="245" w:lineRule="auto"/>
            </w:pPr>
            <w:r>
              <w:rPr>
                <w:b/>
                <w:color w:val="000000"/>
              </w:rPr>
              <w:t>KLJUČNI POJMI</w:t>
            </w:r>
          </w:p>
          <w:p w14:paraId="50B1A44A"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49F87E94" w14:textId="77777777" w:rsidR="00187E2C" w:rsidRDefault="00000000">
            <w:pPr>
              <w:spacing w:after="20" w:line="245" w:lineRule="auto"/>
            </w:pPr>
            <w:r>
              <w:rPr>
                <w:b/>
                <w:color w:val="000000"/>
                <w:sz w:val="17"/>
              </w:rPr>
              <w:t>DOKAZI O UČENJU</w:t>
            </w:r>
          </w:p>
          <w:p w14:paraId="5D1CC97B" w14:textId="77777777" w:rsidR="00187E2C" w:rsidRDefault="00000000">
            <w:pPr>
              <w:pStyle w:val="Oznaenseznam"/>
              <w:spacing w:after="9"/>
            </w:pPr>
            <w:r>
              <w:rPr>
                <w:color w:val="000000"/>
                <w:sz w:val="15"/>
              </w:rPr>
              <w:t>pravilno označeni zadnji zlogi v najmanj štirih besedah.</w:t>
            </w:r>
          </w:p>
          <w:p w14:paraId="346A6C18" w14:textId="77777777" w:rsidR="00187E2C" w:rsidRDefault="00000000">
            <w:pPr>
              <w:pStyle w:val="Oznaenseznam"/>
              <w:spacing w:after="9"/>
            </w:pPr>
            <w:r>
              <w:rPr>
                <w:color w:val="000000"/>
                <w:sz w:val="15"/>
              </w:rPr>
              <w:t>zvočni posnetek ali anekdotski zapis kratke izmenjave.</w:t>
            </w:r>
          </w:p>
          <w:p w14:paraId="71C1AA95" w14:textId="77777777" w:rsidR="00187E2C" w:rsidRDefault="00000000">
            <w:pPr>
              <w:pStyle w:val="Oznaenseznam"/>
              <w:spacing w:after="9"/>
            </w:pPr>
            <w:r>
              <w:rPr>
                <w:color w:val="000000"/>
                <w:sz w:val="15"/>
              </w:rPr>
              <w:t>pravilno sestavljen primer in učenčeva ustna razlaga postopka.</w:t>
            </w:r>
          </w:p>
          <w:p w14:paraId="2DBA1C7A" w14:textId="77777777" w:rsidR="00187E2C" w:rsidRDefault="00000000">
            <w:pPr>
              <w:pStyle w:val="Oznaenseznam"/>
              <w:spacing w:after="9"/>
            </w:pPr>
            <w:r>
              <w:rPr>
                <w:color w:val="000000"/>
                <w:sz w:val="15"/>
              </w:rPr>
              <w:t>individualni bralni zapis, označen podatek in učenčeva izbrana strategija.</w:t>
            </w:r>
          </w:p>
          <w:p w14:paraId="57E34205" w14:textId="77777777" w:rsidR="00187E2C" w:rsidRDefault="00000000">
            <w:pPr>
              <w:pStyle w:val="Oznaenseznam"/>
              <w:spacing w:after="9"/>
            </w:pPr>
            <w:r>
              <w:rPr>
                <w:color w:val="000000"/>
                <w:sz w:val="15"/>
              </w:rPr>
              <w:t>datiran zapis v mapi in kratek komentar učenca o najuspešnejšem delu.</w:t>
            </w:r>
          </w:p>
          <w:p w14:paraId="4468A184" w14:textId="77777777" w:rsidR="00187E2C" w:rsidRDefault="00000000">
            <w:pPr>
              <w:pStyle w:val="Oznaenseznam"/>
              <w:spacing w:after="9"/>
            </w:pPr>
            <w:r>
              <w:rPr>
                <w:color w:val="000000"/>
                <w:sz w:val="15"/>
              </w:rPr>
              <w:t>nastop/izdelek, vrstniška povratna informacija in samovrednotenje.</w:t>
            </w:r>
          </w:p>
          <w:p w14:paraId="7D092DC6" w14:textId="77777777" w:rsidR="00187E2C" w:rsidRDefault="00000000">
            <w:pPr>
              <w:spacing w:before="40" w:after="20" w:line="245" w:lineRule="auto"/>
            </w:pPr>
            <w:r>
              <w:rPr>
                <w:b/>
                <w:color w:val="000000"/>
                <w:sz w:val="17"/>
              </w:rPr>
              <w:t>KNJIŽEVNO DOŽIVETJE IN IZKUŠENJSKI POUK</w:t>
            </w:r>
          </w:p>
          <w:p w14:paraId="642E098D"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531538B" w14:textId="77777777" w:rsidR="00187E2C" w:rsidRDefault="00000000">
            <w:pPr>
              <w:spacing w:after="20" w:line="245" w:lineRule="auto"/>
            </w:pPr>
            <w:r>
              <w:rPr>
                <w:b/>
                <w:color w:val="000000"/>
                <w:sz w:val="17"/>
              </w:rPr>
              <w:t>POUČEVANJE V GIBANJU</w:t>
            </w:r>
          </w:p>
          <w:p w14:paraId="605ED5DC"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13F3503" w14:textId="77777777" w:rsidR="00187E2C" w:rsidRDefault="00000000">
            <w:pPr>
              <w:spacing w:after="20" w:line="245" w:lineRule="auto"/>
            </w:pPr>
            <w:r>
              <w:rPr>
                <w:b/>
                <w:color w:val="000000"/>
                <w:sz w:val="17"/>
              </w:rPr>
              <w:t>DELO PO POSTAJAH</w:t>
            </w:r>
          </w:p>
          <w:p w14:paraId="60E170A1"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6, modelirano, vodeno ali ponovljeno branje; 4. slikovno-pisna – urejam zaporedje, rišem, dopolnim ali zapišem odziv ter izbor dokaza, povratna informacija in naslednji korak.</w:t>
            </w:r>
          </w:p>
          <w:p w14:paraId="43AAC7B3" w14:textId="77777777" w:rsidR="00187E2C" w:rsidRDefault="00000000">
            <w:pPr>
              <w:spacing w:after="20" w:line="245" w:lineRule="auto"/>
            </w:pPr>
            <w:r>
              <w:rPr>
                <w:b/>
                <w:color w:val="000000"/>
                <w:sz w:val="17"/>
              </w:rPr>
              <w:t>DIFERENCIACIJA IN VKLJUČEVANJE</w:t>
            </w:r>
          </w:p>
          <w:p w14:paraId="09BBF77F"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0B1271F8" w14:textId="77777777" w:rsidR="00187E2C" w:rsidRDefault="00000000">
            <w:pPr>
              <w:spacing w:after="20" w:line="245" w:lineRule="auto"/>
            </w:pPr>
            <w:r>
              <w:rPr>
                <w:b/>
                <w:color w:val="000000"/>
                <w:sz w:val="17"/>
              </w:rPr>
              <w:t>SPREMLJANJE</w:t>
            </w:r>
          </w:p>
          <w:p w14:paraId="5DAAFEB9"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03FAF1E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74C26FF" w14:textId="77777777">
              <w:trPr>
                <w:jc w:val="center"/>
              </w:trPr>
              <w:tc>
                <w:tcPr>
                  <w:tcW w:w="7087" w:type="dxa"/>
                  <w:shd w:val="clear" w:color="auto" w:fill="C6E7F3"/>
                  <w:tcMar>
                    <w:top w:w="45" w:type="dxa"/>
                    <w:left w:w="70" w:type="dxa"/>
                    <w:bottom w:w="45" w:type="dxa"/>
                    <w:right w:w="70" w:type="dxa"/>
                  </w:tcMar>
                </w:tcPr>
                <w:p w14:paraId="4D1FC818" w14:textId="77777777" w:rsidR="00187E2C" w:rsidRDefault="00000000">
                  <w:pPr>
                    <w:keepNext/>
                  </w:pPr>
                  <w:r>
                    <w:rPr>
                      <w:b/>
                      <w:color w:val="000000"/>
                      <w:sz w:val="17"/>
                    </w:rPr>
                    <w:t>GLAVNI DEL – DOŽIVLJAJSKO, JEZIKOVNO IN OPISMENJEVALNO UČENJE (6 šolskih ur)</w:t>
                  </w:r>
                </w:p>
              </w:tc>
            </w:tr>
          </w:tbl>
          <w:p w14:paraId="1F80DC28" w14:textId="77777777" w:rsidR="00187E2C" w:rsidRDefault="00187E2C">
            <w:pPr>
              <w:spacing w:line="20" w:lineRule="exact"/>
            </w:pPr>
          </w:p>
          <w:p w14:paraId="2D8AA401" w14:textId="77777777" w:rsidR="00187E2C" w:rsidRDefault="00000000">
            <w:pPr>
              <w:keepNext/>
              <w:spacing w:before="22" w:after="6" w:line="245" w:lineRule="auto"/>
            </w:pPr>
            <w:r>
              <w:rPr>
                <w:b/>
                <w:color w:val="000000"/>
                <w:sz w:val="15"/>
              </w:rPr>
              <w:t>1. URA – Poiščem zadnji zlog</w:t>
            </w:r>
          </w:p>
          <w:p w14:paraId="3AC27A0E" w14:textId="77777777" w:rsidR="00187E2C" w:rsidRDefault="00000000">
            <w:pPr>
              <w:spacing w:after="7" w:line="245" w:lineRule="auto"/>
            </w:pPr>
            <w:r>
              <w:rPr>
                <w:b/>
                <w:color w:val="000000"/>
                <w:sz w:val="14"/>
              </w:rPr>
              <w:t xml:space="preserve">Dejavnost učiteljice: </w:t>
            </w:r>
            <w:r>
              <w:rPr>
                <w:color w:val="000000"/>
                <w:sz w:val="14"/>
              </w:rPr>
              <w:t>Vodi naloge Bralnega lista 6: zlogovanje besed, povezovanje enakih zlogov, risba ter zlogovna pot. Sprotno prilagaja dolžino besed.</w:t>
            </w:r>
          </w:p>
          <w:p w14:paraId="51D12DB2" w14:textId="77777777" w:rsidR="00187E2C" w:rsidRDefault="00000000">
            <w:pPr>
              <w:spacing w:after="7" w:line="245" w:lineRule="auto"/>
            </w:pPr>
            <w:r>
              <w:rPr>
                <w:b/>
                <w:color w:val="000000"/>
                <w:sz w:val="14"/>
              </w:rPr>
              <w:t xml:space="preserve">Dejavnost učencev: </w:t>
            </w:r>
            <w:r>
              <w:rPr>
                <w:color w:val="000000"/>
                <w:sz w:val="14"/>
              </w:rPr>
              <w:t>Na Bralnem listu 6 označuje ter povezuje zloge, nariše svoj primer in izvede zlogovno pot.</w:t>
            </w:r>
          </w:p>
          <w:p w14:paraId="60D2F1DC" w14:textId="77777777" w:rsidR="00187E2C" w:rsidRDefault="00000000">
            <w:pPr>
              <w:spacing w:after="15" w:line="245" w:lineRule="auto"/>
            </w:pPr>
            <w:r>
              <w:rPr>
                <w:i/>
                <w:color w:val="D95BC6"/>
                <w:sz w:val="14"/>
              </w:rPr>
              <w:t>Predvideni dokaz: pravilno označeni zadnji zlogi v najmanj štirih besedah..</w:t>
            </w:r>
          </w:p>
          <w:p w14:paraId="179569DA" w14:textId="77777777" w:rsidR="00187E2C" w:rsidRDefault="00000000">
            <w:pPr>
              <w:keepNext/>
              <w:spacing w:before="22" w:after="6" w:line="245" w:lineRule="auto"/>
            </w:pPr>
            <w:r>
              <w:rPr>
                <w:b/>
                <w:color w:val="000000"/>
                <w:sz w:val="15"/>
              </w:rPr>
              <w:t>2. URA – Zlog in glas – Govorim in pojasnjujem</w:t>
            </w:r>
          </w:p>
          <w:p w14:paraId="5A0A9D5F"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644422CC"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»prepozna začetni glas«.</w:t>
            </w:r>
          </w:p>
          <w:p w14:paraId="24F7CB6C" w14:textId="77777777" w:rsidR="00187E2C" w:rsidRDefault="00000000">
            <w:pPr>
              <w:spacing w:after="15" w:line="245" w:lineRule="auto"/>
            </w:pPr>
            <w:r>
              <w:rPr>
                <w:i/>
                <w:color w:val="D95BC6"/>
                <w:sz w:val="14"/>
              </w:rPr>
              <w:t>Predvideni dokaz: zvočni posnetek ali anekdotski zapis kratke izmenjave..</w:t>
            </w:r>
          </w:p>
          <w:p w14:paraId="5143A382" w14:textId="77777777" w:rsidR="00187E2C" w:rsidRDefault="00000000">
            <w:pPr>
              <w:keepNext/>
              <w:spacing w:before="22" w:after="6" w:line="245" w:lineRule="auto"/>
            </w:pPr>
            <w:r>
              <w:rPr>
                <w:b/>
                <w:color w:val="000000"/>
                <w:sz w:val="15"/>
              </w:rPr>
              <w:t>3. URA – Zlog in glas – Razčlenjujem jezik</w:t>
            </w:r>
          </w:p>
          <w:p w14:paraId="2AE491B0"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1DB5D027"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»tvori poved ob prometni sliki«.</w:t>
            </w:r>
          </w:p>
          <w:p w14:paraId="62FF1905" w14:textId="77777777" w:rsidR="00187E2C" w:rsidRDefault="00000000">
            <w:pPr>
              <w:spacing w:after="15" w:line="245" w:lineRule="auto"/>
            </w:pPr>
            <w:r>
              <w:rPr>
                <w:i/>
                <w:color w:val="D95BC6"/>
                <w:sz w:val="14"/>
              </w:rPr>
              <w:t>Predvideni dokaz: pravilno sestavljen primer in učenčeva ustna razlaga postopka..</w:t>
            </w:r>
          </w:p>
          <w:p w14:paraId="6F6FBF23" w14:textId="77777777" w:rsidR="00187E2C" w:rsidRDefault="00000000">
            <w:pPr>
              <w:keepNext/>
              <w:spacing w:before="22" w:after="6" w:line="245" w:lineRule="auto"/>
            </w:pPr>
            <w:r>
              <w:rPr>
                <w:b/>
                <w:color w:val="000000"/>
                <w:sz w:val="15"/>
              </w:rPr>
              <w:t>4. URA – Zlog in glas – Berem z oporo</w:t>
            </w:r>
          </w:p>
          <w:p w14:paraId="2D049841"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2451B6E1"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»besedo razdeli na zloge ter določi in označi zadnji zlog«.</w:t>
            </w:r>
          </w:p>
          <w:p w14:paraId="6DE1913B" w14:textId="77777777" w:rsidR="00187E2C" w:rsidRDefault="00000000">
            <w:pPr>
              <w:spacing w:after="15" w:line="245" w:lineRule="auto"/>
            </w:pPr>
            <w:r>
              <w:rPr>
                <w:i/>
                <w:color w:val="D95BC6"/>
                <w:sz w:val="14"/>
              </w:rPr>
              <w:t>Predvideni dokaz: individualni bralni zapis, označen podatek in učenčeva izbrana strategija..</w:t>
            </w:r>
          </w:p>
          <w:p w14:paraId="018D66D2" w14:textId="77777777" w:rsidR="00187E2C" w:rsidRDefault="00000000">
            <w:pPr>
              <w:keepNext/>
              <w:spacing w:before="22" w:after="6" w:line="245" w:lineRule="auto"/>
            </w:pPr>
            <w:r>
              <w:rPr>
                <w:b/>
                <w:color w:val="000000"/>
                <w:sz w:val="15"/>
              </w:rPr>
              <w:t>5. URA – Zlog in glas – Pišem in ustvarjam</w:t>
            </w:r>
          </w:p>
          <w:p w14:paraId="28AE266F"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3C05473E"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 dejavnost poveže s ciljem »členi besede na zloge«.</w:t>
            </w:r>
          </w:p>
          <w:p w14:paraId="318AEF7A" w14:textId="77777777" w:rsidR="00187E2C" w:rsidRDefault="00000000">
            <w:pPr>
              <w:spacing w:after="15" w:line="245" w:lineRule="auto"/>
            </w:pPr>
            <w:r>
              <w:rPr>
                <w:i/>
                <w:color w:val="D95BC6"/>
                <w:sz w:val="14"/>
              </w:rPr>
              <w:t>Predvideni dokaz: datiran zapis v mapi in kratek komentar učenca o najuspešnejšem delu..</w:t>
            </w:r>
          </w:p>
          <w:p w14:paraId="3A11E44D" w14:textId="77777777" w:rsidR="00187E2C" w:rsidRDefault="00000000">
            <w:pPr>
              <w:keepNext/>
              <w:spacing w:before="22" w:after="6" w:line="245" w:lineRule="auto"/>
            </w:pPr>
            <w:r>
              <w:rPr>
                <w:b/>
                <w:color w:val="000000"/>
                <w:sz w:val="15"/>
              </w:rPr>
              <w:t>6. URA – Zlog in glas – Predstavim in vrednotim</w:t>
            </w:r>
          </w:p>
          <w:p w14:paraId="5B7034AA"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7AA13DAA"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»prepozna začetni glas«.</w:t>
            </w:r>
          </w:p>
          <w:p w14:paraId="16C78FC8"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390619E2" w14:textId="77777777">
              <w:trPr>
                <w:jc w:val="center"/>
              </w:trPr>
              <w:tc>
                <w:tcPr>
                  <w:tcW w:w="7087" w:type="dxa"/>
                  <w:shd w:val="clear" w:color="auto" w:fill="EDC9EA"/>
                  <w:tcMar>
                    <w:top w:w="45" w:type="dxa"/>
                    <w:left w:w="70" w:type="dxa"/>
                    <w:bottom w:w="45" w:type="dxa"/>
                    <w:right w:w="70" w:type="dxa"/>
                  </w:tcMar>
                </w:tcPr>
                <w:p w14:paraId="00E3AA3A" w14:textId="77777777" w:rsidR="00187E2C" w:rsidRDefault="00000000">
                  <w:pPr>
                    <w:keepNext/>
                  </w:pPr>
                  <w:r>
                    <w:rPr>
                      <w:b/>
                      <w:color w:val="000000"/>
                      <w:sz w:val="17"/>
                    </w:rPr>
                    <w:t>POVRATNA INFORMACIJA UČITELJICE MED DELOM</w:t>
                  </w:r>
                </w:p>
              </w:tc>
            </w:tr>
          </w:tbl>
          <w:p w14:paraId="3A1BD064" w14:textId="77777777" w:rsidR="00187E2C" w:rsidRDefault="00187E2C"/>
          <w:p w14:paraId="581650BD"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B243647" w14:textId="77777777" w:rsidR="00187E2C" w:rsidRDefault="00187E2C"/>
          <w:p w14:paraId="674336E7" w14:textId="77777777" w:rsidR="00187E2C" w:rsidRDefault="00000000">
            <w:pPr>
              <w:spacing w:after="4" w:line="245" w:lineRule="auto"/>
            </w:pPr>
            <w:r>
              <w:rPr>
                <w:b/>
                <w:color w:val="000000"/>
                <w:sz w:val="15"/>
              </w:rPr>
              <w:t>1. URA – Poiščem zadnji zlog</w:t>
            </w:r>
          </w:p>
          <w:p w14:paraId="189E3887" w14:textId="77777777" w:rsidR="00187E2C" w:rsidRDefault="00000000">
            <w:pPr>
              <w:spacing w:after="7" w:line="245" w:lineRule="auto"/>
            </w:pPr>
            <w:r>
              <w:rPr>
                <w:color w:val="000000"/>
                <w:sz w:val="14"/>
              </w:rPr>
              <w:t>Na Bralnem listu 6 označuje ter povezuje zloge, nariše svoj primer in izvede zlogovno pot.</w:t>
            </w:r>
          </w:p>
          <w:p w14:paraId="08EB4925" w14:textId="77777777" w:rsidR="00187E2C" w:rsidRDefault="00000000">
            <w:pPr>
              <w:spacing w:after="15" w:line="245" w:lineRule="auto"/>
            </w:pPr>
            <w:r>
              <w:rPr>
                <w:color w:val="D95BC6"/>
                <w:sz w:val="13"/>
              </w:rPr>
              <w:t>Dokaz: pravilno označeni zadnji zlogi v najmanj štirih besedah.</w:t>
            </w:r>
          </w:p>
          <w:p w14:paraId="4561C976" w14:textId="77777777" w:rsidR="00187E2C" w:rsidRDefault="00000000">
            <w:pPr>
              <w:spacing w:after="4" w:line="245" w:lineRule="auto"/>
            </w:pPr>
            <w:r>
              <w:rPr>
                <w:b/>
                <w:color w:val="000000"/>
                <w:sz w:val="15"/>
              </w:rPr>
              <w:t>2. URA – Zlog in glas – Govorim in pojasnjujem</w:t>
            </w:r>
          </w:p>
          <w:p w14:paraId="537A9679" w14:textId="77777777" w:rsidR="00187E2C" w:rsidRDefault="00000000">
            <w:pPr>
              <w:spacing w:after="7" w:line="245" w:lineRule="auto"/>
            </w:pPr>
            <w:r>
              <w:rPr>
                <w:color w:val="000000"/>
                <w:sz w:val="14"/>
              </w:rPr>
              <w:t>V paru govori in posluša, zamenja vlogo, postavi vprašanje ter uporabi besedo iz tedenske besedne banke.</w:t>
            </w:r>
          </w:p>
          <w:p w14:paraId="20EB7B4C" w14:textId="77777777" w:rsidR="00187E2C" w:rsidRDefault="00000000">
            <w:pPr>
              <w:spacing w:after="15" w:line="245" w:lineRule="auto"/>
            </w:pPr>
            <w:r>
              <w:rPr>
                <w:color w:val="D95BC6"/>
                <w:sz w:val="13"/>
              </w:rPr>
              <w:t>Dokaz: zvočni posnetek ali anekdotski zapis kratke izmenjave.</w:t>
            </w:r>
          </w:p>
          <w:p w14:paraId="04E5D633" w14:textId="77777777" w:rsidR="00187E2C" w:rsidRDefault="00000000">
            <w:pPr>
              <w:spacing w:after="4" w:line="245" w:lineRule="auto"/>
            </w:pPr>
            <w:r>
              <w:rPr>
                <w:b/>
                <w:color w:val="000000"/>
                <w:sz w:val="15"/>
              </w:rPr>
              <w:t>3. URA – Zlog in glas – Razčlenjujem jezik</w:t>
            </w:r>
          </w:p>
          <w:p w14:paraId="00570FDD" w14:textId="77777777" w:rsidR="00187E2C" w:rsidRDefault="00000000">
            <w:pPr>
              <w:spacing w:after="7" w:line="245" w:lineRule="auto"/>
            </w:pPr>
            <w:r>
              <w:rPr>
                <w:color w:val="000000"/>
                <w:sz w:val="14"/>
              </w:rPr>
              <w:t>Ploska, stopa, razstavlja in sestavlja; primer razvrsti ter svojo rešitev preveri s sošolcem.</w:t>
            </w:r>
          </w:p>
          <w:p w14:paraId="270840A4" w14:textId="77777777" w:rsidR="00187E2C" w:rsidRDefault="00000000">
            <w:pPr>
              <w:spacing w:after="15" w:line="245" w:lineRule="auto"/>
            </w:pPr>
            <w:r>
              <w:rPr>
                <w:color w:val="D95BC6"/>
                <w:sz w:val="13"/>
              </w:rPr>
              <w:t>Dokaz: pravilno sestavljen primer in učenčeva ustna razlaga postopka.</w:t>
            </w:r>
          </w:p>
          <w:p w14:paraId="02A4A5A1" w14:textId="77777777" w:rsidR="00187E2C" w:rsidRDefault="00000000">
            <w:pPr>
              <w:spacing w:after="4" w:line="245" w:lineRule="auto"/>
            </w:pPr>
            <w:r>
              <w:rPr>
                <w:b/>
                <w:color w:val="000000"/>
                <w:sz w:val="15"/>
              </w:rPr>
              <w:t>4. URA – Zlog in glas – Berem z oporo</w:t>
            </w:r>
          </w:p>
          <w:p w14:paraId="0172CF62" w14:textId="77777777" w:rsidR="00187E2C" w:rsidRDefault="00000000">
            <w:pPr>
              <w:spacing w:after="7" w:line="245" w:lineRule="auto"/>
            </w:pPr>
            <w:r>
              <w:rPr>
                <w:color w:val="000000"/>
                <w:sz w:val="14"/>
              </w:rPr>
              <w:t>Bere sliko, znak, besedo ali kratko poved glede na napredek ter podčrta/pokaže očiten podatek.</w:t>
            </w:r>
          </w:p>
          <w:p w14:paraId="2C8A976E" w14:textId="77777777" w:rsidR="00187E2C" w:rsidRDefault="00000000">
            <w:pPr>
              <w:spacing w:after="15" w:line="245" w:lineRule="auto"/>
            </w:pPr>
            <w:r>
              <w:rPr>
                <w:color w:val="D95BC6"/>
                <w:sz w:val="13"/>
              </w:rPr>
              <w:t>Dokaz: individualni bralni zapis, označen podatek in učenčeva izbrana strategija.</w:t>
            </w:r>
          </w:p>
          <w:p w14:paraId="5BE0239B" w14:textId="77777777" w:rsidR="00187E2C" w:rsidRDefault="00000000">
            <w:pPr>
              <w:spacing w:after="4" w:line="245" w:lineRule="auto"/>
            </w:pPr>
            <w:r>
              <w:rPr>
                <w:b/>
                <w:color w:val="000000"/>
                <w:sz w:val="15"/>
              </w:rPr>
              <w:t>5. URA – Zlog in glas – Pišem in ustvarjam</w:t>
            </w:r>
          </w:p>
          <w:p w14:paraId="40C2D766" w14:textId="77777777" w:rsidR="00187E2C" w:rsidRDefault="00000000">
            <w:pPr>
              <w:spacing w:after="7" w:line="245" w:lineRule="auto"/>
            </w:pPr>
            <w:r>
              <w:rPr>
                <w:color w:val="000000"/>
                <w:sz w:val="14"/>
              </w:rPr>
              <w:t>Najprej potezo izvede s celim telesom, nato v pesku/zraku in na listu; zapiše znak.</w:t>
            </w:r>
          </w:p>
          <w:p w14:paraId="0DCE3D5F" w14:textId="77777777" w:rsidR="00187E2C" w:rsidRDefault="00000000">
            <w:pPr>
              <w:spacing w:after="15" w:line="245" w:lineRule="auto"/>
            </w:pPr>
            <w:r>
              <w:rPr>
                <w:color w:val="D95BC6"/>
                <w:sz w:val="13"/>
              </w:rPr>
              <w:t>Dokaz: datiran zapis v mapi in kratek komentar učenca o najuspešnejšem delu.</w:t>
            </w:r>
          </w:p>
          <w:p w14:paraId="3C152CC5" w14:textId="77777777" w:rsidR="00187E2C" w:rsidRDefault="00000000">
            <w:pPr>
              <w:spacing w:after="4" w:line="245" w:lineRule="auto"/>
            </w:pPr>
            <w:r>
              <w:rPr>
                <w:b/>
                <w:color w:val="000000"/>
                <w:sz w:val="15"/>
              </w:rPr>
              <w:t>6. URA – Zlog in glas – Predstavim in vrednotim</w:t>
            </w:r>
          </w:p>
          <w:p w14:paraId="13635171" w14:textId="77777777" w:rsidR="00187E2C" w:rsidRDefault="00000000">
            <w:pPr>
              <w:spacing w:after="7" w:line="245" w:lineRule="auto"/>
            </w:pPr>
            <w:r>
              <w:rPr>
                <w:color w:val="000000"/>
                <w:sz w:val="14"/>
              </w:rPr>
              <w:t>Pripoveduje, bere, dramatizira ali predstavi zapis; vrstniku pove eno opaženo moč in eno vprašanje.</w:t>
            </w:r>
          </w:p>
          <w:p w14:paraId="643827A7" w14:textId="77777777" w:rsidR="00187E2C" w:rsidRDefault="00000000">
            <w:pPr>
              <w:spacing w:after="15" w:line="245" w:lineRule="auto"/>
            </w:pPr>
            <w:r>
              <w:rPr>
                <w:color w:val="D95BC6"/>
                <w:sz w:val="13"/>
              </w:rPr>
              <w:t>Dokaz: nastop/izdelek, vrstniška povratna informacija in samovrednotenje.</w:t>
            </w:r>
          </w:p>
        </w:tc>
      </w:tr>
    </w:tbl>
    <w:p w14:paraId="569999A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60BA0D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DA8E287"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0731BB" w14:textId="77777777" w:rsidR="00187E2C" w:rsidRDefault="00000000">
            <w:pPr>
              <w:jc w:val="center"/>
            </w:pPr>
            <w:r>
              <w:rPr>
                <w:b/>
                <w:color w:val="000000"/>
                <w:sz w:val="20"/>
              </w:rPr>
              <w:t>UČNE DEJAVNOSTI, METODE IN FORMATIVNO SPREMLJANJE</w:t>
            </w:r>
          </w:p>
        </w:tc>
      </w:tr>
      <w:tr w:rsidR="00187E2C" w14:paraId="6040026A" w14:textId="77777777">
        <w:trPr>
          <w:tblHeader/>
          <w:jc w:val="center"/>
        </w:trPr>
        <w:tc>
          <w:tcPr>
            <w:tcW w:w="4422" w:type="dxa"/>
            <w:vMerge/>
            <w:tcMar>
              <w:top w:w="70" w:type="dxa"/>
              <w:left w:w="90" w:type="dxa"/>
              <w:bottom w:w="70" w:type="dxa"/>
              <w:right w:w="90" w:type="dxa"/>
            </w:tcMar>
            <w:vAlign w:val="center"/>
          </w:tcPr>
          <w:p w14:paraId="7726EE29" w14:textId="77777777" w:rsidR="00187E2C" w:rsidRDefault="00187E2C"/>
        </w:tc>
        <w:tc>
          <w:tcPr>
            <w:tcW w:w="7087" w:type="dxa"/>
            <w:shd w:val="clear" w:color="auto" w:fill="FFFFFF"/>
            <w:tcMar>
              <w:top w:w="70" w:type="dxa"/>
              <w:left w:w="90" w:type="dxa"/>
              <w:bottom w:w="70" w:type="dxa"/>
              <w:right w:w="90" w:type="dxa"/>
            </w:tcMar>
            <w:vAlign w:val="center"/>
          </w:tcPr>
          <w:p w14:paraId="2B8B9DB9"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2E7B61" w14:textId="77777777" w:rsidR="00187E2C" w:rsidRDefault="00000000">
            <w:pPr>
              <w:jc w:val="center"/>
            </w:pPr>
            <w:r>
              <w:rPr>
                <w:b/>
                <w:color w:val="000000"/>
              </w:rPr>
              <w:t>UČENEC</w:t>
            </w:r>
          </w:p>
        </w:tc>
      </w:tr>
      <w:tr w:rsidR="00187E2C" w14:paraId="26DD942C" w14:textId="77777777">
        <w:trPr>
          <w:jc w:val="center"/>
        </w:trPr>
        <w:tc>
          <w:tcPr>
            <w:tcW w:w="4422" w:type="dxa"/>
            <w:tcMar>
              <w:top w:w="70" w:type="dxa"/>
              <w:left w:w="90" w:type="dxa"/>
              <w:bottom w:w="70" w:type="dxa"/>
              <w:right w:w="90" w:type="dxa"/>
            </w:tcMar>
          </w:tcPr>
          <w:p w14:paraId="12A995F8" w14:textId="77777777" w:rsidR="00187E2C" w:rsidRDefault="00187E2C"/>
          <w:p w14:paraId="0EEB0F6F" w14:textId="77777777" w:rsidR="00187E2C" w:rsidRDefault="00000000">
            <w:pPr>
              <w:spacing w:after="40" w:line="245" w:lineRule="auto"/>
            </w:pPr>
            <w:r>
              <w:rPr>
                <w:b/>
                <w:color w:val="000000"/>
              </w:rPr>
              <w:t>FORMATIVNO SPREMLJANJE</w:t>
            </w:r>
          </w:p>
          <w:p w14:paraId="6ABBBB9C"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3F1948E8"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480EC213"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79382BEA"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7AF9A81D" w14:textId="77777777" w:rsidR="00187E2C" w:rsidRDefault="00000000">
            <w:pPr>
              <w:spacing w:before="40" w:after="20" w:line="245" w:lineRule="auto"/>
            </w:pPr>
            <w:r>
              <w:rPr>
                <w:b/>
                <w:color w:val="000000"/>
                <w:sz w:val="17"/>
              </w:rPr>
              <w:t>VARNOST IN ODGOVORNOST</w:t>
            </w:r>
          </w:p>
          <w:p w14:paraId="56B36755"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B8FF907" w14:textId="77777777" w:rsidR="00187E2C" w:rsidRDefault="00000000">
            <w:pPr>
              <w:spacing w:after="20" w:line="245" w:lineRule="auto"/>
            </w:pPr>
            <w:r>
              <w:rPr>
                <w:b/>
                <w:color w:val="000000"/>
                <w:sz w:val="17"/>
              </w:rPr>
              <w:t>EVIDENCA PO IZVEDBI</w:t>
            </w:r>
          </w:p>
          <w:p w14:paraId="1D515085"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538AC30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3B5271E" w14:textId="77777777">
              <w:trPr>
                <w:jc w:val="center"/>
              </w:trPr>
              <w:tc>
                <w:tcPr>
                  <w:tcW w:w="7087" w:type="dxa"/>
                  <w:shd w:val="clear" w:color="auto" w:fill="EDC9EA"/>
                  <w:tcMar>
                    <w:top w:w="45" w:type="dxa"/>
                    <w:left w:w="70" w:type="dxa"/>
                    <w:bottom w:w="45" w:type="dxa"/>
                    <w:right w:w="70" w:type="dxa"/>
                  </w:tcMar>
                </w:tcPr>
                <w:p w14:paraId="0D68ACAD" w14:textId="77777777" w:rsidR="00187E2C" w:rsidRDefault="00000000">
                  <w:pPr>
                    <w:keepNext/>
                  </w:pPr>
                  <w:r>
                    <w:rPr>
                      <w:b/>
                      <w:color w:val="000000"/>
                    </w:rPr>
                    <w:t>VPRAŠANJA V PODPORO JEZIKOVNEMU, BRALNEMU IN KNJIŽEVNEMU UČENJU</w:t>
                  </w:r>
                </w:p>
              </w:tc>
            </w:tr>
          </w:tbl>
          <w:p w14:paraId="57AA5B33" w14:textId="77777777" w:rsidR="00187E2C" w:rsidRDefault="00187E2C">
            <w:pPr>
              <w:spacing w:line="20" w:lineRule="exact"/>
            </w:pPr>
          </w:p>
          <w:p w14:paraId="3D79A14C" w14:textId="77777777" w:rsidR="00187E2C" w:rsidRDefault="00000000">
            <w:pPr>
              <w:pStyle w:val="Oznaenseznam"/>
              <w:spacing w:after="16"/>
            </w:pPr>
            <w:r>
              <w:rPr>
                <w:color w:val="000000"/>
                <w:sz w:val="16"/>
              </w:rPr>
              <w:t>Kaj ti je naslovnica, slika, predmet, zvok ali gib pomagal razumeti?</w:t>
            </w:r>
          </w:p>
          <w:p w14:paraId="7E2DBE6B" w14:textId="77777777" w:rsidR="00187E2C" w:rsidRDefault="00000000">
            <w:pPr>
              <w:pStyle w:val="Oznaenseznam"/>
              <w:spacing w:after="16"/>
            </w:pPr>
            <w:r>
              <w:rPr>
                <w:color w:val="000000"/>
                <w:sz w:val="16"/>
              </w:rPr>
              <w:t>Kako si našel/-la glas, črko, zlog, besedo ali bistveni podatek?</w:t>
            </w:r>
          </w:p>
          <w:p w14:paraId="3BEEF898" w14:textId="77777777" w:rsidR="00187E2C" w:rsidRDefault="00000000">
            <w:pPr>
              <w:pStyle w:val="Oznaenseznam"/>
              <w:spacing w:after="16"/>
            </w:pPr>
            <w:r>
              <w:rPr>
                <w:color w:val="000000"/>
                <w:sz w:val="16"/>
              </w:rPr>
              <w:t>Kako veš, da tvoja pripoved, branje ali zapis dosega dogovorjeni kriterij?</w:t>
            </w:r>
          </w:p>
          <w:p w14:paraId="59C3C472" w14:textId="77777777" w:rsidR="00187E2C" w:rsidRDefault="00000000">
            <w:pPr>
              <w:pStyle w:val="Oznaenseznam"/>
              <w:spacing w:after="16"/>
            </w:pPr>
            <w:r>
              <w:rPr>
                <w:color w:val="000000"/>
                <w:sz w:val="16"/>
              </w:rPr>
              <w:t>Ali lahko svoje razumevanje pokažeš še z drugim načinom – govorom, gibanjem, risbo, branjem ali zapisom?</w:t>
            </w:r>
          </w:p>
          <w:p w14:paraId="46543277"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30402FB7" w14:textId="77777777">
              <w:trPr>
                <w:jc w:val="center"/>
              </w:trPr>
              <w:tc>
                <w:tcPr>
                  <w:tcW w:w="7087" w:type="dxa"/>
                  <w:shd w:val="clear" w:color="auto" w:fill="C6E7F3"/>
                  <w:tcMar>
                    <w:top w:w="45" w:type="dxa"/>
                    <w:left w:w="70" w:type="dxa"/>
                    <w:bottom w:w="45" w:type="dxa"/>
                    <w:right w:w="70" w:type="dxa"/>
                  </w:tcMar>
                </w:tcPr>
                <w:p w14:paraId="2720CC09" w14:textId="77777777" w:rsidR="00187E2C" w:rsidRDefault="00000000">
                  <w:pPr>
                    <w:keepNext/>
                  </w:pPr>
                  <w:r>
                    <w:rPr>
                      <w:b/>
                      <w:color w:val="000000"/>
                    </w:rPr>
                    <w:t>ZAKLJUČNI DEL – UTRJEVANJE, BRALNI ODZIV IN REFLEKSIJA (10–15 min)</w:t>
                  </w:r>
                </w:p>
              </w:tc>
            </w:tr>
          </w:tbl>
          <w:p w14:paraId="29734D08" w14:textId="77777777" w:rsidR="00187E2C" w:rsidRDefault="00187E2C">
            <w:pPr>
              <w:spacing w:line="20" w:lineRule="exact"/>
            </w:pPr>
          </w:p>
          <w:p w14:paraId="475F05AC"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1CE8A8F3" w14:textId="77777777">
              <w:trPr>
                <w:jc w:val="center"/>
              </w:trPr>
              <w:tc>
                <w:tcPr>
                  <w:tcW w:w="7087" w:type="dxa"/>
                  <w:shd w:val="clear" w:color="auto" w:fill="EDC9EA"/>
                  <w:tcMar>
                    <w:top w:w="45" w:type="dxa"/>
                    <w:left w:w="70" w:type="dxa"/>
                    <w:bottom w:w="45" w:type="dxa"/>
                    <w:right w:w="70" w:type="dxa"/>
                  </w:tcMar>
                </w:tcPr>
                <w:p w14:paraId="23696231" w14:textId="77777777" w:rsidR="00187E2C" w:rsidRDefault="00000000">
                  <w:pPr>
                    <w:keepNext/>
                  </w:pPr>
                  <w:r>
                    <w:rPr>
                      <w:b/>
                      <w:color w:val="000000"/>
                    </w:rPr>
                    <w:t>SAMOVREDNOTENJE</w:t>
                  </w:r>
                </w:p>
              </w:tc>
            </w:tr>
          </w:tbl>
          <w:p w14:paraId="24A64021" w14:textId="77777777" w:rsidR="00187E2C" w:rsidRDefault="00187E2C">
            <w:pPr>
              <w:spacing w:line="20" w:lineRule="exact"/>
            </w:pPr>
          </w:p>
          <w:p w14:paraId="18F70144"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DEC07BF" w14:textId="77777777">
              <w:trPr>
                <w:jc w:val="center"/>
              </w:trPr>
              <w:tc>
                <w:tcPr>
                  <w:tcW w:w="7087" w:type="dxa"/>
                  <w:shd w:val="clear" w:color="auto" w:fill="EDC9EA"/>
                  <w:tcMar>
                    <w:top w:w="45" w:type="dxa"/>
                    <w:left w:w="70" w:type="dxa"/>
                    <w:bottom w:w="45" w:type="dxa"/>
                    <w:right w:w="70" w:type="dxa"/>
                  </w:tcMar>
                </w:tcPr>
                <w:p w14:paraId="56F847EC" w14:textId="77777777" w:rsidR="00187E2C" w:rsidRDefault="00000000">
                  <w:pPr>
                    <w:keepNext/>
                  </w:pPr>
                  <w:r>
                    <w:rPr>
                      <w:b/>
                      <w:color w:val="000000"/>
                    </w:rPr>
                    <w:t>VRSTNIŠKO VREDNOTENJE</w:t>
                  </w:r>
                </w:p>
              </w:tc>
            </w:tr>
          </w:tbl>
          <w:p w14:paraId="32F1EA27" w14:textId="77777777" w:rsidR="00187E2C" w:rsidRDefault="00187E2C">
            <w:pPr>
              <w:spacing w:line="20" w:lineRule="exact"/>
            </w:pPr>
          </w:p>
          <w:p w14:paraId="05B0A3C0"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20459A2C" w14:textId="77777777">
              <w:trPr>
                <w:jc w:val="center"/>
              </w:trPr>
              <w:tc>
                <w:tcPr>
                  <w:tcW w:w="7087" w:type="dxa"/>
                  <w:shd w:val="clear" w:color="auto" w:fill="EDC9EA"/>
                  <w:tcMar>
                    <w:top w:w="45" w:type="dxa"/>
                    <w:left w:w="70" w:type="dxa"/>
                    <w:bottom w:w="45" w:type="dxa"/>
                    <w:right w:w="70" w:type="dxa"/>
                  </w:tcMar>
                </w:tcPr>
                <w:p w14:paraId="6486BE76" w14:textId="77777777" w:rsidR="00187E2C" w:rsidRDefault="00000000">
                  <w:pPr>
                    <w:keepNext/>
                  </w:pPr>
                  <w:r>
                    <w:rPr>
                      <w:b/>
                      <w:color w:val="000000"/>
                    </w:rPr>
                    <w:t>SKUPNI POVZETEK</w:t>
                  </w:r>
                </w:p>
              </w:tc>
            </w:tr>
          </w:tbl>
          <w:p w14:paraId="293853A4" w14:textId="77777777" w:rsidR="00187E2C" w:rsidRDefault="00187E2C"/>
          <w:p w14:paraId="70ED8342" w14:textId="77777777" w:rsidR="00187E2C" w:rsidRDefault="00000000">
            <w:pPr>
              <w:spacing w:before="20" w:after="40" w:line="245" w:lineRule="auto"/>
            </w:pPr>
            <w:r>
              <w:rPr>
                <w:b/>
                <w:color w:val="000000"/>
                <w:sz w:val="16"/>
              </w:rPr>
              <w:t>členim besede na zloge; prepoznam začetni glas; tvorim poved ob prometni sliki. Svoj dokaz pojasnim in po povratni informaciji izboljšam.</w:t>
            </w:r>
          </w:p>
        </w:tc>
        <w:tc>
          <w:tcPr>
            <w:tcW w:w="2551" w:type="dxa"/>
            <w:tcMar>
              <w:top w:w="70" w:type="dxa"/>
              <w:left w:w="90" w:type="dxa"/>
              <w:bottom w:w="70" w:type="dxa"/>
              <w:right w:w="90" w:type="dxa"/>
            </w:tcMar>
          </w:tcPr>
          <w:p w14:paraId="62D15C28" w14:textId="77777777" w:rsidR="00187E2C" w:rsidRDefault="00187E2C"/>
          <w:p w14:paraId="14C95B00" w14:textId="77777777" w:rsidR="00187E2C" w:rsidRDefault="00000000">
            <w:pPr>
              <w:spacing w:after="100" w:line="245" w:lineRule="auto"/>
            </w:pPr>
            <w:r>
              <w:rPr>
                <w:color w:val="000000"/>
                <w:sz w:val="16"/>
              </w:rPr>
              <w:t>Odgovarja na podporna vprašanja ter se sklicuje na poslušano besedilo, sliko, govor, bralni list ali zapis.</w:t>
            </w:r>
          </w:p>
          <w:p w14:paraId="0BB4DB21" w14:textId="77777777" w:rsidR="00187E2C" w:rsidRDefault="00000000">
            <w:pPr>
              <w:spacing w:after="100" w:line="245" w:lineRule="auto"/>
            </w:pPr>
            <w:r>
              <w:rPr>
                <w:color w:val="000000"/>
                <w:sz w:val="16"/>
              </w:rPr>
              <w:t>Primerja začetni odziv z novim dokazom in pojasni, kaj se je naučil/-a.</w:t>
            </w:r>
          </w:p>
          <w:p w14:paraId="34474972" w14:textId="77777777" w:rsidR="00187E2C" w:rsidRDefault="00000000">
            <w:pPr>
              <w:spacing w:after="100" w:line="245" w:lineRule="auto"/>
            </w:pPr>
            <w:r>
              <w:rPr>
                <w:color w:val="000000"/>
                <w:sz w:val="16"/>
              </w:rPr>
              <w:t>Izbere raven samostojnosti in določi naslednji korak.</w:t>
            </w:r>
          </w:p>
          <w:p w14:paraId="2DD966B1" w14:textId="77777777" w:rsidR="00187E2C" w:rsidRDefault="00000000">
            <w:pPr>
              <w:spacing w:after="100" w:line="245" w:lineRule="auto"/>
            </w:pPr>
            <w:r>
              <w:rPr>
                <w:color w:val="000000"/>
                <w:sz w:val="16"/>
              </w:rPr>
              <w:t>Sošolcu poda prijazen in konkreten odziv, vezan na kriterij.</w:t>
            </w:r>
          </w:p>
          <w:p w14:paraId="08456AB2" w14:textId="77777777" w:rsidR="00187E2C" w:rsidRDefault="00000000">
            <w:pPr>
              <w:spacing w:after="20" w:line="245" w:lineRule="auto"/>
            </w:pPr>
            <w:r>
              <w:rPr>
                <w:b/>
                <w:color w:val="D95BC6"/>
                <w:sz w:val="17"/>
              </w:rPr>
              <w:t>DOKAZ O UČENJU</w:t>
            </w:r>
          </w:p>
          <w:p w14:paraId="6A1AF2B2"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1D8A18F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009D56A4" w14:textId="77777777">
        <w:trPr>
          <w:cantSplit/>
          <w:jc w:val="center"/>
        </w:trPr>
        <w:tc>
          <w:tcPr>
            <w:tcW w:w="14060" w:type="dxa"/>
            <w:gridSpan w:val="6"/>
            <w:tcMar>
              <w:top w:w="70" w:type="dxa"/>
              <w:left w:w="90" w:type="dxa"/>
              <w:bottom w:w="70" w:type="dxa"/>
              <w:right w:w="90" w:type="dxa"/>
            </w:tcMar>
            <w:vAlign w:val="center"/>
          </w:tcPr>
          <w:p w14:paraId="55ED031D" w14:textId="77777777" w:rsidR="00187E2C" w:rsidRDefault="00000000">
            <w:pPr>
              <w:jc w:val="center"/>
            </w:pPr>
            <w:r>
              <w:rPr>
                <w:b/>
                <w:color w:val="000000"/>
                <w:sz w:val="24"/>
              </w:rPr>
              <w:lastRenderedPageBreak/>
              <w:t>UČNA PRIPRAVA 7/39</w:t>
            </w:r>
          </w:p>
        </w:tc>
      </w:tr>
      <w:tr w:rsidR="00187E2C" w14:paraId="2169ACEA" w14:textId="77777777">
        <w:trPr>
          <w:jc w:val="center"/>
        </w:trPr>
        <w:tc>
          <w:tcPr>
            <w:tcW w:w="2665" w:type="dxa"/>
            <w:tcMar>
              <w:top w:w="70" w:type="dxa"/>
              <w:left w:w="90" w:type="dxa"/>
              <w:bottom w:w="70" w:type="dxa"/>
              <w:right w:w="90" w:type="dxa"/>
            </w:tcMar>
            <w:vAlign w:val="center"/>
          </w:tcPr>
          <w:p w14:paraId="2F1182A8"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DCE3FE6"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7C7629DD"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C30FA92" w14:textId="77777777" w:rsidR="00187E2C" w:rsidRDefault="00000000">
            <w:r>
              <w:rPr>
                <w:b/>
                <w:color w:val="000000"/>
                <w:sz w:val="16"/>
              </w:rPr>
              <w:t xml:space="preserve">NAČRTOVANI TERMIN: </w:t>
            </w:r>
            <w:r>
              <w:rPr>
                <w:color w:val="000000"/>
                <w:sz w:val="16"/>
              </w:rPr>
              <w:t>7. teden • 12.–16. 10. 2026</w:t>
            </w:r>
          </w:p>
        </w:tc>
        <w:tc>
          <w:tcPr>
            <w:tcW w:w="2268" w:type="dxa"/>
            <w:tcMar>
              <w:top w:w="70" w:type="dxa"/>
              <w:left w:w="90" w:type="dxa"/>
              <w:bottom w:w="70" w:type="dxa"/>
              <w:right w:w="90" w:type="dxa"/>
            </w:tcMar>
            <w:vAlign w:val="center"/>
          </w:tcPr>
          <w:p w14:paraId="5E099378"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06B5A08" w14:textId="77777777" w:rsidR="00187E2C" w:rsidRDefault="00000000">
            <w:r>
              <w:rPr>
                <w:b/>
                <w:color w:val="000000"/>
                <w:sz w:val="16"/>
              </w:rPr>
              <w:t xml:space="preserve">ŠTEVILO UR: </w:t>
            </w:r>
            <w:r>
              <w:rPr>
                <w:color w:val="000000"/>
                <w:sz w:val="16"/>
              </w:rPr>
              <w:t>6</w:t>
            </w:r>
          </w:p>
        </w:tc>
      </w:tr>
      <w:tr w:rsidR="00187E2C" w14:paraId="29B8E1DD" w14:textId="77777777">
        <w:trPr>
          <w:jc w:val="center"/>
        </w:trPr>
        <w:tc>
          <w:tcPr>
            <w:tcW w:w="14061" w:type="dxa"/>
            <w:gridSpan w:val="6"/>
            <w:tcMar>
              <w:top w:w="70" w:type="dxa"/>
              <w:left w:w="90" w:type="dxa"/>
              <w:bottom w:w="70" w:type="dxa"/>
              <w:right w:w="90" w:type="dxa"/>
            </w:tcMar>
            <w:vAlign w:val="center"/>
          </w:tcPr>
          <w:p w14:paraId="6E1B55D6"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385C05FD" w14:textId="77777777">
        <w:trPr>
          <w:cantSplit/>
          <w:jc w:val="center"/>
        </w:trPr>
        <w:tc>
          <w:tcPr>
            <w:tcW w:w="14060" w:type="dxa"/>
            <w:gridSpan w:val="6"/>
            <w:tcMar>
              <w:top w:w="70" w:type="dxa"/>
              <w:left w:w="90" w:type="dxa"/>
              <w:bottom w:w="70" w:type="dxa"/>
              <w:right w:w="90" w:type="dxa"/>
            </w:tcMar>
            <w:vAlign w:val="center"/>
          </w:tcPr>
          <w:p w14:paraId="34BD9D26" w14:textId="77777777" w:rsidR="00187E2C" w:rsidRDefault="00187E2C"/>
          <w:p w14:paraId="694287AE" w14:textId="77777777" w:rsidR="00187E2C" w:rsidRDefault="00000000">
            <w:pPr>
              <w:spacing w:line="245" w:lineRule="auto"/>
            </w:pPr>
            <w:r>
              <w:rPr>
                <w:b/>
                <w:color w:val="000000"/>
                <w:sz w:val="16"/>
              </w:rPr>
              <w:t xml:space="preserve">UČNI SKLOP: </w:t>
            </w:r>
            <w:r>
              <w:rPr>
                <w:color w:val="000000"/>
                <w:sz w:val="16"/>
              </w:rPr>
              <w:t>VARNA POT IN MOBILNOST</w:t>
            </w:r>
          </w:p>
        </w:tc>
      </w:tr>
      <w:tr w:rsidR="00187E2C" w14:paraId="3DEC8192" w14:textId="77777777">
        <w:trPr>
          <w:cantSplit/>
          <w:jc w:val="center"/>
        </w:trPr>
        <w:tc>
          <w:tcPr>
            <w:tcW w:w="14060" w:type="dxa"/>
            <w:gridSpan w:val="6"/>
            <w:tcMar>
              <w:top w:w="70" w:type="dxa"/>
              <w:left w:w="90" w:type="dxa"/>
              <w:bottom w:w="70" w:type="dxa"/>
              <w:right w:w="90" w:type="dxa"/>
            </w:tcMar>
            <w:vAlign w:val="center"/>
          </w:tcPr>
          <w:p w14:paraId="3D5E8457" w14:textId="77777777" w:rsidR="00187E2C" w:rsidRDefault="00187E2C"/>
          <w:p w14:paraId="6E07D7BE" w14:textId="77777777" w:rsidR="00187E2C" w:rsidRDefault="00000000">
            <w:pPr>
              <w:spacing w:line="245" w:lineRule="auto"/>
            </w:pPr>
            <w:r>
              <w:rPr>
                <w:b/>
                <w:color w:val="000000"/>
                <w:sz w:val="16"/>
              </w:rPr>
              <w:t xml:space="preserve">UČNA TEMA: </w:t>
            </w:r>
            <w:r>
              <w:rPr>
                <w:color w:val="000000"/>
                <w:sz w:val="16"/>
              </w:rPr>
              <w:t>BESEDILO OB SLIKI • VELIKA TISKANA ČRKA A</w:t>
            </w:r>
          </w:p>
        </w:tc>
      </w:tr>
      <w:tr w:rsidR="00187E2C" w14:paraId="6ABA4206" w14:textId="77777777">
        <w:trPr>
          <w:cantSplit/>
          <w:jc w:val="center"/>
        </w:trPr>
        <w:tc>
          <w:tcPr>
            <w:tcW w:w="14060" w:type="dxa"/>
            <w:gridSpan w:val="6"/>
            <w:tcMar>
              <w:top w:w="70" w:type="dxa"/>
              <w:left w:w="90" w:type="dxa"/>
              <w:bottom w:w="70" w:type="dxa"/>
              <w:right w:w="90" w:type="dxa"/>
            </w:tcMar>
            <w:vAlign w:val="center"/>
          </w:tcPr>
          <w:p w14:paraId="35338718" w14:textId="77777777" w:rsidR="00187E2C" w:rsidRDefault="00187E2C"/>
          <w:p w14:paraId="14D28162" w14:textId="77777777" w:rsidR="00187E2C" w:rsidRDefault="00000000">
            <w:pPr>
              <w:spacing w:line="245" w:lineRule="auto"/>
            </w:pPr>
            <w:r>
              <w:rPr>
                <w:b/>
                <w:color w:val="000000"/>
                <w:sz w:val="16"/>
              </w:rPr>
              <w:t xml:space="preserve">KNJIŽEVNO IZHODIŠČE IN MOTIV: </w:t>
            </w:r>
            <w:r>
              <w:rPr>
                <w:color w:val="000000"/>
                <w:sz w:val="16"/>
              </w:rPr>
              <w:t>»Juri Muri v Afriki« – Tone Pavček • potovanje, prevozna sredstva in spoštovanje različnosti</w:t>
            </w:r>
          </w:p>
        </w:tc>
      </w:tr>
      <w:tr w:rsidR="00187E2C" w14:paraId="041C4144" w14:textId="77777777">
        <w:trPr>
          <w:cantSplit/>
          <w:jc w:val="center"/>
        </w:trPr>
        <w:tc>
          <w:tcPr>
            <w:tcW w:w="14060" w:type="dxa"/>
            <w:gridSpan w:val="6"/>
            <w:tcMar>
              <w:top w:w="70" w:type="dxa"/>
              <w:left w:w="90" w:type="dxa"/>
              <w:bottom w:w="70" w:type="dxa"/>
              <w:right w:w="90" w:type="dxa"/>
            </w:tcMar>
            <w:vAlign w:val="center"/>
          </w:tcPr>
          <w:p w14:paraId="0683CD94" w14:textId="77777777" w:rsidR="00187E2C" w:rsidRDefault="00187E2C"/>
          <w:p w14:paraId="097261BD" w14:textId="77777777" w:rsidR="00187E2C" w:rsidRDefault="00000000">
            <w:pPr>
              <w:spacing w:line="245" w:lineRule="auto"/>
            </w:pPr>
            <w:r>
              <w:rPr>
                <w:b/>
                <w:color w:val="000000"/>
                <w:sz w:val="16"/>
              </w:rPr>
              <w:t xml:space="preserve">BRALNI LIST / ČRKA: </w:t>
            </w:r>
            <w:r>
              <w:rPr>
                <w:color w:val="000000"/>
                <w:sz w:val="16"/>
              </w:rPr>
              <w:t>ČRKA A • BRALNI LIST 7 – Berem črko A in glasovne verige: glas /a/ znane črke: A; slišim glas; prepoznam črko; dve poševni potezi in srednja prečka; berem in zapišem</w:t>
            </w:r>
          </w:p>
        </w:tc>
      </w:tr>
      <w:tr w:rsidR="00187E2C" w14:paraId="26930E37" w14:textId="77777777">
        <w:trPr>
          <w:cantSplit/>
          <w:jc w:val="center"/>
        </w:trPr>
        <w:tc>
          <w:tcPr>
            <w:tcW w:w="14060" w:type="dxa"/>
            <w:gridSpan w:val="6"/>
            <w:tcMar>
              <w:top w:w="70" w:type="dxa"/>
              <w:left w:w="90" w:type="dxa"/>
              <w:bottom w:w="70" w:type="dxa"/>
              <w:right w:w="90" w:type="dxa"/>
            </w:tcMar>
            <w:vAlign w:val="center"/>
          </w:tcPr>
          <w:p w14:paraId="4B008A9F" w14:textId="77777777" w:rsidR="00187E2C" w:rsidRDefault="00187E2C"/>
          <w:p w14:paraId="6ED2C316" w14:textId="77777777" w:rsidR="00187E2C" w:rsidRDefault="00000000">
            <w:pPr>
              <w:spacing w:line="245" w:lineRule="auto"/>
            </w:pPr>
            <w:r>
              <w:rPr>
                <w:b/>
                <w:color w:val="000000"/>
                <w:sz w:val="16"/>
              </w:rPr>
              <w:t xml:space="preserve">UČNE ENOTE: </w:t>
            </w:r>
            <w:r>
              <w:rPr>
                <w:color w:val="000000"/>
                <w:sz w:val="16"/>
              </w:rPr>
              <w:t>1. ura – Besedilo ob sliki – Poslušam in doživljam • 2. ura – Besedilo ob sliki – Govorim in pojasnjujem • 3. ura – Besedilo ob sliki – Razčlenjujem jezik • 4. ura – SLIŠIM GLAS /a/ IN ODKRIVAM ČRKO A • 5. ura – Oblikujem in pišem črko A • 6. ura – Berem in uporabim črko A</w:t>
            </w:r>
          </w:p>
        </w:tc>
      </w:tr>
      <w:tr w:rsidR="00187E2C" w14:paraId="3790ACD8" w14:textId="77777777">
        <w:trPr>
          <w:cantSplit/>
          <w:jc w:val="center"/>
        </w:trPr>
        <w:tc>
          <w:tcPr>
            <w:tcW w:w="14060" w:type="dxa"/>
            <w:gridSpan w:val="6"/>
            <w:tcMar>
              <w:top w:w="70" w:type="dxa"/>
              <w:left w:w="90" w:type="dxa"/>
              <w:bottom w:w="70" w:type="dxa"/>
              <w:right w:w="90" w:type="dxa"/>
            </w:tcMar>
            <w:vAlign w:val="center"/>
          </w:tcPr>
          <w:p w14:paraId="72952B1F" w14:textId="77777777" w:rsidR="00187E2C" w:rsidRDefault="00187E2C"/>
          <w:p w14:paraId="5FA4279D"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4E10D031" w14:textId="77777777">
        <w:trPr>
          <w:cantSplit/>
          <w:jc w:val="center"/>
        </w:trPr>
        <w:tc>
          <w:tcPr>
            <w:tcW w:w="14060" w:type="dxa"/>
            <w:gridSpan w:val="6"/>
            <w:tcMar>
              <w:top w:w="70" w:type="dxa"/>
              <w:left w:w="90" w:type="dxa"/>
              <w:bottom w:w="70" w:type="dxa"/>
              <w:right w:w="90" w:type="dxa"/>
            </w:tcMar>
            <w:vAlign w:val="center"/>
          </w:tcPr>
          <w:p w14:paraId="4443A925" w14:textId="77777777" w:rsidR="00187E2C" w:rsidRDefault="00187E2C"/>
          <w:p w14:paraId="72BCBFA3"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41A0F53B" w14:textId="77777777">
        <w:trPr>
          <w:cantSplit/>
          <w:jc w:val="center"/>
        </w:trPr>
        <w:tc>
          <w:tcPr>
            <w:tcW w:w="14060" w:type="dxa"/>
            <w:gridSpan w:val="6"/>
            <w:tcMar>
              <w:top w:w="70" w:type="dxa"/>
              <w:left w:w="90" w:type="dxa"/>
              <w:bottom w:w="70" w:type="dxa"/>
              <w:right w:w="90" w:type="dxa"/>
            </w:tcMar>
            <w:vAlign w:val="center"/>
          </w:tcPr>
          <w:p w14:paraId="760FCAEE" w14:textId="77777777" w:rsidR="00187E2C" w:rsidRDefault="00187E2C"/>
          <w:p w14:paraId="56E8F236"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5BFB2A4" w14:textId="77777777">
        <w:trPr>
          <w:cantSplit/>
          <w:jc w:val="center"/>
        </w:trPr>
        <w:tc>
          <w:tcPr>
            <w:tcW w:w="14060" w:type="dxa"/>
            <w:gridSpan w:val="6"/>
            <w:tcMar>
              <w:top w:w="70" w:type="dxa"/>
              <w:left w:w="90" w:type="dxa"/>
              <w:bottom w:w="70" w:type="dxa"/>
              <w:right w:w="90" w:type="dxa"/>
            </w:tcMar>
            <w:vAlign w:val="center"/>
          </w:tcPr>
          <w:p w14:paraId="56ECBCB0" w14:textId="77777777" w:rsidR="00187E2C" w:rsidRDefault="00187E2C"/>
          <w:p w14:paraId="530F8720" w14:textId="77777777" w:rsidR="00187E2C" w:rsidRDefault="00000000">
            <w:pPr>
              <w:spacing w:line="245" w:lineRule="auto"/>
            </w:pPr>
            <w:r>
              <w:rPr>
                <w:b/>
                <w:color w:val="000000"/>
                <w:sz w:val="16"/>
              </w:rPr>
              <w:t xml:space="preserve">MEDPREDMETNE POVEZAVE: </w:t>
            </w:r>
            <w:r>
              <w:rPr>
                <w:color w:val="000000"/>
                <w:sz w:val="16"/>
              </w:rPr>
              <w:t>SPO – potovanje, prevozna sredstva in spoštovanje različnosti; GUM – ritem, zvočnost in glas; LUM – ilustracija, črta in grafomotorika; ŠPO – gibalna pripoved, dramatizacija in postaje; MAT – smer, zaporedje in orientacija</w:t>
            </w:r>
          </w:p>
        </w:tc>
      </w:tr>
      <w:tr w:rsidR="00187E2C" w14:paraId="6A82BBF4" w14:textId="77777777">
        <w:trPr>
          <w:cantSplit/>
          <w:jc w:val="center"/>
        </w:trPr>
        <w:tc>
          <w:tcPr>
            <w:tcW w:w="14060" w:type="dxa"/>
            <w:gridSpan w:val="6"/>
            <w:tcMar>
              <w:top w:w="70" w:type="dxa"/>
              <w:left w:w="90" w:type="dxa"/>
              <w:bottom w:w="70" w:type="dxa"/>
              <w:right w:w="90" w:type="dxa"/>
            </w:tcMar>
            <w:vAlign w:val="center"/>
          </w:tcPr>
          <w:p w14:paraId="7634F326" w14:textId="77777777" w:rsidR="00187E2C" w:rsidRDefault="00187E2C"/>
          <w:p w14:paraId="6860F422" w14:textId="77777777" w:rsidR="00187E2C" w:rsidRDefault="00000000">
            <w:pPr>
              <w:spacing w:line="245" w:lineRule="auto"/>
            </w:pPr>
            <w:r>
              <w:rPr>
                <w:b/>
                <w:color w:val="000000"/>
                <w:sz w:val="16"/>
              </w:rPr>
              <w:t xml:space="preserve">UČNA SREDSTVA IN PRIPOMOČKI: </w:t>
            </w:r>
            <w:r>
              <w:rPr>
                <w:color w:val="000000"/>
                <w:sz w:val="16"/>
              </w:rPr>
              <w:t>ČRKA A • BRALNI LIST 7, povečano besedilo oziroma kartice, slikanica ali odlomek, slikovno zaporedje, kartice besed in glasov, talne črke ali zlogi, ogledala, vrvice ali modelirna masa, mini tabla, zvezek oziroma jezikovna mapa</w:t>
            </w:r>
          </w:p>
        </w:tc>
      </w:tr>
      <w:tr w:rsidR="00187E2C" w14:paraId="04B158C1" w14:textId="77777777">
        <w:trPr>
          <w:cantSplit/>
          <w:jc w:val="center"/>
        </w:trPr>
        <w:tc>
          <w:tcPr>
            <w:tcW w:w="14060" w:type="dxa"/>
            <w:gridSpan w:val="6"/>
            <w:tcMar>
              <w:top w:w="70" w:type="dxa"/>
              <w:left w:w="90" w:type="dxa"/>
              <w:bottom w:w="70" w:type="dxa"/>
              <w:right w:w="90" w:type="dxa"/>
            </w:tcMar>
            <w:vAlign w:val="center"/>
          </w:tcPr>
          <w:p w14:paraId="3471664B" w14:textId="77777777" w:rsidR="00187E2C" w:rsidRDefault="00187E2C"/>
          <w:p w14:paraId="7D6E1F3D"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0EAD0E1" w14:textId="77777777">
        <w:trPr>
          <w:cantSplit/>
          <w:jc w:val="center"/>
        </w:trPr>
        <w:tc>
          <w:tcPr>
            <w:tcW w:w="14060" w:type="dxa"/>
            <w:gridSpan w:val="6"/>
            <w:tcMar>
              <w:top w:w="70" w:type="dxa"/>
              <w:left w:w="90" w:type="dxa"/>
              <w:bottom w:w="70" w:type="dxa"/>
              <w:right w:w="90" w:type="dxa"/>
            </w:tcMar>
            <w:vAlign w:val="center"/>
          </w:tcPr>
          <w:p w14:paraId="22A6A5AD" w14:textId="77777777" w:rsidR="00187E2C" w:rsidRDefault="00187E2C"/>
          <w:p w14:paraId="6E2EB536"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41EABC19" w14:textId="77777777">
        <w:trPr>
          <w:cantSplit/>
          <w:jc w:val="center"/>
        </w:trPr>
        <w:tc>
          <w:tcPr>
            <w:tcW w:w="14060" w:type="dxa"/>
            <w:gridSpan w:val="6"/>
            <w:tcMar>
              <w:top w:w="70" w:type="dxa"/>
              <w:left w:w="90" w:type="dxa"/>
              <w:bottom w:w="70" w:type="dxa"/>
              <w:right w:w="90" w:type="dxa"/>
            </w:tcMar>
            <w:vAlign w:val="center"/>
          </w:tcPr>
          <w:p w14:paraId="1B5C0FBF" w14:textId="77777777" w:rsidR="00187E2C" w:rsidRDefault="00187E2C"/>
          <w:p w14:paraId="35D4DB38"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653EF33B"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7B3EAF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060AB5"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D58749" w14:textId="77777777" w:rsidR="00187E2C" w:rsidRDefault="00000000">
            <w:pPr>
              <w:jc w:val="center"/>
            </w:pPr>
            <w:r>
              <w:rPr>
                <w:b/>
                <w:color w:val="000000"/>
                <w:sz w:val="20"/>
              </w:rPr>
              <w:t>UČNE DEJAVNOSTI, METODE IN FORMATIVNO SPREMLJANJE</w:t>
            </w:r>
          </w:p>
        </w:tc>
      </w:tr>
      <w:tr w:rsidR="00187E2C" w14:paraId="56BC1D48" w14:textId="77777777">
        <w:trPr>
          <w:tblHeader/>
          <w:jc w:val="center"/>
        </w:trPr>
        <w:tc>
          <w:tcPr>
            <w:tcW w:w="4422" w:type="dxa"/>
            <w:vMerge/>
            <w:tcMar>
              <w:top w:w="70" w:type="dxa"/>
              <w:left w:w="90" w:type="dxa"/>
              <w:bottom w:w="70" w:type="dxa"/>
              <w:right w:w="90" w:type="dxa"/>
            </w:tcMar>
            <w:vAlign w:val="center"/>
          </w:tcPr>
          <w:p w14:paraId="3C48D6EC" w14:textId="77777777" w:rsidR="00187E2C" w:rsidRDefault="00187E2C"/>
        </w:tc>
        <w:tc>
          <w:tcPr>
            <w:tcW w:w="7087" w:type="dxa"/>
            <w:shd w:val="clear" w:color="auto" w:fill="FFFFFF"/>
            <w:tcMar>
              <w:top w:w="70" w:type="dxa"/>
              <w:left w:w="90" w:type="dxa"/>
              <w:bottom w:w="70" w:type="dxa"/>
              <w:right w:w="90" w:type="dxa"/>
            </w:tcMar>
            <w:vAlign w:val="center"/>
          </w:tcPr>
          <w:p w14:paraId="5169FE7D"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A54EAAF" w14:textId="77777777" w:rsidR="00187E2C" w:rsidRDefault="00000000">
            <w:pPr>
              <w:jc w:val="center"/>
            </w:pPr>
            <w:r>
              <w:rPr>
                <w:b/>
                <w:color w:val="000000"/>
              </w:rPr>
              <w:t>UČENEC</w:t>
            </w:r>
          </w:p>
        </w:tc>
      </w:tr>
      <w:tr w:rsidR="00187E2C" w14:paraId="5B40E295" w14:textId="77777777">
        <w:trPr>
          <w:jc w:val="center"/>
        </w:trPr>
        <w:tc>
          <w:tcPr>
            <w:tcW w:w="4422" w:type="dxa"/>
            <w:tcMar>
              <w:top w:w="70" w:type="dxa"/>
              <w:left w:w="90" w:type="dxa"/>
              <w:bottom w:w="70" w:type="dxa"/>
              <w:right w:w="90" w:type="dxa"/>
            </w:tcMar>
          </w:tcPr>
          <w:p w14:paraId="09BC279B" w14:textId="77777777" w:rsidR="00187E2C" w:rsidRDefault="00187E2C"/>
          <w:p w14:paraId="12480DA0" w14:textId="77777777" w:rsidR="00187E2C" w:rsidRDefault="00000000">
            <w:pPr>
              <w:spacing w:after="60" w:line="245" w:lineRule="auto"/>
            </w:pPr>
            <w:r>
              <w:rPr>
                <w:b/>
                <w:color w:val="000000"/>
              </w:rPr>
              <w:t>UČNI CILJI</w:t>
            </w:r>
          </w:p>
          <w:p w14:paraId="713F5BF5" w14:textId="77777777" w:rsidR="00187E2C" w:rsidRDefault="00000000">
            <w:pPr>
              <w:spacing w:after="20" w:line="245" w:lineRule="auto"/>
            </w:pPr>
            <w:r>
              <w:rPr>
                <w:b/>
                <w:color w:val="000000"/>
                <w:sz w:val="17"/>
              </w:rPr>
              <w:t>SPLOŠNI</w:t>
            </w:r>
          </w:p>
          <w:p w14:paraId="26B7C5FC"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73331150" w14:textId="77777777" w:rsidR="00187E2C" w:rsidRDefault="00000000">
            <w:pPr>
              <w:pStyle w:val="Oznaenseznam"/>
              <w:spacing w:after="16"/>
            </w:pPr>
            <w:r>
              <w:rPr>
                <w:color w:val="000000"/>
                <w:sz w:val="16"/>
              </w:rPr>
              <w:t>doživlja književno besedilo ter se nanj odziva z govorom, gibanjem, dramatizacijo, risbo ali zapisom</w:t>
            </w:r>
          </w:p>
          <w:p w14:paraId="092C0FD2" w14:textId="77777777" w:rsidR="00187E2C" w:rsidRDefault="00000000">
            <w:pPr>
              <w:pStyle w:val="Oznaenseznam"/>
              <w:spacing w:after="16"/>
            </w:pPr>
            <w:r>
              <w:rPr>
                <w:color w:val="000000"/>
                <w:sz w:val="16"/>
              </w:rPr>
              <w:t>razvija glasovno zavedanje, povezavo glas–črka in začetno branje ter pisanje po individualnem napredku</w:t>
            </w:r>
          </w:p>
          <w:p w14:paraId="7A67922C" w14:textId="77777777" w:rsidR="00187E2C" w:rsidRDefault="00000000">
            <w:pPr>
              <w:pStyle w:val="Oznaenseznam"/>
              <w:spacing w:after="16"/>
            </w:pPr>
            <w:r>
              <w:rPr>
                <w:color w:val="000000"/>
                <w:sz w:val="16"/>
              </w:rPr>
              <w:t>ob namenih in kriterijih spremlja svoje učenje ter uporabi opisno povratno informacijo</w:t>
            </w:r>
          </w:p>
          <w:p w14:paraId="725FAC99" w14:textId="77777777" w:rsidR="00187E2C" w:rsidRDefault="00000000">
            <w:pPr>
              <w:spacing w:before="40" w:after="20" w:line="245" w:lineRule="auto"/>
            </w:pPr>
            <w:r>
              <w:rPr>
                <w:b/>
                <w:color w:val="000000"/>
                <w:sz w:val="17"/>
              </w:rPr>
              <w:t>OPERATIVNI</w:t>
            </w:r>
          </w:p>
          <w:p w14:paraId="5B6D6B48" w14:textId="77777777" w:rsidR="00187E2C" w:rsidRDefault="00000000">
            <w:pPr>
              <w:pStyle w:val="Oznaenseznam"/>
              <w:spacing w:after="16"/>
            </w:pPr>
            <w:r>
              <w:rPr>
                <w:color w:val="000000"/>
                <w:sz w:val="16"/>
              </w:rPr>
              <w:t>uredi slike v zaporedje</w:t>
            </w:r>
          </w:p>
          <w:p w14:paraId="0FB9932F" w14:textId="77777777" w:rsidR="00187E2C" w:rsidRDefault="00000000">
            <w:pPr>
              <w:pStyle w:val="Oznaenseznam"/>
              <w:spacing w:after="16"/>
            </w:pPr>
            <w:r>
              <w:rPr>
                <w:color w:val="000000"/>
                <w:sz w:val="16"/>
              </w:rPr>
              <w:t>pripoveduje dogodek</w:t>
            </w:r>
          </w:p>
          <w:p w14:paraId="5D50265F" w14:textId="77777777" w:rsidR="00187E2C" w:rsidRDefault="00000000">
            <w:pPr>
              <w:pStyle w:val="Oznaenseznam"/>
              <w:spacing w:after="16"/>
            </w:pPr>
            <w:r>
              <w:rPr>
                <w:color w:val="000000"/>
                <w:sz w:val="16"/>
              </w:rPr>
              <w:t>bere obravnavane črke in zloge po individualnem napredku</w:t>
            </w:r>
          </w:p>
          <w:p w14:paraId="66DD0278" w14:textId="77777777" w:rsidR="00187E2C" w:rsidRDefault="00000000">
            <w:pPr>
              <w:pStyle w:val="Oznaenseznam"/>
              <w:spacing w:after="16"/>
            </w:pPr>
            <w:r>
              <w:rPr>
                <w:color w:val="000000"/>
                <w:sz w:val="16"/>
              </w:rPr>
              <w:t>prepozna in poimenuje veliko tiskano črko A ter jo poveže z glasom /a/</w:t>
            </w:r>
          </w:p>
          <w:p w14:paraId="47B4AE61" w14:textId="77777777" w:rsidR="00187E2C" w:rsidRDefault="00000000">
            <w:pPr>
              <w:pStyle w:val="Oznaenseznam"/>
              <w:spacing w:after="16"/>
            </w:pPr>
            <w:r>
              <w:rPr>
                <w:color w:val="000000"/>
                <w:sz w:val="16"/>
              </w:rPr>
              <w:t>veččutno oblikuje in čitljivo zapiše veliko tiskano črko A</w:t>
            </w:r>
          </w:p>
          <w:p w14:paraId="79929195" w14:textId="77777777" w:rsidR="00187E2C" w:rsidRDefault="00000000">
            <w:pPr>
              <w:pStyle w:val="Oznaenseznam"/>
              <w:spacing w:after="16"/>
            </w:pPr>
            <w:r>
              <w:rPr>
                <w:color w:val="000000"/>
                <w:sz w:val="16"/>
              </w:rPr>
              <w:t>bere in sestavlja zloge oziroma besede z znanimi črkami: A</w:t>
            </w:r>
          </w:p>
          <w:p w14:paraId="06E7F2E0" w14:textId="77777777" w:rsidR="00187E2C" w:rsidRDefault="00000000">
            <w:pPr>
              <w:spacing w:before="40" w:after="20" w:line="245" w:lineRule="auto"/>
            </w:pPr>
            <w:r>
              <w:rPr>
                <w:b/>
                <w:color w:val="000000"/>
                <w:sz w:val="17"/>
              </w:rPr>
              <w:t>PRIČAKOVANI DOSEŽKI / MINIMALNI POUDARKI</w:t>
            </w:r>
          </w:p>
          <w:p w14:paraId="0B5D24AA" w14:textId="77777777" w:rsidR="00187E2C" w:rsidRDefault="00000000">
            <w:pPr>
              <w:pStyle w:val="Oznaenseznam"/>
              <w:spacing w:after="16"/>
            </w:pPr>
            <w:r>
              <w:rPr>
                <w:color w:val="000000"/>
                <w:sz w:val="15"/>
              </w:rPr>
              <w:t>samostojno oziroma z dogovorjeno oporo uredi slike v zaporedje</w:t>
            </w:r>
          </w:p>
          <w:p w14:paraId="0F544475" w14:textId="77777777" w:rsidR="00187E2C" w:rsidRDefault="00000000">
            <w:pPr>
              <w:pStyle w:val="Oznaenseznam"/>
              <w:spacing w:after="16"/>
            </w:pPr>
            <w:r>
              <w:rPr>
                <w:color w:val="000000"/>
                <w:sz w:val="15"/>
              </w:rPr>
              <w:t>samostojno oziroma z dogovorjeno oporo pripoveduje dogodek</w:t>
            </w:r>
          </w:p>
          <w:p w14:paraId="2ED306E9" w14:textId="77777777" w:rsidR="00187E2C" w:rsidRDefault="00000000">
            <w:pPr>
              <w:pStyle w:val="Oznaenseznam"/>
              <w:spacing w:after="16"/>
            </w:pPr>
            <w:r>
              <w:rPr>
                <w:color w:val="000000"/>
                <w:sz w:val="15"/>
              </w:rPr>
              <w:t>samostojno oziroma z dogovorjeno oporo bere obravnavane črke in zloge po individualnem napredku</w:t>
            </w:r>
          </w:p>
          <w:p w14:paraId="70BCDA47" w14:textId="77777777" w:rsidR="00187E2C" w:rsidRDefault="00000000">
            <w:pPr>
              <w:pStyle w:val="Oznaenseznam"/>
              <w:spacing w:after="16"/>
            </w:pPr>
            <w:r>
              <w:rPr>
                <w:color w:val="000000"/>
                <w:sz w:val="15"/>
              </w:rPr>
              <w:t>samostojno oziroma z dogovorjeno oporo prepozna in poimenuje veliko tiskano črko A ter jo poveže z glasom /a/</w:t>
            </w:r>
          </w:p>
          <w:p w14:paraId="180EDA7E" w14:textId="77777777" w:rsidR="00187E2C" w:rsidRDefault="00000000">
            <w:pPr>
              <w:pStyle w:val="Oznaenseznam"/>
              <w:spacing w:after="16"/>
            </w:pPr>
            <w:r>
              <w:rPr>
                <w:color w:val="000000"/>
                <w:sz w:val="15"/>
              </w:rPr>
              <w:t>samostojno oziroma z dogovorjeno oporo veččutno oblikuje in čitljivo zapiše veliko tiskano črko A</w:t>
            </w:r>
          </w:p>
        </w:tc>
        <w:tc>
          <w:tcPr>
            <w:tcW w:w="7087" w:type="dxa"/>
            <w:tcMar>
              <w:top w:w="70" w:type="dxa"/>
              <w:left w:w="90" w:type="dxa"/>
              <w:bottom w:w="70" w:type="dxa"/>
              <w:right w:w="90" w:type="dxa"/>
            </w:tcMar>
          </w:tcPr>
          <w:p w14:paraId="0CE0E1A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EFCD7A2" w14:textId="77777777">
              <w:trPr>
                <w:jc w:val="center"/>
              </w:trPr>
              <w:tc>
                <w:tcPr>
                  <w:tcW w:w="7087" w:type="dxa"/>
                  <w:shd w:val="clear" w:color="auto" w:fill="C6E7F3"/>
                  <w:tcMar>
                    <w:top w:w="45" w:type="dxa"/>
                    <w:left w:w="70" w:type="dxa"/>
                    <w:bottom w:w="45" w:type="dxa"/>
                    <w:right w:w="70" w:type="dxa"/>
                  </w:tcMar>
                </w:tcPr>
                <w:p w14:paraId="2A3C8667" w14:textId="77777777" w:rsidR="00187E2C" w:rsidRDefault="00000000">
                  <w:pPr>
                    <w:keepNext/>
                  </w:pPr>
                  <w:r>
                    <w:rPr>
                      <w:b/>
                      <w:color w:val="000000"/>
                    </w:rPr>
                    <w:t>UVODNI DEL – motivacija, aktivacija predznanja in namen učenja (15–20 min)</w:t>
                  </w:r>
                </w:p>
              </w:tc>
            </w:tr>
          </w:tbl>
          <w:p w14:paraId="74E96739" w14:textId="77777777" w:rsidR="00187E2C" w:rsidRDefault="00187E2C">
            <w:pPr>
              <w:spacing w:line="20" w:lineRule="exact"/>
            </w:pPr>
          </w:p>
          <w:p w14:paraId="3929DBD6" w14:textId="77777777" w:rsidR="00187E2C" w:rsidRDefault="00000000">
            <w:pPr>
              <w:spacing w:before="40" w:after="60" w:line="245" w:lineRule="auto"/>
            </w:pPr>
            <w:r>
              <w:rPr>
                <w:color w:val="000000"/>
                <w:sz w:val="16"/>
              </w:rPr>
              <w:t>Učenci ob naslovnici, odlomku ali ilustraciji dela »Juri Muri v Afriki« – Tone Pavček doživljajsko vstopijo v motiv potovanje, prevozna sredstva in spoštovanje različnosti. S kretnjo, predmetom, sliko, glasom ali kratko povedjo pokažejo predznanje in napoved. Izhodiščni odziv povežejo z dejavnostjo ČRKA A • BRALNI LIST 7 – Berem črko A in glasovne verige.</w:t>
            </w:r>
          </w:p>
          <w:tbl>
            <w:tblPr>
              <w:tblStyle w:val="Tabelamrea"/>
              <w:tblW w:w="0" w:type="auto"/>
              <w:jc w:val="center"/>
              <w:tblLayout w:type="fixed"/>
              <w:tblLook w:val="04A0" w:firstRow="1" w:lastRow="0" w:firstColumn="1" w:lastColumn="0" w:noHBand="0" w:noVBand="1"/>
            </w:tblPr>
            <w:tblGrid>
              <w:gridCol w:w="7087"/>
            </w:tblGrid>
            <w:tr w:rsidR="00187E2C" w14:paraId="507593BC" w14:textId="77777777">
              <w:trPr>
                <w:jc w:val="center"/>
              </w:trPr>
              <w:tc>
                <w:tcPr>
                  <w:tcW w:w="7087" w:type="dxa"/>
                  <w:shd w:val="clear" w:color="auto" w:fill="EDC9EA"/>
                  <w:tcMar>
                    <w:top w:w="45" w:type="dxa"/>
                    <w:left w:w="70" w:type="dxa"/>
                    <w:bottom w:w="45" w:type="dxa"/>
                    <w:right w:w="70" w:type="dxa"/>
                  </w:tcMar>
                </w:tcPr>
                <w:p w14:paraId="15E36A66" w14:textId="77777777" w:rsidR="00187E2C" w:rsidRDefault="00000000">
                  <w:pPr>
                    <w:keepNext/>
                  </w:pPr>
                  <w:r>
                    <w:rPr>
                      <w:b/>
                      <w:color w:val="000000"/>
                    </w:rPr>
                    <w:t>NAMENI UČENJA</w:t>
                  </w:r>
                </w:p>
              </w:tc>
            </w:tr>
          </w:tbl>
          <w:p w14:paraId="49B1747B" w14:textId="77777777" w:rsidR="00187E2C" w:rsidRDefault="00187E2C">
            <w:pPr>
              <w:spacing w:line="20" w:lineRule="exact"/>
            </w:pPr>
          </w:p>
          <w:p w14:paraId="37CE5CB7"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02C79DA5" w14:textId="77777777" w:rsidR="00187E2C" w:rsidRDefault="00000000">
            <w:pPr>
              <w:pStyle w:val="Oznaenseznam"/>
              <w:spacing w:after="16"/>
            </w:pPr>
            <w:r>
              <w:rPr>
                <w:color w:val="000000"/>
                <w:sz w:val="16"/>
              </w:rPr>
              <w:t>uredim slike v zaporedje</w:t>
            </w:r>
          </w:p>
          <w:p w14:paraId="3EF76928" w14:textId="77777777" w:rsidR="00187E2C" w:rsidRDefault="00000000">
            <w:pPr>
              <w:pStyle w:val="Oznaenseznam"/>
              <w:spacing w:after="16"/>
            </w:pPr>
            <w:r>
              <w:rPr>
                <w:color w:val="000000"/>
                <w:sz w:val="16"/>
              </w:rPr>
              <w:t>pripovedujem dogodek</w:t>
            </w:r>
          </w:p>
          <w:p w14:paraId="3489EF70" w14:textId="77777777" w:rsidR="00187E2C" w:rsidRDefault="00000000">
            <w:pPr>
              <w:pStyle w:val="Oznaenseznam"/>
              <w:spacing w:after="16"/>
            </w:pPr>
            <w:r>
              <w:rPr>
                <w:color w:val="000000"/>
                <w:sz w:val="16"/>
              </w:rPr>
              <w:t>berem obravnavane črke in zloge po individualnem napredku</w:t>
            </w:r>
          </w:p>
          <w:p w14:paraId="2AB3663E" w14:textId="77777777" w:rsidR="00187E2C" w:rsidRDefault="00000000">
            <w:pPr>
              <w:pStyle w:val="Oznaenseznam"/>
              <w:spacing w:after="16"/>
            </w:pPr>
            <w:r>
              <w:rPr>
                <w:color w:val="000000"/>
                <w:sz w:val="16"/>
              </w:rPr>
              <w:t>prepoznam in poimenujem veliko tiskano črko A ter jo povežem z glasom /a/</w:t>
            </w:r>
          </w:p>
          <w:p w14:paraId="3F662819" w14:textId="77777777" w:rsidR="00187E2C" w:rsidRDefault="00000000">
            <w:pPr>
              <w:pStyle w:val="Oznaenseznam"/>
              <w:spacing w:after="16"/>
            </w:pPr>
            <w:r>
              <w:rPr>
                <w:color w:val="000000"/>
                <w:sz w:val="16"/>
              </w:rPr>
              <w:t>veččutno oblikujem in čitljivo zapišem veliko tiskano črko A</w:t>
            </w:r>
          </w:p>
          <w:p w14:paraId="4D1D1D2D" w14:textId="77777777" w:rsidR="00187E2C" w:rsidRDefault="00000000">
            <w:pPr>
              <w:pStyle w:val="Oznaenseznam"/>
              <w:spacing w:after="16"/>
            </w:pPr>
            <w:r>
              <w:rPr>
                <w:color w:val="000000"/>
                <w:sz w:val="16"/>
              </w:rPr>
              <w:t>berem in sestavlja zloge oziroma besede z znanimi črkami: A</w:t>
            </w:r>
          </w:p>
          <w:tbl>
            <w:tblPr>
              <w:tblStyle w:val="Tabelamrea"/>
              <w:tblW w:w="0" w:type="auto"/>
              <w:jc w:val="center"/>
              <w:tblLayout w:type="fixed"/>
              <w:tblLook w:val="04A0" w:firstRow="1" w:lastRow="0" w:firstColumn="1" w:lastColumn="0" w:noHBand="0" w:noVBand="1"/>
            </w:tblPr>
            <w:tblGrid>
              <w:gridCol w:w="7087"/>
            </w:tblGrid>
            <w:tr w:rsidR="00187E2C" w14:paraId="0554F3A4" w14:textId="77777777">
              <w:trPr>
                <w:jc w:val="center"/>
              </w:trPr>
              <w:tc>
                <w:tcPr>
                  <w:tcW w:w="7087" w:type="dxa"/>
                  <w:shd w:val="clear" w:color="auto" w:fill="EDC9EA"/>
                  <w:tcMar>
                    <w:top w:w="45" w:type="dxa"/>
                    <w:left w:w="70" w:type="dxa"/>
                    <w:bottom w:w="45" w:type="dxa"/>
                    <w:right w:w="70" w:type="dxa"/>
                  </w:tcMar>
                </w:tcPr>
                <w:p w14:paraId="70F515DF" w14:textId="77777777" w:rsidR="00187E2C" w:rsidRDefault="00000000">
                  <w:pPr>
                    <w:keepNext/>
                  </w:pPr>
                  <w:r>
                    <w:rPr>
                      <w:b/>
                      <w:color w:val="000000"/>
                    </w:rPr>
                    <w:t>PREVERJANJE PREDZNANJA</w:t>
                  </w:r>
                </w:p>
              </w:tc>
            </w:tr>
          </w:tbl>
          <w:p w14:paraId="27139626" w14:textId="77777777" w:rsidR="00187E2C" w:rsidRDefault="00187E2C">
            <w:pPr>
              <w:spacing w:line="20" w:lineRule="exact"/>
            </w:pPr>
          </w:p>
          <w:p w14:paraId="3573F2CB" w14:textId="77777777" w:rsidR="00187E2C" w:rsidRDefault="00000000">
            <w:pPr>
              <w:pStyle w:val="Oznaenseznam"/>
              <w:spacing w:after="16"/>
            </w:pPr>
            <w:r>
              <w:rPr>
                <w:color w:val="000000"/>
                <w:sz w:val="16"/>
              </w:rPr>
              <w:t>Kaj mi naslovnica, ilustracija ali naslov pove o motivu potovanje, prevozna sredstva in spoštovanje različnosti?</w:t>
            </w:r>
          </w:p>
          <w:p w14:paraId="3C36180F" w14:textId="77777777" w:rsidR="00187E2C" w:rsidRDefault="00000000">
            <w:pPr>
              <w:pStyle w:val="Oznaenseznam"/>
              <w:spacing w:after="16"/>
            </w:pPr>
            <w:r>
              <w:rPr>
                <w:color w:val="000000"/>
                <w:sz w:val="16"/>
              </w:rPr>
              <w:t>Kje v besedah slišim glas /a/ in po katerih potezah prepoznam črko A?</w:t>
            </w:r>
          </w:p>
          <w:p w14:paraId="0245C7C7"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D70F9DE" w14:textId="77777777">
              <w:trPr>
                <w:jc w:val="center"/>
              </w:trPr>
              <w:tc>
                <w:tcPr>
                  <w:tcW w:w="7087" w:type="dxa"/>
                  <w:shd w:val="clear" w:color="auto" w:fill="EDC9EA"/>
                  <w:tcMar>
                    <w:top w:w="45" w:type="dxa"/>
                    <w:left w:w="70" w:type="dxa"/>
                    <w:bottom w:w="45" w:type="dxa"/>
                    <w:right w:w="70" w:type="dxa"/>
                  </w:tcMar>
                </w:tcPr>
                <w:p w14:paraId="4A0DC5FB" w14:textId="77777777" w:rsidR="00187E2C" w:rsidRDefault="00000000">
                  <w:pPr>
                    <w:keepNext/>
                  </w:pPr>
                  <w:r>
                    <w:rPr>
                      <w:b/>
                      <w:color w:val="000000"/>
                    </w:rPr>
                    <w:t>KRITERIJI USPEŠNOSTI</w:t>
                  </w:r>
                </w:p>
              </w:tc>
            </w:tr>
          </w:tbl>
          <w:p w14:paraId="422E6F4C" w14:textId="77777777" w:rsidR="00187E2C" w:rsidRDefault="00187E2C"/>
          <w:p w14:paraId="0A70928D" w14:textId="77777777" w:rsidR="00187E2C" w:rsidRDefault="00000000">
            <w:pPr>
              <w:spacing w:before="20" w:after="20" w:line="245" w:lineRule="auto"/>
            </w:pPr>
            <w:r>
              <w:rPr>
                <w:b/>
                <w:color w:val="000000"/>
                <w:sz w:val="16"/>
              </w:rPr>
              <w:t>Uspešen/-na bom, ko:</w:t>
            </w:r>
          </w:p>
          <w:p w14:paraId="1BB2D9D5" w14:textId="77777777" w:rsidR="00187E2C" w:rsidRDefault="00000000">
            <w:pPr>
              <w:pStyle w:val="Oznaenseznam"/>
              <w:spacing w:after="16"/>
            </w:pPr>
            <w:r>
              <w:rPr>
                <w:color w:val="000000"/>
                <w:sz w:val="16"/>
              </w:rPr>
              <w:t>uredim slike v zaporedje</w:t>
            </w:r>
          </w:p>
          <w:p w14:paraId="375B731B" w14:textId="77777777" w:rsidR="00187E2C" w:rsidRDefault="00000000">
            <w:pPr>
              <w:pStyle w:val="Oznaenseznam"/>
              <w:spacing w:after="16"/>
            </w:pPr>
            <w:r>
              <w:rPr>
                <w:color w:val="000000"/>
                <w:sz w:val="16"/>
              </w:rPr>
              <w:t>pripovedujem dogodek</w:t>
            </w:r>
          </w:p>
          <w:p w14:paraId="4A5BAB86" w14:textId="77777777" w:rsidR="00187E2C" w:rsidRDefault="00000000">
            <w:pPr>
              <w:pStyle w:val="Oznaenseznam"/>
              <w:spacing w:after="16"/>
            </w:pPr>
            <w:r>
              <w:rPr>
                <w:color w:val="000000"/>
                <w:sz w:val="16"/>
              </w:rPr>
              <w:t>berem obravnavane črke in zloge po individualnem napredku</w:t>
            </w:r>
          </w:p>
          <w:p w14:paraId="39D00FEB" w14:textId="77777777" w:rsidR="00187E2C" w:rsidRDefault="00000000">
            <w:pPr>
              <w:pStyle w:val="Oznaenseznam"/>
              <w:spacing w:after="16"/>
            </w:pPr>
            <w:r>
              <w:rPr>
                <w:color w:val="000000"/>
                <w:sz w:val="16"/>
              </w:rPr>
              <w:t>prepoznam in poimenujem veliko tiskano črko A ter jo povežem z glasom /a/</w:t>
            </w:r>
          </w:p>
          <w:p w14:paraId="7DFF74D9" w14:textId="77777777" w:rsidR="00187E2C" w:rsidRDefault="00000000">
            <w:pPr>
              <w:pStyle w:val="Oznaenseznam"/>
              <w:spacing w:after="16"/>
            </w:pPr>
            <w:r>
              <w:rPr>
                <w:color w:val="000000"/>
                <w:sz w:val="16"/>
              </w:rPr>
              <w:t>veččutno oblikujem in čitljivo zapišem veliko tiskano črko A</w:t>
            </w:r>
          </w:p>
          <w:p w14:paraId="4C3297CD" w14:textId="77777777" w:rsidR="00187E2C" w:rsidRDefault="00000000">
            <w:pPr>
              <w:pStyle w:val="Oznaenseznam"/>
              <w:spacing w:after="16"/>
            </w:pPr>
            <w:r>
              <w:rPr>
                <w:color w:val="000000"/>
                <w:sz w:val="16"/>
              </w:rPr>
              <w:t>berem in sestavlja zloge oziroma besede z znanimi črkami: A</w:t>
            </w:r>
          </w:p>
          <w:p w14:paraId="4BF66DC3"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47DDA6F5" w14:textId="77777777" w:rsidR="00187E2C" w:rsidRDefault="00187E2C"/>
          <w:p w14:paraId="1D5AEC08"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441DBF61" w14:textId="77777777" w:rsidR="00187E2C" w:rsidRDefault="00000000">
            <w:pPr>
              <w:spacing w:after="80" w:line="245" w:lineRule="auto"/>
            </w:pPr>
            <w:r>
              <w:rPr>
                <w:color w:val="000000"/>
                <w:sz w:val="16"/>
              </w:rPr>
              <w:t>Pove, pokaže ali nariše, kaj že ve in katero strategijo bi uporabil.</w:t>
            </w:r>
          </w:p>
          <w:p w14:paraId="4443C939" w14:textId="77777777" w:rsidR="00187E2C" w:rsidRDefault="00000000">
            <w:pPr>
              <w:spacing w:after="100" w:line="245" w:lineRule="auto"/>
            </w:pPr>
            <w:r>
              <w:rPr>
                <w:color w:val="000000"/>
                <w:sz w:val="16"/>
              </w:rPr>
              <w:t>Sodeluje pri razumevanju namenov in kriterijev uspešnosti.</w:t>
            </w:r>
          </w:p>
          <w:p w14:paraId="778B7981" w14:textId="77777777" w:rsidR="00187E2C" w:rsidRDefault="00000000">
            <w:pPr>
              <w:spacing w:after="20" w:line="245" w:lineRule="auto"/>
            </w:pPr>
            <w:r>
              <w:rPr>
                <w:b/>
                <w:color w:val="D95BC6"/>
                <w:sz w:val="17"/>
              </w:rPr>
              <w:t>DOKAZ O UČENJU</w:t>
            </w:r>
          </w:p>
          <w:p w14:paraId="3CC135FC"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6341466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2D2CF2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A36697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47976E3" w14:textId="77777777" w:rsidR="00187E2C" w:rsidRDefault="00000000">
            <w:pPr>
              <w:jc w:val="center"/>
            </w:pPr>
            <w:r>
              <w:rPr>
                <w:b/>
                <w:color w:val="000000"/>
                <w:sz w:val="20"/>
              </w:rPr>
              <w:t>UČNE DEJAVNOSTI, METODE IN FORMATIVNO SPREMLJANJE</w:t>
            </w:r>
          </w:p>
        </w:tc>
      </w:tr>
      <w:tr w:rsidR="00187E2C" w14:paraId="20CA2776" w14:textId="77777777">
        <w:trPr>
          <w:tblHeader/>
          <w:jc w:val="center"/>
        </w:trPr>
        <w:tc>
          <w:tcPr>
            <w:tcW w:w="4422" w:type="dxa"/>
            <w:vMerge/>
            <w:tcMar>
              <w:top w:w="70" w:type="dxa"/>
              <w:left w:w="90" w:type="dxa"/>
              <w:bottom w:w="70" w:type="dxa"/>
              <w:right w:w="90" w:type="dxa"/>
            </w:tcMar>
            <w:vAlign w:val="center"/>
          </w:tcPr>
          <w:p w14:paraId="1C632D7F" w14:textId="77777777" w:rsidR="00187E2C" w:rsidRDefault="00187E2C"/>
        </w:tc>
        <w:tc>
          <w:tcPr>
            <w:tcW w:w="7087" w:type="dxa"/>
            <w:shd w:val="clear" w:color="auto" w:fill="FFFFFF"/>
            <w:tcMar>
              <w:top w:w="70" w:type="dxa"/>
              <w:left w:w="90" w:type="dxa"/>
              <w:bottom w:w="70" w:type="dxa"/>
              <w:right w:w="90" w:type="dxa"/>
            </w:tcMar>
            <w:vAlign w:val="center"/>
          </w:tcPr>
          <w:p w14:paraId="23D51883"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1A15FB" w14:textId="77777777" w:rsidR="00187E2C" w:rsidRDefault="00000000">
            <w:pPr>
              <w:jc w:val="center"/>
            </w:pPr>
            <w:r>
              <w:rPr>
                <w:b/>
                <w:color w:val="000000"/>
              </w:rPr>
              <w:t>UČENEC</w:t>
            </w:r>
          </w:p>
        </w:tc>
      </w:tr>
      <w:tr w:rsidR="00187E2C" w14:paraId="5C0F4370" w14:textId="77777777">
        <w:trPr>
          <w:jc w:val="center"/>
        </w:trPr>
        <w:tc>
          <w:tcPr>
            <w:tcW w:w="4422" w:type="dxa"/>
            <w:tcMar>
              <w:top w:w="70" w:type="dxa"/>
              <w:left w:w="90" w:type="dxa"/>
              <w:bottom w:w="70" w:type="dxa"/>
              <w:right w:w="90" w:type="dxa"/>
            </w:tcMar>
          </w:tcPr>
          <w:p w14:paraId="06589537" w14:textId="77777777" w:rsidR="00187E2C" w:rsidRDefault="00187E2C"/>
          <w:p w14:paraId="0F610D11" w14:textId="77777777" w:rsidR="00187E2C" w:rsidRDefault="00000000">
            <w:pPr>
              <w:spacing w:after="40" w:line="245" w:lineRule="auto"/>
            </w:pPr>
            <w:r>
              <w:rPr>
                <w:b/>
                <w:color w:val="000000"/>
              </w:rPr>
              <w:t>KLJUČNI POJMI</w:t>
            </w:r>
          </w:p>
          <w:p w14:paraId="193EED7D" w14:textId="77777777" w:rsidR="00187E2C" w:rsidRDefault="00000000">
            <w:pPr>
              <w:spacing w:after="60" w:line="245" w:lineRule="auto"/>
            </w:pPr>
            <w:r>
              <w:rPr>
                <w:color w:val="000000"/>
                <w:sz w:val="15"/>
              </w:rPr>
              <w:t>glas /a/, črka A, zlog, beseda, poved, smer poteze, bralna strategija, naslov, avtor, ilustrator, književna oseba</w:t>
            </w:r>
          </w:p>
          <w:p w14:paraId="1E29A39D" w14:textId="77777777" w:rsidR="00187E2C" w:rsidRDefault="00000000">
            <w:pPr>
              <w:spacing w:after="20" w:line="245" w:lineRule="auto"/>
            </w:pPr>
            <w:r>
              <w:rPr>
                <w:b/>
                <w:color w:val="000000"/>
                <w:sz w:val="17"/>
              </w:rPr>
              <w:t>DOKAZI O UČENJU</w:t>
            </w:r>
          </w:p>
          <w:p w14:paraId="3E767149" w14:textId="77777777" w:rsidR="00187E2C" w:rsidRDefault="00000000">
            <w:pPr>
              <w:pStyle w:val="Oznaenseznam"/>
              <w:spacing w:after="9"/>
            </w:pPr>
            <w:r>
              <w:rPr>
                <w:color w:val="000000"/>
                <w:sz w:val="15"/>
              </w:rPr>
              <w:t>odziv med poslušanjem, izbrana slika in ena poved o doživetju.</w:t>
            </w:r>
          </w:p>
          <w:p w14:paraId="60E4E0A6" w14:textId="77777777" w:rsidR="00187E2C" w:rsidRDefault="00000000">
            <w:pPr>
              <w:pStyle w:val="Oznaenseznam"/>
              <w:spacing w:after="9"/>
            </w:pPr>
            <w:r>
              <w:rPr>
                <w:color w:val="000000"/>
                <w:sz w:val="15"/>
              </w:rPr>
              <w:t>zvočni posnetek ali anekdotski zapis kratke izmenjave.</w:t>
            </w:r>
          </w:p>
          <w:p w14:paraId="478B260F" w14:textId="77777777" w:rsidR="00187E2C" w:rsidRDefault="00000000">
            <w:pPr>
              <w:pStyle w:val="Oznaenseznam"/>
              <w:spacing w:after="9"/>
            </w:pPr>
            <w:r>
              <w:rPr>
                <w:color w:val="000000"/>
                <w:sz w:val="15"/>
              </w:rPr>
              <w:t>pravilno sestavljen primer in učenčeva ustna razlaga postopka.</w:t>
            </w:r>
          </w:p>
          <w:p w14:paraId="403FDA8D" w14:textId="77777777" w:rsidR="00187E2C" w:rsidRDefault="00000000">
            <w:pPr>
              <w:pStyle w:val="Oznaenseznam"/>
              <w:spacing w:after="9"/>
            </w:pPr>
            <w:r>
              <w:rPr>
                <w:color w:val="000000"/>
                <w:sz w:val="15"/>
              </w:rPr>
              <w:t>štiri pravilne glasovne odločitve, izbor črke A in kratka učenčeva razlaga.</w:t>
            </w:r>
          </w:p>
          <w:p w14:paraId="6CB0298A" w14:textId="77777777" w:rsidR="00187E2C" w:rsidRDefault="00000000">
            <w:pPr>
              <w:pStyle w:val="Oznaenseznam"/>
              <w:spacing w:after="9"/>
            </w:pPr>
            <w:r>
              <w:rPr>
                <w:color w:val="000000"/>
                <w:sz w:val="15"/>
              </w:rPr>
              <w:t>fotografija konstrukcije črke A, opazovalni zapis smeri potez in datirana vrstica treh zapisov.</w:t>
            </w:r>
          </w:p>
          <w:p w14:paraId="3D367690" w14:textId="77777777" w:rsidR="00187E2C" w:rsidRDefault="00000000">
            <w:pPr>
              <w:pStyle w:val="Oznaenseznam"/>
              <w:spacing w:after="9"/>
            </w:pPr>
            <w:r>
              <w:rPr>
                <w:color w:val="000000"/>
                <w:sz w:val="15"/>
              </w:rPr>
              <w:t>izpolnjen Bralni list 7, individualni bralni zapis, sestavljen ali zapisan primer s črko A in samovrednotenje.</w:t>
            </w:r>
          </w:p>
          <w:p w14:paraId="6D6F4DA6" w14:textId="77777777" w:rsidR="00187E2C" w:rsidRDefault="00000000">
            <w:pPr>
              <w:spacing w:before="40" w:after="20" w:line="245" w:lineRule="auto"/>
            </w:pPr>
            <w:r>
              <w:rPr>
                <w:b/>
                <w:color w:val="000000"/>
                <w:sz w:val="17"/>
              </w:rPr>
              <w:t>KNJIŽEVNO DOŽIVETJE IN IZKUŠENJSKI POUK</w:t>
            </w:r>
          </w:p>
          <w:p w14:paraId="6202C340"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1F096876" w14:textId="77777777" w:rsidR="00187E2C" w:rsidRDefault="00000000">
            <w:pPr>
              <w:spacing w:after="20" w:line="245" w:lineRule="auto"/>
            </w:pPr>
            <w:r>
              <w:rPr>
                <w:b/>
                <w:color w:val="000000"/>
                <w:sz w:val="17"/>
              </w:rPr>
              <w:t>POUČEVANJE V GIBANJU</w:t>
            </w:r>
          </w:p>
          <w:p w14:paraId="46F93429"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6152D2B2" w14:textId="77777777" w:rsidR="00187E2C" w:rsidRDefault="00000000">
            <w:pPr>
              <w:spacing w:after="20" w:line="245" w:lineRule="auto"/>
            </w:pPr>
            <w:r>
              <w:rPr>
                <w:b/>
                <w:color w:val="000000"/>
                <w:sz w:val="17"/>
              </w:rPr>
              <w:t>DELO PO POSTAJAH</w:t>
            </w:r>
          </w:p>
          <w:p w14:paraId="4169F3A5" w14:textId="77777777" w:rsidR="00187E2C" w:rsidRDefault="00000000">
            <w:pPr>
              <w:spacing w:after="60" w:line="245" w:lineRule="auto"/>
            </w:pPr>
            <w:r>
              <w:rPr>
                <w:color w:val="000000"/>
                <w:sz w:val="15"/>
              </w:rPr>
              <w:t>1. doživljajsko-književna – poslušanje, pogovor, igra vlog in predmetno/slikovno izhodišče; 2. glasovno-gibalna – slišim glas /a/, razvrščam besede in sestavljam žive zloge; 3. bralna – ČRKA A • BRALNI LIST 7, modelirano, vodeno ali ponovljeno branje; 4. tipno-grafomotorična – črko A oblikujem, hodim po njeni poti in jo zapišem ter izbor dokaza, povratna informacija in naslednji korak.</w:t>
            </w:r>
          </w:p>
          <w:p w14:paraId="18B4D9E2" w14:textId="77777777" w:rsidR="00187E2C" w:rsidRDefault="00000000">
            <w:pPr>
              <w:spacing w:after="20" w:line="245" w:lineRule="auto"/>
            </w:pPr>
            <w:r>
              <w:rPr>
                <w:b/>
                <w:color w:val="000000"/>
                <w:sz w:val="17"/>
              </w:rPr>
              <w:t>DIFERENCIACIJA IN VKLJUČEVANJE</w:t>
            </w:r>
          </w:p>
          <w:p w14:paraId="6D177DE1"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39450538" w14:textId="77777777" w:rsidR="00187E2C" w:rsidRDefault="00000000">
            <w:pPr>
              <w:spacing w:after="20" w:line="245" w:lineRule="auto"/>
            </w:pPr>
            <w:r>
              <w:rPr>
                <w:b/>
                <w:color w:val="000000"/>
                <w:sz w:val="17"/>
              </w:rPr>
              <w:t>SPREMLJANJE</w:t>
            </w:r>
          </w:p>
          <w:p w14:paraId="27E5FF26"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3D7A2B6C"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F7A3420" w14:textId="77777777">
              <w:trPr>
                <w:jc w:val="center"/>
              </w:trPr>
              <w:tc>
                <w:tcPr>
                  <w:tcW w:w="7087" w:type="dxa"/>
                  <w:shd w:val="clear" w:color="auto" w:fill="C6E7F3"/>
                  <w:tcMar>
                    <w:top w:w="45" w:type="dxa"/>
                    <w:left w:w="70" w:type="dxa"/>
                    <w:bottom w:w="45" w:type="dxa"/>
                    <w:right w:w="70" w:type="dxa"/>
                  </w:tcMar>
                </w:tcPr>
                <w:p w14:paraId="12E0A72D" w14:textId="77777777" w:rsidR="00187E2C" w:rsidRDefault="00000000">
                  <w:pPr>
                    <w:keepNext/>
                  </w:pPr>
                  <w:r>
                    <w:rPr>
                      <w:b/>
                      <w:color w:val="000000"/>
                      <w:sz w:val="17"/>
                    </w:rPr>
                    <w:t>GLAVNI DEL – DOŽIVLJAJSKO, JEZIKOVNO IN OPISMENJEVALNO UČENJE (6 šolskih ur)</w:t>
                  </w:r>
                </w:p>
              </w:tc>
            </w:tr>
          </w:tbl>
          <w:p w14:paraId="1E2E941B" w14:textId="77777777" w:rsidR="00187E2C" w:rsidRDefault="00187E2C">
            <w:pPr>
              <w:spacing w:line="20" w:lineRule="exact"/>
            </w:pPr>
          </w:p>
          <w:p w14:paraId="7BF49989" w14:textId="77777777" w:rsidR="00187E2C" w:rsidRDefault="00000000">
            <w:pPr>
              <w:keepNext/>
              <w:spacing w:before="22" w:after="6" w:line="245" w:lineRule="auto"/>
            </w:pPr>
            <w:r>
              <w:rPr>
                <w:b/>
                <w:color w:val="000000"/>
                <w:sz w:val="15"/>
              </w:rPr>
              <w:t>1. URA – Besedilo ob sliki – Poslušam in doživljam</w:t>
            </w:r>
          </w:p>
          <w:p w14:paraId="71B312C7"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»besedilo ob sliki • velika tiskana črka a • bralni list 7«.</w:t>
            </w:r>
          </w:p>
          <w:p w14:paraId="7DE45FCA"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»uredi slike v zaporedje«.</w:t>
            </w:r>
          </w:p>
          <w:p w14:paraId="3D3BC032" w14:textId="77777777" w:rsidR="00187E2C" w:rsidRDefault="00000000">
            <w:pPr>
              <w:spacing w:after="15" w:line="245" w:lineRule="auto"/>
            </w:pPr>
            <w:r>
              <w:rPr>
                <w:i/>
                <w:color w:val="D95BC6"/>
                <w:sz w:val="14"/>
              </w:rPr>
              <w:t>Predvideni dokaz: odziv med poslušanjem, izbrana slika in ena poved o doživetju..</w:t>
            </w:r>
          </w:p>
          <w:p w14:paraId="384902B9" w14:textId="77777777" w:rsidR="00187E2C" w:rsidRDefault="00000000">
            <w:pPr>
              <w:keepNext/>
              <w:spacing w:before="22" w:after="6" w:line="245" w:lineRule="auto"/>
            </w:pPr>
            <w:r>
              <w:rPr>
                <w:b/>
                <w:color w:val="000000"/>
                <w:sz w:val="15"/>
              </w:rPr>
              <w:t>2. URA – Besedilo ob sliki – Govorim in pojasnjujem</w:t>
            </w:r>
          </w:p>
          <w:p w14:paraId="63FA54C3"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1592A9B7"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»pripoveduje dogodek«.</w:t>
            </w:r>
          </w:p>
          <w:p w14:paraId="36858209" w14:textId="77777777" w:rsidR="00187E2C" w:rsidRDefault="00000000">
            <w:pPr>
              <w:spacing w:after="15" w:line="245" w:lineRule="auto"/>
            </w:pPr>
            <w:r>
              <w:rPr>
                <w:i/>
                <w:color w:val="D95BC6"/>
                <w:sz w:val="14"/>
              </w:rPr>
              <w:t>Predvideni dokaz: zvočni posnetek ali anekdotski zapis kratke izmenjave..</w:t>
            </w:r>
          </w:p>
          <w:p w14:paraId="3ADA61B8" w14:textId="77777777" w:rsidR="00187E2C" w:rsidRDefault="00000000">
            <w:pPr>
              <w:keepNext/>
              <w:spacing w:before="22" w:after="6" w:line="245" w:lineRule="auto"/>
            </w:pPr>
            <w:r>
              <w:rPr>
                <w:b/>
                <w:color w:val="000000"/>
                <w:sz w:val="15"/>
              </w:rPr>
              <w:t>3. URA – Besedilo ob sliki – Razčlenjujem jezik</w:t>
            </w:r>
          </w:p>
          <w:p w14:paraId="66E3B080"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47F7047A"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»bere obravnavane črke in zloge po individualnem napredku«.</w:t>
            </w:r>
          </w:p>
          <w:p w14:paraId="6A739E53" w14:textId="77777777" w:rsidR="00187E2C" w:rsidRDefault="00000000">
            <w:pPr>
              <w:spacing w:after="15" w:line="245" w:lineRule="auto"/>
            </w:pPr>
            <w:r>
              <w:rPr>
                <w:i/>
                <w:color w:val="D95BC6"/>
                <w:sz w:val="14"/>
              </w:rPr>
              <w:t>Predvideni dokaz: pravilno sestavljen primer in učenčeva ustna razlaga postopka..</w:t>
            </w:r>
          </w:p>
          <w:p w14:paraId="708DC678" w14:textId="77777777" w:rsidR="00187E2C" w:rsidRDefault="00000000">
            <w:pPr>
              <w:keepNext/>
              <w:spacing w:before="22" w:after="6" w:line="245" w:lineRule="auto"/>
            </w:pPr>
            <w:r>
              <w:rPr>
                <w:b/>
                <w:color w:val="000000"/>
                <w:sz w:val="15"/>
              </w:rPr>
              <w:t>4. URA – SLIŠIM GLAS /a/ IN ODKRIVAM ČRKO A</w:t>
            </w:r>
          </w:p>
          <w:p w14:paraId="0A03CE27"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(avto, mapa, raca, banana); učenci se premikajo v kote začetek–sredina–konec, nato med črkami poiščejo A in jo oblikujejo s telesom.</w:t>
            </w:r>
          </w:p>
          <w:p w14:paraId="4F0858A7"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A ter jo predstavi s telesom ali vrvjo.</w:t>
            </w:r>
          </w:p>
          <w:p w14:paraId="0E3DD823" w14:textId="77777777" w:rsidR="00187E2C" w:rsidRDefault="00000000">
            <w:pPr>
              <w:spacing w:after="15" w:line="245" w:lineRule="auto"/>
            </w:pPr>
            <w:r>
              <w:rPr>
                <w:i/>
                <w:color w:val="D95BC6"/>
                <w:sz w:val="14"/>
              </w:rPr>
              <w:t>Predvideni dokaz: štiri pravilne glasovne odločitve, izbor črke A in kratka učenčeva razlaga..</w:t>
            </w:r>
          </w:p>
          <w:p w14:paraId="7599658B" w14:textId="77777777" w:rsidR="00187E2C" w:rsidRDefault="00000000">
            <w:pPr>
              <w:keepNext/>
              <w:spacing w:before="22" w:after="6" w:line="245" w:lineRule="auto"/>
            </w:pPr>
            <w:r>
              <w:rPr>
                <w:b/>
                <w:color w:val="000000"/>
                <w:sz w:val="15"/>
              </w:rPr>
              <w:t>5. URA – Oblikujem in pišem črko A</w:t>
            </w:r>
          </w:p>
          <w:p w14:paraId="18D9737E"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69307520" w14:textId="77777777" w:rsidR="00187E2C" w:rsidRDefault="00000000">
            <w:pPr>
              <w:spacing w:after="7" w:line="245" w:lineRule="auto"/>
            </w:pPr>
            <w:r>
              <w:rPr>
                <w:b/>
                <w:color w:val="000000"/>
                <w:sz w:val="14"/>
              </w:rPr>
              <w:t xml:space="preserve">Dejavnost učencev: </w:t>
            </w:r>
            <w:r>
              <w:rPr>
                <w:color w:val="000000"/>
                <w:sz w:val="14"/>
              </w:rPr>
              <w:t>Črko A gradi in zapisuje na različnih podlagah, nato preide na manjši format; po povratni informaciji ponovi isti zapis.</w:t>
            </w:r>
          </w:p>
          <w:p w14:paraId="030A29FD" w14:textId="77777777" w:rsidR="00187E2C" w:rsidRDefault="00000000">
            <w:pPr>
              <w:spacing w:after="15" w:line="245" w:lineRule="auto"/>
            </w:pPr>
            <w:r>
              <w:rPr>
                <w:i/>
                <w:color w:val="D95BC6"/>
                <w:sz w:val="14"/>
              </w:rPr>
              <w:t>Predvideni dokaz: fotografija konstrukcije črke A, opazovalni zapis smeri potez in datirana vrstica treh zapisov..</w:t>
            </w:r>
          </w:p>
          <w:p w14:paraId="37F98ED3" w14:textId="77777777" w:rsidR="00187E2C" w:rsidRDefault="00000000">
            <w:pPr>
              <w:keepNext/>
              <w:spacing w:before="22" w:after="6" w:line="245" w:lineRule="auto"/>
            </w:pPr>
            <w:r>
              <w:rPr>
                <w:b/>
                <w:color w:val="000000"/>
                <w:sz w:val="15"/>
              </w:rPr>
              <w:t>6. URA – Berem in uporabim črko A</w:t>
            </w:r>
          </w:p>
          <w:p w14:paraId="7BE90C2B"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A in Bralni list 7; gradivo omeji na znane črke A.</w:t>
            </w:r>
          </w:p>
          <w:p w14:paraId="3684C475" w14:textId="77777777" w:rsidR="00187E2C" w:rsidRDefault="00000000">
            <w:pPr>
              <w:spacing w:after="7" w:line="245" w:lineRule="auto"/>
            </w:pPr>
            <w:r>
              <w:rPr>
                <w:b/>
                <w:color w:val="000000"/>
                <w:sz w:val="14"/>
              </w:rPr>
              <w:t xml:space="preserve">Dejavnost učencev: </w:t>
            </w:r>
            <w:r>
              <w:rPr>
                <w:color w:val="000000"/>
                <w:sz w:val="14"/>
              </w:rPr>
              <w:t>Sestavlja, premešča in bere A ter A; izbere zahtevnost in rešuje Bralni list 7.</w:t>
            </w:r>
          </w:p>
          <w:p w14:paraId="1E7199A4" w14:textId="77777777" w:rsidR="00187E2C" w:rsidRDefault="00000000">
            <w:pPr>
              <w:spacing w:after="15" w:line="245" w:lineRule="auto"/>
            </w:pPr>
            <w:r>
              <w:rPr>
                <w:i/>
                <w:color w:val="D95BC6"/>
                <w:sz w:val="14"/>
              </w:rPr>
              <w:t>Predvideni dokaz: izpolnjen Bralni list 7, individualni bralni zapis, sestavljen ali zapisan primer s črko A in samovrednotenje..</w:t>
            </w:r>
          </w:p>
          <w:tbl>
            <w:tblPr>
              <w:tblStyle w:val="Tabelamrea"/>
              <w:tblW w:w="0" w:type="auto"/>
              <w:jc w:val="center"/>
              <w:tblLayout w:type="fixed"/>
              <w:tblLook w:val="04A0" w:firstRow="1" w:lastRow="0" w:firstColumn="1" w:lastColumn="0" w:noHBand="0" w:noVBand="1"/>
            </w:tblPr>
            <w:tblGrid>
              <w:gridCol w:w="7087"/>
            </w:tblGrid>
            <w:tr w:rsidR="00187E2C" w14:paraId="70C4C327" w14:textId="77777777">
              <w:trPr>
                <w:jc w:val="center"/>
              </w:trPr>
              <w:tc>
                <w:tcPr>
                  <w:tcW w:w="7087" w:type="dxa"/>
                  <w:shd w:val="clear" w:color="auto" w:fill="EDC9EA"/>
                  <w:tcMar>
                    <w:top w:w="45" w:type="dxa"/>
                    <w:left w:w="70" w:type="dxa"/>
                    <w:bottom w:w="45" w:type="dxa"/>
                    <w:right w:w="70" w:type="dxa"/>
                  </w:tcMar>
                </w:tcPr>
                <w:p w14:paraId="071FF9F4" w14:textId="77777777" w:rsidR="00187E2C" w:rsidRDefault="00000000">
                  <w:pPr>
                    <w:keepNext/>
                  </w:pPr>
                  <w:r>
                    <w:rPr>
                      <w:b/>
                      <w:color w:val="000000"/>
                      <w:sz w:val="17"/>
                    </w:rPr>
                    <w:t>POVRATNA INFORMACIJA UČITELJICE MED DELOM</w:t>
                  </w:r>
                </w:p>
              </w:tc>
            </w:tr>
          </w:tbl>
          <w:p w14:paraId="477FB43E" w14:textId="77777777" w:rsidR="00187E2C" w:rsidRDefault="00187E2C"/>
          <w:p w14:paraId="093278C8"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7050445B" w14:textId="77777777" w:rsidR="00187E2C" w:rsidRDefault="00187E2C"/>
          <w:p w14:paraId="525B3DA2" w14:textId="77777777" w:rsidR="00187E2C" w:rsidRDefault="00000000">
            <w:pPr>
              <w:spacing w:after="4" w:line="245" w:lineRule="auto"/>
            </w:pPr>
            <w:r>
              <w:rPr>
                <w:b/>
                <w:color w:val="000000"/>
                <w:sz w:val="15"/>
              </w:rPr>
              <w:t>1. URA – Besedilo ob sliki – Poslušam in doživljam</w:t>
            </w:r>
          </w:p>
          <w:p w14:paraId="11586352" w14:textId="77777777" w:rsidR="00187E2C" w:rsidRDefault="00000000">
            <w:pPr>
              <w:spacing w:after="7" w:line="245" w:lineRule="auto"/>
            </w:pPr>
            <w:r>
              <w:rPr>
                <w:color w:val="000000"/>
                <w:sz w:val="14"/>
              </w:rPr>
              <w:t>Napoveduje ob naslovu/sliki, med poslušanjem pokaže dogovorjen znak in po poslušanju izbere sliko občutja.</w:t>
            </w:r>
          </w:p>
          <w:p w14:paraId="06E6F0BF" w14:textId="77777777" w:rsidR="00187E2C" w:rsidRDefault="00000000">
            <w:pPr>
              <w:spacing w:after="15" w:line="245" w:lineRule="auto"/>
            </w:pPr>
            <w:r>
              <w:rPr>
                <w:color w:val="D95BC6"/>
                <w:sz w:val="13"/>
              </w:rPr>
              <w:t>Dokaz: odziv med poslušanjem, izbrana slika in ena poved o doživetju.</w:t>
            </w:r>
          </w:p>
          <w:p w14:paraId="64AE8C74" w14:textId="77777777" w:rsidR="00187E2C" w:rsidRDefault="00000000">
            <w:pPr>
              <w:spacing w:after="4" w:line="245" w:lineRule="auto"/>
            </w:pPr>
            <w:r>
              <w:rPr>
                <w:b/>
                <w:color w:val="000000"/>
                <w:sz w:val="15"/>
              </w:rPr>
              <w:t>2. URA – Besedilo ob sliki – Govorim in pojasnjujem</w:t>
            </w:r>
          </w:p>
          <w:p w14:paraId="174F1968" w14:textId="77777777" w:rsidR="00187E2C" w:rsidRDefault="00000000">
            <w:pPr>
              <w:spacing w:after="7" w:line="245" w:lineRule="auto"/>
            </w:pPr>
            <w:r>
              <w:rPr>
                <w:color w:val="000000"/>
                <w:sz w:val="14"/>
              </w:rPr>
              <w:t>V paru govori in posluša, zamenja vlogo, postavi vprašanje ter uporabi besedo iz tedenske besedne banke.</w:t>
            </w:r>
          </w:p>
          <w:p w14:paraId="508E6766" w14:textId="77777777" w:rsidR="00187E2C" w:rsidRDefault="00000000">
            <w:pPr>
              <w:spacing w:after="15" w:line="245" w:lineRule="auto"/>
            </w:pPr>
            <w:r>
              <w:rPr>
                <w:color w:val="D95BC6"/>
                <w:sz w:val="13"/>
              </w:rPr>
              <w:t>Dokaz: zvočni posnetek ali anekdotski zapis kratke izmenjave.</w:t>
            </w:r>
          </w:p>
          <w:p w14:paraId="02218BE0" w14:textId="77777777" w:rsidR="00187E2C" w:rsidRDefault="00000000">
            <w:pPr>
              <w:spacing w:after="4" w:line="245" w:lineRule="auto"/>
            </w:pPr>
            <w:r>
              <w:rPr>
                <w:b/>
                <w:color w:val="000000"/>
                <w:sz w:val="15"/>
              </w:rPr>
              <w:t>3. URA – Besedilo ob sliki – Razčlenjujem jezik</w:t>
            </w:r>
          </w:p>
          <w:p w14:paraId="5BFFBF5B" w14:textId="77777777" w:rsidR="00187E2C" w:rsidRDefault="00000000">
            <w:pPr>
              <w:spacing w:after="7" w:line="245" w:lineRule="auto"/>
            </w:pPr>
            <w:r>
              <w:rPr>
                <w:color w:val="000000"/>
                <w:sz w:val="14"/>
              </w:rPr>
              <w:t>Ploska, stopa, razstavlja in sestavlja; primer razvrsti ter svojo rešitev preveri s sošolcem.</w:t>
            </w:r>
          </w:p>
          <w:p w14:paraId="7D5CDBA0" w14:textId="77777777" w:rsidR="00187E2C" w:rsidRDefault="00000000">
            <w:pPr>
              <w:spacing w:after="15" w:line="245" w:lineRule="auto"/>
            </w:pPr>
            <w:r>
              <w:rPr>
                <w:color w:val="D95BC6"/>
                <w:sz w:val="13"/>
              </w:rPr>
              <w:t>Dokaz: pravilno sestavljen primer in učenčeva ustna razlaga postopka.</w:t>
            </w:r>
          </w:p>
          <w:p w14:paraId="6E628A99" w14:textId="77777777" w:rsidR="00187E2C" w:rsidRDefault="00000000">
            <w:pPr>
              <w:spacing w:after="4" w:line="245" w:lineRule="auto"/>
            </w:pPr>
            <w:r>
              <w:rPr>
                <w:b/>
                <w:color w:val="000000"/>
                <w:sz w:val="15"/>
              </w:rPr>
              <w:t>4. URA – SLIŠIM GLAS /a/ IN ODKRIVAM ČRKO A</w:t>
            </w:r>
          </w:p>
          <w:p w14:paraId="556C0AFD" w14:textId="77777777" w:rsidR="00187E2C" w:rsidRDefault="00000000">
            <w:pPr>
              <w:spacing w:after="7" w:line="245" w:lineRule="auto"/>
            </w:pPr>
            <w:r>
              <w:rPr>
                <w:color w:val="000000"/>
                <w:sz w:val="14"/>
              </w:rPr>
              <w:t>Besede razvršča z gibanjem, za vsak glas položi žeton, med znaki poišče A ter jo predstavi s telesom ali vrvjo.</w:t>
            </w:r>
          </w:p>
          <w:p w14:paraId="2CEE6C0B" w14:textId="77777777" w:rsidR="00187E2C" w:rsidRDefault="00000000">
            <w:pPr>
              <w:spacing w:after="15" w:line="245" w:lineRule="auto"/>
            </w:pPr>
            <w:r>
              <w:rPr>
                <w:color w:val="D95BC6"/>
                <w:sz w:val="13"/>
              </w:rPr>
              <w:t>Dokaz: štiri pravilne glasovne odločitve, izbor črke A in kratka učenčeva razlaga.</w:t>
            </w:r>
          </w:p>
          <w:p w14:paraId="51B3BD8F" w14:textId="77777777" w:rsidR="00187E2C" w:rsidRDefault="00000000">
            <w:pPr>
              <w:spacing w:after="4" w:line="245" w:lineRule="auto"/>
            </w:pPr>
            <w:r>
              <w:rPr>
                <w:b/>
                <w:color w:val="000000"/>
                <w:sz w:val="15"/>
              </w:rPr>
              <w:t>5. URA – Oblikujem in pišem črko A</w:t>
            </w:r>
          </w:p>
          <w:p w14:paraId="777BEF70" w14:textId="77777777" w:rsidR="00187E2C" w:rsidRDefault="00000000">
            <w:pPr>
              <w:spacing w:after="7" w:line="245" w:lineRule="auto"/>
            </w:pPr>
            <w:r>
              <w:rPr>
                <w:color w:val="000000"/>
                <w:sz w:val="14"/>
              </w:rPr>
              <w:t>Črko A gradi in zapisuje na različnih podlagah, nato preide na manjši format.</w:t>
            </w:r>
          </w:p>
          <w:p w14:paraId="689D8961" w14:textId="77777777" w:rsidR="00187E2C" w:rsidRDefault="00000000">
            <w:pPr>
              <w:spacing w:after="15" w:line="245" w:lineRule="auto"/>
            </w:pPr>
            <w:r>
              <w:rPr>
                <w:color w:val="D95BC6"/>
                <w:sz w:val="13"/>
              </w:rPr>
              <w:t>Dokaz: fotografija konstrukcije črke A, opazovalni zapis smeri potez in datirana.</w:t>
            </w:r>
          </w:p>
          <w:p w14:paraId="7EAC4B71" w14:textId="77777777" w:rsidR="00187E2C" w:rsidRDefault="00000000">
            <w:pPr>
              <w:spacing w:after="4" w:line="245" w:lineRule="auto"/>
            </w:pPr>
            <w:r>
              <w:rPr>
                <w:b/>
                <w:color w:val="000000"/>
                <w:sz w:val="15"/>
              </w:rPr>
              <w:t>6. URA – Berem in uporabim črko A</w:t>
            </w:r>
          </w:p>
          <w:p w14:paraId="32D71BE6" w14:textId="77777777" w:rsidR="00187E2C" w:rsidRDefault="00000000">
            <w:pPr>
              <w:spacing w:after="7" w:line="245" w:lineRule="auto"/>
            </w:pPr>
            <w:r>
              <w:rPr>
                <w:color w:val="000000"/>
                <w:sz w:val="14"/>
              </w:rPr>
              <w:t>Sestavlja, premešča in bere A ter A; izbere zahtevnost in rešuje Bralni list 7.</w:t>
            </w:r>
          </w:p>
          <w:p w14:paraId="01560520" w14:textId="77777777" w:rsidR="00187E2C" w:rsidRDefault="00000000">
            <w:pPr>
              <w:spacing w:after="15" w:line="245" w:lineRule="auto"/>
            </w:pPr>
            <w:r>
              <w:rPr>
                <w:color w:val="D95BC6"/>
                <w:sz w:val="13"/>
              </w:rPr>
              <w:t>Dokaz: izpolnjen Bralni list 7, individualni bralni zapis.</w:t>
            </w:r>
          </w:p>
        </w:tc>
      </w:tr>
    </w:tbl>
    <w:p w14:paraId="509AFCF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A3645D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E7C73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D2F60E" w14:textId="77777777" w:rsidR="00187E2C" w:rsidRDefault="00000000">
            <w:pPr>
              <w:jc w:val="center"/>
            </w:pPr>
            <w:r>
              <w:rPr>
                <w:b/>
                <w:color w:val="000000"/>
                <w:sz w:val="20"/>
              </w:rPr>
              <w:t>UČNE DEJAVNOSTI, METODE IN FORMATIVNO SPREMLJANJE</w:t>
            </w:r>
          </w:p>
        </w:tc>
      </w:tr>
      <w:tr w:rsidR="00187E2C" w14:paraId="14EC0C5C" w14:textId="77777777">
        <w:trPr>
          <w:tblHeader/>
          <w:jc w:val="center"/>
        </w:trPr>
        <w:tc>
          <w:tcPr>
            <w:tcW w:w="4422" w:type="dxa"/>
            <w:vMerge/>
            <w:tcMar>
              <w:top w:w="70" w:type="dxa"/>
              <w:left w:w="90" w:type="dxa"/>
              <w:bottom w:w="70" w:type="dxa"/>
              <w:right w:w="90" w:type="dxa"/>
            </w:tcMar>
            <w:vAlign w:val="center"/>
          </w:tcPr>
          <w:p w14:paraId="0F21F8EA" w14:textId="77777777" w:rsidR="00187E2C" w:rsidRDefault="00187E2C"/>
        </w:tc>
        <w:tc>
          <w:tcPr>
            <w:tcW w:w="7087" w:type="dxa"/>
            <w:shd w:val="clear" w:color="auto" w:fill="FFFFFF"/>
            <w:tcMar>
              <w:top w:w="70" w:type="dxa"/>
              <w:left w:w="90" w:type="dxa"/>
              <w:bottom w:w="70" w:type="dxa"/>
              <w:right w:w="90" w:type="dxa"/>
            </w:tcMar>
            <w:vAlign w:val="center"/>
          </w:tcPr>
          <w:p w14:paraId="2556D84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FB459F7" w14:textId="77777777" w:rsidR="00187E2C" w:rsidRDefault="00000000">
            <w:pPr>
              <w:jc w:val="center"/>
            </w:pPr>
            <w:r>
              <w:rPr>
                <w:b/>
                <w:color w:val="000000"/>
              </w:rPr>
              <w:t>UČENEC</w:t>
            </w:r>
          </w:p>
        </w:tc>
      </w:tr>
      <w:tr w:rsidR="00187E2C" w14:paraId="491D5205" w14:textId="77777777">
        <w:trPr>
          <w:jc w:val="center"/>
        </w:trPr>
        <w:tc>
          <w:tcPr>
            <w:tcW w:w="4422" w:type="dxa"/>
            <w:tcMar>
              <w:top w:w="70" w:type="dxa"/>
              <w:left w:w="90" w:type="dxa"/>
              <w:bottom w:w="70" w:type="dxa"/>
              <w:right w:w="90" w:type="dxa"/>
            </w:tcMar>
          </w:tcPr>
          <w:p w14:paraId="3EA2DEAB" w14:textId="77777777" w:rsidR="00187E2C" w:rsidRDefault="00187E2C"/>
          <w:p w14:paraId="09451746" w14:textId="77777777" w:rsidR="00187E2C" w:rsidRDefault="00000000">
            <w:pPr>
              <w:spacing w:after="40" w:line="245" w:lineRule="auto"/>
            </w:pPr>
            <w:r>
              <w:rPr>
                <w:b/>
                <w:color w:val="000000"/>
              </w:rPr>
              <w:t>FORMATIVNO SPREMLJANJE</w:t>
            </w:r>
          </w:p>
          <w:p w14:paraId="3A9A810B"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545547B4"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66ACB3E2"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0A7DC9BC"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16B0E29A" w14:textId="77777777" w:rsidR="00187E2C" w:rsidRDefault="00000000">
            <w:pPr>
              <w:spacing w:before="40" w:after="20" w:line="245" w:lineRule="auto"/>
            </w:pPr>
            <w:r>
              <w:rPr>
                <w:b/>
                <w:color w:val="000000"/>
                <w:sz w:val="17"/>
              </w:rPr>
              <w:t>VARNOST IN ODGOVORNOST</w:t>
            </w:r>
          </w:p>
          <w:p w14:paraId="1AF1F55B"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4F5E5B81" w14:textId="77777777" w:rsidR="00187E2C" w:rsidRDefault="00000000">
            <w:pPr>
              <w:spacing w:after="20" w:line="245" w:lineRule="auto"/>
            </w:pPr>
            <w:r>
              <w:rPr>
                <w:b/>
                <w:color w:val="000000"/>
                <w:sz w:val="17"/>
              </w:rPr>
              <w:t>EVIDENCA PO IZVEDBI</w:t>
            </w:r>
          </w:p>
          <w:p w14:paraId="71E94D96"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1E5258A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E843AD8" w14:textId="77777777">
              <w:trPr>
                <w:jc w:val="center"/>
              </w:trPr>
              <w:tc>
                <w:tcPr>
                  <w:tcW w:w="7087" w:type="dxa"/>
                  <w:shd w:val="clear" w:color="auto" w:fill="EDC9EA"/>
                  <w:tcMar>
                    <w:top w:w="45" w:type="dxa"/>
                    <w:left w:w="70" w:type="dxa"/>
                    <w:bottom w:w="45" w:type="dxa"/>
                    <w:right w:w="70" w:type="dxa"/>
                  </w:tcMar>
                </w:tcPr>
                <w:p w14:paraId="581F942C" w14:textId="77777777" w:rsidR="00187E2C" w:rsidRDefault="00000000">
                  <w:pPr>
                    <w:keepNext/>
                  </w:pPr>
                  <w:r>
                    <w:rPr>
                      <w:b/>
                      <w:color w:val="000000"/>
                    </w:rPr>
                    <w:t>VPRAŠANJA V PODPORO JEZIKOVNEMU, BRALNEMU IN KNJIŽEVNEMU UČENJU</w:t>
                  </w:r>
                </w:p>
              </w:tc>
            </w:tr>
          </w:tbl>
          <w:p w14:paraId="41D248A9" w14:textId="77777777" w:rsidR="00187E2C" w:rsidRDefault="00187E2C">
            <w:pPr>
              <w:spacing w:line="20" w:lineRule="exact"/>
            </w:pPr>
          </w:p>
          <w:p w14:paraId="3B3A4D38" w14:textId="77777777" w:rsidR="00187E2C" w:rsidRDefault="00000000">
            <w:pPr>
              <w:pStyle w:val="Oznaenseznam"/>
              <w:spacing w:after="16"/>
            </w:pPr>
            <w:r>
              <w:rPr>
                <w:color w:val="000000"/>
                <w:sz w:val="16"/>
              </w:rPr>
              <w:t>Kaj ti je naslovnica, slika, predmet, zvok ali gib pomagal razumeti?</w:t>
            </w:r>
          </w:p>
          <w:p w14:paraId="46B11E4E" w14:textId="77777777" w:rsidR="00187E2C" w:rsidRDefault="00000000">
            <w:pPr>
              <w:pStyle w:val="Oznaenseznam"/>
              <w:spacing w:after="16"/>
            </w:pPr>
            <w:r>
              <w:rPr>
                <w:color w:val="000000"/>
                <w:sz w:val="16"/>
              </w:rPr>
              <w:t>Kako si našel/-la glas, črko, zlog, besedo ali bistveni podatek?</w:t>
            </w:r>
          </w:p>
          <w:p w14:paraId="13E482AF" w14:textId="77777777" w:rsidR="00187E2C" w:rsidRDefault="00000000">
            <w:pPr>
              <w:pStyle w:val="Oznaenseznam"/>
              <w:spacing w:after="16"/>
            </w:pPr>
            <w:r>
              <w:rPr>
                <w:color w:val="000000"/>
                <w:sz w:val="16"/>
              </w:rPr>
              <w:t>Kako veš, da tvoja pripoved, branje ali zapis dosega dogovorjeni kriterij?</w:t>
            </w:r>
          </w:p>
          <w:p w14:paraId="40764014" w14:textId="77777777" w:rsidR="00187E2C" w:rsidRDefault="00000000">
            <w:pPr>
              <w:pStyle w:val="Oznaenseznam"/>
              <w:spacing w:after="16"/>
            </w:pPr>
            <w:r>
              <w:rPr>
                <w:color w:val="000000"/>
                <w:sz w:val="16"/>
              </w:rPr>
              <w:t>Ali lahko svoje razumevanje pokažeš še z drugim načinom – govorom, gibanjem, risbo, branjem ali zapisom?</w:t>
            </w:r>
          </w:p>
          <w:p w14:paraId="13850434"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0045CA95" w14:textId="77777777">
              <w:trPr>
                <w:jc w:val="center"/>
              </w:trPr>
              <w:tc>
                <w:tcPr>
                  <w:tcW w:w="7087" w:type="dxa"/>
                  <w:shd w:val="clear" w:color="auto" w:fill="C6E7F3"/>
                  <w:tcMar>
                    <w:top w:w="45" w:type="dxa"/>
                    <w:left w:w="70" w:type="dxa"/>
                    <w:bottom w:w="45" w:type="dxa"/>
                    <w:right w:w="70" w:type="dxa"/>
                  </w:tcMar>
                </w:tcPr>
                <w:p w14:paraId="70FEF68F" w14:textId="77777777" w:rsidR="00187E2C" w:rsidRDefault="00000000">
                  <w:pPr>
                    <w:keepNext/>
                  </w:pPr>
                  <w:r>
                    <w:rPr>
                      <w:b/>
                      <w:color w:val="000000"/>
                    </w:rPr>
                    <w:t>ZAKLJUČNI DEL – UTRJEVANJE, BRALNI ODZIV IN REFLEKSIJA (10–15 min)</w:t>
                  </w:r>
                </w:p>
              </w:tc>
            </w:tr>
          </w:tbl>
          <w:p w14:paraId="107968B5" w14:textId="77777777" w:rsidR="00187E2C" w:rsidRDefault="00187E2C">
            <w:pPr>
              <w:spacing w:line="20" w:lineRule="exact"/>
            </w:pPr>
          </w:p>
          <w:p w14:paraId="1CB2B289"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2C61D06B" w14:textId="77777777">
              <w:trPr>
                <w:jc w:val="center"/>
              </w:trPr>
              <w:tc>
                <w:tcPr>
                  <w:tcW w:w="7087" w:type="dxa"/>
                  <w:shd w:val="clear" w:color="auto" w:fill="EDC9EA"/>
                  <w:tcMar>
                    <w:top w:w="45" w:type="dxa"/>
                    <w:left w:w="70" w:type="dxa"/>
                    <w:bottom w:w="45" w:type="dxa"/>
                    <w:right w:w="70" w:type="dxa"/>
                  </w:tcMar>
                </w:tcPr>
                <w:p w14:paraId="0E77FE42" w14:textId="77777777" w:rsidR="00187E2C" w:rsidRDefault="00000000">
                  <w:pPr>
                    <w:keepNext/>
                  </w:pPr>
                  <w:r>
                    <w:rPr>
                      <w:b/>
                      <w:color w:val="000000"/>
                    </w:rPr>
                    <w:t>SAMOVREDNOTENJE</w:t>
                  </w:r>
                </w:p>
              </w:tc>
            </w:tr>
          </w:tbl>
          <w:p w14:paraId="3F855351" w14:textId="77777777" w:rsidR="00187E2C" w:rsidRDefault="00187E2C">
            <w:pPr>
              <w:spacing w:line="20" w:lineRule="exact"/>
            </w:pPr>
          </w:p>
          <w:p w14:paraId="78DA17F9"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3816459" w14:textId="77777777">
              <w:trPr>
                <w:jc w:val="center"/>
              </w:trPr>
              <w:tc>
                <w:tcPr>
                  <w:tcW w:w="7087" w:type="dxa"/>
                  <w:shd w:val="clear" w:color="auto" w:fill="EDC9EA"/>
                  <w:tcMar>
                    <w:top w:w="45" w:type="dxa"/>
                    <w:left w:w="70" w:type="dxa"/>
                    <w:bottom w:w="45" w:type="dxa"/>
                    <w:right w:w="70" w:type="dxa"/>
                  </w:tcMar>
                </w:tcPr>
                <w:p w14:paraId="61D6AB95" w14:textId="77777777" w:rsidR="00187E2C" w:rsidRDefault="00000000">
                  <w:pPr>
                    <w:keepNext/>
                  </w:pPr>
                  <w:r>
                    <w:rPr>
                      <w:b/>
                      <w:color w:val="000000"/>
                    </w:rPr>
                    <w:t>VRSTNIŠKO VREDNOTENJE</w:t>
                  </w:r>
                </w:p>
              </w:tc>
            </w:tr>
          </w:tbl>
          <w:p w14:paraId="15F36F6B" w14:textId="77777777" w:rsidR="00187E2C" w:rsidRDefault="00187E2C">
            <w:pPr>
              <w:spacing w:line="20" w:lineRule="exact"/>
            </w:pPr>
          </w:p>
          <w:p w14:paraId="3706217B"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71E2684A" w14:textId="77777777">
              <w:trPr>
                <w:jc w:val="center"/>
              </w:trPr>
              <w:tc>
                <w:tcPr>
                  <w:tcW w:w="7087" w:type="dxa"/>
                  <w:shd w:val="clear" w:color="auto" w:fill="EDC9EA"/>
                  <w:tcMar>
                    <w:top w:w="45" w:type="dxa"/>
                    <w:left w:w="70" w:type="dxa"/>
                    <w:bottom w:w="45" w:type="dxa"/>
                    <w:right w:w="70" w:type="dxa"/>
                  </w:tcMar>
                </w:tcPr>
                <w:p w14:paraId="013F3BB6" w14:textId="77777777" w:rsidR="00187E2C" w:rsidRDefault="00000000">
                  <w:pPr>
                    <w:keepNext/>
                  </w:pPr>
                  <w:r>
                    <w:rPr>
                      <w:b/>
                      <w:color w:val="000000"/>
                    </w:rPr>
                    <w:t>SKUPNI POVZETEK</w:t>
                  </w:r>
                </w:p>
              </w:tc>
            </w:tr>
          </w:tbl>
          <w:p w14:paraId="15C7E169" w14:textId="77777777" w:rsidR="00187E2C" w:rsidRDefault="00187E2C"/>
          <w:p w14:paraId="301F4832" w14:textId="77777777" w:rsidR="00187E2C" w:rsidRDefault="00000000">
            <w:pPr>
              <w:spacing w:before="20" w:after="40" w:line="245" w:lineRule="auto"/>
            </w:pPr>
            <w:r>
              <w:rPr>
                <w:b/>
                <w:color w:val="000000"/>
                <w:sz w:val="16"/>
              </w:rPr>
              <w:t>Prepoznam glas /a/ in črko A,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3B2171D8" w14:textId="77777777" w:rsidR="00187E2C" w:rsidRDefault="00187E2C"/>
          <w:p w14:paraId="0D19307B" w14:textId="77777777" w:rsidR="00187E2C" w:rsidRDefault="00000000">
            <w:pPr>
              <w:spacing w:after="100" w:line="245" w:lineRule="auto"/>
            </w:pPr>
            <w:r>
              <w:rPr>
                <w:color w:val="000000"/>
                <w:sz w:val="16"/>
              </w:rPr>
              <w:t>Odgovarja na podporna vprašanja ter se sklicuje na poslušano besedilo, sliko, govor, bralni list ali zapis.</w:t>
            </w:r>
          </w:p>
          <w:p w14:paraId="1A659D54" w14:textId="77777777" w:rsidR="00187E2C" w:rsidRDefault="00000000">
            <w:pPr>
              <w:spacing w:after="100" w:line="245" w:lineRule="auto"/>
            </w:pPr>
            <w:r>
              <w:rPr>
                <w:color w:val="000000"/>
                <w:sz w:val="16"/>
              </w:rPr>
              <w:t>Primerja začetni odziv z novim dokazom in pojasni, kaj se je naučil/-a.</w:t>
            </w:r>
          </w:p>
          <w:p w14:paraId="47514D4C" w14:textId="77777777" w:rsidR="00187E2C" w:rsidRDefault="00000000">
            <w:pPr>
              <w:spacing w:after="100" w:line="245" w:lineRule="auto"/>
            </w:pPr>
            <w:r>
              <w:rPr>
                <w:color w:val="000000"/>
                <w:sz w:val="16"/>
              </w:rPr>
              <w:t>Izbere raven samostojnosti in določi naslednji korak.</w:t>
            </w:r>
          </w:p>
          <w:p w14:paraId="150F35C7" w14:textId="77777777" w:rsidR="00187E2C" w:rsidRDefault="00000000">
            <w:pPr>
              <w:spacing w:after="100" w:line="245" w:lineRule="auto"/>
            </w:pPr>
            <w:r>
              <w:rPr>
                <w:color w:val="000000"/>
                <w:sz w:val="16"/>
              </w:rPr>
              <w:t>Sošolcu poda prijazen in konkreten odziv, vezan na kriterij.</w:t>
            </w:r>
          </w:p>
          <w:p w14:paraId="038ECC9E" w14:textId="77777777" w:rsidR="00187E2C" w:rsidRDefault="00000000">
            <w:pPr>
              <w:spacing w:after="20" w:line="245" w:lineRule="auto"/>
            </w:pPr>
            <w:r>
              <w:rPr>
                <w:b/>
                <w:color w:val="D95BC6"/>
                <w:sz w:val="17"/>
              </w:rPr>
              <w:t>DOKAZ O UČENJU</w:t>
            </w:r>
          </w:p>
          <w:p w14:paraId="184C7B27"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04E0754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0910816" w14:textId="77777777">
        <w:trPr>
          <w:cantSplit/>
          <w:jc w:val="center"/>
        </w:trPr>
        <w:tc>
          <w:tcPr>
            <w:tcW w:w="14060" w:type="dxa"/>
            <w:gridSpan w:val="6"/>
            <w:tcMar>
              <w:top w:w="70" w:type="dxa"/>
              <w:left w:w="90" w:type="dxa"/>
              <w:bottom w:w="70" w:type="dxa"/>
              <w:right w:w="90" w:type="dxa"/>
            </w:tcMar>
            <w:vAlign w:val="center"/>
          </w:tcPr>
          <w:p w14:paraId="31FF7750" w14:textId="77777777" w:rsidR="00187E2C" w:rsidRDefault="00000000">
            <w:pPr>
              <w:jc w:val="center"/>
            </w:pPr>
            <w:r>
              <w:rPr>
                <w:b/>
                <w:color w:val="000000"/>
                <w:sz w:val="24"/>
              </w:rPr>
              <w:lastRenderedPageBreak/>
              <w:t>UČNA PRIPRAVA 8/39</w:t>
            </w:r>
          </w:p>
        </w:tc>
      </w:tr>
      <w:tr w:rsidR="00187E2C" w14:paraId="547FFC9C" w14:textId="77777777">
        <w:trPr>
          <w:jc w:val="center"/>
        </w:trPr>
        <w:tc>
          <w:tcPr>
            <w:tcW w:w="2665" w:type="dxa"/>
            <w:tcMar>
              <w:top w:w="70" w:type="dxa"/>
              <w:left w:w="90" w:type="dxa"/>
              <w:bottom w:w="70" w:type="dxa"/>
              <w:right w:w="90" w:type="dxa"/>
            </w:tcMar>
            <w:vAlign w:val="center"/>
          </w:tcPr>
          <w:p w14:paraId="46F00D88"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243F692"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0457028E"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909A7F4" w14:textId="77777777" w:rsidR="00187E2C" w:rsidRDefault="00000000">
            <w:r>
              <w:rPr>
                <w:b/>
                <w:color w:val="000000"/>
                <w:sz w:val="16"/>
              </w:rPr>
              <w:t xml:space="preserve">NAČRTOVANI TERMIN: </w:t>
            </w:r>
            <w:r>
              <w:rPr>
                <w:color w:val="000000"/>
                <w:sz w:val="16"/>
              </w:rPr>
              <w:t>8. teden • 19.–23. 10. 2026</w:t>
            </w:r>
          </w:p>
        </w:tc>
        <w:tc>
          <w:tcPr>
            <w:tcW w:w="2268" w:type="dxa"/>
            <w:tcMar>
              <w:top w:w="70" w:type="dxa"/>
              <w:left w:w="90" w:type="dxa"/>
              <w:bottom w:w="70" w:type="dxa"/>
              <w:right w:w="90" w:type="dxa"/>
            </w:tcMar>
            <w:vAlign w:val="center"/>
          </w:tcPr>
          <w:p w14:paraId="227D061D"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1603FE5" w14:textId="77777777" w:rsidR="00187E2C" w:rsidRDefault="00000000">
            <w:r>
              <w:rPr>
                <w:b/>
                <w:color w:val="000000"/>
                <w:sz w:val="16"/>
              </w:rPr>
              <w:t xml:space="preserve">ŠTEVILO UR: </w:t>
            </w:r>
            <w:r>
              <w:rPr>
                <w:color w:val="000000"/>
                <w:sz w:val="16"/>
              </w:rPr>
              <w:t>5</w:t>
            </w:r>
          </w:p>
        </w:tc>
      </w:tr>
      <w:tr w:rsidR="00187E2C" w14:paraId="31C04D8A" w14:textId="77777777">
        <w:trPr>
          <w:jc w:val="center"/>
        </w:trPr>
        <w:tc>
          <w:tcPr>
            <w:tcW w:w="14061" w:type="dxa"/>
            <w:gridSpan w:val="6"/>
            <w:tcMar>
              <w:top w:w="70" w:type="dxa"/>
              <w:left w:w="90" w:type="dxa"/>
              <w:bottom w:w="70" w:type="dxa"/>
              <w:right w:w="90" w:type="dxa"/>
            </w:tcMar>
            <w:vAlign w:val="center"/>
          </w:tcPr>
          <w:p w14:paraId="4D0AC8A5"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3120E690" w14:textId="77777777">
        <w:trPr>
          <w:cantSplit/>
          <w:jc w:val="center"/>
        </w:trPr>
        <w:tc>
          <w:tcPr>
            <w:tcW w:w="14060" w:type="dxa"/>
            <w:gridSpan w:val="6"/>
            <w:tcMar>
              <w:top w:w="70" w:type="dxa"/>
              <w:left w:w="90" w:type="dxa"/>
              <w:bottom w:w="70" w:type="dxa"/>
              <w:right w:w="90" w:type="dxa"/>
            </w:tcMar>
            <w:vAlign w:val="center"/>
          </w:tcPr>
          <w:p w14:paraId="396B7AAE" w14:textId="77777777" w:rsidR="00187E2C" w:rsidRDefault="00187E2C"/>
          <w:p w14:paraId="6B4E2CFD" w14:textId="77777777" w:rsidR="00187E2C" w:rsidRDefault="00000000">
            <w:pPr>
              <w:spacing w:line="245" w:lineRule="auto"/>
            </w:pPr>
            <w:r>
              <w:rPr>
                <w:b/>
                <w:color w:val="000000"/>
                <w:sz w:val="16"/>
              </w:rPr>
              <w:t xml:space="preserve">UČNI SKLOP: </w:t>
            </w:r>
            <w:r>
              <w:rPr>
                <w:color w:val="000000"/>
                <w:sz w:val="16"/>
              </w:rPr>
              <w:t>VARNA POT IN MOBILNOST</w:t>
            </w:r>
          </w:p>
        </w:tc>
      </w:tr>
      <w:tr w:rsidR="00187E2C" w14:paraId="078FAD47" w14:textId="77777777">
        <w:trPr>
          <w:cantSplit/>
          <w:jc w:val="center"/>
        </w:trPr>
        <w:tc>
          <w:tcPr>
            <w:tcW w:w="14060" w:type="dxa"/>
            <w:gridSpan w:val="6"/>
            <w:tcMar>
              <w:top w:w="70" w:type="dxa"/>
              <w:left w:w="90" w:type="dxa"/>
              <w:bottom w:w="70" w:type="dxa"/>
              <w:right w:w="90" w:type="dxa"/>
            </w:tcMar>
            <w:vAlign w:val="center"/>
          </w:tcPr>
          <w:p w14:paraId="5639F781" w14:textId="77777777" w:rsidR="00187E2C" w:rsidRDefault="00187E2C"/>
          <w:p w14:paraId="08D8FDDD" w14:textId="77777777" w:rsidR="00187E2C" w:rsidRDefault="00000000">
            <w:pPr>
              <w:spacing w:line="245" w:lineRule="auto"/>
            </w:pPr>
            <w:r>
              <w:rPr>
                <w:b/>
                <w:color w:val="000000"/>
                <w:sz w:val="16"/>
              </w:rPr>
              <w:t xml:space="preserve">UČNA TEMA: </w:t>
            </w:r>
            <w:r>
              <w:rPr>
                <w:color w:val="000000"/>
                <w:sz w:val="16"/>
              </w:rPr>
              <w:t>KAJ ŽE ZNAM • VELIKA TISKANA ČRKA E</w:t>
            </w:r>
          </w:p>
        </w:tc>
      </w:tr>
      <w:tr w:rsidR="00187E2C" w14:paraId="06F4D4EA" w14:textId="77777777">
        <w:trPr>
          <w:cantSplit/>
          <w:jc w:val="center"/>
        </w:trPr>
        <w:tc>
          <w:tcPr>
            <w:tcW w:w="14060" w:type="dxa"/>
            <w:gridSpan w:val="6"/>
            <w:tcMar>
              <w:top w:w="70" w:type="dxa"/>
              <w:left w:w="90" w:type="dxa"/>
              <w:bottom w:w="70" w:type="dxa"/>
              <w:right w:w="90" w:type="dxa"/>
            </w:tcMar>
            <w:vAlign w:val="center"/>
          </w:tcPr>
          <w:p w14:paraId="2DF733CB" w14:textId="77777777" w:rsidR="00187E2C" w:rsidRDefault="00187E2C"/>
          <w:p w14:paraId="7F8AB2A8" w14:textId="77777777" w:rsidR="00187E2C" w:rsidRDefault="00000000">
            <w:pPr>
              <w:spacing w:line="245" w:lineRule="auto"/>
            </w:pPr>
            <w:r>
              <w:rPr>
                <w:b/>
                <w:color w:val="000000"/>
                <w:sz w:val="16"/>
              </w:rPr>
              <w:t xml:space="preserve">KNJIŽEVNO IZHODIŠČE IN MOTIV: </w:t>
            </w:r>
            <w:r>
              <w:rPr>
                <w:color w:val="000000"/>
                <w:sz w:val="16"/>
              </w:rPr>
              <w:t>»Bremenski mestni godci« – brata Grimm • pot, pogum, sodelovanje in glasba</w:t>
            </w:r>
          </w:p>
        </w:tc>
      </w:tr>
      <w:tr w:rsidR="00187E2C" w14:paraId="115299A4" w14:textId="77777777">
        <w:trPr>
          <w:cantSplit/>
          <w:jc w:val="center"/>
        </w:trPr>
        <w:tc>
          <w:tcPr>
            <w:tcW w:w="14060" w:type="dxa"/>
            <w:gridSpan w:val="6"/>
            <w:tcMar>
              <w:top w:w="70" w:type="dxa"/>
              <w:left w:w="90" w:type="dxa"/>
              <w:bottom w:w="70" w:type="dxa"/>
              <w:right w:w="90" w:type="dxa"/>
            </w:tcMar>
            <w:vAlign w:val="center"/>
          </w:tcPr>
          <w:p w14:paraId="7998CE7A" w14:textId="77777777" w:rsidR="00187E2C" w:rsidRDefault="00187E2C"/>
          <w:p w14:paraId="7636045F" w14:textId="77777777" w:rsidR="00187E2C" w:rsidRDefault="00000000">
            <w:pPr>
              <w:spacing w:line="245" w:lineRule="auto"/>
            </w:pPr>
            <w:r>
              <w:rPr>
                <w:b/>
                <w:color w:val="000000"/>
                <w:sz w:val="16"/>
              </w:rPr>
              <w:t xml:space="preserve">BRALNI LIST / ČRKA: </w:t>
            </w:r>
            <w:r>
              <w:rPr>
                <w:color w:val="000000"/>
                <w:sz w:val="16"/>
              </w:rPr>
              <w:t>ČRKA E • BRALNI LIST 8 – Berem črko E in glasovne verige: glas /e/ znane črke: A, E; slišim glas; prepoznam črko; navpična in tri vodoravne poteze; berem in zapišem</w:t>
            </w:r>
          </w:p>
        </w:tc>
      </w:tr>
      <w:tr w:rsidR="00187E2C" w14:paraId="7824929C" w14:textId="77777777">
        <w:trPr>
          <w:cantSplit/>
          <w:jc w:val="center"/>
        </w:trPr>
        <w:tc>
          <w:tcPr>
            <w:tcW w:w="14060" w:type="dxa"/>
            <w:gridSpan w:val="6"/>
            <w:tcMar>
              <w:top w:w="70" w:type="dxa"/>
              <w:left w:w="90" w:type="dxa"/>
              <w:bottom w:w="70" w:type="dxa"/>
              <w:right w:w="90" w:type="dxa"/>
            </w:tcMar>
            <w:vAlign w:val="center"/>
          </w:tcPr>
          <w:p w14:paraId="28DCD610" w14:textId="77777777" w:rsidR="00187E2C" w:rsidRDefault="00187E2C"/>
          <w:p w14:paraId="3B0CE11B" w14:textId="77777777" w:rsidR="00187E2C" w:rsidRDefault="00000000">
            <w:pPr>
              <w:spacing w:line="245" w:lineRule="auto"/>
            </w:pPr>
            <w:r>
              <w:rPr>
                <w:b/>
                <w:color w:val="000000"/>
                <w:sz w:val="16"/>
              </w:rPr>
              <w:t xml:space="preserve">UČNE ENOTE: </w:t>
            </w:r>
            <w:r>
              <w:rPr>
                <w:color w:val="000000"/>
                <w:sz w:val="16"/>
              </w:rPr>
              <w:t>1. ura – Kaj že znam – Poslušam in doživljam • 2. ura – SLIŠIM GLAS /e/ IN ODKRIVAM ČRKO E • 3. ura – Oblikujem in pišem črko E • 4. ura – Berem in uporabim črko E • 5. ura – Kaj že znam – Ocenjevanje</w:t>
            </w:r>
          </w:p>
        </w:tc>
      </w:tr>
      <w:tr w:rsidR="00187E2C" w14:paraId="62FD0D73" w14:textId="77777777">
        <w:trPr>
          <w:cantSplit/>
          <w:jc w:val="center"/>
        </w:trPr>
        <w:tc>
          <w:tcPr>
            <w:tcW w:w="14060" w:type="dxa"/>
            <w:gridSpan w:val="6"/>
            <w:tcMar>
              <w:top w:w="70" w:type="dxa"/>
              <w:left w:w="90" w:type="dxa"/>
              <w:bottom w:w="70" w:type="dxa"/>
              <w:right w:w="90" w:type="dxa"/>
            </w:tcMar>
            <w:vAlign w:val="center"/>
          </w:tcPr>
          <w:p w14:paraId="2E1967A7" w14:textId="77777777" w:rsidR="00187E2C" w:rsidRDefault="00187E2C"/>
          <w:p w14:paraId="1FAA4A9C"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10732968" w14:textId="77777777">
        <w:trPr>
          <w:cantSplit/>
          <w:jc w:val="center"/>
        </w:trPr>
        <w:tc>
          <w:tcPr>
            <w:tcW w:w="14060" w:type="dxa"/>
            <w:gridSpan w:val="6"/>
            <w:tcMar>
              <w:top w:w="70" w:type="dxa"/>
              <w:left w:w="90" w:type="dxa"/>
              <w:bottom w:w="70" w:type="dxa"/>
              <w:right w:w="90" w:type="dxa"/>
            </w:tcMar>
            <w:vAlign w:val="center"/>
          </w:tcPr>
          <w:p w14:paraId="20F9D942" w14:textId="77777777" w:rsidR="00187E2C" w:rsidRDefault="00187E2C"/>
          <w:p w14:paraId="2C1082B5"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0E7961FF" w14:textId="77777777">
        <w:trPr>
          <w:cantSplit/>
          <w:jc w:val="center"/>
        </w:trPr>
        <w:tc>
          <w:tcPr>
            <w:tcW w:w="14060" w:type="dxa"/>
            <w:gridSpan w:val="6"/>
            <w:tcMar>
              <w:top w:w="70" w:type="dxa"/>
              <w:left w:w="90" w:type="dxa"/>
              <w:bottom w:w="70" w:type="dxa"/>
              <w:right w:w="90" w:type="dxa"/>
            </w:tcMar>
            <w:vAlign w:val="center"/>
          </w:tcPr>
          <w:p w14:paraId="2D08317B" w14:textId="77777777" w:rsidR="00187E2C" w:rsidRDefault="00187E2C"/>
          <w:p w14:paraId="2E5F0617"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6BF07D15" w14:textId="77777777">
        <w:trPr>
          <w:cantSplit/>
          <w:jc w:val="center"/>
        </w:trPr>
        <w:tc>
          <w:tcPr>
            <w:tcW w:w="14060" w:type="dxa"/>
            <w:gridSpan w:val="6"/>
            <w:tcMar>
              <w:top w:w="70" w:type="dxa"/>
              <w:left w:w="90" w:type="dxa"/>
              <w:bottom w:w="70" w:type="dxa"/>
              <w:right w:w="90" w:type="dxa"/>
            </w:tcMar>
            <w:vAlign w:val="center"/>
          </w:tcPr>
          <w:p w14:paraId="61B12B9B" w14:textId="77777777" w:rsidR="00187E2C" w:rsidRDefault="00187E2C"/>
          <w:p w14:paraId="64E2CD72" w14:textId="77777777" w:rsidR="00187E2C" w:rsidRDefault="00000000">
            <w:pPr>
              <w:spacing w:line="245" w:lineRule="auto"/>
            </w:pPr>
            <w:r>
              <w:rPr>
                <w:b/>
                <w:color w:val="000000"/>
                <w:sz w:val="16"/>
              </w:rPr>
              <w:t xml:space="preserve">MEDPREDMETNE POVEZAVE: </w:t>
            </w:r>
            <w:r>
              <w:rPr>
                <w:color w:val="000000"/>
                <w:sz w:val="16"/>
              </w:rPr>
              <w:t>SPO – pot, pogum, sodelovanje in glasba; GUM – ritem, zvočnost in glas; LUM – ilustracija, črta in grafomotorika; ŠPO – gibalna pripoved, dramatizacija in postaje; MAT – smer, zaporedje in orientacija</w:t>
            </w:r>
          </w:p>
        </w:tc>
      </w:tr>
      <w:tr w:rsidR="00187E2C" w14:paraId="51C4253D" w14:textId="77777777">
        <w:trPr>
          <w:cantSplit/>
          <w:jc w:val="center"/>
        </w:trPr>
        <w:tc>
          <w:tcPr>
            <w:tcW w:w="14060" w:type="dxa"/>
            <w:gridSpan w:val="6"/>
            <w:tcMar>
              <w:top w:w="70" w:type="dxa"/>
              <w:left w:w="90" w:type="dxa"/>
              <w:bottom w:w="70" w:type="dxa"/>
              <w:right w:w="90" w:type="dxa"/>
            </w:tcMar>
            <w:vAlign w:val="center"/>
          </w:tcPr>
          <w:p w14:paraId="03FB7356" w14:textId="77777777" w:rsidR="00187E2C" w:rsidRDefault="00187E2C"/>
          <w:p w14:paraId="60846283" w14:textId="77777777" w:rsidR="00187E2C" w:rsidRDefault="00000000">
            <w:pPr>
              <w:spacing w:line="245" w:lineRule="auto"/>
            </w:pPr>
            <w:r>
              <w:rPr>
                <w:b/>
                <w:color w:val="000000"/>
                <w:sz w:val="16"/>
              </w:rPr>
              <w:t xml:space="preserve">UČNA SREDSTVA IN PRIPOMOČKI: </w:t>
            </w:r>
            <w:r>
              <w:rPr>
                <w:color w:val="000000"/>
                <w:sz w:val="16"/>
              </w:rPr>
              <w:t>ČRKA E • BRALNI LIST 8, povečano besedilo oziroma kartice, slikanica ali odlomek, slikovno zaporedje, kartice besed in glasov, talne črke ali zlogi, ogledala, vrvice ali modelirna masa, mini tabla, zvezek oziroma jezikovna mapa</w:t>
            </w:r>
          </w:p>
        </w:tc>
      </w:tr>
      <w:tr w:rsidR="00187E2C" w14:paraId="294FB189" w14:textId="77777777">
        <w:trPr>
          <w:cantSplit/>
          <w:jc w:val="center"/>
        </w:trPr>
        <w:tc>
          <w:tcPr>
            <w:tcW w:w="14060" w:type="dxa"/>
            <w:gridSpan w:val="6"/>
            <w:tcMar>
              <w:top w:w="70" w:type="dxa"/>
              <w:left w:w="90" w:type="dxa"/>
              <w:bottom w:w="70" w:type="dxa"/>
              <w:right w:w="90" w:type="dxa"/>
            </w:tcMar>
            <w:vAlign w:val="center"/>
          </w:tcPr>
          <w:p w14:paraId="6CD57358" w14:textId="77777777" w:rsidR="00187E2C" w:rsidRDefault="00187E2C"/>
          <w:p w14:paraId="53B6DD2C"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35A2E0A7" w14:textId="77777777">
        <w:trPr>
          <w:cantSplit/>
          <w:jc w:val="center"/>
        </w:trPr>
        <w:tc>
          <w:tcPr>
            <w:tcW w:w="14060" w:type="dxa"/>
            <w:gridSpan w:val="6"/>
            <w:tcMar>
              <w:top w:w="70" w:type="dxa"/>
              <w:left w:w="90" w:type="dxa"/>
              <w:bottom w:w="70" w:type="dxa"/>
              <w:right w:w="90" w:type="dxa"/>
            </w:tcMar>
            <w:vAlign w:val="center"/>
          </w:tcPr>
          <w:p w14:paraId="715A925C" w14:textId="77777777" w:rsidR="00187E2C" w:rsidRDefault="00187E2C"/>
          <w:p w14:paraId="3AADB91A"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 ŠPORTNI DAN</w:t>
            </w:r>
          </w:p>
        </w:tc>
      </w:tr>
      <w:tr w:rsidR="00187E2C" w14:paraId="1545F3E7" w14:textId="77777777">
        <w:trPr>
          <w:cantSplit/>
          <w:jc w:val="center"/>
        </w:trPr>
        <w:tc>
          <w:tcPr>
            <w:tcW w:w="14060" w:type="dxa"/>
            <w:gridSpan w:val="6"/>
            <w:tcMar>
              <w:top w:w="70" w:type="dxa"/>
              <w:left w:w="90" w:type="dxa"/>
              <w:bottom w:w="70" w:type="dxa"/>
              <w:right w:w="90" w:type="dxa"/>
            </w:tcMar>
            <w:vAlign w:val="center"/>
          </w:tcPr>
          <w:p w14:paraId="44914813" w14:textId="77777777" w:rsidR="00187E2C" w:rsidRDefault="00187E2C"/>
          <w:p w14:paraId="1486DFD7"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7AAB29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D25C48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A933F1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DE88AE7" w14:textId="77777777" w:rsidR="00187E2C" w:rsidRDefault="00000000">
            <w:pPr>
              <w:jc w:val="center"/>
            </w:pPr>
            <w:r>
              <w:rPr>
                <w:b/>
                <w:color w:val="000000"/>
                <w:sz w:val="20"/>
              </w:rPr>
              <w:t>UČNE DEJAVNOSTI, METODE IN FORMATIVNO SPREMLJANJE</w:t>
            </w:r>
          </w:p>
        </w:tc>
      </w:tr>
      <w:tr w:rsidR="00187E2C" w14:paraId="1582A3ED" w14:textId="77777777">
        <w:trPr>
          <w:tblHeader/>
          <w:jc w:val="center"/>
        </w:trPr>
        <w:tc>
          <w:tcPr>
            <w:tcW w:w="4422" w:type="dxa"/>
            <w:vMerge/>
            <w:tcMar>
              <w:top w:w="70" w:type="dxa"/>
              <w:left w:w="90" w:type="dxa"/>
              <w:bottom w:w="70" w:type="dxa"/>
              <w:right w:w="90" w:type="dxa"/>
            </w:tcMar>
            <w:vAlign w:val="center"/>
          </w:tcPr>
          <w:p w14:paraId="7CF1CF73" w14:textId="77777777" w:rsidR="00187E2C" w:rsidRDefault="00187E2C"/>
        </w:tc>
        <w:tc>
          <w:tcPr>
            <w:tcW w:w="7087" w:type="dxa"/>
            <w:shd w:val="clear" w:color="auto" w:fill="FFFFFF"/>
            <w:tcMar>
              <w:top w:w="70" w:type="dxa"/>
              <w:left w:w="90" w:type="dxa"/>
              <w:bottom w:w="70" w:type="dxa"/>
              <w:right w:w="90" w:type="dxa"/>
            </w:tcMar>
            <w:vAlign w:val="center"/>
          </w:tcPr>
          <w:p w14:paraId="63B06F8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B2841B" w14:textId="77777777" w:rsidR="00187E2C" w:rsidRDefault="00000000">
            <w:pPr>
              <w:jc w:val="center"/>
            </w:pPr>
            <w:r>
              <w:rPr>
                <w:b/>
                <w:color w:val="000000"/>
              </w:rPr>
              <w:t>UČENEC</w:t>
            </w:r>
          </w:p>
        </w:tc>
      </w:tr>
      <w:tr w:rsidR="00187E2C" w14:paraId="69FEE521" w14:textId="77777777">
        <w:trPr>
          <w:jc w:val="center"/>
        </w:trPr>
        <w:tc>
          <w:tcPr>
            <w:tcW w:w="4422" w:type="dxa"/>
            <w:tcMar>
              <w:top w:w="70" w:type="dxa"/>
              <w:left w:w="90" w:type="dxa"/>
              <w:bottom w:w="70" w:type="dxa"/>
              <w:right w:w="90" w:type="dxa"/>
            </w:tcMar>
          </w:tcPr>
          <w:p w14:paraId="4FD783B4" w14:textId="77777777" w:rsidR="00187E2C" w:rsidRDefault="00187E2C"/>
          <w:p w14:paraId="19E4819C" w14:textId="77777777" w:rsidR="00187E2C" w:rsidRDefault="00000000">
            <w:pPr>
              <w:spacing w:after="60" w:line="245" w:lineRule="auto"/>
            </w:pPr>
            <w:r>
              <w:rPr>
                <w:b/>
                <w:color w:val="000000"/>
              </w:rPr>
              <w:t>UČNI CILJI</w:t>
            </w:r>
          </w:p>
          <w:p w14:paraId="6E4D02C1" w14:textId="77777777" w:rsidR="00187E2C" w:rsidRDefault="00000000">
            <w:pPr>
              <w:spacing w:after="20" w:line="245" w:lineRule="auto"/>
            </w:pPr>
            <w:r>
              <w:rPr>
                <w:b/>
                <w:color w:val="000000"/>
                <w:sz w:val="17"/>
              </w:rPr>
              <w:t>SPLOŠNI</w:t>
            </w:r>
          </w:p>
          <w:p w14:paraId="1B6F9216"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22442618" w14:textId="77777777" w:rsidR="00187E2C" w:rsidRDefault="00000000">
            <w:pPr>
              <w:pStyle w:val="Oznaenseznam"/>
              <w:spacing w:after="16"/>
            </w:pPr>
            <w:r>
              <w:rPr>
                <w:color w:val="000000"/>
                <w:sz w:val="16"/>
              </w:rPr>
              <w:t>doživlja književno besedilo ter se nanj odziva z govorom, gibanjem, dramatizacijo, risbo ali zapisom</w:t>
            </w:r>
          </w:p>
          <w:p w14:paraId="2B7620DD" w14:textId="77777777" w:rsidR="00187E2C" w:rsidRDefault="00000000">
            <w:pPr>
              <w:pStyle w:val="Oznaenseznam"/>
              <w:spacing w:after="16"/>
            </w:pPr>
            <w:r>
              <w:rPr>
                <w:color w:val="000000"/>
                <w:sz w:val="16"/>
              </w:rPr>
              <w:t>razvija glasovno zavedanje, povezavo glas–črka in začetno branje ter pisanje po individualnem napredku</w:t>
            </w:r>
          </w:p>
          <w:p w14:paraId="6DD79653" w14:textId="77777777" w:rsidR="00187E2C" w:rsidRDefault="00000000">
            <w:pPr>
              <w:pStyle w:val="Oznaenseznam"/>
              <w:spacing w:after="16"/>
            </w:pPr>
            <w:r>
              <w:rPr>
                <w:color w:val="000000"/>
                <w:sz w:val="16"/>
              </w:rPr>
              <w:t>ob namenih in kriterijih spremlja svoje učenje ter uporabi opisno povratno informacijo</w:t>
            </w:r>
          </w:p>
          <w:p w14:paraId="02AED868" w14:textId="77777777" w:rsidR="00187E2C" w:rsidRDefault="00000000">
            <w:pPr>
              <w:spacing w:before="40" w:after="20" w:line="245" w:lineRule="auto"/>
            </w:pPr>
            <w:r>
              <w:rPr>
                <w:b/>
                <w:color w:val="000000"/>
                <w:sz w:val="17"/>
              </w:rPr>
              <w:t>OPERATIVNI</w:t>
            </w:r>
          </w:p>
          <w:p w14:paraId="08B0B0C7" w14:textId="77777777" w:rsidR="00187E2C" w:rsidRDefault="00000000">
            <w:pPr>
              <w:pStyle w:val="Oznaenseznam"/>
              <w:spacing w:after="16"/>
            </w:pPr>
            <w:r>
              <w:rPr>
                <w:color w:val="000000"/>
                <w:sz w:val="16"/>
              </w:rPr>
              <w:t>pozorno posluša in sledi navodilu</w:t>
            </w:r>
          </w:p>
          <w:p w14:paraId="7D7A6F19" w14:textId="77777777" w:rsidR="00187E2C" w:rsidRDefault="00000000">
            <w:pPr>
              <w:pStyle w:val="Oznaenseznam"/>
              <w:spacing w:after="16"/>
            </w:pPr>
            <w:r>
              <w:rPr>
                <w:color w:val="000000"/>
                <w:sz w:val="16"/>
              </w:rPr>
              <w:t>ob slikah smiselno obnovi dogodek ter tvori razumljive povedi</w:t>
            </w:r>
          </w:p>
          <w:p w14:paraId="5D051ABE" w14:textId="77777777" w:rsidR="00187E2C" w:rsidRDefault="00000000">
            <w:pPr>
              <w:pStyle w:val="Oznaenseznam"/>
              <w:spacing w:after="16"/>
            </w:pPr>
            <w:r>
              <w:rPr>
                <w:color w:val="000000"/>
                <w:sz w:val="16"/>
              </w:rPr>
              <w:t>prepozna in zapiše veliki tiskani črki A in E</w:t>
            </w:r>
          </w:p>
          <w:p w14:paraId="27DFC1B8" w14:textId="77777777" w:rsidR="00187E2C" w:rsidRDefault="00000000">
            <w:pPr>
              <w:pStyle w:val="Oznaenseznam"/>
              <w:spacing w:after="16"/>
            </w:pPr>
            <w:r>
              <w:rPr>
                <w:color w:val="000000"/>
                <w:sz w:val="16"/>
              </w:rPr>
              <w:t>samovrednoti govorni dokaz</w:t>
            </w:r>
          </w:p>
          <w:p w14:paraId="4E176963" w14:textId="77777777" w:rsidR="00187E2C" w:rsidRDefault="00000000">
            <w:pPr>
              <w:spacing w:before="40" w:after="20" w:line="245" w:lineRule="auto"/>
            </w:pPr>
            <w:r>
              <w:rPr>
                <w:b/>
                <w:color w:val="000000"/>
                <w:sz w:val="17"/>
              </w:rPr>
              <w:t>PRIČAKOVANI DOSEŽKI / MINIMALNI POUDARKI</w:t>
            </w:r>
          </w:p>
          <w:p w14:paraId="7332E7FC" w14:textId="77777777" w:rsidR="00187E2C" w:rsidRDefault="00000000">
            <w:pPr>
              <w:pStyle w:val="Oznaenseznam"/>
              <w:spacing w:after="16"/>
            </w:pPr>
            <w:r>
              <w:rPr>
                <w:color w:val="000000"/>
                <w:sz w:val="15"/>
              </w:rPr>
              <w:t>samostojno oziroma z dogovorjeno oporo pozorno posluša in sledi navodilu</w:t>
            </w:r>
          </w:p>
          <w:p w14:paraId="02FA9368" w14:textId="77777777" w:rsidR="00187E2C" w:rsidRDefault="00000000">
            <w:pPr>
              <w:pStyle w:val="Oznaenseznam"/>
              <w:spacing w:after="16"/>
            </w:pPr>
            <w:r>
              <w:rPr>
                <w:color w:val="000000"/>
                <w:sz w:val="15"/>
              </w:rPr>
              <w:t>samostojno oziroma z dogovorjeno oporo ob slikah smiselno obnovi dogodek ter tvori razumljive povedi</w:t>
            </w:r>
          </w:p>
          <w:p w14:paraId="61F59CC6" w14:textId="77777777" w:rsidR="00187E2C" w:rsidRDefault="00000000">
            <w:pPr>
              <w:pStyle w:val="Oznaenseznam"/>
              <w:spacing w:after="16"/>
            </w:pPr>
            <w:r>
              <w:rPr>
                <w:color w:val="000000"/>
                <w:sz w:val="15"/>
              </w:rPr>
              <w:t>samostojno oziroma z dogovorjeno oporo prepozna in zapiše veliki tiskani črki A in E</w:t>
            </w:r>
          </w:p>
          <w:p w14:paraId="268C4747" w14:textId="77777777" w:rsidR="00187E2C" w:rsidRDefault="00000000">
            <w:pPr>
              <w:pStyle w:val="Oznaenseznam"/>
              <w:spacing w:after="16"/>
            </w:pPr>
            <w:r>
              <w:rPr>
                <w:color w:val="000000"/>
                <w:sz w:val="15"/>
              </w:rPr>
              <w:t>samostojno oziroma z dogovorjeno oporo samovrednoti govorni dokaz</w:t>
            </w:r>
          </w:p>
        </w:tc>
        <w:tc>
          <w:tcPr>
            <w:tcW w:w="7087" w:type="dxa"/>
            <w:tcMar>
              <w:top w:w="70" w:type="dxa"/>
              <w:left w:w="90" w:type="dxa"/>
              <w:bottom w:w="70" w:type="dxa"/>
              <w:right w:w="90" w:type="dxa"/>
            </w:tcMar>
          </w:tcPr>
          <w:p w14:paraId="6E97361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02A0326" w14:textId="77777777">
              <w:trPr>
                <w:jc w:val="center"/>
              </w:trPr>
              <w:tc>
                <w:tcPr>
                  <w:tcW w:w="7087" w:type="dxa"/>
                  <w:shd w:val="clear" w:color="auto" w:fill="C6E7F3"/>
                  <w:tcMar>
                    <w:top w:w="45" w:type="dxa"/>
                    <w:left w:w="70" w:type="dxa"/>
                    <w:bottom w:w="45" w:type="dxa"/>
                    <w:right w:w="70" w:type="dxa"/>
                  </w:tcMar>
                </w:tcPr>
                <w:p w14:paraId="3A044078" w14:textId="77777777" w:rsidR="00187E2C" w:rsidRDefault="00000000">
                  <w:pPr>
                    <w:keepNext/>
                  </w:pPr>
                  <w:r>
                    <w:rPr>
                      <w:b/>
                      <w:color w:val="000000"/>
                    </w:rPr>
                    <w:t>UVODNI DEL – motivacija, aktivacija predznanja in namen učenja (15–20 min)</w:t>
                  </w:r>
                </w:p>
              </w:tc>
            </w:tr>
          </w:tbl>
          <w:p w14:paraId="76C7B48C" w14:textId="77777777" w:rsidR="00187E2C" w:rsidRDefault="00187E2C">
            <w:pPr>
              <w:spacing w:line="20" w:lineRule="exact"/>
            </w:pPr>
          </w:p>
          <w:p w14:paraId="666666B4" w14:textId="77777777" w:rsidR="00187E2C" w:rsidRDefault="00000000">
            <w:pPr>
              <w:spacing w:before="40" w:after="60" w:line="245" w:lineRule="auto"/>
            </w:pPr>
            <w:r>
              <w:rPr>
                <w:color w:val="000000"/>
                <w:sz w:val="16"/>
              </w:rPr>
              <w:t>Učenci ob naslovnici, odlomku ali ilustraciji dela »Bremenski mestni godci« – brata Grimm doživljajsko vstopijo v motiv pot, pogum, sodelovanje in glasba. S kretnjo, predmetom, sliko, glasom ali kratko povedjo pokažejo predznanje in napoved. Izhodiščni odziv povežejo z dejavnostjo ČRKA E • BRALNI LIST 8 – Berem črko E in glasovne verige.</w:t>
            </w:r>
          </w:p>
          <w:tbl>
            <w:tblPr>
              <w:tblStyle w:val="Tabelamrea"/>
              <w:tblW w:w="0" w:type="auto"/>
              <w:jc w:val="center"/>
              <w:tblLayout w:type="fixed"/>
              <w:tblLook w:val="04A0" w:firstRow="1" w:lastRow="0" w:firstColumn="1" w:lastColumn="0" w:noHBand="0" w:noVBand="1"/>
            </w:tblPr>
            <w:tblGrid>
              <w:gridCol w:w="7087"/>
            </w:tblGrid>
            <w:tr w:rsidR="00187E2C" w14:paraId="7D651127" w14:textId="77777777">
              <w:trPr>
                <w:jc w:val="center"/>
              </w:trPr>
              <w:tc>
                <w:tcPr>
                  <w:tcW w:w="7087" w:type="dxa"/>
                  <w:shd w:val="clear" w:color="auto" w:fill="EDC9EA"/>
                  <w:tcMar>
                    <w:top w:w="45" w:type="dxa"/>
                    <w:left w:w="70" w:type="dxa"/>
                    <w:bottom w:w="45" w:type="dxa"/>
                    <w:right w:w="70" w:type="dxa"/>
                  </w:tcMar>
                </w:tcPr>
                <w:p w14:paraId="017EED5F" w14:textId="77777777" w:rsidR="00187E2C" w:rsidRDefault="00000000">
                  <w:pPr>
                    <w:keepNext/>
                  </w:pPr>
                  <w:r>
                    <w:rPr>
                      <w:b/>
                      <w:color w:val="000000"/>
                    </w:rPr>
                    <w:t>NAMENI UČENJA</w:t>
                  </w:r>
                </w:p>
              </w:tc>
            </w:tr>
          </w:tbl>
          <w:p w14:paraId="294FF57D" w14:textId="77777777" w:rsidR="00187E2C" w:rsidRDefault="00187E2C">
            <w:pPr>
              <w:spacing w:line="20" w:lineRule="exact"/>
            </w:pPr>
          </w:p>
          <w:p w14:paraId="7B898636"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5EEC298" w14:textId="77777777" w:rsidR="00187E2C" w:rsidRDefault="00000000">
            <w:pPr>
              <w:pStyle w:val="Oznaenseznam"/>
              <w:spacing w:after="16"/>
            </w:pPr>
            <w:r>
              <w:rPr>
                <w:color w:val="000000"/>
                <w:sz w:val="16"/>
              </w:rPr>
              <w:t>pozorno poslušam in sledim navodilu</w:t>
            </w:r>
          </w:p>
          <w:p w14:paraId="13AC4086" w14:textId="77777777" w:rsidR="00187E2C" w:rsidRDefault="00000000">
            <w:pPr>
              <w:pStyle w:val="Oznaenseznam"/>
              <w:spacing w:after="16"/>
            </w:pPr>
            <w:r>
              <w:rPr>
                <w:color w:val="000000"/>
                <w:sz w:val="16"/>
              </w:rPr>
              <w:t>ob slikah smiselno obnovim dogodek ter tvorim razumljive povedi</w:t>
            </w:r>
          </w:p>
          <w:p w14:paraId="52341F75" w14:textId="77777777" w:rsidR="00187E2C" w:rsidRDefault="00000000">
            <w:pPr>
              <w:pStyle w:val="Oznaenseznam"/>
              <w:spacing w:after="16"/>
            </w:pPr>
            <w:r>
              <w:rPr>
                <w:color w:val="000000"/>
                <w:sz w:val="16"/>
              </w:rPr>
              <w:t>prepoznam in zapišem veliki tiskani črki A in E</w:t>
            </w:r>
          </w:p>
          <w:p w14:paraId="34A7AFFC" w14:textId="77777777" w:rsidR="00187E2C" w:rsidRDefault="00000000">
            <w:pPr>
              <w:pStyle w:val="Oznaenseznam"/>
              <w:spacing w:after="16"/>
            </w:pPr>
            <w:r>
              <w:rPr>
                <w:color w:val="000000"/>
                <w:sz w:val="16"/>
              </w:rPr>
              <w:t>samovrednotim govorni dokaz</w:t>
            </w:r>
          </w:p>
          <w:tbl>
            <w:tblPr>
              <w:tblStyle w:val="Tabelamrea"/>
              <w:tblW w:w="0" w:type="auto"/>
              <w:jc w:val="center"/>
              <w:tblLayout w:type="fixed"/>
              <w:tblLook w:val="04A0" w:firstRow="1" w:lastRow="0" w:firstColumn="1" w:lastColumn="0" w:noHBand="0" w:noVBand="1"/>
            </w:tblPr>
            <w:tblGrid>
              <w:gridCol w:w="7087"/>
            </w:tblGrid>
            <w:tr w:rsidR="00187E2C" w14:paraId="323E1371" w14:textId="77777777">
              <w:trPr>
                <w:jc w:val="center"/>
              </w:trPr>
              <w:tc>
                <w:tcPr>
                  <w:tcW w:w="7087" w:type="dxa"/>
                  <w:shd w:val="clear" w:color="auto" w:fill="EDC9EA"/>
                  <w:tcMar>
                    <w:top w:w="45" w:type="dxa"/>
                    <w:left w:w="70" w:type="dxa"/>
                    <w:bottom w:w="45" w:type="dxa"/>
                    <w:right w:w="70" w:type="dxa"/>
                  </w:tcMar>
                </w:tcPr>
                <w:p w14:paraId="20172047" w14:textId="77777777" w:rsidR="00187E2C" w:rsidRDefault="00000000">
                  <w:pPr>
                    <w:keepNext/>
                  </w:pPr>
                  <w:r>
                    <w:rPr>
                      <w:b/>
                      <w:color w:val="000000"/>
                    </w:rPr>
                    <w:t>PREVERJANJE PREDZNANJA</w:t>
                  </w:r>
                </w:p>
              </w:tc>
            </w:tr>
          </w:tbl>
          <w:p w14:paraId="127CB31D" w14:textId="77777777" w:rsidR="00187E2C" w:rsidRDefault="00187E2C">
            <w:pPr>
              <w:spacing w:line="20" w:lineRule="exact"/>
            </w:pPr>
          </w:p>
          <w:p w14:paraId="54F029F0" w14:textId="77777777" w:rsidR="00187E2C" w:rsidRDefault="00000000">
            <w:pPr>
              <w:pStyle w:val="Oznaenseznam"/>
              <w:spacing w:after="16"/>
            </w:pPr>
            <w:r>
              <w:rPr>
                <w:color w:val="000000"/>
                <w:sz w:val="16"/>
              </w:rPr>
              <w:t>Kaj mi naslovnica, ilustracija ali naslov pove o motivu pot, pogum, sodelovanje in glasba?</w:t>
            </w:r>
          </w:p>
          <w:p w14:paraId="1C85C431" w14:textId="77777777" w:rsidR="00187E2C" w:rsidRDefault="00000000">
            <w:pPr>
              <w:pStyle w:val="Oznaenseznam"/>
              <w:spacing w:after="16"/>
            </w:pPr>
            <w:r>
              <w:rPr>
                <w:color w:val="000000"/>
                <w:sz w:val="16"/>
              </w:rPr>
              <w:t>Kje v besedah slišim glas /e/ in po katerih potezah prepoznam črko E?</w:t>
            </w:r>
          </w:p>
          <w:p w14:paraId="52C443C5"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261B7810" w14:textId="77777777">
              <w:trPr>
                <w:jc w:val="center"/>
              </w:trPr>
              <w:tc>
                <w:tcPr>
                  <w:tcW w:w="7087" w:type="dxa"/>
                  <w:shd w:val="clear" w:color="auto" w:fill="EDC9EA"/>
                  <w:tcMar>
                    <w:top w:w="45" w:type="dxa"/>
                    <w:left w:w="70" w:type="dxa"/>
                    <w:bottom w:w="45" w:type="dxa"/>
                    <w:right w:w="70" w:type="dxa"/>
                  </w:tcMar>
                </w:tcPr>
                <w:p w14:paraId="4E68D0B4" w14:textId="77777777" w:rsidR="00187E2C" w:rsidRDefault="00000000">
                  <w:pPr>
                    <w:keepNext/>
                  </w:pPr>
                  <w:r>
                    <w:rPr>
                      <w:b/>
                      <w:color w:val="000000"/>
                    </w:rPr>
                    <w:t>KRITERIJI USPEŠNOSTI</w:t>
                  </w:r>
                </w:p>
              </w:tc>
            </w:tr>
          </w:tbl>
          <w:p w14:paraId="06D9BC28" w14:textId="77777777" w:rsidR="00187E2C" w:rsidRDefault="00187E2C"/>
          <w:p w14:paraId="6A1402CD" w14:textId="77777777" w:rsidR="00187E2C" w:rsidRDefault="00000000">
            <w:pPr>
              <w:spacing w:before="20" w:after="20" w:line="245" w:lineRule="auto"/>
            </w:pPr>
            <w:r>
              <w:rPr>
                <w:b/>
                <w:color w:val="000000"/>
                <w:sz w:val="16"/>
              </w:rPr>
              <w:t>Uspešen/-na bom, ko:</w:t>
            </w:r>
          </w:p>
          <w:p w14:paraId="1CBC5C20" w14:textId="77777777" w:rsidR="00187E2C" w:rsidRDefault="00000000">
            <w:pPr>
              <w:pStyle w:val="Oznaenseznam"/>
              <w:spacing w:after="16"/>
            </w:pPr>
            <w:r>
              <w:rPr>
                <w:color w:val="000000"/>
                <w:sz w:val="16"/>
              </w:rPr>
              <w:t>pozorno poslušam in sledim navodilu</w:t>
            </w:r>
          </w:p>
          <w:p w14:paraId="0126EF73" w14:textId="77777777" w:rsidR="00187E2C" w:rsidRDefault="00000000">
            <w:pPr>
              <w:pStyle w:val="Oznaenseznam"/>
              <w:spacing w:after="16"/>
            </w:pPr>
            <w:r>
              <w:rPr>
                <w:color w:val="000000"/>
                <w:sz w:val="16"/>
              </w:rPr>
              <w:t>ob slikah smiselno obnovim dogodek ter tvorim razumljive povedi</w:t>
            </w:r>
          </w:p>
          <w:p w14:paraId="4DBCCE9E" w14:textId="77777777" w:rsidR="00187E2C" w:rsidRDefault="00000000">
            <w:pPr>
              <w:pStyle w:val="Oznaenseznam"/>
              <w:spacing w:after="16"/>
            </w:pPr>
            <w:r>
              <w:rPr>
                <w:color w:val="000000"/>
                <w:sz w:val="16"/>
              </w:rPr>
              <w:t>prepoznam in zapišem veliki tiskani črki A in E</w:t>
            </w:r>
          </w:p>
          <w:p w14:paraId="5F4F53F2" w14:textId="77777777" w:rsidR="00187E2C" w:rsidRDefault="00000000">
            <w:pPr>
              <w:pStyle w:val="Oznaenseznam"/>
              <w:spacing w:after="16"/>
            </w:pPr>
            <w:r>
              <w:rPr>
                <w:color w:val="000000"/>
                <w:sz w:val="16"/>
              </w:rPr>
              <w:t>samovrednotim govorni dokaz</w:t>
            </w:r>
          </w:p>
          <w:p w14:paraId="01545A56"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1C1A4C8B" w14:textId="77777777" w:rsidR="00187E2C" w:rsidRDefault="00187E2C"/>
          <w:p w14:paraId="37F725EC"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1F76A145" w14:textId="77777777" w:rsidR="00187E2C" w:rsidRDefault="00000000">
            <w:pPr>
              <w:spacing w:after="80" w:line="245" w:lineRule="auto"/>
            </w:pPr>
            <w:r>
              <w:rPr>
                <w:color w:val="000000"/>
                <w:sz w:val="16"/>
              </w:rPr>
              <w:t>Pove, pokaže ali nariše, kaj že ve in katero strategijo bi uporabil.</w:t>
            </w:r>
          </w:p>
          <w:p w14:paraId="25159DA6" w14:textId="77777777" w:rsidR="00187E2C" w:rsidRDefault="00000000">
            <w:pPr>
              <w:spacing w:after="100" w:line="245" w:lineRule="auto"/>
            </w:pPr>
            <w:r>
              <w:rPr>
                <w:color w:val="000000"/>
                <w:sz w:val="16"/>
              </w:rPr>
              <w:t>Sodeluje pri razumevanju namenov in kriterijev uspešnosti.</w:t>
            </w:r>
          </w:p>
          <w:p w14:paraId="494DAB04" w14:textId="77777777" w:rsidR="00187E2C" w:rsidRDefault="00000000">
            <w:pPr>
              <w:spacing w:after="20" w:line="245" w:lineRule="auto"/>
            </w:pPr>
            <w:r>
              <w:rPr>
                <w:b/>
                <w:color w:val="D95BC6"/>
                <w:sz w:val="17"/>
              </w:rPr>
              <w:t>DOKAZ O UČENJU</w:t>
            </w:r>
          </w:p>
          <w:p w14:paraId="43A69DC2"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72A91207"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11B54F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B259E16"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2EA276" w14:textId="77777777" w:rsidR="00187E2C" w:rsidRDefault="00000000">
            <w:pPr>
              <w:jc w:val="center"/>
            </w:pPr>
            <w:r>
              <w:rPr>
                <w:b/>
                <w:color w:val="000000"/>
                <w:sz w:val="20"/>
              </w:rPr>
              <w:t>UČNE DEJAVNOSTI, METODE IN FORMATIVNO SPREMLJANJE</w:t>
            </w:r>
          </w:p>
        </w:tc>
      </w:tr>
      <w:tr w:rsidR="00187E2C" w14:paraId="088CC2F2" w14:textId="77777777">
        <w:trPr>
          <w:tblHeader/>
          <w:jc w:val="center"/>
        </w:trPr>
        <w:tc>
          <w:tcPr>
            <w:tcW w:w="4422" w:type="dxa"/>
            <w:vMerge/>
            <w:tcMar>
              <w:top w:w="70" w:type="dxa"/>
              <w:left w:w="90" w:type="dxa"/>
              <w:bottom w:w="70" w:type="dxa"/>
              <w:right w:w="90" w:type="dxa"/>
            </w:tcMar>
            <w:vAlign w:val="center"/>
          </w:tcPr>
          <w:p w14:paraId="60988317" w14:textId="77777777" w:rsidR="00187E2C" w:rsidRDefault="00187E2C"/>
        </w:tc>
        <w:tc>
          <w:tcPr>
            <w:tcW w:w="7087" w:type="dxa"/>
            <w:shd w:val="clear" w:color="auto" w:fill="FFFFFF"/>
            <w:tcMar>
              <w:top w:w="70" w:type="dxa"/>
              <w:left w:w="90" w:type="dxa"/>
              <w:bottom w:w="70" w:type="dxa"/>
              <w:right w:w="90" w:type="dxa"/>
            </w:tcMar>
            <w:vAlign w:val="center"/>
          </w:tcPr>
          <w:p w14:paraId="55E9FBFF"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753C08" w14:textId="77777777" w:rsidR="00187E2C" w:rsidRDefault="00000000">
            <w:pPr>
              <w:jc w:val="center"/>
            </w:pPr>
            <w:r>
              <w:rPr>
                <w:b/>
                <w:color w:val="000000"/>
              </w:rPr>
              <w:t>UČENEC</w:t>
            </w:r>
          </w:p>
        </w:tc>
      </w:tr>
      <w:tr w:rsidR="00187E2C" w14:paraId="7CA0ACA8" w14:textId="77777777">
        <w:trPr>
          <w:jc w:val="center"/>
        </w:trPr>
        <w:tc>
          <w:tcPr>
            <w:tcW w:w="4422" w:type="dxa"/>
            <w:tcMar>
              <w:top w:w="70" w:type="dxa"/>
              <w:left w:w="90" w:type="dxa"/>
              <w:bottom w:w="70" w:type="dxa"/>
              <w:right w:w="90" w:type="dxa"/>
            </w:tcMar>
          </w:tcPr>
          <w:p w14:paraId="1B1F6EB2" w14:textId="77777777" w:rsidR="00187E2C" w:rsidRDefault="00187E2C"/>
          <w:p w14:paraId="1FE65FA8" w14:textId="77777777" w:rsidR="00187E2C" w:rsidRDefault="00000000">
            <w:pPr>
              <w:spacing w:after="40" w:line="245" w:lineRule="auto"/>
            </w:pPr>
            <w:r>
              <w:rPr>
                <w:b/>
                <w:color w:val="000000"/>
              </w:rPr>
              <w:t>KLJUČNI POJMI</w:t>
            </w:r>
          </w:p>
          <w:p w14:paraId="63F08453" w14:textId="77777777" w:rsidR="00187E2C" w:rsidRDefault="00000000">
            <w:pPr>
              <w:spacing w:after="60" w:line="245" w:lineRule="auto"/>
            </w:pPr>
            <w:r>
              <w:rPr>
                <w:color w:val="000000"/>
                <w:sz w:val="15"/>
              </w:rPr>
              <w:t>glas /e/, črka E, zlog, beseda, poved, smer poteze, bralna strategija, naslov, avtor, ilustrator, književna oseba</w:t>
            </w:r>
          </w:p>
          <w:p w14:paraId="1D114B42" w14:textId="77777777" w:rsidR="00187E2C" w:rsidRDefault="00000000">
            <w:pPr>
              <w:spacing w:after="20" w:line="245" w:lineRule="auto"/>
            </w:pPr>
            <w:r>
              <w:rPr>
                <w:b/>
                <w:color w:val="000000"/>
                <w:sz w:val="17"/>
              </w:rPr>
              <w:t>DOKAZI O UČENJU</w:t>
            </w:r>
          </w:p>
          <w:p w14:paraId="3B80D40E" w14:textId="77777777" w:rsidR="00187E2C" w:rsidRDefault="00000000">
            <w:pPr>
              <w:pStyle w:val="Oznaenseznam"/>
              <w:spacing w:after="9"/>
            </w:pPr>
            <w:r>
              <w:rPr>
                <w:color w:val="000000"/>
                <w:sz w:val="15"/>
              </w:rPr>
              <w:t>odziv med poslušanjem, izbrana slika in ena poved o doživetju.</w:t>
            </w:r>
          </w:p>
          <w:p w14:paraId="5853F5F3" w14:textId="77777777" w:rsidR="00187E2C" w:rsidRDefault="00000000">
            <w:pPr>
              <w:pStyle w:val="Oznaenseznam"/>
              <w:spacing w:after="9"/>
            </w:pPr>
            <w:r>
              <w:rPr>
                <w:color w:val="000000"/>
                <w:sz w:val="15"/>
              </w:rPr>
              <w:t>štiri pravilne glasovne odločitve, izbor črke E in kratka učenčeva razlaga.</w:t>
            </w:r>
          </w:p>
          <w:p w14:paraId="280F5574" w14:textId="77777777" w:rsidR="00187E2C" w:rsidRDefault="00000000">
            <w:pPr>
              <w:pStyle w:val="Oznaenseznam"/>
              <w:spacing w:after="9"/>
            </w:pPr>
            <w:r>
              <w:rPr>
                <w:color w:val="000000"/>
                <w:sz w:val="15"/>
              </w:rPr>
              <w:t>fotografija konstrukcije črke E, opazovalni zapis smeri potez in datirana vrstica treh zapisov.</w:t>
            </w:r>
          </w:p>
          <w:p w14:paraId="6F4E0560" w14:textId="77777777" w:rsidR="00187E2C" w:rsidRDefault="00000000">
            <w:pPr>
              <w:pStyle w:val="Oznaenseznam"/>
              <w:spacing w:after="9"/>
            </w:pPr>
            <w:r>
              <w:rPr>
                <w:color w:val="000000"/>
                <w:sz w:val="15"/>
              </w:rPr>
              <w:t>izpolnjen Bralni list 8, individualni bralni zapis, sestavljen ali zapisan primer s črko E in samovrednotenje.</w:t>
            </w:r>
          </w:p>
          <w:p w14:paraId="1F312398" w14:textId="77777777" w:rsidR="00187E2C" w:rsidRDefault="00000000">
            <w:pPr>
              <w:pStyle w:val="Oznaenseznam"/>
              <w:spacing w:after="9"/>
            </w:pPr>
            <w:r>
              <w:rPr>
                <w:color w:val="000000"/>
                <w:sz w:val="15"/>
              </w:rPr>
              <w:t>OCENJEVANJE: poslušanje z razumevanjem ter ustna pripoved ob slikovni opori.</w:t>
            </w:r>
          </w:p>
          <w:p w14:paraId="3B2F5177" w14:textId="77777777" w:rsidR="00187E2C" w:rsidRDefault="00000000">
            <w:pPr>
              <w:spacing w:before="40" w:after="20" w:line="245" w:lineRule="auto"/>
            </w:pPr>
            <w:r>
              <w:rPr>
                <w:b/>
                <w:color w:val="000000"/>
                <w:sz w:val="17"/>
              </w:rPr>
              <w:t>KNJIŽEVNO DOŽIVETJE IN IZKUŠENJSKI POUK</w:t>
            </w:r>
          </w:p>
          <w:p w14:paraId="21551481"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8005D46" w14:textId="77777777" w:rsidR="00187E2C" w:rsidRDefault="00000000">
            <w:pPr>
              <w:spacing w:after="20" w:line="245" w:lineRule="auto"/>
            </w:pPr>
            <w:r>
              <w:rPr>
                <w:b/>
                <w:color w:val="000000"/>
                <w:sz w:val="17"/>
              </w:rPr>
              <w:t>POUČEVANJE V GIBANJU</w:t>
            </w:r>
          </w:p>
          <w:p w14:paraId="21071A0D"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287F3379" w14:textId="77777777" w:rsidR="00187E2C" w:rsidRDefault="00000000">
            <w:pPr>
              <w:spacing w:after="20" w:line="245" w:lineRule="auto"/>
            </w:pPr>
            <w:r>
              <w:rPr>
                <w:b/>
                <w:color w:val="000000"/>
                <w:sz w:val="17"/>
              </w:rPr>
              <w:t>DELO PO POSTAJAH</w:t>
            </w:r>
          </w:p>
          <w:p w14:paraId="32E67F20" w14:textId="77777777" w:rsidR="00187E2C" w:rsidRDefault="00000000">
            <w:pPr>
              <w:spacing w:after="60" w:line="245" w:lineRule="auto"/>
            </w:pPr>
            <w:r>
              <w:rPr>
                <w:color w:val="000000"/>
                <w:sz w:val="15"/>
              </w:rPr>
              <w:t>1. doživljajsko-književna – poslušanje, pogovor, igra vlog in predmetno/slikovno izhodišče; 2. glasovno-gibalna – slišim glas /e/, razvrščam besede in sestavljam žive zloge; 3. bralna – ČRKA E • BRALNI LIST 8, modelirano, vodeno ali ponovljeno branje; 4. tipno-grafomotorična – črko E oblikujem, hodim po njeni poti in jo zapišem ter izbor dokaza, povratna informacija in naslednji korak.</w:t>
            </w:r>
          </w:p>
          <w:p w14:paraId="4FA7C41E" w14:textId="77777777" w:rsidR="00187E2C" w:rsidRDefault="00000000">
            <w:pPr>
              <w:spacing w:after="20" w:line="245" w:lineRule="auto"/>
            </w:pPr>
            <w:r>
              <w:rPr>
                <w:b/>
                <w:color w:val="000000"/>
                <w:sz w:val="17"/>
              </w:rPr>
              <w:t>DIFERENCIACIJA IN VKLJUČEVANJE</w:t>
            </w:r>
          </w:p>
          <w:p w14:paraId="721B9667"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2765CFA7" w14:textId="77777777" w:rsidR="00187E2C" w:rsidRDefault="00000000">
            <w:pPr>
              <w:spacing w:after="20" w:line="245" w:lineRule="auto"/>
            </w:pPr>
            <w:r>
              <w:rPr>
                <w:b/>
                <w:color w:val="000000"/>
                <w:sz w:val="17"/>
              </w:rPr>
              <w:t>SPREMLJANJE</w:t>
            </w:r>
          </w:p>
          <w:p w14:paraId="07DBF23E"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1BE8ED5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082131C" w14:textId="77777777">
              <w:trPr>
                <w:jc w:val="center"/>
              </w:trPr>
              <w:tc>
                <w:tcPr>
                  <w:tcW w:w="7087" w:type="dxa"/>
                  <w:shd w:val="clear" w:color="auto" w:fill="C6E7F3"/>
                  <w:tcMar>
                    <w:top w:w="45" w:type="dxa"/>
                    <w:left w:w="70" w:type="dxa"/>
                    <w:bottom w:w="45" w:type="dxa"/>
                    <w:right w:w="70" w:type="dxa"/>
                  </w:tcMar>
                </w:tcPr>
                <w:p w14:paraId="51E5307D" w14:textId="77777777" w:rsidR="00187E2C" w:rsidRDefault="00000000">
                  <w:pPr>
                    <w:keepNext/>
                  </w:pPr>
                  <w:r>
                    <w:rPr>
                      <w:b/>
                      <w:color w:val="000000"/>
                      <w:sz w:val="17"/>
                    </w:rPr>
                    <w:t>GLAVNI DEL – DOŽIVLJAJSKO, JEZIKOVNO IN OPISMENJEVALNO UČENJE (5 šolskih ur)</w:t>
                  </w:r>
                </w:p>
              </w:tc>
            </w:tr>
          </w:tbl>
          <w:p w14:paraId="792401FE" w14:textId="77777777" w:rsidR="00187E2C" w:rsidRDefault="00187E2C">
            <w:pPr>
              <w:spacing w:line="20" w:lineRule="exact"/>
            </w:pPr>
          </w:p>
          <w:p w14:paraId="756D71E5" w14:textId="77777777" w:rsidR="00187E2C" w:rsidRDefault="00000000">
            <w:pPr>
              <w:keepNext/>
              <w:spacing w:before="22" w:after="6" w:line="245" w:lineRule="auto"/>
            </w:pPr>
            <w:r>
              <w:rPr>
                <w:b/>
                <w:color w:val="000000"/>
                <w:sz w:val="16"/>
              </w:rPr>
              <w:t>1. URA – Kaj že znam – Poslušam in doživljam</w:t>
            </w:r>
          </w:p>
          <w:p w14:paraId="02B74B84"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»kaj že znam • velika tiskana črka e • bralni list 8«; sproti zbira individualne dokaze in prilagodi oporo.</w:t>
            </w:r>
          </w:p>
          <w:p w14:paraId="4CD8BB07"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»ustno predstavi varno pot«.</w:t>
            </w:r>
          </w:p>
          <w:p w14:paraId="318BDE9A" w14:textId="77777777" w:rsidR="00187E2C" w:rsidRDefault="00000000">
            <w:pPr>
              <w:spacing w:after="15" w:line="245" w:lineRule="auto"/>
            </w:pPr>
            <w:r>
              <w:rPr>
                <w:i/>
                <w:color w:val="D95BC6"/>
                <w:sz w:val="14"/>
              </w:rPr>
              <w:t>Predvideni dokaz: odziv med poslušanjem, izbrana slika in ena poved o doživetju..</w:t>
            </w:r>
          </w:p>
          <w:p w14:paraId="5DE7895E" w14:textId="77777777" w:rsidR="00187E2C" w:rsidRDefault="00000000">
            <w:pPr>
              <w:keepNext/>
              <w:spacing w:before="22" w:after="6" w:line="245" w:lineRule="auto"/>
            </w:pPr>
            <w:r>
              <w:rPr>
                <w:b/>
                <w:color w:val="000000"/>
                <w:sz w:val="16"/>
              </w:rPr>
              <w:t>2. URA – SLIŠIM GLAS /e/ IN ODKRIVAM ČRKO E</w:t>
            </w:r>
          </w:p>
          <w:p w14:paraId="168DC9AC"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(elastika, meta, pes, sonce); učenci se premikajo v kote začetek–sredina–konec, nato med črkami poiščejo E in jo oblikujejo s telesom.</w:t>
            </w:r>
          </w:p>
          <w:p w14:paraId="587E7BE3"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E ter jo predstavi s telesom ali vrvjo.</w:t>
            </w:r>
          </w:p>
          <w:p w14:paraId="07639A58" w14:textId="77777777" w:rsidR="00187E2C" w:rsidRDefault="00000000">
            <w:pPr>
              <w:spacing w:after="15" w:line="245" w:lineRule="auto"/>
            </w:pPr>
            <w:r>
              <w:rPr>
                <w:i/>
                <w:color w:val="D95BC6"/>
                <w:sz w:val="14"/>
              </w:rPr>
              <w:t>Predvideni dokaz: štiri pravilne glasovne odločitve, izbor črke E in kratka učenčeva razlaga..</w:t>
            </w:r>
          </w:p>
          <w:p w14:paraId="1324E482" w14:textId="77777777" w:rsidR="00187E2C" w:rsidRDefault="00000000">
            <w:pPr>
              <w:keepNext/>
              <w:spacing w:before="22" w:after="6" w:line="245" w:lineRule="auto"/>
            </w:pPr>
            <w:r>
              <w:rPr>
                <w:b/>
                <w:color w:val="000000"/>
                <w:sz w:val="16"/>
              </w:rPr>
              <w:t>3. URA – Oblikujem in pišem črko E</w:t>
            </w:r>
          </w:p>
          <w:p w14:paraId="095F0E18" w14:textId="77777777" w:rsidR="00187E2C" w:rsidRDefault="00000000">
            <w:pPr>
              <w:spacing w:after="7" w:line="245" w:lineRule="auto"/>
            </w:pPr>
            <w:r>
              <w:rPr>
                <w:b/>
                <w:color w:val="000000"/>
                <w:sz w:val="15"/>
              </w:rPr>
              <w:t xml:space="preserve">Dejavnost učiteljice: </w:t>
            </w:r>
            <w:r>
              <w:rPr>
                <w:color w:val="000000"/>
                <w:sz w:val="15"/>
              </w:rPr>
              <w:t>Organizira veččutne postaje: telo/vrv/palčke ali plastelin – prst v pesku – trak v zraku – velika podlaga – črtovje. Opazuje smer poteze in poda eno takoj uporabno povratno informacijo.</w:t>
            </w:r>
          </w:p>
          <w:p w14:paraId="1EAC7168" w14:textId="77777777" w:rsidR="00187E2C" w:rsidRDefault="00000000">
            <w:pPr>
              <w:spacing w:after="7" w:line="245" w:lineRule="auto"/>
            </w:pPr>
            <w:r>
              <w:rPr>
                <w:b/>
                <w:color w:val="000000"/>
                <w:sz w:val="15"/>
              </w:rPr>
              <w:t xml:space="preserve">Dejavnost učencev: </w:t>
            </w:r>
            <w:r>
              <w:rPr>
                <w:color w:val="000000"/>
                <w:sz w:val="15"/>
              </w:rPr>
              <w:t>Črko E gradi in zapisuje na različnih podlagah, nato preide na manjši format; po povratni informaciji ponovi isti zapis.</w:t>
            </w:r>
          </w:p>
          <w:p w14:paraId="58876F95" w14:textId="77777777" w:rsidR="00187E2C" w:rsidRDefault="00000000">
            <w:pPr>
              <w:spacing w:after="15" w:line="245" w:lineRule="auto"/>
            </w:pPr>
            <w:r>
              <w:rPr>
                <w:i/>
                <w:color w:val="D95BC6"/>
                <w:sz w:val="14"/>
              </w:rPr>
              <w:t>Predvideni dokaz: fotografija konstrukcije črke E, opazovalni zapis smeri potez in datirana vrstica treh zapisov..</w:t>
            </w:r>
          </w:p>
          <w:p w14:paraId="5ED087EF" w14:textId="77777777" w:rsidR="00187E2C" w:rsidRDefault="00000000">
            <w:pPr>
              <w:keepNext/>
              <w:spacing w:before="22" w:after="6" w:line="245" w:lineRule="auto"/>
            </w:pPr>
            <w:r>
              <w:rPr>
                <w:b/>
                <w:color w:val="000000"/>
                <w:sz w:val="16"/>
              </w:rPr>
              <w:t>4. URA – Berem in uporabim črko E</w:t>
            </w:r>
          </w:p>
          <w:p w14:paraId="00FBCFBE" w14:textId="77777777" w:rsidR="00187E2C" w:rsidRDefault="00000000">
            <w:pPr>
              <w:spacing w:after="7" w:line="245" w:lineRule="auto"/>
            </w:pPr>
            <w:r>
              <w:rPr>
                <w:b/>
                <w:color w:val="000000"/>
                <w:sz w:val="15"/>
              </w:rPr>
              <w:t xml:space="preserve">Dejavnost učiteljice: </w:t>
            </w:r>
            <w:r>
              <w:rPr>
                <w:color w:val="000000"/>
                <w:sz w:val="15"/>
              </w:rPr>
              <w:t>Vodi bralne postaje: živi zlogi, magnetne črke, pari kartic, mini tabla, učni list za E in Bralni list 8; gradivo omeji na znane črke A, E.</w:t>
            </w:r>
          </w:p>
          <w:p w14:paraId="575D5F6C" w14:textId="77777777" w:rsidR="00187E2C" w:rsidRDefault="00000000">
            <w:pPr>
              <w:spacing w:after="7" w:line="245" w:lineRule="auto"/>
            </w:pPr>
            <w:r>
              <w:rPr>
                <w:b/>
                <w:color w:val="000000"/>
                <w:sz w:val="15"/>
              </w:rPr>
              <w:t xml:space="preserve">Dejavnost učencev: </w:t>
            </w:r>
            <w:r>
              <w:rPr>
                <w:color w:val="000000"/>
                <w:sz w:val="15"/>
              </w:rPr>
              <w:t>Sestavlja, premešča in bere A • E ter AE • EA; izbere zahtevnost in rešuje Bralni list 8.</w:t>
            </w:r>
          </w:p>
          <w:p w14:paraId="3422A34E" w14:textId="77777777" w:rsidR="00187E2C" w:rsidRDefault="00000000">
            <w:pPr>
              <w:spacing w:after="15" w:line="245" w:lineRule="auto"/>
            </w:pPr>
            <w:r>
              <w:rPr>
                <w:i/>
                <w:color w:val="D95BC6"/>
                <w:sz w:val="14"/>
              </w:rPr>
              <w:t>Predvideni dokaz: izpolnjen Bralni list 8, individualni bralni zapis, sestavljen ali zapisan primer s črko E in samovrednotenje..</w:t>
            </w:r>
          </w:p>
          <w:p w14:paraId="2FDFA9F3" w14:textId="77777777" w:rsidR="00187E2C" w:rsidRDefault="00000000">
            <w:pPr>
              <w:keepNext/>
              <w:spacing w:before="22" w:after="6" w:line="245" w:lineRule="auto"/>
            </w:pPr>
            <w:r>
              <w:rPr>
                <w:b/>
                <w:color w:val="000000"/>
                <w:sz w:val="16"/>
              </w:rPr>
              <w:t>5. URA – Kaj že znam – Ocenjevanje</w:t>
            </w:r>
          </w:p>
          <w:p w14:paraId="3287951D" w14:textId="77777777" w:rsidR="00187E2C" w:rsidRDefault="00000000">
            <w:pPr>
              <w:spacing w:after="7" w:line="245" w:lineRule="auto"/>
            </w:pPr>
            <w:r>
              <w:rPr>
                <w:b/>
                <w:color w:val="000000"/>
                <w:sz w:val="15"/>
              </w:rPr>
              <w:t xml:space="preserve">Dejavnost učiteljice: </w:t>
            </w:r>
            <w:r>
              <w:rPr>
                <w:color w:val="000000"/>
                <w:sz w:val="15"/>
              </w:rPr>
              <w:t>Izvede napovedano ocenjevalno situacijo: poslušanje z razumevanjem ter ustna pripoved ob slikovni opori. Uporabi javne kriterije.</w:t>
            </w:r>
          </w:p>
          <w:p w14:paraId="1670381A" w14:textId="77777777" w:rsidR="00187E2C" w:rsidRDefault="00000000">
            <w:pPr>
              <w:spacing w:after="7" w:line="245" w:lineRule="auto"/>
            </w:pPr>
            <w:r>
              <w:rPr>
                <w:b/>
                <w:color w:val="000000"/>
                <w:sz w:val="15"/>
              </w:rPr>
              <w:t xml:space="preserve">Dejavnost učencev: </w:t>
            </w:r>
            <w:r>
              <w:rPr>
                <w:color w:val="000000"/>
                <w:sz w:val="15"/>
              </w:rPr>
              <w:t>Samostojno oziroma ob vnaprej dovoljeni opori izvede dogovorjeno nalogo, pokaže svoj postopek/izdelek in odgovori na kratko pojasnjevalno vprašanje.</w:t>
            </w:r>
          </w:p>
          <w:p w14:paraId="6A250A9F" w14:textId="77777777" w:rsidR="00187E2C" w:rsidRDefault="00000000">
            <w:pPr>
              <w:spacing w:after="15" w:line="245" w:lineRule="auto"/>
            </w:pPr>
            <w:r>
              <w:rPr>
                <w:i/>
                <w:color w:val="D95BC6"/>
                <w:sz w:val="14"/>
              </w:rPr>
              <w:t>Predvideni dokaz: OCENJEVANJE: poslušanje z razumevanjem ter ustna pripoved ob slikovni opori..</w:t>
            </w:r>
          </w:p>
          <w:tbl>
            <w:tblPr>
              <w:tblStyle w:val="Tabelamrea"/>
              <w:tblW w:w="0" w:type="auto"/>
              <w:jc w:val="center"/>
              <w:tblLayout w:type="fixed"/>
              <w:tblLook w:val="04A0" w:firstRow="1" w:lastRow="0" w:firstColumn="1" w:lastColumn="0" w:noHBand="0" w:noVBand="1"/>
            </w:tblPr>
            <w:tblGrid>
              <w:gridCol w:w="7087"/>
            </w:tblGrid>
            <w:tr w:rsidR="00187E2C" w14:paraId="0F1FD2AC" w14:textId="77777777">
              <w:trPr>
                <w:jc w:val="center"/>
              </w:trPr>
              <w:tc>
                <w:tcPr>
                  <w:tcW w:w="7087" w:type="dxa"/>
                  <w:shd w:val="clear" w:color="auto" w:fill="EDC9EA"/>
                  <w:tcMar>
                    <w:top w:w="45" w:type="dxa"/>
                    <w:left w:w="70" w:type="dxa"/>
                    <w:bottom w:w="45" w:type="dxa"/>
                    <w:right w:w="70" w:type="dxa"/>
                  </w:tcMar>
                </w:tcPr>
                <w:p w14:paraId="2A15530D" w14:textId="77777777" w:rsidR="00187E2C" w:rsidRDefault="00000000">
                  <w:pPr>
                    <w:keepNext/>
                  </w:pPr>
                  <w:r>
                    <w:rPr>
                      <w:b/>
                      <w:color w:val="000000"/>
                      <w:sz w:val="17"/>
                    </w:rPr>
                    <w:t>POVRATNA INFORMACIJA UČITELJICE MED DELOM</w:t>
                  </w:r>
                </w:p>
              </w:tc>
            </w:tr>
          </w:tbl>
          <w:p w14:paraId="52E1C5C2" w14:textId="77777777" w:rsidR="00187E2C" w:rsidRDefault="00187E2C"/>
          <w:p w14:paraId="3A6C82F0"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FE7F465" w14:textId="77777777" w:rsidR="00187E2C" w:rsidRDefault="00187E2C"/>
          <w:p w14:paraId="3097C446" w14:textId="77777777" w:rsidR="00187E2C" w:rsidRDefault="00000000">
            <w:pPr>
              <w:spacing w:after="4" w:line="245" w:lineRule="auto"/>
            </w:pPr>
            <w:r>
              <w:rPr>
                <w:b/>
                <w:color w:val="000000"/>
                <w:sz w:val="15"/>
              </w:rPr>
              <w:t>1. URA – Kaj že znam – Poslušam in doživljam</w:t>
            </w:r>
          </w:p>
          <w:p w14:paraId="49517564" w14:textId="77777777" w:rsidR="00187E2C" w:rsidRDefault="00000000">
            <w:pPr>
              <w:spacing w:after="7" w:line="245" w:lineRule="auto"/>
            </w:pPr>
            <w:r>
              <w:rPr>
                <w:color w:val="000000"/>
                <w:sz w:val="14"/>
              </w:rPr>
              <w:t>Napoveduje ob naslovu/sliki, med poslušanjem pokaže dogovorjen znak in po poslušanju izbere sliko občutja.</w:t>
            </w:r>
          </w:p>
          <w:p w14:paraId="55114D80" w14:textId="77777777" w:rsidR="00187E2C" w:rsidRDefault="00000000">
            <w:pPr>
              <w:spacing w:after="15" w:line="245" w:lineRule="auto"/>
            </w:pPr>
            <w:r>
              <w:rPr>
                <w:color w:val="D95BC6"/>
                <w:sz w:val="14"/>
              </w:rPr>
              <w:t>Dokaz: odziv med poslušanjem, izbrana slika in ena poved o doživetju.</w:t>
            </w:r>
          </w:p>
          <w:p w14:paraId="13D70EFB" w14:textId="77777777" w:rsidR="00187E2C" w:rsidRDefault="00000000">
            <w:pPr>
              <w:spacing w:after="4" w:line="245" w:lineRule="auto"/>
            </w:pPr>
            <w:r>
              <w:rPr>
                <w:b/>
                <w:color w:val="000000"/>
                <w:sz w:val="15"/>
              </w:rPr>
              <w:t>2. URA – SLIŠIM GLAS /e/ IN ODKRIVAM ČRKO E</w:t>
            </w:r>
          </w:p>
          <w:p w14:paraId="3C6660BE" w14:textId="77777777" w:rsidR="00187E2C" w:rsidRDefault="00000000">
            <w:pPr>
              <w:spacing w:after="7" w:line="245" w:lineRule="auto"/>
            </w:pPr>
            <w:r>
              <w:rPr>
                <w:color w:val="000000"/>
                <w:sz w:val="14"/>
              </w:rPr>
              <w:t>Besede razvršča z gibanjem, za vsak glas položi žeton, med znaki poišče E ter jo predstavi s telesom ali vrvjo.</w:t>
            </w:r>
          </w:p>
          <w:p w14:paraId="3E9A1D49" w14:textId="77777777" w:rsidR="00187E2C" w:rsidRDefault="00000000">
            <w:pPr>
              <w:spacing w:after="15" w:line="245" w:lineRule="auto"/>
            </w:pPr>
            <w:r>
              <w:rPr>
                <w:color w:val="D95BC6"/>
                <w:sz w:val="14"/>
              </w:rPr>
              <w:t>Dokaz: štiri pravilne glasovne odločitve, izbor črke E in kratka učenčeva razlaga.</w:t>
            </w:r>
          </w:p>
          <w:p w14:paraId="39623F34" w14:textId="77777777" w:rsidR="00187E2C" w:rsidRDefault="00000000">
            <w:pPr>
              <w:spacing w:after="4" w:line="245" w:lineRule="auto"/>
            </w:pPr>
            <w:r>
              <w:rPr>
                <w:b/>
                <w:color w:val="000000"/>
                <w:sz w:val="15"/>
              </w:rPr>
              <w:t>3. URA – Oblikujem in pišem črko E</w:t>
            </w:r>
          </w:p>
          <w:p w14:paraId="091F84E3" w14:textId="77777777" w:rsidR="00187E2C" w:rsidRDefault="00000000">
            <w:pPr>
              <w:spacing w:after="7" w:line="245" w:lineRule="auto"/>
            </w:pPr>
            <w:r>
              <w:rPr>
                <w:color w:val="000000"/>
                <w:sz w:val="14"/>
              </w:rPr>
              <w:t>Črko E gradi in zapisuje na različnih podlagah, nato preide na manjši format.</w:t>
            </w:r>
          </w:p>
          <w:p w14:paraId="1939A786" w14:textId="77777777" w:rsidR="00187E2C" w:rsidRDefault="00000000">
            <w:pPr>
              <w:spacing w:after="15" w:line="245" w:lineRule="auto"/>
            </w:pPr>
            <w:r>
              <w:rPr>
                <w:color w:val="D95BC6"/>
                <w:sz w:val="14"/>
              </w:rPr>
              <w:t>Dokaz: fotografija konstrukcije črke E, opazovalni zapis smeri potez in datirana.</w:t>
            </w:r>
          </w:p>
          <w:p w14:paraId="53DC75DA" w14:textId="77777777" w:rsidR="00187E2C" w:rsidRDefault="00000000">
            <w:pPr>
              <w:spacing w:after="4" w:line="245" w:lineRule="auto"/>
            </w:pPr>
            <w:r>
              <w:rPr>
                <w:b/>
                <w:color w:val="000000"/>
                <w:sz w:val="15"/>
              </w:rPr>
              <w:t>4. URA – Berem in uporabim črko E</w:t>
            </w:r>
          </w:p>
          <w:p w14:paraId="4BA2128C" w14:textId="77777777" w:rsidR="00187E2C" w:rsidRDefault="00000000">
            <w:pPr>
              <w:spacing w:after="7" w:line="245" w:lineRule="auto"/>
            </w:pPr>
            <w:r>
              <w:rPr>
                <w:color w:val="000000"/>
                <w:sz w:val="14"/>
              </w:rPr>
              <w:t>Sestavlja, premešča in bere A • E ter AE • EA; izbere zahtevnost in rešuje Bralni list 8.</w:t>
            </w:r>
          </w:p>
          <w:p w14:paraId="23AE6359" w14:textId="77777777" w:rsidR="00187E2C" w:rsidRDefault="00000000">
            <w:pPr>
              <w:spacing w:after="15" w:line="245" w:lineRule="auto"/>
            </w:pPr>
            <w:r>
              <w:rPr>
                <w:color w:val="D95BC6"/>
                <w:sz w:val="14"/>
              </w:rPr>
              <w:t>Dokaz: izpolnjen Bralni list 8, individualni bralni zapis.</w:t>
            </w:r>
          </w:p>
          <w:p w14:paraId="742602AE" w14:textId="77777777" w:rsidR="00187E2C" w:rsidRDefault="00000000">
            <w:pPr>
              <w:spacing w:after="4" w:line="245" w:lineRule="auto"/>
            </w:pPr>
            <w:r>
              <w:rPr>
                <w:b/>
                <w:color w:val="000000"/>
                <w:sz w:val="15"/>
              </w:rPr>
              <w:t>5. URA – Kaj že znam – Ocenjevanje</w:t>
            </w:r>
          </w:p>
          <w:p w14:paraId="7141B3A3" w14:textId="77777777" w:rsidR="00187E2C" w:rsidRDefault="00000000">
            <w:pPr>
              <w:spacing w:after="7" w:line="245" w:lineRule="auto"/>
            </w:pPr>
            <w:r>
              <w:rPr>
                <w:color w:val="000000"/>
                <w:sz w:val="14"/>
              </w:rPr>
              <w:t>Samostojno oziroma ob vnaprej dovoljeni opori izvede dogovorjeno nalogo.</w:t>
            </w:r>
          </w:p>
          <w:p w14:paraId="009559BF" w14:textId="77777777" w:rsidR="00187E2C" w:rsidRDefault="00000000">
            <w:pPr>
              <w:spacing w:after="15" w:line="245" w:lineRule="auto"/>
            </w:pPr>
            <w:r>
              <w:rPr>
                <w:color w:val="D95BC6"/>
                <w:sz w:val="14"/>
              </w:rPr>
              <w:t>Dokaz: OCENJEVANJE: poslušanje z razumevanjem ter ustna pripoved ob slikovni opori.</w:t>
            </w:r>
          </w:p>
        </w:tc>
      </w:tr>
    </w:tbl>
    <w:p w14:paraId="3B0C92A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3B8D00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6406E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46AE3FA" w14:textId="77777777" w:rsidR="00187E2C" w:rsidRDefault="00000000">
            <w:pPr>
              <w:jc w:val="center"/>
            </w:pPr>
            <w:r>
              <w:rPr>
                <w:b/>
                <w:color w:val="000000"/>
                <w:sz w:val="20"/>
              </w:rPr>
              <w:t>UČNE DEJAVNOSTI, METODE IN FORMATIVNO SPREMLJANJE</w:t>
            </w:r>
          </w:p>
        </w:tc>
      </w:tr>
      <w:tr w:rsidR="00187E2C" w14:paraId="2A828800" w14:textId="77777777">
        <w:trPr>
          <w:tblHeader/>
          <w:jc w:val="center"/>
        </w:trPr>
        <w:tc>
          <w:tcPr>
            <w:tcW w:w="4422" w:type="dxa"/>
            <w:vMerge/>
            <w:tcMar>
              <w:top w:w="70" w:type="dxa"/>
              <w:left w:w="90" w:type="dxa"/>
              <w:bottom w:w="70" w:type="dxa"/>
              <w:right w:w="90" w:type="dxa"/>
            </w:tcMar>
            <w:vAlign w:val="center"/>
          </w:tcPr>
          <w:p w14:paraId="04126196" w14:textId="77777777" w:rsidR="00187E2C" w:rsidRDefault="00187E2C"/>
        </w:tc>
        <w:tc>
          <w:tcPr>
            <w:tcW w:w="7087" w:type="dxa"/>
            <w:shd w:val="clear" w:color="auto" w:fill="FFFFFF"/>
            <w:tcMar>
              <w:top w:w="70" w:type="dxa"/>
              <w:left w:w="90" w:type="dxa"/>
              <w:bottom w:w="70" w:type="dxa"/>
              <w:right w:w="90" w:type="dxa"/>
            </w:tcMar>
            <w:vAlign w:val="center"/>
          </w:tcPr>
          <w:p w14:paraId="50366952"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73409C" w14:textId="77777777" w:rsidR="00187E2C" w:rsidRDefault="00000000">
            <w:pPr>
              <w:jc w:val="center"/>
            </w:pPr>
            <w:r>
              <w:rPr>
                <w:b/>
                <w:color w:val="000000"/>
              </w:rPr>
              <w:t>UČENEC</w:t>
            </w:r>
          </w:p>
        </w:tc>
      </w:tr>
      <w:tr w:rsidR="00187E2C" w14:paraId="3BB22D1D" w14:textId="77777777">
        <w:trPr>
          <w:jc w:val="center"/>
        </w:trPr>
        <w:tc>
          <w:tcPr>
            <w:tcW w:w="4422" w:type="dxa"/>
            <w:tcMar>
              <w:top w:w="70" w:type="dxa"/>
              <w:left w:w="90" w:type="dxa"/>
              <w:bottom w:w="70" w:type="dxa"/>
              <w:right w:w="90" w:type="dxa"/>
            </w:tcMar>
          </w:tcPr>
          <w:p w14:paraId="6CA82DFB" w14:textId="77777777" w:rsidR="00187E2C" w:rsidRDefault="00187E2C"/>
          <w:p w14:paraId="0AF8E90D" w14:textId="77777777" w:rsidR="00187E2C" w:rsidRDefault="00000000">
            <w:pPr>
              <w:spacing w:after="40" w:line="245" w:lineRule="auto"/>
            </w:pPr>
            <w:r>
              <w:rPr>
                <w:b/>
                <w:color w:val="000000"/>
              </w:rPr>
              <w:t>FORMATIVNO SPREMLJANJE</w:t>
            </w:r>
          </w:p>
          <w:p w14:paraId="0A115CBC"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571F56F0"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68570954"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E0DDB0B"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249914AE" w14:textId="77777777" w:rsidR="00187E2C" w:rsidRDefault="00000000">
            <w:pPr>
              <w:spacing w:before="40" w:after="20" w:line="245" w:lineRule="auto"/>
            </w:pPr>
            <w:r>
              <w:rPr>
                <w:b/>
                <w:color w:val="000000"/>
                <w:sz w:val="17"/>
              </w:rPr>
              <w:t>VARNOST IN ODGOVORNOST</w:t>
            </w:r>
          </w:p>
          <w:p w14:paraId="1FBB2F67"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6B16543D" w14:textId="77777777" w:rsidR="00187E2C" w:rsidRDefault="00000000">
            <w:pPr>
              <w:spacing w:after="20" w:line="245" w:lineRule="auto"/>
            </w:pPr>
            <w:r>
              <w:rPr>
                <w:b/>
                <w:color w:val="000000"/>
                <w:sz w:val="17"/>
              </w:rPr>
              <w:t>EVIDENCA PO IZVEDBI</w:t>
            </w:r>
          </w:p>
          <w:p w14:paraId="52AA8F7C"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744F7477"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F009424" w14:textId="77777777">
              <w:trPr>
                <w:jc w:val="center"/>
              </w:trPr>
              <w:tc>
                <w:tcPr>
                  <w:tcW w:w="7087" w:type="dxa"/>
                  <w:shd w:val="clear" w:color="auto" w:fill="EDC9EA"/>
                  <w:tcMar>
                    <w:top w:w="45" w:type="dxa"/>
                    <w:left w:w="70" w:type="dxa"/>
                    <w:bottom w:w="45" w:type="dxa"/>
                    <w:right w:w="70" w:type="dxa"/>
                  </w:tcMar>
                </w:tcPr>
                <w:p w14:paraId="2733F311" w14:textId="77777777" w:rsidR="00187E2C" w:rsidRDefault="00000000">
                  <w:pPr>
                    <w:keepNext/>
                  </w:pPr>
                  <w:r>
                    <w:rPr>
                      <w:b/>
                      <w:color w:val="000000"/>
                    </w:rPr>
                    <w:t>VPRAŠANJA V PODPORO JEZIKOVNEMU, BRALNEMU IN KNJIŽEVNEMU UČENJU</w:t>
                  </w:r>
                </w:p>
              </w:tc>
            </w:tr>
          </w:tbl>
          <w:p w14:paraId="243FEF10" w14:textId="77777777" w:rsidR="00187E2C" w:rsidRDefault="00187E2C">
            <w:pPr>
              <w:spacing w:line="20" w:lineRule="exact"/>
            </w:pPr>
          </w:p>
          <w:p w14:paraId="43C30550" w14:textId="77777777" w:rsidR="00187E2C" w:rsidRDefault="00000000">
            <w:pPr>
              <w:pStyle w:val="Oznaenseznam"/>
              <w:spacing w:after="16"/>
            </w:pPr>
            <w:r>
              <w:rPr>
                <w:color w:val="000000"/>
                <w:sz w:val="16"/>
              </w:rPr>
              <w:t>Kaj ti je naslovnica, slika, predmet, zvok ali gib pomagal razumeti?</w:t>
            </w:r>
          </w:p>
          <w:p w14:paraId="2BAFB95D" w14:textId="77777777" w:rsidR="00187E2C" w:rsidRDefault="00000000">
            <w:pPr>
              <w:pStyle w:val="Oznaenseznam"/>
              <w:spacing w:after="16"/>
            </w:pPr>
            <w:r>
              <w:rPr>
                <w:color w:val="000000"/>
                <w:sz w:val="16"/>
              </w:rPr>
              <w:t>Kako si našel/-la glas, črko, zlog, besedo ali bistveni podatek?</w:t>
            </w:r>
          </w:p>
          <w:p w14:paraId="0F66DC76" w14:textId="77777777" w:rsidR="00187E2C" w:rsidRDefault="00000000">
            <w:pPr>
              <w:pStyle w:val="Oznaenseznam"/>
              <w:spacing w:after="16"/>
            </w:pPr>
            <w:r>
              <w:rPr>
                <w:color w:val="000000"/>
                <w:sz w:val="16"/>
              </w:rPr>
              <w:t>Kako veš, da tvoja pripoved, branje ali zapis dosega dogovorjeni kriterij?</w:t>
            </w:r>
          </w:p>
          <w:p w14:paraId="78244CC4" w14:textId="77777777" w:rsidR="00187E2C" w:rsidRDefault="00000000">
            <w:pPr>
              <w:pStyle w:val="Oznaenseznam"/>
              <w:spacing w:after="16"/>
            </w:pPr>
            <w:r>
              <w:rPr>
                <w:color w:val="000000"/>
                <w:sz w:val="16"/>
              </w:rPr>
              <w:t>Ali lahko svoje razumevanje pokažeš še z drugim načinom – govorom, gibanjem, risbo, branjem ali zapisom?</w:t>
            </w:r>
          </w:p>
          <w:p w14:paraId="23A1FA5C"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795FCEEE" w14:textId="77777777">
              <w:trPr>
                <w:jc w:val="center"/>
              </w:trPr>
              <w:tc>
                <w:tcPr>
                  <w:tcW w:w="7087" w:type="dxa"/>
                  <w:shd w:val="clear" w:color="auto" w:fill="C6E7F3"/>
                  <w:tcMar>
                    <w:top w:w="45" w:type="dxa"/>
                    <w:left w:w="70" w:type="dxa"/>
                    <w:bottom w:w="45" w:type="dxa"/>
                    <w:right w:w="70" w:type="dxa"/>
                  </w:tcMar>
                </w:tcPr>
                <w:p w14:paraId="180E5857" w14:textId="77777777" w:rsidR="00187E2C" w:rsidRDefault="00000000">
                  <w:pPr>
                    <w:keepNext/>
                  </w:pPr>
                  <w:r>
                    <w:rPr>
                      <w:b/>
                      <w:color w:val="000000"/>
                    </w:rPr>
                    <w:t>ZAKLJUČNI DEL – UTRJEVANJE, BRALNI ODZIV IN REFLEKSIJA (10–15 min)</w:t>
                  </w:r>
                </w:p>
              </w:tc>
            </w:tr>
          </w:tbl>
          <w:p w14:paraId="6B926BAE" w14:textId="77777777" w:rsidR="00187E2C" w:rsidRDefault="00187E2C">
            <w:pPr>
              <w:spacing w:line="20" w:lineRule="exact"/>
            </w:pPr>
          </w:p>
          <w:p w14:paraId="6B39EFB7"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B7E1FFC" w14:textId="77777777">
              <w:trPr>
                <w:jc w:val="center"/>
              </w:trPr>
              <w:tc>
                <w:tcPr>
                  <w:tcW w:w="7087" w:type="dxa"/>
                  <w:shd w:val="clear" w:color="auto" w:fill="EDC9EA"/>
                  <w:tcMar>
                    <w:top w:w="45" w:type="dxa"/>
                    <w:left w:w="70" w:type="dxa"/>
                    <w:bottom w:w="45" w:type="dxa"/>
                    <w:right w:w="70" w:type="dxa"/>
                  </w:tcMar>
                </w:tcPr>
                <w:p w14:paraId="28AE22E9" w14:textId="77777777" w:rsidR="00187E2C" w:rsidRDefault="00000000">
                  <w:pPr>
                    <w:keepNext/>
                  </w:pPr>
                  <w:r>
                    <w:rPr>
                      <w:b/>
                      <w:color w:val="000000"/>
                    </w:rPr>
                    <w:t>SAMOVREDNOTENJE</w:t>
                  </w:r>
                </w:p>
              </w:tc>
            </w:tr>
          </w:tbl>
          <w:p w14:paraId="709DCA21" w14:textId="77777777" w:rsidR="00187E2C" w:rsidRDefault="00187E2C">
            <w:pPr>
              <w:spacing w:line="20" w:lineRule="exact"/>
            </w:pPr>
          </w:p>
          <w:p w14:paraId="70604E0B"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22A2C943" w14:textId="77777777">
              <w:trPr>
                <w:jc w:val="center"/>
              </w:trPr>
              <w:tc>
                <w:tcPr>
                  <w:tcW w:w="7087" w:type="dxa"/>
                  <w:shd w:val="clear" w:color="auto" w:fill="EDC9EA"/>
                  <w:tcMar>
                    <w:top w:w="45" w:type="dxa"/>
                    <w:left w:w="70" w:type="dxa"/>
                    <w:bottom w:w="45" w:type="dxa"/>
                    <w:right w:w="70" w:type="dxa"/>
                  </w:tcMar>
                </w:tcPr>
                <w:p w14:paraId="399EF827" w14:textId="77777777" w:rsidR="00187E2C" w:rsidRDefault="00000000">
                  <w:pPr>
                    <w:keepNext/>
                  </w:pPr>
                  <w:r>
                    <w:rPr>
                      <w:b/>
                      <w:color w:val="000000"/>
                    </w:rPr>
                    <w:t>VRSTNIŠKO VREDNOTENJE</w:t>
                  </w:r>
                </w:p>
              </w:tc>
            </w:tr>
          </w:tbl>
          <w:p w14:paraId="5A0FC1B1" w14:textId="77777777" w:rsidR="00187E2C" w:rsidRDefault="00187E2C">
            <w:pPr>
              <w:spacing w:line="20" w:lineRule="exact"/>
            </w:pPr>
          </w:p>
          <w:p w14:paraId="29867F8A"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15799EA5" w14:textId="77777777">
              <w:trPr>
                <w:jc w:val="center"/>
              </w:trPr>
              <w:tc>
                <w:tcPr>
                  <w:tcW w:w="7087" w:type="dxa"/>
                  <w:shd w:val="clear" w:color="auto" w:fill="EDC9EA"/>
                  <w:tcMar>
                    <w:top w:w="45" w:type="dxa"/>
                    <w:left w:w="70" w:type="dxa"/>
                    <w:bottom w:w="45" w:type="dxa"/>
                    <w:right w:w="70" w:type="dxa"/>
                  </w:tcMar>
                </w:tcPr>
                <w:p w14:paraId="27D79B9D" w14:textId="77777777" w:rsidR="00187E2C" w:rsidRDefault="00000000">
                  <w:pPr>
                    <w:keepNext/>
                  </w:pPr>
                  <w:r>
                    <w:rPr>
                      <w:b/>
                      <w:color w:val="000000"/>
                    </w:rPr>
                    <w:t>SKUPNI POVZETEK</w:t>
                  </w:r>
                </w:p>
              </w:tc>
            </w:tr>
          </w:tbl>
          <w:p w14:paraId="75C7D3CA" w14:textId="77777777" w:rsidR="00187E2C" w:rsidRDefault="00187E2C"/>
          <w:p w14:paraId="0E14E0E6" w14:textId="77777777" w:rsidR="00187E2C" w:rsidRDefault="00000000">
            <w:pPr>
              <w:spacing w:before="20" w:after="40" w:line="245" w:lineRule="auto"/>
            </w:pPr>
            <w:r>
              <w:rPr>
                <w:b/>
                <w:color w:val="000000"/>
                <w:sz w:val="16"/>
              </w:rPr>
              <w:t>Prepoznam glas /e/ in črko E,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52049C6A" w14:textId="77777777" w:rsidR="00187E2C" w:rsidRDefault="00187E2C"/>
          <w:p w14:paraId="15F16594" w14:textId="77777777" w:rsidR="00187E2C" w:rsidRDefault="00000000">
            <w:pPr>
              <w:spacing w:after="100" w:line="245" w:lineRule="auto"/>
            </w:pPr>
            <w:r>
              <w:rPr>
                <w:color w:val="000000"/>
                <w:sz w:val="16"/>
              </w:rPr>
              <w:t>Odgovarja na podporna vprašanja ter se sklicuje na poslušano besedilo, sliko, govor, bralni list ali zapis.</w:t>
            </w:r>
          </w:p>
          <w:p w14:paraId="68D294C9" w14:textId="77777777" w:rsidR="00187E2C" w:rsidRDefault="00000000">
            <w:pPr>
              <w:spacing w:after="100" w:line="245" w:lineRule="auto"/>
            </w:pPr>
            <w:r>
              <w:rPr>
                <w:color w:val="000000"/>
                <w:sz w:val="16"/>
              </w:rPr>
              <w:t>Primerja začetni odziv z novim dokazom in pojasni, kaj se je naučil/-a.</w:t>
            </w:r>
          </w:p>
          <w:p w14:paraId="71A2E1CC" w14:textId="77777777" w:rsidR="00187E2C" w:rsidRDefault="00000000">
            <w:pPr>
              <w:spacing w:after="100" w:line="245" w:lineRule="auto"/>
            </w:pPr>
            <w:r>
              <w:rPr>
                <w:color w:val="000000"/>
                <w:sz w:val="16"/>
              </w:rPr>
              <w:t>Izbere raven samostojnosti in določi naslednji korak.</w:t>
            </w:r>
          </w:p>
          <w:p w14:paraId="10BD35D7" w14:textId="77777777" w:rsidR="00187E2C" w:rsidRDefault="00000000">
            <w:pPr>
              <w:spacing w:after="100" w:line="245" w:lineRule="auto"/>
            </w:pPr>
            <w:r>
              <w:rPr>
                <w:color w:val="000000"/>
                <w:sz w:val="16"/>
              </w:rPr>
              <w:t>Sošolcu poda prijazen in konkreten odziv, vezan na kriterij.</w:t>
            </w:r>
          </w:p>
          <w:p w14:paraId="45C72DC8" w14:textId="77777777" w:rsidR="00187E2C" w:rsidRDefault="00000000">
            <w:pPr>
              <w:spacing w:after="20" w:line="245" w:lineRule="auto"/>
            </w:pPr>
            <w:r>
              <w:rPr>
                <w:b/>
                <w:color w:val="D95BC6"/>
                <w:sz w:val="17"/>
              </w:rPr>
              <w:t>DOKAZ O UČENJU</w:t>
            </w:r>
          </w:p>
          <w:p w14:paraId="05341FBC"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3D7985C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6427D572" w14:textId="77777777">
        <w:trPr>
          <w:cantSplit/>
          <w:jc w:val="center"/>
        </w:trPr>
        <w:tc>
          <w:tcPr>
            <w:tcW w:w="14060" w:type="dxa"/>
            <w:gridSpan w:val="6"/>
            <w:tcMar>
              <w:top w:w="70" w:type="dxa"/>
              <w:left w:w="90" w:type="dxa"/>
              <w:bottom w:w="70" w:type="dxa"/>
              <w:right w:w="90" w:type="dxa"/>
            </w:tcMar>
            <w:vAlign w:val="center"/>
          </w:tcPr>
          <w:p w14:paraId="7A0D1D3E" w14:textId="77777777" w:rsidR="00187E2C" w:rsidRDefault="00000000">
            <w:pPr>
              <w:jc w:val="center"/>
            </w:pPr>
            <w:r>
              <w:rPr>
                <w:b/>
                <w:color w:val="000000"/>
                <w:sz w:val="24"/>
              </w:rPr>
              <w:lastRenderedPageBreak/>
              <w:t>UČNA PRIPRAVA 9/39</w:t>
            </w:r>
          </w:p>
        </w:tc>
      </w:tr>
      <w:tr w:rsidR="00187E2C" w14:paraId="371CFB34" w14:textId="77777777">
        <w:trPr>
          <w:jc w:val="center"/>
        </w:trPr>
        <w:tc>
          <w:tcPr>
            <w:tcW w:w="2665" w:type="dxa"/>
            <w:tcMar>
              <w:top w:w="70" w:type="dxa"/>
              <w:left w:w="90" w:type="dxa"/>
              <w:bottom w:w="70" w:type="dxa"/>
              <w:right w:w="90" w:type="dxa"/>
            </w:tcMar>
            <w:vAlign w:val="center"/>
          </w:tcPr>
          <w:p w14:paraId="6734756A"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2895F23"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B13B6AD"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E53F971" w14:textId="77777777" w:rsidR="00187E2C" w:rsidRDefault="00000000">
            <w:r>
              <w:rPr>
                <w:b/>
                <w:color w:val="000000"/>
                <w:sz w:val="16"/>
              </w:rPr>
              <w:t xml:space="preserve">NAČRTOVANI TERMIN: </w:t>
            </w:r>
            <w:r>
              <w:rPr>
                <w:color w:val="000000"/>
                <w:sz w:val="16"/>
              </w:rPr>
              <w:t>9. teden • 2.–6. 11. 2026</w:t>
            </w:r>
          </w:p>
        </w:tc>
        <w:tc>
          <w:tcPr>
            <w:tcW w:w="2268" w:type="dxa"/>
            <w:tcMar>
              <w:top w:w="70" w:type="dxa"/>
              <w:left w:w="90" w:type="dxa"/>
              <w:bottom w:w="70" w:type="dxa"/>
              <w:right w:w="90" w:type="dxa"/>
            </w:tcMar>
            <w:vAlign w:val="center"/>
          </w:tcPr>
          <w:p w14:paraId="069541CA"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7099EC7" w14:textId="77777777" w:rsidR="00187E2C" w:rsidRDefault="00000000">
            <w:r>
              <w:rPr>
                <w:b/>
                <w:color w:val="000000"/>
                <w:sz w:val="16"/>
              </w:rPr>
              <w:t xml:space="preserve">ŠTEVILO UR: </w:t>
            </w:r>
            <w:r>
              <w:rPr>
                <w:color w:val="000000"/>
                <w:sz w:val="16"/>
              </w:rPr>
              <w:t>6</w:t>
            </w:r>
          </w:p>
        </w:tc>
      </w:tr>
      <w:tr w:rsidR="00187E2C" w14:paraId="733E5106" w14:textId="77777777">
        <w:trPr>
          <w:jc w:val="center"/>
        </w:trPr>
        <w:tc>
          <w:tcPr>
            <w:tcW w:w="14061" w:type="dxa"/>
            <w:gridSpan w:val="6"/>
            <w:tcMar>
              <w:top w:w="70" w:type="dxa"/>
              <w:left w:w="90" w:type="dxa"/>
              <w:bottom w:w="70" w:type="dxa"/>
              <w:right w:w="90" w:type="dxa"/>
            </w:tcMar>
            <w:vAlign w:val="center"/>
          </w:tcPr>
          <w:p w14:paraId="6DDDDB98" w14:textId="77777777" w:rsidR="00187E2C" w:rsidRDefault="00000000">
            <w:r>
              <w:rPr>
                <w:b/>
                <w:color w:val="000000"/>
                <w:sz w:val="17"/>
              </w:rPr>
              <w:t xml:space="preserve">TIP UČNE URE: </w:t>
            </w:r>
            <w:r>
              <w:rPr>
                <w:color w:val="000000"/>
                <w:sz w:val="17"/>
              </w:rPr>
              <w:t>ustno oziroma praktično preverjanje in opisno ocenjevanje z individualnim dokazom</w:t>
            </w:r>
          </w:p>
        </w:tc>
      </w:tr>
      <w:tr w:rsidR="00187E2C" w14:paraId="15C006E0" w14:textId="77777777">
        <w:trPr>
          <w:cantSplit/>
          <w:jc w:val="center"/>
        </w:trPr>
        <w:tc>
          <w:tcPr>
            <w:tcW w:w="14060" w:type="dxa"/>
            <w:gridSpan w:val="6"/>
            <w:tcMar>
              <w:top w:w="70" w:type="dxa"/>
              <w:left w:w="90" w:type="dxa"/>
              <w:bottom w:w="70" w:type="dxa"/>
              <w:right w:w="90" w:type="dxa"/>
            </w:tcMar>
            <w:vAlign w:val="center"/>
          </w:tcPr>
          <w:p w14:paraId="38B7484B" w14:textId="77777777" w:rsidR="00187E2C" w:rsidRDefault="00187E2C"/>
          <w:p w14:paraId="6A5D3B7C" w14:textId="77777777" w:rsidR="00187E2C" w:rsidRDefault="00000000">
            <w:pPr>
              <w:spacing w:line="245" w:lineRule="auto"/>
            </w:pPr>
            <w:r>
              <w:rPr>
                <w:b/>
                <w:color w:val="000000"/>
                <w:sz w:val="16"/>
              </w:rPr>
              <w:t xml:space="preserve">UČNI SKLOP: </w:t>
            </w:r>
            <w:r>
              <w:rPr>
                <w:color w:val="000000"/>
                <w:sz w:val="16"/>
              </w:rPr>
              <w:t>JESEN, SNOVI IN ŽIVA BITJA</w:t>
            </w:r>
          </w:p>
        </w:tc>
      </w:tr>
      <w:tr w:rsidR="00187E2C" w14:paraId="3A6E47F3" w14:textId="77777777">
        <w:trPr>
          <w:cantSplit/>
          <w:jc w:val="center"/>
        </w:trPr>
        <w:tc>
          <w:tcPr>
            <w:tcW w:w="14060" w:type="dxa"/>
            <w:gridSpan w:val="6"/>
            <w:tcMar>
              <w:top w:w="70" w:type="dxa"/>
              <w:left w:w="90" w:type="dxa"/>
              <w:bottom w:w="70" w:type="dxa"/>
              <w:right w:w="90" w:type="dxa"/>
            </w:tcMar>
            <w:vAlign w:val="center"/>
          </w:tcPr>
          <w:p w14:paraId="02D47866" w14:textId="77777777" w:rsidR="00187E2C" w:rsidRDefault="00187E2C"/>
          <w:p w14:paraId="2C1B9D4C" w14:textId="77777777" w:rsidR="00187E2C" w:rsidRDefault="00000000">
            <w:pPr>
              <w:spacing w:line="245" w:lineRule="auto"/>
            </w:pPr>
            <w:r>
              <w:rPr>
                <w:b/>
                <w:color w:val="000000"/>
                <w:sz w:val="16"/>
              </w:rPr>
              <w:t xml:space="preserve">UČNA TEMA: </w:t>
            </w:r>
            <w:r>
              <w:rPr>
                <w:color w:val="000000"/>
                <w:sz w:val="16"/>
              </w:rPr>
              <w:t>OPIS OPAZOVANJA • VELIKA TISKANA ČRKA I</w:t>
            </w:r>
          </w:p>
        </w:tc>
      </w:tr>
      <w:tr w:rsidR="00187E2C" w14:paraId="168EB457" w14:textId="77777777">
        <w:trPr>
          <w:cantSplit/>
          <w:jc w:val="center"/>
        </w:trPr>
        <w:tc>
          <w:tcPr>
            <w:tcW w:w="14060" w:type="dxa"/>
            <w:gridSpan w:val="6"/>
            <w:tcMar>
              <w:top w:w="70" w:type="dxa"/>
              <w:left w:w="90" w:type="dxa"/>
              <w:bottom w:w="70" w:type="dxa"/>
              <w:right w:w="90" w:type="dxa"/>
            </w:tcMar>
            <w:vAlign w:val="center"/>
          </w:tcPr>
          <w:p w14:paraId="33CB0FDE" w14:textId="77777777" w:rsidR="00187E2C" w:rsidRDefault="00187E2C"/>
          <w:p w14:paraId="102C8248" w14:textId="77777777" w:rsidR="00187E2C" w:rsidRDefault="00000000">
            <w:pPr>
              <w:spacing w:line="245" w:lineRule="auto"/>
            </w:pPr>
            <w:r>
              <w:rPr>
                <w:b/>
                <w:color w:val="000000"/>
                <w:sz w:val="16"/>
              </w:rPr>
              <w:t xml:space="preserve">KNJIŽEVNO IZHODIŠČE IN MOTIV: </w:t>
            </w:r>
            <w:r>
              <w:rPr>
                <w:color w:val="000000"/>
                <w:sz w:val="16"/>
              </w:rPr>
              <w:t>»Sonček boža tačice« – Srečko Kosovel • sonce, jesensko vreme in čutno doživljanje narave</w:t>
            </w:r>
          </w:p>
        </w:tc>
      </w:tr>
      <w:tr w:rsidR="00187E2C" w14:paraId="27D598EB" w14:textId="77777777">
        <w:trPr>
          <w:cantSplit/>
          <w:jc w:val="center"/>
        </w:trPr>
        <w:tc>
          <w:tcPr>
            <w:tcW w:w="14060" w:type="dxa"/>
            <w:gridSpan w:val="6"/>
            <w:tcMar>
              <w:top w:w="70" w:type="dxa"/>
              <w:left w:w="90" w:type="dxa"/>
              <w:bottom w:w="70" w:type="dxa"/>
              <w:right w:w="90" w:type="dxa"/>
            </w:tcMar>
            <w:vAlign w:val="center"/>
          </w:tcPr>
          <w:p w14:paraId="7BA91936" w14:textId="77777777" w:rsidR="00187E2C" w:rsidRDefault="00187E2C"/>
          <w:p w14:paraId="213921E2" w14:textId="77777777" w:rsidR="00187E2C" w:rsidRDefault="00000000">
            <w:pPr>
              <w:spacing w:line="245" w:lineRule="auto"/>
            </w:pPr>
            <w:r>
              <w:rPr>
                <w:b/>
                <w:color w:val="000000"/>
                <w:sz w:val="16"/>
              </w:rPr>
              <w:t xml:space="preserve">BRALNI LIST / ČRKA: </w:t>
            </w:r>
            <w:r>
              <w:rPr>
                <w:color w:val="000000"/>
                <w:sz w:val="16"/>
              </w:rPr>
              <w:t>ČRKA I • BRALNI LIST 9 – Berem črko I in glasovne verige: glas /i/ znane črke: A, E, I; slišim glas; prepoznam črko; navpična poteza od zgoraj navzdol; berem in zapišem</w:t>
            </w:r>
          </w:p>
        </w:tc>
      </w:tr>
      <w:tr w:rsidR="00187E2C" w14:paraId="2FDBE079" w14:textId="77777777">
        <w:trPr>
          <w:cantSplit/>
          <w:jc w:val="center"/>
        </w:trPr>
        <w:tc>
          <w:tcPr>
            <w:tcW w:w="14060" w:type="dxa"/>
            <w:gridSpan w:val="6"/>
            <w:tcMar>
              <w:top w:w="70" w:type="dxa"/>
              <w:left w:w="90" w:type="dxa"/>
              <w:bottom w:w="70" w:type="dxa"/>
              <w:right w:w="90" w:type="dxa"/>
            </w:tcMar>
            <w:vAlign w:val="center"/>
          </w:tcPr>
          <w:p w14:paraId="48584397" w14:textId="77777777" w:rsidR="00187E2C" w:rsidRDefault="00187E2C"/>
          <w:p w14:paraId="7D25D7FC" w14:textId="77777777" w:rsidR="00187E2C" w:rsidRDefault="00000000">
            <w:pPr>
              <w:spacing w:line="245" w:lineRule="auto"/>
            </w:pPr>
            <w:r>
              <w:rPr>
                <w:b/>
                <w:color w:val="000000"/>
                <w:sz w:val="16"/>
              </w:rPr>
              <w:t xml:space="preserve">UČNE ENOTE: </w:t>
            </w:r>
            <w:r>
              <w:rPr>
                <w:color w:val="000000"/>
                <w:sz w:val="16"/>
              </w:rPr>
              <w:t>1. ura – Opis opazovanja – Poslušam in doživljam • 2. ura – Opis opazovanja – Govorim in pojasnjujem • 3. ura – Opis opazovanja – Razčlenjujem jezik • 4. ura – SLIŠIM GLAS /i/ IN ODKRIVAM ČRKO I • 5. ura – Oblikujem in pišem črko I • 6. ura – Berem in uporabim črko I</w:t>
            </w:r>
          </w:p>
        </w:tc>
      </w:tr>
      <w:tr w:rsidR="00187E2C" w14:paraId="4C269DCB" w14:textId="77777777">
        <w:trPr>
          <w:cantSplit/>
          <w:jc w:val="center"/>
        </w:trPr>
        <w:tc>
          <w:tcPr>
            <w:tcW w:w="14060" w:type="dxa"/>
            <w:gridSpan w:val="6"/>
            <w:tcMar>
              <w:top w:w="70" w:type="dxa"/>
              <w:left w:w="90" w:type="dxa"/>
              <w:bottom w:w="70" w:type="dxa"/>
              <w:right w:w="90" w:type="dxa"/>
            </w:tcMar>
            <w:vAlign w:val="center"/>
          </w:tcPr>
          <w:p w14:paraId="213F5A99" w14:textId="77777777" w:rsidR="00187E2C" w:rsidRDefault="00187E2C"/>
          <w:p w14:paraId="168374DA"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56B1925C" w14:textId="77777777">
        <w:trPr>
          <w:cantSplit/>
          <w:jc w:val="center"/>
        </w:trPr>
        <w:tc>
          <w:tcPr>
            <w:tcW w:w="14060" w:type="dxa"/>
            <w:gridSpan w:val="6"/>
            <w:tcMar>
              <w:top w:w="70" w:type="dxa"/>
              <w:left w:w="90" w:type="dxa"/>
              <w:bottom w:w="70" w:type="dxa"/>
              <w:right w:w="90" w:type="dxa"/>
            </w:tcMar>
            <w:vAlign w:val="center"/>
          </w:tcPr>
          <w:p w14:paraId="00806358" w14:textId="77777777" w:rsidR="00187E2C" w:rsidRDefault="00187E2C"/>
          <w:p w14:paraId="586FDE57"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4C8A8C4D" w14:textId="77777777">
        <w:trPr>
          <w:cantSplit/>
          <w:jc w:val="center"/>
        </w:trPr>
        <w:tc>
          <w:tcPr>
            <w:tcW w:w="14060" w:type="dxa"/>
            <w:gridSpan w:val="6"/>
            <w:tcMar>
              <w:top w:w="70" w:type="dxa"/>
              <w:left w:w="90" w:type="dxa"/>
              <w:bottom w:w="70" w:type="dxa"/>
              <w:right w:w="90" w:type="dxa"/>
            </w:tcMar>
            <w:vAlign w:val="center"/>
          </w:tcPr>
          <w:p w14:paraId="7548C828" w14:textId="77777777" w:rsidR="00187E2C" w:rsidRDefault="00187E2C"/>
          <w:p w14:paraId="0433A696"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221FB3B9" w14:textId="77777777">
        <w:trPr>
          <w:cantSplit/>
          <w:jc w:val="center"/>
        </w:trPr>
        <w:tc>
          <w:tcPr>
            <w:tcW w:w="14060" w:type="dxa"/>
            <w:gridSpan w:val="6"/>
            <w:tcMar>
              <w:top w:w="70" w:type="dxa"/>
              <w:left w:w="90" w:type="dxa"/>
              <w:bottom w:w="70" w:type="dxa"/>
              <w:right w:w="90" w:type="dxa"/>
            </w:tcMar>
            <w:vAlign w:val="center"/>
          </w:tcPr>
          <w:p w14:paraId="7A354E92" w14:textId="77777777" w:rsidR="00187E2C" w:rsidRDefault="00187E2C"/>
          <w:p w14:paraId="6A1426C1" w14:textId="77777777" w:rsidR="00187E2C" w:rsidRDefault="00000000">
            <w:pPr>
              <w:spacing w:line="245" w:lineRule="auto"/>
            </w:pPr>
            <w:r>
              <w:rPr>
                <w:b/>
                <w:color w:val="000000"/>
                <w:sz w:val="16"/>
              </w:rPr>
              <w:t xml:space="preserve">MEDPREDMETNE POVEZAVE: </w:t>
            </w:r>
            <w:r>
              <w:rPr>
                <w:color w:val="000000"/>
                <w:sz w:val="16"/>
              </w:rPr>
              <w:t>SPO – sonce, jesensko vreme in čutno doživljanje narave; GUM – ritem, zvočnost in glas; LUM – ilustracija, črta in grafomotorika; ŠPO – gibalna pripoved, dramatizacija in postaje; MAT – smer, zaporedje in orientacija</w:t>
            </w:r>
          </w:p>
        </w:tc>
      </w:tr>
      <w:tr w:rsidR="00187E2C" w14:paraId="04E29558" w14:textId="77777777">
        <w:trPr>
          <w:cantSplit/>
          <w:jc w:val="center"/>
        </w:trPr>
        <w:tc>
          <w:tcPr>
            <w:tcW w:w="14060" w:type="dxa"/>
            <w:gridSpan w:val="6"/>
            <w:tcMar>
              <w:top w:w="70" w:type="dxa"/>
              <w:left w:w="90" w:type="dxa"/>
              <w:bottom w:w="70" w:type="dxa"/>
              <w:right w:w="90" w:type="dxa"/>
            </w:tcMar>
            <w:vAlign w:val="center"/>
          </w:tcPr>
          <w:p w14:paraId="353E927B" w14:textId="77777777" w:rsidR="00187E2C" w:rsidRDefault="00187E2C"/>
          <w:p w14:paraId="3C863D18" w14:textId="77777777" w:rsidR="00187E2C" w:rsidRDefault="00000000">
            <w:pPr>
              <w:spacing w:line="245" w:lineRule="auto"/>
            </w:pPr>
            <w:r>
              <w:rPr>
                <w:b/>
                <w:color w:val="000000"/>
                <w:sz w:val="16"/>
              </w:rPr>
              <w:t xml:space="preserve">UČNA SREDSTVA IN PRIPOMOČKI: </w:t>
            </w:r>
            <w:r>
              <w:rPr>
                <w:color w:val="000000"/>
                <w:sz w:val="16"/>
              </w:rPr>
              <w:t>ČRKA I • BRALNI LIST 9, povečano besedilo oziroma kartice, slikanica ali odlomek, slikovno zaporedje, kartice besed in glasov, talne črke ali zlogi, ogledala, vrvice ali modelirna masa, mini tabla, zvezek oziroma jezikovna mapa</w:t>
            </w:r>
          </w:p>
        </w:tc>
      </w:tr>
      <w:tr w:rsidR="00187E2C" w14:paraId="5140FC90" w14:textId="77777777">
        <w:trPr>
          <w:cantSplit/>
          <w:jc w:val="center"/>
        </w:trPr>
        <w:tc>
          <w:tcPr>
            <w:tcW w:w="14060" w:type="dxa"/>
            <w:gridSpan w:val="6"/>
            <w:tcMar>
              <w:top w:w="70" w:type="dxa"/>
              <w:left w:w="90" w:type="dxa"/>
              <w:bottom w:w="70" w:type="dxa"/>
              <w:right w:w="90" w:type="dxa"/>
            </w:tcMar>
            <w:vAlign w:val="center"/>
          </w:tcPr>
          <w:p w14:paraId="0387F95C" w14:textId="77777777" w:rsidR="00187E2C" w:rsidRDefault="00187E2C"/>
          <w:p w14:paraId="1275EE3B"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21E91C65" w14:textId="77777777">
        <w:trPr>
          <w:cantSplit/>
          <w:jc w:val="center"/>
        </w:trPr>
        <w:tc>
          <w:tcPr>
            <w:tcW w:w="14060" w:type="dxa"/>
            <w:gridSpan w:val="6"/>
            <w:tcMar>
              <w:top w:w="70" w:type="dxa"/>
              <w:left w:w="90" w:type="dxa"/>
              <w:bottom w:w="70" w:type="dxa"/>
              <w:right w:w="90" w:type="dxa"/>
            </w:tcMar>
            <w:vAlign w:val="center"/>
          </w:tcPr>
          <w:p w14:paraId="452603D1" w14:textId="77777777" w:rsidR="00187E2C" w:rsidRDefault="00187E2C"/>
          <w:p w14:paraId="5E6D4B28" w14:textId="77777777" w:rsidR="00187E2C" w:rsidRDefault="00000000">
            <w:pPr>
              <w:spacing w:line="245" w:lineRule="auto"/>
            </w:pPr>
            <w:r>
              <w:rPr>
                <w:b/>
                <w:color w:val="000000"/>
                <w:sz w:val="16"/>
              </w:rPr>
              <w:t xml:space="preserve">OCENJEVANJE / DAN DEJAVNOSTI: </w:t>
            </w:r>
            <w:r>
              <w:rPr>
                <w:color w:val="000000"/>
                <w:sz w:val="16"/>
              </w:rPr>
              <w:t>OCENJEVANJE 1 – DRUGE OBLIKE: ustna pripoved ob slikovni opori in sledenje navodilu</w:t>
            </w:r>
          </w:p>
        </w:tc>
      </w:tr>
      <w:tr w:rsidR="00187E2C" w14:paraId="2E42E60B" w14:textId="77777777">
        <w:trPr>
          <w:cantSplit/>
          <w:jc w:val="center"/>
        </w:trPr>
        <w:tc>
          <w:tcPr>
            <w:tcW w:w="14060" w:type="dxa"/>
            <w:gridSpan w:val="6"/>
            <w:tcMar>
              <w:top w:w="70" w:type="dxa"/>
              <w:left w:w="90" w:type="dxa"/>
              <w:bottom w:w="70" w:type="dxa"/>
              <w:right w:w="90" w:type="dxa"/>
            </w:tcMar>
            <w:vAlign w:val="center"/>
          </w:tcPr>
          <w:p w14:paraId="06F30086" w14:textId="77777777" w:rsidR="00187E2C" w:rsidRDefault="00187E2C"/>
          <w:p w14:paraId="3367C024"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577FF9F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BDFAB0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A5DEA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D5CCADE" w14:textId="77777777" w:rsidR="00187E2C" w:rsidRDefault="00000000">
            <w:pPr>
              <w:jc w:val="center"/>
            </w:pPr>
            <w:r>
              <w:rPr>
                <w:b/>
                <w:color w:val="000000"/>
                <w:sz w:val="20"/>
              </w:rPr>
              <w:t>UČNE DEJAVNOSTI, METODE IN FORMATIVNO SPREMLJANJE</w:t>
            </w:r>
          </w:p>
        </w:tc>
      </w:tr>
      <w:tr w:rsidR="00187E2C" w14:paraId="0CCE6949" w14:textId="77777777">
        <w:trPr>
          <w:tblHeader/>
          <w:jc w:val="center"/>
        </w:trPr>
        <w:tc>
          <w:tcPr>
            <w:tcW w:w="4422" w:type="dxa"/>
            <w:vMerge/>
            <w:tcMar>
              <w:top w:w="70" w:type="dxa"/>
              <w:left w:w="90" w:type="dxa"/>
              <w:bottom w:w="70" w:type="dxa"/>
              <w:right w:w="90" w:type="dxa"/>
            </w:tcMar>
            <w:vAlign w:val="center"/>
          </w:tcPr>
          <w:p w14:paraId="6EB1C3B3" w14:textId="77777777" w:rsidR="00187E2C" w:rsidRDefault="00187E2C"/>
        </w:tc>
        <w:tc>
          <w:tcPr>
            <w:tcW w:w="7087" w:type="dxa"/>
            <w:shd w:val="clear" w:color="auto" w:fill="FFFFFF"/>
            <w:tcMar>
              <w:top w:w="70" w:type="dxa"/>
              <w:left w:w="90" w:type="dxa"/>
              <w:bottom w:w="70" w:type="dxa"/>
              <w:right w:w="90" w:type="dxa"/>
            </w:tcMar>
            <w:vAlign w:val="center"/>
          </w:tcPr>
          <w:p w14:paraId="34AD89C9"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08BC342" w14:textId="77777777" w:rsidR="00187E2C" w:rsidRDefault="00000000">
            <w:pPr>
              <w:jc w:val="center"/>
            </w:pPr>
            <w:r>
              <w:rPr>
                <w:b/>
                <w:color w:val="000000"/>
              </w:rPr>
              <w:t>UČENEC</w:t>
            </w:r>
          </w:p>
        </w:tc>
      </w:tr>
      <w:tr w:rsidR="00187E2C" w14:paraId="659D4993" w14:textId="77777777">
        <w:trPr>
          <w:jc w:val="center"/>
        </w:trPr>
        <w:tc>
          <w:tcPr>
            <w:tcW w:w="4422" w:type="dxa"/>
            <w:tcMar>
              <w:top w:w="70" w:type="dxa"/>
              <w:left w:w="90" w:type="dxa"/>
              <w:bottom w:w="70" w:type="dxa"/>
              <w:right w:w="90" w:type="dxa"/>
            </w:tcMar>
          </w:tcPr>
          <w:p w14:paraId="65A9D2BC" w14:textId="77777777" w:rsidR="00187E2C" w:rsidRDefault="00187E2C"/>
          <w:p w14:paraId="3F066B00" w14:textId="77777777" w:rsidR="00187E2C" w:rsidRDefault="00000000">
            <w:pPr>
              <w:spacing w:after="60" w:line="245" w:lineRule="auto"/>
            </w:pPr>
            <w:r>
              <w:rPr>
                <w:b/>
                <w:color w:val="000000"/>
              </w:rPr>
              <w:t>UČNI CILJI</w:t>
            </w:r>
          </w:p>
          <w:p w14:paraId="7443A1FC" w14:textId="77777777" w:rsidR="00187E2C" w:rsidRDefault="00000000">
            <w:pPr>
              <w:spacing w:after="20" w:line="245" w:lineRule="auto"/>
            </w:pPr>
            <w:r>
              <w:rPr>
                <w:b/>
                <w:color w:val="000000"/>
                <w:sz w:val="17"/>
              </w:rPr>
              <w:t>SPLOŠNI</w:t>
            </w:r>
          </w:p>
          <w:p w14:paraId="61AA2938"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57FC401B" w14:textId="77777777" w:rsidR="00187E2C" w:rsidRDefault="00000000">
            <w:pPr>
              <w:pStyle w:val="Oznaenseznam"/>
              <w:spacing w:after="16"/>
            </w:pPr>
            <w:r>
              <w:rPr>
                <w:color w:val="000000"/>
                <w:sz w:val="16"/>
              </w:rPr>
              <w:t>doživlja književno besedilo ter se nanj odziva z govorom, gibanjem, dramatizacijo, risbo ali zapisom</w:t>
            </w:r>
          </w:p>
          <w:p w14:paraId="033421D5" w14:textId="77777777" w:rsidR="00187E2C" w:rsidRDefault="00000000">
            <w:pPr>
              <w:pStyle w:val="Oznaenseznam"/>
              <w:spacing w:after="16"/>
            </w:pPr>
            <w:r>
              <w:rPr>
                <w:color w:val="000000"/>
                <w:sz w:val="16"/>
              </w:rPr>
              <w:t>razvija glasovno zavedanje, povezavo glas–črka in začetno branje ter pisanje po individualnem napredku</w:t>
            </w:r>
          </w:p>
          <w:p w14:paraId="02028994" w14:textId="77777777" w:rsidR="00187E2C" w:rsidRDefault="00000000">
            <w:pPr>
              <w:pStyle w:val="Oznaenseznam"/>
              <w:spacing w:after="16"/>
            </w:pPr>
            <w:r>
              <w:rPr>
                <w:color w:val="000000"/>
                <w:sz w:val="16"/>
              </w:rPr>
              <w:t>ob namenih in kriterijih spremlja svoje učenje ter uporabi opisno povratno informacijo</w:t>
            </w:r>
          </w:p>
          <w:p w14:paraId="366491CA" w14:textId="77777777" w:rsidR="00187E2C" w:rsidRDefault="00000000">
            <w:pPr>
              <w:spacing w:before="40" w:after="20" w:line="245" w:lineRule="auto"/>
            </w:pPr>
            <w:r>
              <w:rPr>
                <w:b/>
                <w:color w:val="000000"/>
                <w:sz w:val="17"/>
              </w:rPr>
              <w:t>OPERATIVNI</w:t>
            </w:r>
          </w:p>
          <w:p w14:paraId="4B39C480" w14:textId="77777777" w:rsidR="00187E2C" w:rsidRDefault="00000000">
            <w:pPr>
              <w:pStyle w:val="Oznaenseznam"/>
              <w:spacing w:after="16"/>
            </w:pPr>
            <w:r>
              <w:rPr>
                <w:color w:val="000000"/>
                <w:sz w:val="16"/>
              </w:rPr>
              <w:t>posluša opis</w:t>
            </w:r>
          </w:p>
          <w:p w14:paraId="023437B3" w14:textId="77777777" w:rsidR="00187E2C" w:rsidRDefault="00000000">
            <w:pPr>
              <w:pStyle w:val="Oznaenseznam"/>
              <w:spacing w:after="16"/>
            </w:pPr>
            <w:r>
              <w:rPr>
                <w:color w:val="000000"/>
                <w:sz w:val="16"/>
              </w:rPr>
              <w:t>poimenuje opažene lastnosti</w:t>
            </w:r>
          </w:p>
          <w:p w14:paraId="28496F4C" w14:textId="77777777" w:rsidR="00187E2C" w:rsidRDefault="00000000">
            <w:pPr>
              <w:pStyle w:val="Oznaenseznam"/>
              <w:spacing w:after="16"/>
            </w:pPr>
            <w:r>
              <w:rPr>
                <w:color w:val="000000"/>
                <w:sz w:val="16"/>
              </w:rPr>
              <w:t>tvori kratke povedi ob fotografiji</w:t>
            </w:r>
          </w:p>
          <w:p w14:paraId="243F82F7" w14:textId="77777777" w:rsidR="00187E2C" w:rsidRDefault="00000000">
            <w:pPr>
              <w:pStyle w:val="Oznaenseznam"/>
              <w:spacing w:after="16"/>
            </w:pPr>
            <w:r>
              <w:rPr>
                <w:color w:val="000000"/>
                <w:sz w:val="16"/>
              </w:rPr>
              <w:t>prepozna in poimenuje veliko tiskano črko I ter jo poveže z glasom /i/</w:t>
            </w:r>
          </w:p>
          <w:p w14:paraId="33900BBB" w14:textId="77777777" w:rsidR="00187E2C" w:rsidRDefault="00000000">
            <w:pPr>
              <w:pStyle w:val="Oznaenseznam"/>
              <w:spacing w:after="16"/>
            </w:pPr>
            <w:r>
              <w:rPr>
                <w:color w:val="000000"/>
                <w:sz w:val="16"/>
              </w:rPr>
              <w:t>veččutno oblikuje in čitljivo zapiše veliko tiskano črko I</w:t>
            </w:r>
          </w:p>
          <w:p w14:paraId="381EE225" w14:textId="77777777" w:rsidR="00187E2C" w:rsidRDefault="00000000">
            <w:pPr>
              <w:pStyle w:val="Oznaenseznam"/>
              <w:spacing w:after="16"/>
            </w:pPr>
            <w:r>
              <w:rPr>
                <w:color w:val="000000"/>
                <w:sz w:val="16"/>
              </w:rPr>
              <w:t>bere in sestavlja zloge oziroma besede z znanimi črkami: A • E • I</w:t>
            </w:r>
          </w:p>
          <w:p w14:paraId="13D67DC9" w14:textId="77777777" w:rsidR="00187E2C" w:rsidRDefault="00000000">
            <w:pPr>
              <w:spacing w:before="40" w:after="20" w:line="245" w:lineRule="auto"/>
            </w:pPr>
            <w:r>
              <w:rPr>
                <w:b/>
                <w:color w:val="000000"/>
                <w:sz w:val="17"/>
              </w:rPr>
              <w:t>PRIČAKOVANI DOSEŽKI / MINIMALNI POUDARKI</w:t>
            </w:r>
          </w:p>
          <w:p w14:paraId="26A4416B" w14:textId="77777777" w:rsidR="00187E2C" w:rsidRDefault="00000000">
            <w:pPr>
              <w:pStyle w:val="Oznaenseznam"/>
              <w:spacing w:after="16"/>
            </w:pPr>
            <w:r>
              <w:rPr>
                <w:color w:val="000000"/>
                <w:sz w:val="15"/>
              </w:rPr>
              <w:t>samostojno oziroma z dogovorjeno oporo posluša opis</w:t>
            </w:r>
          </w:p>
          <w:p w14:paraId="066E5E98" w14:textId="77777777" w:rsidR="00187E2C" w:rsidRDefault="00000000">
            <w:pPr>
              <w:pStyle w:val="Oznaenseznam"/>
              <w:spacing w:after="16"/>
            </w:pPr>
            <w:r>
              <w:rPr>
                <w:color w:val="000000"/>
                <w:sz w:val="15"/>
              </w:rPr>
              <w:t>samostojno oziroma z dogovorjeno oporo poimenuje opažene lastnosti</w:t>
            </w:r>
          </w:p>
          <w:p w14:paraId="532FB3F3" w14:textId="77777777" w:rsidR="00187E2C" w:rsidRDefault="00000000">
            <w:pPr>
              <w:pStyle w:val="Oznaenseznam"/>
              <w:spacing w:after="16"/>
            </w:pPr>
            <w:r>
              <w:rPr>
                <w:color w:val="000000"/>
                <w:sz w:val="15"/>
              </w:rPr>
              <w:t>samostojno oziroma z dogovorjeno oporo tvori kratke povedi ob fotografiji</w:t>
            </w:r>
          </w:p>
          <w:p w14:paraId="68175D19" w14:textId="77777777" w:rsidR="00187E2C" w:rsidRDefault="00000000">
            <w:pPr>
              <w:pStyle w:val="Oznaenseznam"/>
              <w:spacing w:after="16"/>
            </w:pPr>
            <w:r>
              <w:rPr>
                <w:color w:val="000000"/>
                <w:sz w:val="15"/>
              </w:rPr>
              <w:t>samostojno oziroma z dogovorjeno oporo prepozna in poimenuje veliko tiskano črko I ter jo poveže z glasom /i/</w:t>
            </w:r>
          </w:p>
          <w:p w14:paraId="635B7088" w14:textId="77777777" w:rsidR="00187E2C" w:rsidRDefault="00000000">
            <w:pPr>
              <w:pStyle w:val="Oznaenseznam"/>
              <w:spacing w:after="16"/>
            </w:pPr>
            <w:r>
              <w:rPr>
                <w:color w:val="000000"/>
                <w:sz w:val="15"/>
              </w:rPr>
              <w:t>samostojno oziroma z dogovorjeno oporo veččutno oblikuje in čitljivo zapiše veliko tiskano črko I</w:t>
            </w:r>
          </w:p>
        </w:tc>
        <w:tc>
          <w:tcPr>
            <w:tcW w:w="7087" w:type="dxa"/>
            <w:tcMar>
              <w:top w:w="70" w:type="dxa"/>
              <w:left w:w="90" w:type="dxa"/>
              <w:bottom w:w="70" w:type="dxa"/>
              <w:right w:w="90" w:type="dxa"/>
            </w:tcMar>
          </w:tcPr>
          <w:p w14:paraId="45F8F33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41B9CBF" w14:textId="77777777">
              <w:trPr>
                <w:jc w:val="center"/>
              </w:trPr>
              <w:tc>
                <w:tcPr>
                  <w:tcW w:w="7087" w:type="dxa"/>
                  <w:shd w:val="clear" w:color="auto" w:fill="C6E7F3"/>
                  <w:tcMar>
                    <w:top w:w="45" w:type="dxa"/>
                    <w:left w:w="70" w:type="dxa"/>
                    <w:bottom w:w="45" w:type="dxa"/>
                    <w:right w:w="70" w:type="dxa"/>
                  </w:tcMar>
                </w:tcPr>
                <w:p w14:paraId="7A9653D9" w14:textId="77777777" w:rsidR="00187E2C" w:rsidRDefault="00000000">
                  <w:pPr>
                    <w:keepNext/>
                  </w:pPr>
                  <w:r>
                    <w:rPr>
                      <w:b/>
                      <w:color w:val="000000"/>
                    </w:rPr>
                    <w:t>UVODNI DEL – motivacija, aktivacija predznanja in namen učenja (15–20 min)</w:t>
                  </w:r>
                </w:p>
              </w:tc>
            </w:tr>
          </w:tbl>
          <w:p w14:paraId="62594166" w14:textId="77777777" w:rsidR="00187E2C" w:rsidRDefault="00187E2C">
            <w:pPr>
              <w:spacing w:line="20" w:lineRule="exact"/>
            </w:pPr>
          </w:p>
          <w:p w14:paraId="152EC332" w14:textId="77777777" w:rsidR="00187E2C" w:rsidRDefault="00000000">
            <w:pPr>
              <w:spacing w:before="40" w:after="60" w:line="245" w:lineRule="auto"/>
            </w:pPr>
            <w:r>
              <w:rPr>
                <w:color w:val="000000"/>
                <w:sz w:val="16"/>
              </w:rPr>
              <w:t>Učenci ob naslovnici, odlomku ali ilustraciji dela »Sonček boža tačice« – Srečko Kosovel doživljajsko vstopijo v motiv sonce, jesensko vreme in čutno doživljanje narave. S kretnjo, predmetom, sliko, glasom ali kratko povedjo pokažejo predznanje in napoved. Izhodiščni odziv povežejo z dejavnostjo ČRKA I • BRALNI LIST 9 – Berem črko I in glasovne verige. Pred ocenjevanjem obnovijo kriterije, po njem pa dokaz analizirajo in določijo naslednji korak.</w:t>
            </w:r>
          </w:p>
          <w:tbl>
            <w:tblPr>
              <w:tblStyle w:val="Tabelamrea"/>
              <w:tblW w:w="0" w:type="auto"/>
              <w:jc w:val="center"/>
              <w:tblLayout w:type="fixed"/>
              <w:tblLook w:val="04A0" w:firstRow="1" w:lastRow="0" w:firstColumn="1" w:lastColumn="0" w:noHBand="0" w:noVBand="1"/>
            </w:tblPr>
            <w:tblGrid>
              <w:gridCol w:w="7087"/>
            </w:tblGrid>
            <w:tr w:rsidR="00187E2C" w14:paraId="142A7BDE" w14:textId="77777777">
              <w:trPr>
                <w:jc w:val="center"/>
              </w:trPr>
              <w:tc>
                <w:tcPr>
                  <w:tcW w:w="7087" w:type="dxa"/>
                  <w:shd w:val="clear" w:color="auto" w:fill="EDC9EA"/>
                  <w:tcMar>
                    <w:top w:w="45" w:type="dxa"/>
                    <w:left w:w="70" w:type="dxa"/>
                    <w:bottom w:w="45" w:type="dxa"/>
                    <w:right w:w="70" w:type="dxa"/>
                  </w:tcMar>
                </w:tcPr>
                <w:p w14:paraId="3E03002C" w14:textId="77777777" w:rsidR="00187E2C" w:rsidRDefault="00000000">
                  <w:pPr>
                    <w:keepNext/>
                  </w:pPr>
                  <w:r>
                    <w:rPr>
                      <w:b/>
                      <w:color w:val="000000"/>
                    </w:rPr>
                    <w:t>NAMENI UČENJA</w:t>
                  </w:r>
                </w:p>
              </w:tc>
            </w:tr>
          </w:tbl>
          <w:p w14:paraId="3CDEABFF" w14:textId="77777777" w:rsidR="00187E2C" w:rsidRDefault="00187E2C">
            <w:pPr>
              <w:spacing w:line="20" w:lineRule="exact"/>
            </w:pPr>
          </w:p>
          <w:p w14:paraId="45791FE4"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52C947E4" w14:textId="77777777" w:rsidR="00187E2C" w:rsidRDefault="00000000">
            <w:pPr>
              <w:pStyle w:val="Oznaenseznam"/>
              <w:spacing w:after="16"/>
            </w:pPr>
            <w:r>
              <w:rPr>
                <w:color w:val="000000"/>
                <w:sz w:val="16"/>
              </w:rPr>
              <w:t>poslušam opis</w:t>
            </w:r>
          </w:p>
          <w:p w14:paraId="0ED7DC69" w14:textId="77777777" w:rsidR="00187E2C" w:rsidRDefault="00000000">
            <w:pPr>
              <w:pStyle w:val="Oznaenseznam"/>
              <w:spacing w:after="16"/>
            </w:pPr>
            <w:r>
              <w:rPr>
                <w:color w:val="000000"/>
                <w:sz w:val="16"/>
              </w:rPr>
              <w:t>poimenujem opažene lastnosti</w:t>
            </w:r>
          </w:p>
          <w:p w14:paraId="0A2F4ED0" w14:textId="77777777" w:rsidR="00187E2C" w:rsidRDefault="00000000">
            <w:pPr>
              <w:pStyle w:val="Oznaenseznam"/>
              <w:spacing w:after="16"/>
            </w:pPr>
            <w:r>
              <w:rPr>
                <w:color w:val="000000"/>
                <w:sz w:val="16"/>
              </w:rPr>
              <w:t>tvorim kratke povedi ob fotografiji</w:t>
            </w:r>
          </w:p>
          <w:p w14:paraId="53EF2A8C" w14:textId="77777777" w:rsidR="00187E2C" w:rsidRDefault="00000000">
            <w:pPr>
              <w:pStyle w:val="Oznaenseznam"/>
              <w:spacing w:after="16"/>
            </w:pPr>
            <w:r>
              <w:rPr>
                <w:color w:val="000000"/>
                <w:sz w:val="16"/>
              </w:rPr>
              <w:t>prepoznam in poimenujem veliko tiskano črko I ter jo povežem z glasom /i/</w:t>
            </w:r>
          </w:p>
          <w:p w14:paraId="1940246A" w14:textId="77777777" w:rsidR="00187E2C" w:rsidRDefault="00000000">
            <w:pPr>
              <w:pStyle w:val="Oznaenseznam"/>
              <w:spacing w:after="16"/>
            </w:pPr>
            <w:r>
              <w:rPr>
                <w:color w:val="000000"/>
                <w:sz w:val="16"/>
              </w:rPr>
              <w:t>veččutno oblikujem in čitljivo zapišem veliko tiskano črko I</w:t>
            </w:r>
          </w:p>
          <w:p w14:paraId="4CC1AB08" w14:textId="77777777" w:rsidR="00187E2C" w:rsidRDefault="00000000">
            <w:pPr>
              <w:pStyle w:val="Oznaenseznam"/>
              <w:spacing w:after="16"/>
            </w:pPr>
            <w:r>
              <w:rPr>
                <w:color w:val="000000"/>
                <w:sz w:val="16"/>
              </w:rPr>
              <w:t>berem in sestavlja zloge oziroma besede z znanimi črkami: A • E • I</w:t>
            </w:r>
          </w:p>
          <w:tbl>
            <w:tblPr>
              <w:tblStyle w:val="Tabelamrea"/>
              <w:tblW w:w="0" w:type="auto"/>
              <w:jc w:val="center"/>
              <w:tblLayout w:type="fixed"/>
              <w:tblLook w:val="04A0" w:firstRow="1" w:lastRow="0" w:firstColumn="1" w:lastColumn="0" w:noHBand="0" w:noVBand="1"/>
            </w:tblPr>
            <w:tblGrid>
              <w:gridCol w:w="7087"/>
            </w:tblGrid>
            <w:tr w:rsidR="00187E2C" w14:paraId="5B3FDA33" w14:textId="77777777">
              <w:trPr>
                <w:jc w:val="center"/>
              </w:trPr>
              <w:tc>
                <w:tcPr>
                  <w:tcW w:w="7087" w:type="dxa"/>
                  <w:shd w:val="clear" w:color="auto" w:fill="EDC9EA"/>
                  <w:tcMar>
                    <w:top w:w="45" w:type="dxa"/>
                    <w:left w:w="70" w:type="dxa"/>
                    <w:bottom w:w="45" w:type="dxa"/>
                    <w:right w:w="70" w:type="dxa"/>
                  </w:tcMar>
                </w:tcPr>
                <w:p w14:paraId="3CCB3869" w14:textId="77777777" w:rsidR="00187E2C" w:rsidRDefault="00000000">
                  <w:pPr>
                    <w:keepNext/>
                  </w:pPr>
                  <w:r>
                    <w:rPr>
                      <w:b/>
                      <w:color w:val="000000"/>
                    </w:rPr>
                    <w:t>PREVERJANJE PREDZNANJA</w:t>
                  </w:r>
                </w:p>
              </w:tc>
            </w:tr>
          </w:tbl>
          <w:p w14:paraId="3BA2D05D" w14:textId="77777777" w:rsidR="00187E2C" w:rsidRDefault="00187E2C">
            <w:pPr>
              <w:spacing w:line="20" w:lineRule="exact"/>
            </w:pPr>
          </w:p>
          <w:p w14:paraId="70204098" w14:textId="77777777" w:rsidR="00187E2C" w:rsidRDefault="00000000">
            <w:pPr>
              <w:pStyle w:val="Oznaenseznam"/>
              <w:spacing w:after="16"/>
            </w:pPr>
            <w:r>
              <w:rPr>
                <w:color w:val="000000"/>
                <w:sz w:val="16"/>
              </w:rPr>
              <w:t>Kaj mi naslovnica, ilustracija ali naslov pove o motivu sonce, jesensko vreme in čutno doživljanje narave?</w:t>
            </w:r>
          </w:p>
          <w:p w14:paraId="205B0BFE" w14:textId="77777777" w:rsidR="00187E2C" w:rsidRDefault="00000000">
            <w:pPr>
              <w:pStyle w:val="Oznaenseznam"/>
              <w:spacing w:after="16"/>
            </w:pPr>
            <w:r>
              <w:rPr>
                <w:color w:val="000000"/>
                <w:sz w:val="16"/>
              </w:rPr>
              <w:t>Kje v besedah slišim glas /i/ in po katerih potezah prepoznam črko I?</w:t>
            </w:r>
          </w:p>
          <w:p w14:paraId="5FE7E404"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CF3DD15" w14:textId="77777777">
              <w:trPr>
                <w:jc w:val="center"/>
              </w:trPr>
              <w:tc>
                <w:tcPr>
                  <w:tcW w:w="7087" w:type="dxa"/>
                  <w:shd w:val="clear" w:color="auto" w:fill="EDC9EA"/>
                  <w:tcMar>
                    <w:top w:w="45" w:type="dxa"/>
                    <w:left w:w="70" w:type="dxa"/>
                    <w:bottom w:w="45" w:type="dxa"/>
                    <w:right w:w="70" w:type="dxa"/>
                  </w:tcMar>
                </w:tcPr>
                <w:p w14:paraId="5E235800" w14:textId="77777777" w:rsidR="00187E2C" w:rsidRDefault="00000000">
                  <w:pPr>
                    <w:keepNext/>
                  </w:pPr>
                  <w:r>
                    <w:rPr>
                      <w:b/>
                      <w:color w:val="000000"/>
                    </w:rPr>
                    <w:t>KRITERIJI USPEŠNOSTI</w:t>
                  </w:r>
                </w:p>
              </w:tc>
            </w:tr>
          </w:tbl>
          <w:p w14:paraId="02752362" w14:textId="77777777" w:rsidR="00187E2C" w:rsidRDefault="00187E2C"/>
          <w:p w14:paraId="62DB1548" w14:textId="77777777" w:rsidR="00187E2C" w:rsidRDefault="00000000">
            <w:pPr>
              <w:spacing w:before="20" w:after="20" w:line="245" w:lineRule="auto"/>
            </w:pPr>
            <w:r>
              <w:rPr>
                <w:b/>
                <w:color w:val="000000"/>
                <w:sz w:val="16"/>
              </w:rPr>
              <w:t>Uspešen/-na bom, ko:</w:t>
            </w:r>
          </w:p>
          <w:p w14:paraId="09CC4B38" w14:textId="77777777" w:rsidR="00187E2C" w:rsidRDefault="00000000">
            <w:pPr>
              <w:pStyle w:val="Oznaenseznam"/>
              <w:spacing w:after="16"/>
            </w:pPr>
            <w:r>
              <w:rPr>
                <w:color w:val="000000"/>
                <w:sz w:val="16"/>
              </w:rPr>
              <w:t>poslušam opis</w:t>
            </w:r>
          </w:p>
          <w:p w14:paraId="7D6E6893" w14:textId="77777777" w:rsidR="00187E2C" w:rsidRDefault="00000000">
            <w:pPr>
              <w:pStyle w:val="Oznaenseznam"/>
              <w:spacing w:after="16"/>
            </w:pPr>
            <w:r>
              <w:rPr>
                <w:color w:val="000000"/>
                <w:sz w:val="16"/>
              </w:rPr>
              <w:t>poimenujem opažene lastnosti</w:t>
            </w:r>
          </w:p>
          <w:p w14:paraId="0FAEC950" w14:textId="77777777" w:rsidR="00187E2C" w:rsidRDefault="00000000">
            <w:pPr>
              <w:pStyle w:val="Oznaenseznam"/>
              <w:spacing w:after="16"/>
            </w:pPr>
            <w:r>
              <w:rPr>
                <w:color w:val="000000"/>
                <w:sz w:val="16"/>
              </w:rPr>
              <w:t>tvorim kratke povedi ob fotografiji</w:t>
            </w:r>
          </w:p>
          <w:p w14:paraId="3F6DC9EB" w14:textId="77777777" w:rsidR="00187E2C" w:rsidRDefault="00000000">
            <w:pPr>
              <w:pStyle w:val="Oznaenseznam"/>
              <w:spacing w:after="16"/>
            </w:pPr>
            <w:r>
              <w:rPr>
                <w:color w:val="000000"/>
                <w:sz w:val="16"/>
              </w:rPr>
              <w:t>prepoznam in poimenujem veliko tiskano črko I ter jo povežem z glasom /i/</w:t>
            </w:r>
          </w:p>
          <w:p w14:paraId="71E81DA0" w14:textId="77777777" w:rsidR="00187E2C" w:rsidRDefault="00000000">
            <w:pPr>
              <w:pStyle w:val="Oznaenseznam"/>
              <w:spacing w:after="16"/>
            </w:pPr>
            <w:r>
              <w:rPr>
                <w:color w:val="000000"/>
                <w:sz w:val="16"/>
              </w:rPr>
              <w:t>veččutno oblikujem in čitljivo zapišem veliko tiskano črko I</w:t>
            </w:r>
          </w:p>
          <w:p w14:paraId="70C57A7C" w14:textId="77777777" w:rsidR="00187E2C" w:rsidRDefault="00000000">
            <w:pPr>
              <w:pStyle w:val="Oznaenseznam"/>
              <w:spacing w:after="16"/>
            </w:pPr>
            <w:r>
              <w:rPr>
                <w:color w:val="000000"/>
                <w:sz w:val="16"/>
              </w:rPr>
              <w:t>berem in sestavlja zloge oziroma besede z znanimi črkami: A • E • I</w:t>
            </w:r>
          </w:p>
          <w:p w14:paraId="62F8CE85"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7E17BEAC" w14:textId="77777777" w:rsidR="00187E2C" w:rsidRDefault="00187E2C"/>
          <w:p w14:paraId="6FFABE13"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15AC6D5" w14:textId="77777777" w:rsidR="00187E2C" w:rsidRDefault="00000000">
            <w:pPr>
              <w:spacing w:after="80" w:line="245" w:lineRule="auto"/>
            </w:pPr>
            <w:r>
              <w:rPr>
                <w:color w:val="000000"/>
                <w:sz w:val="16"/>
              </w:rPr>
              <w:t>Pove, pokaže ali nariše, kaj že ve in katero strategijo bi uporabil.</w:t>
            </w:r>
          </w:p>
          <w:p w14:paraId="128A8A76" w14:textId="77777777" w:rsidR="00187E2C" w:rsidRDefault="00000000">
            <w:pPr>
              <w:spacing w:after="100" w:line="245" w:lineRule="auto"/>
            </w:pPr>
            <w:r>
              <w:rPr>
                <w:color w:val="000000"/>
                <w:sz w:val="16"/>
              </w:rPr>
              <w:t>Sodeluje pri razumevanju namenov in kriterijev uspešnosti.</w:t>
            </w:r>
          </w:p>
          <w:p w14:paraId="67EE835E" w14:textId="77777777" w:rsidR="00187E2C" w:rsidRDefault="00000000">
            <w:pPr>
              <w:spacing w:after="20" w:line="245" w:lineRule="auto"/>
            </w:pPr>
            <w:r>
              <w:rPr>
                <w:b/>
                <w:color w:val="D95BC6"/>
                <w:sz w:val="17"/>
              </w:rPr>
              <w:t>DOKAZ O UČENJU</w:t>
            </w:r>
          </w:p>
          <w:p w14:paraId="4432A2D3"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E1C6CD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BF13CA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3881ED2"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812FFEF" w14:textId="77777777" w:rsidR="00187E2C" w:rsidRDefault="00000000">
            <w:pPr>
              <w:jc w:val="center"/>
            </w:pPr>
            <w:r>
              <w:rPr>
                <w:b/>
                <w:color w:val="000000"/>
                <w:sz w:val="20"/>
              </w:rPr>
              <w:t>UČNE DEJAVNOSTI, METODE IN FORMATIVNO SPREMLJANJE</w:t>
            </w:r>
          </w:p>
        </w:tc>
      </w:tr>
      <w:tr w:rsidR="00187E2C" w14:paraId="303523CD" w14:textId="77777777">
        <w:trPr>
          <w:tblHeader/>
          <w:jc w:val="center"/>
        </w:trPr>
        <w:tc>
          <w:tcPr>
            <w:tcW w:w="4422" w:type="dxa"/>
            <w:vMerge/>
            <w:tcMar>
              <w:top w:w="70" w:type="dxa"/>
              <w:left w:w="90" w:type="dxa"/>
              <w:bottom w:w="70" w:type="dxa"/>
              <w:right w:w="90" w:type="dxa"/>
            </w:tcMar>
            <w:vAlign w:val="center"/>
          </w:tcPr>
          <w:p w14:paraId="60B0C1C9" w14:textId="77777777" w:rsidR="00187E2C" w:rsidRDefault="00187E2C"/>
        </w:tc>
        <w:tc>
          <w:tcPr>
            <w:tcW w:w="7087" w:type="dxa"/>
            <w:shd w:val="clear" w:color="auto" w:fill="FFFFFF"/>
            <w:tcMar>
              <w:top w:w="70" w:type="dxa"/>
              <w:left w:w="90" w:type="dxa"/>
              <w:bottom w:w="70" w:type="dxa"/>
              <w:right w:w="90" w:type="dxa"/>
            </w:tcMar>
            <w:vAlign w:val="center"/>
          </w:tcPr>
          <w:p w14:paraId="7807242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50371E4" w14:textId="77777777" w:rsidR="00187E2C" w:rsidRDefault="00000000">
            <w:pPr>
              <w:jc w:val="center"/>
            </w:pPr>
            <w:r>
              <w:rPr>
                <w:b/>
                <w:color w:val="000000"/>
              </w:rPr>
              <w:t>UČENEC</w:t>
            </w:r>
          </w:p>
        </w:tc>
      </w:tr>
      <w:tr w:rsidR="00187E2C" w14:paraId="0FB58382" w14:textId="77777777">
        <w:trPr>
          <w:jc w:val="center"/>
        </w:trPr>
        <w:tc>
          <w:tcPr>
            <w:tcW w:w="4422" w:type="dxa"/>
            <w:tcMar>
              <w:top w:w="70" w:type="dxa"/>
              <w:left w:w="90" w:type="dxa"/>
              <w:bottom w:w="70" w:type="dxa"/>
              <w:right w:w="90" w:type="dxa"/>
            </w:tcMar>
          </w:tcPr>
          <w:p w14:paraId="01AB3F80" w14:textId="77777777" w:rsidR="00187E2C" w:rsidRDefault="00187E2C"/>
          <w:p w14:paraId="21AFC4AE" w14:textId="77777777" w:rsidR="00187E2C" w:rsidRDefault="00000000">
            <w:pPr>
              <w:spacing w:after="40" w:line="245" w:lineRule="auto"/>
            </w:pPr>
            <w:r>
              <w:rPr>
                <w:b/>
                <w:color w:val="000000"/>
              </w:rPr>
              <w:t>KLJUČNI POJMI</w:t>
            </w:r>
          </w:p>
          <w:p w14:paraId="6F18FD02" w14:textId="77777777" w:rsidR="00187E2C" w:rsidRDefault="00000000">
            <w:pPr>
              <w:spacing w:after="60" w:line="245" w:lineRule="auto"/>
            </w:pPr>
            <w:r>
              <w:rPr>
                <w:color w:val="000000"/>
                <w:sz w:val="15"/>
              </w:rPr>
              <w:t>glas /i/, črka I, zlog, beseda, poved, smer poteze, bralna strategija, naslov, avtor, ilustrator, književna oseba</w:t>
            </w:r>
          </w:p>
          <w:p w14:paraId="2CAF369B" w14:textId="77777777" w:rsidR="00187E2C" w:rsidRDefault="00000000">
            <w:pPr>
              <w:spacing w:after="20" w:line="245" w:lineRule="auto"/>
            </w:pPr>
            <w:r>
              <w:rPr>
                <w:b/>
                <w:color w:val="000000"/>
                <w:sz w:val="17"/>
              </w:rPr>
              <w:t>DOKAZI O UČENJU</w:t>
            </w:r>
          </w:p>
          <w:p w14:paraId="58CE9BF8" w14:textId="77777777" w:rsidR="00187E2C" w:rsidRDefault="00000000">
            <w:pPr>
              <w:pStyle w:val="Oznaenseznam"/>
              <w:spacing w:after="9"/>
            </w:pPr>
            <w:r>
              <w:rPr>
                <w:color w:val="000000"/>
                <w:sz w:val="15"/>
              </w:rPr>
              <w:t>odziv med poslušanjem, izbrana slika in ena poved o doživetju.</w:t>
            </w:r>
          </w:p>
          <w:p w14:paraId="094253C3" w14:textId="77777777" w:rsidR="00187E2C" w:rsidRDefault="00000000">
            <w:pPr>
              <w:pStyle w:val="Oznaenseznam"/>
              <w:spacing w:after="9"/>
            </w:pPr>
            <w:r>
              <w:rPr>
                <w:color w:val="000000"/>
                <w:sz w:val="15"/>
              </w:rPr>
              <w:t>zvočni posnetek ali anekdotski zapis kratke izmenjave.</w:t>
            </w:r>
          </w:p>
          <w:p w14:paraId="50940B13" w14:textId="77777777" w:rsidR="00187E2C" w:rsidRDefault="00000000">
            <w:pPr>
              <w:pStyle w:val="Oznaenseznam"/>
              <w:spacing w:after="9"/>
            </w:pPr>
            <w:r>
              <w:rPr>
                <w:color w:val="000000"/>
                <w:sz w:val="15"/>
              </w:rPr>
              <w:t>pravilno sestavljen primer in učenčeva ustna razlaga postopka.</w:t>
            </w:r>
          </w:p>
          <w:p w14:paraId="5A79AA52" w14:textId="77777777" w:rsidR="00187E2C" w:rsidRDefault="00000000">
            <w:pPr>
              <w:pStyle w:val="Oznaenseznam"/>
              <w:spacing w:after="9"/>
            </w:pPr>
            <w:r>
              <w:rPr>
                <w:color w:val="000000"/>
                <w:sz w:val="15"/>
              </w:rPr>
              <w:t>štiri pravilne glasovne odločitve, izbor črke I in kratka učenčeva razlaga.</w:t>
            </w:r>
          </w:p>
          <w:p w14:paraId="08880481" w14:textId="77777777" w:rsidR="00187E2C" w:rsidRDefault="00000000">
            <w:pPr>
              <w:pStyle w:val="Oznaenseznam"/>
              <w:spacing w:after="9"/>
            </w:pPr>
            <w:r>
              <w:rPr>
                <w:color w:val="000000"/>
                <w:sz w:val="15"/>
              </w:rPr>
              <w:t>fotografija konstrukcije črke I, opazovalni zapis smeri potez in datirana vrstica treh zapisov.</w:t>
            </w:r>
          </w:p>
          <w:p w14:paraId="65216DE0" w14:textId="77777777" w:rsidR="00187E2C" w:rsidRDefault="00000000">
            <w:pPr>
              <w:pStyle w:val="Oznaenseznam"/>
              <w:spacing w:after="9"/>
            </w:pPr>
            <w:r>
              <w:rPr>
                <w:color w:val="000000"/>
                <w:sz w:val="15"/>
              </w:rPr>
              <w:t>izpolnjen Bralni list 9, individualni bralni zapis, sestavljen ali zapisan primer s črko I in samovrednotenje.</w:t>
            </w:r>
          </w:p>
          <w:p w14:paraId="4E81203D" w14:textId="77777777" w:rsidR="00187E2C" w:rsidRDefault="00000000">
            <w:pPr>
              <w:spacing w:before="40" w:after="20" w:line="245" w:lineRule="auto"/>
            </w:pPr>
            <w:r>
              <w:rPr>
                <w:b/>
                <w:color w:val="000000"/>
                <w:sz w:val="17"/>
              </w:rPr>
              <w:t>KNJIŽEVNO DOŽIVETJE IN IZKUŠENJSKI POUK</w:t>
            </w:r>
          </w:p>
          <w:p w14:paraId="4ABE9349"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0C252A2B" w14:textId="77777777" w:rsidR="00187E2C" w:rsidRDefault="00000000">
            <w:pPr>
              <w:spacing w:after="20" w:line="245" w:lineRule="auto"/>
            </w:pPr>
            <w:r>
              <w:rPr>
                <w:b/>
                <w:color w:val="000000"/>
                <w:sz w:val="17"/>
              </w:rPr>
              <w:t>POUČEVANJE V GIBANJU</w:t>
            </w:r>
          </w:p>
          <w:p w14:paraId="08CF7483"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19B5849B" w14:textId="77777777" w:rsidR="00187E2C" w:rsidRDefault="00000000">
            <w:pPr>
              <w:spacing w:after="20" w:line="245" w:lineRule="auto"/>
            </w:pPr>
            <w:r>
              <w:rPr>
                <w:b/>
                <w:color w:val="000000"/>
                <w:sz w:val="17"/>
              </w:rPr>
              <w:t>DELO PO POSTAJAH</w:t>
            </w:r>
          </w:p>
          <w:p w14:paraId="63ACFEEE" w14:textId="77777777" w:rsidR="00187E2C" w:rsidRDefault="00000000">
            <w:pPr>
              <w:spacing w:after="60" w:line="245" w:lineRule="auto"/>
            </w:pPr>
            <w:r>
              <w:rPr>
                <w:color w:val="000000"/>
                <w:sz w:val="15"/>
              </w:rPr>
              <w:t>1. doživljajsko-književna – poslušanje, pogovor, igra vlog in predmetno/slikovno izhodišče; 2. glasovno-gibalna – slišim glas /i/, razvrščam besede in sestavljam žive zloge; 3. bralna – ČRKA I • BRALNI LIST 9, modelirano, vodeno ali ponovljeno branje; 4. tipno-grafomotorična – črko I oblikujem, hodim po njeni poti in jo zapišem ter izbor dokaza, povratna informacija in naslednji korak. Pri ustnem oziroma praktičnem ocenjevanju se na eni postaji zbere primerljiv individualni dokaz, druge postaje pa omogočajo samostojno vajo.</w:t>
            </w:r>
          </w:p>
          <w:p w14:paraId="7EBCDB61" w14:textId="77777777" w:rsidR="00187E2C" w:rsidRDefault="00000000">
            <w:pPr>
              <w:spacing w:after="20" w:line="245" w:lineRule="auto"/>
            </w:pPr>
            <w:r>
              <w:rPr>
                <w:b/>
                <w:color w:val="000000"/>
                <w:sz w:val="17"/>
              </w:rPr>
              <w:t>DIFERENCIACIJA IN VKLJUČEVANJE</w:t>
            </w:r>
          </w:p>
          <w:p w14:paraId="2E392029"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0938B8D" w14:textId="77777777" w:rsidR="00187E2C" w:rsidRDefault="00000000">
            <w:pPr>
              <w:spacing w:after="20" w:line="245" w:lineRule="auto"/>
            </w:pPr>
            <w:r>
              <w:rPr>
                <w:b/>
                <w:color w:val="000000"/>
                <w:sz w:val="17"/>
              </w:rPr>
              <w:t>SPREMLJANJE</w:t>
            </w:r>
          </w:p>
          <w:p w14:paraId="175D8514"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79C71678"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25F2BB9" w14:textId="77777777">
              <w:trPr>
                <w:jc w:val="center"/>
              </w:trPr>
              <w:tc>
                <w:tcPr>
                  <w:tcW w:w="7087" w:type="dxa"/>
                  <w:shd w:val="clear" w:color="auto" w:fill="C6E7F3"/>
                  <w:tcMar>
                    <w:top w:w="45" w:type="dxa"/>
                    <w:left w:w="70" w:type="dxa"/>
                    <w:bottom w:w="45" w:type="dxa"/>
                    <w:right w:w="70" w:type="dxa"/>
                  </w:tcMar>
                </w:tcPr>
                <w:p w14:paraId="65B6015D" w14:textId="77777777" w:rsidR="00187E2C" w:rsidRDefault="00000000">
                  <w:pPr>
                    <w:keepNext/>
                  </w:pPr>
                  <w:r>
                    <w:rPr>
                      <w:b/>
                      <w:color w:val="000000"/>
                      <w:sz w:val="17"/>
                    </w:rPr>
                    <w:t>GLAVNI DEL – DOŽIVLJAJSKO, JEZIKOVNO IN OPISMENJEVALNO UČENJE (6 šolskih ur)</w:t>
                  </w:r>
                </w:p>
              </w:tc>
            </w:tr>
          </w:tbl>
          <w:p w14:paraId="681D1100" w14:textId="77777777" w:rsidR="00187E2C" w:rsidRDefault="00187E2C">
            <w:pPr>
              <w:spacing w:line="20" w:lineRule="exact"/>
            </w:pPr>
          </w:p>
          <w:p w14:paraId="3E222110" w14:textId="77777777" w:rsidR="00187E2C" w:rsidRDefault="00000000">
            <w:pPr>
              <w:keepNext/>
              <w:spacing w:before="22" w:after="6" w:line="245" w:lineRule="auto"/>
            </w:pPr>
            <w:r>
              <w:rPr>
                <w:b/>
                <w:color w:val="000000"/>
                <w:sz w:val="15"/>
              </w:rPr>
              <w:t>1. URA – Opis opazovanja – Poslušam in doživljam</w:t>
            </w:r>
          </w:p>
          <w:p w14:paraId="3E5B4A84"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»opis opazovanja • velika tiskana črka i • bralni list 9«; sproti zbira individualne dokaze in prilagodi oporo.</w:t>
            </w:r>
          </w:p>
          <w:p w14:paraId="4F466C6A"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»posluša opis«.</w:t>
            </w:r>
          </w:p>
          <w:p w14:paraId="5BB9FCC4" w14:textId="77777777" w:rsidR="00187E2C" w:rsidRDefault="00000000">
            <w:pPr>
              <w:spacing w:after="15" w:line="245" w:lineRule="auto"/>
            </w:pPr>
            <w:r>
              <w:rPr>
                <w:i/>
                <w:color w:val="D95BC6"/>
                <w:sz w:val="14"/>
              </w:rPr>
              <w:t>Predvideni dokaz: odziv med poslušanjem, izbrana slika in ena poved o doživetju..</w:t>
            </w:r>
          </w:p>
          <w:p w14:paraId="0922D861" w14:textId="77777777" w:rsidR="00187E2C" w:rsidRDefault="00000000">
            <w:pPr>
              <w:keepNext/>
              <w:spacing w:before="22" w:after="6" w:line="245" w:lineRule="auto"/>
            </w:pPr>
            <w:r>
              <w:rPr>
                <w:b/>
                <w:color w:val="000000"/>
                <w:sz w:val="15"/>
              </w:rPr>
              <w:t>2. URA – Opis opazovanja – Govorim in pojasnjujem</w:t>
            </w:r>
          </w:p>
          <w:p w14:paraId="18D3A74E"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0AC6194E"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»poimenuje opažene lastnosti«.</w:t>
            </w:r>
          </w:p>
          <w:p w14:paraId="6CC58120" w14:textId="77777777" w:rsidR="00187E2C" w:rsidRDefault="00000000">
            <w:pPr>
              <w:spacing w:after="15" w:line="245" w:lineRule="auto"/>
            </w:pPr>
            <w:r>
              <w:rPr>
                <w:i/>
                <w:color w:val="D95BC6"/>
                <w:sz w:val="14"/>
              </w:rPr>
              <w:t>Predvideni dokaz: zvočni posnetek ali anekdotski zapis kratke izmenjave..</w:t>
            </w:r>
          </w:p>
          <w:p w14:paraId="6FF7A6E0" w14:textId="77777777" w:rsidR="00187E2C" w:rsidRDefault="00000000">
            <w:pPr>
              <w:keepNext/>
              <w:spacing w:before="22" w:after="6" w:line="245" w:lineRule="auto"/>
            </w:pPr>
            <w:r>
              <w:rPr>
                <w:b/>
                <w:color w:val="000000"/>
                <w:sz w:val="15"/>
              </w:rPr>
              <w:t>3. URA – Opis opazovanja – Razčlenjujem jezik</w:t>
            </w:r>
          </w:p>
          <w:p w14:paraId="0AC9E221"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7DF4BE1D"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»tvori kratke povedi ob fotografiji«.</w:t>
            </w:r>
          </w:p>
          <w:p w14:paraId="312E4C3B" w14:textId="77777777" w:rsidR="00187E2C" w:rsidRDefault="00000000">
            <w:pPr>
              <w:spacing w:after="15" w:line="245" w:lineRule="auto"/>
            </w:pPr>
            <w:r>
              <w:rPr>
                <w:i/>
                <w:color w:val="D95BC6"/>
                <w:sz w:val="14"/>
              </w:rPr>
              <w:t>Predvideni dokaz: pravilno sestavljen primer in učenčeva ustna razlaga postopka..</w:t>
            </w:r>
          </w:p>
          <w:p w14:paraId="582F4A46" w14:textId="77777777" w:rsidR="00187E2C" w:rsidRDefault="00000000">
            <w:pPr>
              <w:keepNext/>
              <w:spacing w:before="22" w:after="6" w:line="245" w:lineRule="auto"/>
            </w:pPr>
            <w:r>
              <w:rPr>
                <w:b/>
                <w:color w:val="000000"/>
                <w:sz w:val="15"/>
              </w:rPr>
              <w:t>4. URA – SLIŠIM GLAS /i/ IN ODKRIVAM ČRKO I</w:t>
            </w:r>
          </w:p>
          <w:p w14:paraId="29414D47"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(igla, miza, miš, oči); učenci se premikajo v kote začetek–sredina–konec, nato med črkami poiščejo I in jo oblikujejo s telesom.</w:t>
            </w:r>
          </w:p>
          <w:p w14:paraId="493E5B35"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I ter jo predstavi s telesom ali vrvjo.</w:t>
            </w:r>
          </w:p>
          <w:p w14:paraId="783DE5DB" w14:textId="77777777" w:rsidR="00187E2C" w:rsidRDefault="00000000">
            <w:pPr>
              <w:spacing w:after="15" w:line="245" w:lineRule="auto"/>
            </w:pPr>
            <w:r>
              <w:rPr>
                <w:i/>
                <w:color w:val="D95BC6"/>
                <w:sz w:val="14"/>
              </w:rPr>
              <w:t>Predvideni dokaz: štiri pravilne glasovne odločitve, izbor črke I in kratka učenčeva razlaga..</w:t>
            </w:r>
          </w:p>
          <w:p w14:paraId="79A7E815" w14:textId="77777777" w:rsidR="00187E2C" w:rsidRDefault="00000000">
            <w:pPr>
              <w:keepNext/>
              <w:spacing w:before="22" w:after="6" w:line="245" w:lineRule="auto"/>
            </w:pPr>
            <w:r>
              <w:rPr>
                <w:b/>
                <w:color w:val="000000"/>
                <w:sz w:val="15"/>
              </w:rPr>
              <w:t>5. URA – Oblikujem in pišem črko I</w:t>
            </w:r>
          </w:p>
          <w:p w14:paraId="397F72A1"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695D4DD9" w14:textId="77777777" w:rsidR="00187E2C" w:rsidRDefault="00000000">
            <w:pPr>
              <w:spacing w:after="7" w:line="245" w:lineRule="auto"/>
            </w:pPr>
            <w:r>
              <w:rPr>
                <w:b/>
                <w:color w:val="000000"/>
                <w:sz w:val="14"/>
              </w:rPr>
              <w:t xml:space="preserve">Dejavnost učencev: </w:t>
            </w:r>
            <w:r>
              <w:rPr>
                <w:color w:val="000000"/>
                <w:sz w:val="14"/>
              </w:rPr>
              <w:t>Črko I gradi in zapisuje na različnih podlagah, nato preide na manjši format; po povratni informaciji ponovi isti zapis.</w:t>
            </w:r>
          </w:p>
          <w:p w14:paraId="3B8062FC" w14:textId="77777777" w:rsidR="00187E2C" w:rsidRDefault="00000000">
            <w:pPr>
              <w:spacing w:after="15" w:line="245" w:lineRule="auto"/>
            </w:pPr>
            <w:r>
              <w:rPr>
                <w:i/>
                <w:color w:val="D95BC6"/>
                <w:sz w:val="14"/>
              </w:rPr>
              <w:t>Predvideni dokaz: fotografija konstrukcije črke I, opazovalni zapis smeri potez in datirana vrstica treh zapisov..</w:t>
            </w:r>
          </w:p>
          <w:p w14:paraId="47623FA1" w14:textId="77777777" w:rsidR="00187E2C" w:rsidRDefault="00000000">
            <w:pPr>
              <w:keepNext/>
              <w:spacing w:before="22" w:after="6" w:line="245" w:lineRule="auto"/>
            </w:pPr>
            <w:r>
              <w:rPr>
                <w:b/>
                <w:color w:val="000000"/>
                <w:sz w:val="15"/>
              </w:rPr>
              <w:t>6. URA – Berem in uporabim črko I</w:t>
            </w:r>
          </w:p>
          <w:p w14:paraId="1F2FD46A"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I in Bralni list 9; gradivo omeji na znane črke A, E, I.</w:t>
            </w:r>
          </w:p>
          <w:p w14:paraId="08F4A095" w14:textId="77777777" w:rsidR="00187E2C" w:rsidRDefault="00000000">
            <w:pPr>
              <w:spacing w:after="7" w:line="245" w:lineRule="auto"/>
            </w:pPr>
            <w:r>
              <w:rPr>
                <w:b/>
                <w:color w:val="000000"/>
                <w:sz w:val="14"/>
              </w:rPr>
              <w:t xml:space="preserve">Dejavnost učencev: </w:t>
            </w:r>
            <w:r>
              <w:rPr>
                <w:color w:val="000000"/>
                <w:sz w:val="14"/>
              </w:rPr>
              <w:t>Sestavlja, premešča in bere A • E • I ter AI • EI • IA; izbere zahtevnost in rešuje Bralni list 9.</w:t>
            </w:r>
          </w:p>
          <w:p w14:paraId="2BC11ED7" w14:textId="77777777" w:rsidR="00187E2C" w:rsidRDefault="00000000">
            <w:pPr>
              <w:spacing w:after="15" w:line="245" w:lineRule="auto"/>
            </w:pPr>
            <w:r>
              <w:rPr>
                <w:i/>
                <w:color w:val="D95BC6"/>
                <w:sz w:val="14"/>
              </w:rPr>
              <w:t>Predvideni dokaz: izpolnjen Bralni list 9, individualni bralni zapis, sestavljen ali zapisan primer s črko I in samovrednotenje..</w:t>
            </w:r>
          </w:p>
          <w:tbl>
            <w:tblPr>
              <w:tblStyle w:val="Tabelamrea"/>
              <w:tblW w:w="0" w:type="auto"/>
              <w:jc w:val="center"/>
              <w:tblLayout w:type="fixed"/>
              <w:tblLook w:val="04A0" w:firstRow="1" w:lastRow="0" w:firstColumn="1" w:lastColumn="0" w:noHBand="0" w:noVBand="1"/>
            </w:tblPr>
            <w:tblGrid>
              <w:gridCol w:w="7087"/>
            </w:tblGrid>
            <w:tr w:rsidR="00187E2C" w14:paraId="7830AF5D" w14:textId="77777777">
              <w:trPr>
                <w:jc w:val="center"/>
              </w:trPr>
              <w:tc>
                <w:tcPr>
                  <w:tcW w:w="7087" w:type="dxa"/>
                  <w:shd w:val="clear" w:color="auto" w:fill="EDC9EA"/>
                  <w:tcMar>
                    <w:top w:w="45" w:type="dxa"/>
                    <w:left w:w="70" w:type="dxa"/>
                    <w:bottom w:w="45" w:type="dxa"/>
                    <w:right w:w="70" w:type="dxa"/>
                  </w:tcMar>
                </w:tcPr>
                <w:p w14:paraId="2AC8E61D" w14:textId="77777777" w:rsidR="00187E2C" w:rsidRDefault="00000000">
                  <w:pPr>
                    <w:keepNext/>
                  </w:pPr>
                  <w:r>
                    <w:rPr>
                      <w:b/>
                      <w:color w:val="000000"/>
                      <w:sz w:val="17"/>
                    </w:rPr>
                    <w:t>POVRATNA INFORMACIJA UČITELJICE MED DELOM</w:t>
                  </w:r>
                </w:p>
              </w:tc>
            </w:tr>
          </w:tbl>
          <w:p w14:paraId="7EC471E6" w14:textId="77777777" w:rsidR="00187E2C" w:rsidRDefault="00187E2C"/>
          <w:p w14:paraId="51529324"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7E3BF64" w14:textId="77777777" w:rsidR="00187E2C" w:rsidRDefault="00187E2C"/>
          <w:p w14:paraId="27324E13" w14:textId="77777777" w:rsidR="00187E2C" w:rsidRDefault="00000000">
            <w:pPr>
              <w:spacing w:after="4" w:line="245" w:lineRule="auto"/>
            </w:pPr>
            <w:r>
              <w:rPr>
                <w:b/>
                <w:color w:val="000000"/>
                <w:sz w:val="15"/>
              </w:rPr>
              <w:t>1. URA – Opis opazovanja – Poslušam in doživljam</w:t>
            </w:r>
          </w:p>
          <w:p w14:paraId="4FE9F436" w14:textId="77777777" w:rsidR="00187E2C" w:rsidRDefault="00000000">
            <w:pPr>
              <w:spacing w:after="7" w:line="245" w:lineRule="auto"/>
            </w:pPr>
            <w:r>
              <w:rPr>
                <w:color w:val="000000"/>
                <w:sz w:val="14"/>
              </w:rPr>
              <w:t>Napoveduje ob naslovu/sliki, med poslušanjem pokaže dogovorjen znak in po poslušanju izbere sliko občutja.</w:t>
            </w:r>
          </w:p>
          <w:p w14:paraId="5D4A9621" w14:textId="77777777" w:rsidR="00187E2C" w:rsidRDefault="00000000">
            <w:pPr>
              <w:spacing w:after="15" w:line="245" w:lineRule="auto"/>
            </w:pPr>
            <w:r>
              <w:rPr>
                <w:color w:val="D95BC6"/>
                <w:sz w:val="13"/>
              </w:rPr>
              <w:t>Dokaz: odziv med poslušanjem, izbrana slika in ena poved o doživetju.</w:t>
            </w:r>
          </w:p>
          <w:p w14:paraId="116E5A04" w14:textId="77777777" w:rsidR="00187E2C" w:rsidRDefault="00000000">
            <w:pPr>
              <w:spacing w:after="4" w:line="245" w:lineRule="auto"/>
            </w:pPr>
            <w:r>
              <w:rPr>
                <w:b/>
                <w:color w:val="000000"/>
                <w:sz w:val="15"/>
              </w:rPr>
              <w:t>2. URA – Opis opazovanja – Govorim in pojasnjujem</w:t>
            </w:r>
          </w:p>
          <w:p w14:paraId="517FFFC1" w14:textId="77777777" w:rsidR="00187E2C" w:rsidRDefault="00000000">
            <w:pPr>
              <w:spacing w:after="7" w:line="245" w:lineRule="auto"/>
            </w:pPr>
            <w:r>
              <w:rPr>
                <w:color w:val="000000"/>
                <w:sz w:val="14"/>
              </w:rPr>
              <w:t>V paru govori in posluša, zamenja vlogo, postavi vprašanje ter uporabi besedo iz tedenske besedne banke.</w:t>
            </w:r>
          </w:p>
          <w:p w14:paraId="368360B6" w14:textId="77777777" w:rsidR="00187E2C" w:rsidRDefault="00000000">
            <w:pPr>
              <w:spacing w:after="15" w:line="245" w:lineRule="auto"/>
            </w:pPr>
            <w:r>
              <w:rPr>
                <w:color w:val="D95BC6"/>
                <w:sz w:val="13"/>
              </w:rPr>
              <w:t>Dokaz: zvočni posnetek ali anekdotski zapis kratke izmenjave.</w:t>
            </w:r>
          </w:p>
          <w:p w14:paraId="6921F889" w14:textId="77777777" w:rsidR="00187E2C" w:rsidRDefault="00000000">
            <w:pPr>
              <w:spacing w:after="4" w:line="245" w:lineRule="auto"/>
            </w:pPr>
            <w:r>
              <w:rPr>
                <w:b/>
                <w:color w:val="000000"/>
                <w:sz w:val="15"/>
              </w:rPr>
              <w:t>3. URA – Opis opazovanja – Razčlenjujem jezik</w:t>
            </w:r>
          </w:p>
          <w:p w14:paraId="5748987A" w14:textId="77777777" w:rsidR="00187E2C" w:rsidRDefault="00000000">
            <w:pPr>
              <w:spacing w:after="7" w:line="245" w:lineRule="auto"/>
            </w:pPr>
            <w:r>
              <w:rPr>
                <w:color w:val="000000"/>
                <w:sz w:val="14"/>
              </w:rPr>
              <w:t>Ploska, stopa, razstavlja in sestavlja; primer razvrsti ter svojo rešitev preveri s sošolcem.</w:t>
            </w:r>
          </w:p>
          <w:p w14:paraId="170E7210" w14:textId="77777777" w:rsidR="00187E2C" w:rsidRDefault="00000000">
            <w:pPr>
              <w:spacing w:after="15" w:line="245" w:lineRule="auto"/>
            </w:pPr>
            <w:r>
              <w:rPr>
                <w:color w:val="D95BC6"/>
                <w:sz w:val="13"/>
              </w:rPr>
              <w:t>Dokaz: pravilno sestavljen primer in učenčeva ustna razlaga postopka.</w:t>
            </w:r>
          </w:p>
          <w:p w14:paraId="203A9F50" w14:textId="77777777" w:rsidR="00187E2C" w:rsidRDefault="00000000">
            <w:pPr>
              <w:spacing w:after="4" w:line="245" w:lineRule="auto"/>
            </w:pPr>
            <w:r>
              <w:rPr>
                <w:b/>
                <w:color w:val="000000"/>
                <w:sz w:val="15"/>
              </w:rPr>
              <w:t>4. URA – SLIŠIM GLAS /i/ IN ODKRIVAM ČRKO I</w:t>
            </w:r>
          </w:p>
          <w:p w14:paraId="03FE8F31" w14:textId="77777777" w:rsidR="00187E2C" w:rsidRDefault="00000000">
            <w:pPr>
              <w:spacing w:after="7" w:line="245" w:lineRule="auto"/>
            </w:pPr>
            <w:r>
              <w:rPr>
                <w:color w:val="000000"/>
                <w:sz w:val="14"/>
              </w:rPr>
              <w:t>Besede razvršča z gibanjem, za vsak glas položi žeton, med znaki poišče I ter jo predstavi s telesom ali vrvjo.</w:t>
            </w:r>
          </w:p>
          <w:p w14:paraId="57C7F715" w14:textId="77777777" w:rsidR="00187E2C" w:rsidRDefault="00000000">
            <w:pPr>
              <w:spacing w:after="15" w:line="245" w:lineRule="auto"/>
            </w:pPr>
            <w:r>
              <w:rPr>
                <w:color w:val="D95BC6"/>
                <w:sz w:val="13"/>
              </w:rPr>
              <w:t>Dokaz: štiri pravilne glasovne odločitve, izbor črke I in kratka učenčeva razlaga.</w:t>
            </w:r>
          </w:p>
          <w:p w14:paraId="2D5EC7E2" w14:textId="77777777" w:rsidR="00187E2C" w:rsidRDefault="00000000">
            <w:pPr>
              <w:spacing w:after="4" w:line="245" w:lineRule="auto"/>
            </w:pPr>
            <w:r>
              <w:rPr>
                <w:b/>
                <w:color w:val="000000"/>
                <w:sz w:val="15"/>
              </w:rPr>
              <w:t>5. URA – Oblikujem in pišem črko I</w:t>
            </w:r>
          </w:p>
          <w:p w14:paraId="2826E81E" w14:textId="77777777" w:rsidR="00187E2C" w:rsidRDefault="00000000">
            <w:pPr>
              <w:spacing w:after="7" w:line="245" w:lineRule="auto"/>
            </w:pPr>
            <w:r>
              <w:rPr>
                <w:color w:val="000000"/>
                <w:sz w:val="14"/>
              </w:rPr>
              <w:t>Črko I gradi in zapisuje na različnih podlagah, nato preide na manjši format.</w:t>
            </w:r>
          </w:p>
          <w:p w14:paraId="77A39785" w14:textId="77777777" w:rsidR="00187E2C" w:rsidRDefault="00000000">
            <w:pPr>
              <w:spacing w:after="15" w:line="245" w:lineRule="auto"/>
            </w:pPr>
            <w:r>
              <w:rPr>
                <w:color w:val="D95BC6"/>
                <w:sz w:val="13"/>
              </w:rPr>
              <w:t>Dokaz: fotografija konstrukcije črke I, opazovalni zapis smeri potez in datirana.</w:t>
            </w:r>
          </w:p>
          <w:p w14:paraId="59F8B43D" w14:textId="77777777" w:rsidR="00187E2C" w:rsidRDefault="00000000">
            <w:pPr>
              <w:spacing w:after="4" w:line="245" w:lineRule="auto"/>
            </w:pPr>
            <w:r>
              <w:rPr>
                <w:b/>
                <w:color w:val="000000"/>
                <w:sz w:val="15"/>
              </w:rPr>
              <w:t>6. URA – Berem in uporabim črko I</w:t>
            </w:r>
          </w:p>
          <w:p w14:paraId="352769CB" w14:textId="77777777" w:rsidR="00187E2C" w:rsidRDefault="00000000">
            <w:pPr>
              <w:spacing w:after="7" w:line="245" w:lineRule="auto"/>
            </w:pPr>
            <w:r>
              <w:rPr>
                <w:color w:val="000000"/>
                <w:sz w:val="14"/>
              </w:rPr>
              <w:t>Sestavlja, premešča in bere A • E • I ter AI • EI • IA; izbere zahtevnost in rešuje Bralni list 9.</w:t>
            </w:r>
          </w:p>
          <w:p w14:paraId="44125E39" w14:textId="77777777" w:rsidR="00187E2C" w:rsidRDefault="00000000">
            <w:pPr>
              <w:spacing w:after="15" w:line="245" w:lineRule="auto"/>
            </w:pPr>
            <w:r>
              <w:rPr>
                <w:color w:val="D95BC6"/>
                <w:sz w:val="13"/>
              </w:rPr>
              <w:t>Dokaz: izpolnjen Bralni list 9, individualni bralni zapis.</w:t>
            </w:r>
          </w:p>
        </w:tc>
      </w:tr>
    </w:tbl>
    <w:p w14:paraId="4182BAB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6B9AA4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40CF1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454DD47" w14:textId="77777777" w:rsidR="00187E2C" w:rsidRDefault="00000000">
            <w:pPr>
              <w:jc w:val="center"/>
            </w:pPr>
            <w:r>
              <w:rPr>
                <w:b/>
                <w:color w:val="000000"/>
                <w:sz w:val="20"/>
              </w:rPr>
              <w:t>UČNE DEJAVNOSTI, METODE IN FORMATIVNO SPREMLJANJE</w:t>
            </w:r>
          </w:p>
        </w:tc>
      </w:tr>
      <w:tr w:rsidR="00187E2C" w14:paraId="28ACA57A" w14:textId="77777777">
        <w:trPr>
          <w:tblHeader/>
          <w:jc w:val="center"/>
        </w:trPr>
        <w:tc>
          <w:tcPr>
            <w:tcW w:w="4422" w:type="dxa"/>
            <w:vMerge/>
            <w:tcMar>
              <w:top w:w="70" w:type="dxa"/>
              <w:left w:w="90" w:type="dxa"/>
              <w:bottom w:w="70" w:type="dxa"/>
              <w:right w:w="90" w:type="dxa"/>
            </w:tcMar>
            <w:vAlign w:val="center"/>
          </w:tcPr>
          <w:p w14:paraId="5BC77768" w14:textId="77777777" w:rsidR="00187E2C" w:rsidRDefault="00187E2C"/>
        </w:tc>
        <w:tc>
          <w:tcPr>
            <w:tcW w:w="7087" w:type="dxa"/>
            <w:shd w:val="clear" w:color="auto" w:fill="FFFFFF"/>
            <w:tcMar>
              <w:top w:w="70" w:type="dxa"/>
              <w:left w:w="90" w:type="dxa"/>
              <w:bottom w:w="70" w:type="dxa"/>
              <w:right w:w="90" w:type="dxa"/>
            </w:tcMar>
            <w:vAlign w:val="center"/>
          </w:tcPr>
          <w:p w14:paraId="0E3CC16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BD4401E" w14:textId="77777777" w:rsidR="00187E2C" w:rsidRDefault="00000000">
            <w:pPr>
              <w:jc w:val="center"/>
            </w:pPr>
            <w:r>
              <w:rPr>
                <w:b/>
                <w:color w:val="000000"/>
              </w:rPr>
              <w:t>UČENEC</w:t>
            </w:r>
          </w:p>
        </w:tc>
      </w:tr>
      <w:tr w:rsidR="00187E2C" w14:paraId="43EBDE5F" w14:textId="77777777">
        <w:trPr>
          <w:jc w:val="center"/>
        </w:trPr>
        <w:tc>
          <w:tcPr>
            <w:tcW w:w="4422" w:type="dxa"/>
            <w:tcMar>
              <w:top w:w="70" w:type="dxa"/>
              <w:left w:w="90" w:type="dxa"/>
              <w:bottom w:w="70" w:type="dxa"/>
              <w:right w:w="90" w:type="dxa"/>
            </w:tcMar>
          </w:tcPr>
          <w:p w14:paraId="0255065A" w14:textId="77777777" w:rsidR="00187E2C" w:rsidRDefault="00187E2C"/>
          <w:p w14:paraId="12E153AF" w14:textId="77777777" w:rsidR="00187E2C" w:rsidRDefault="00000000">
            <w:pPr>
              <w:spacing w:after="40" w:line="245" w:lineRule="auto"/>
            </w:pPr>
            <w:r>
              <w:rPr>
                <w:b/>
                <w:color w:val="000000"/>
              </w:rPr>
              <w:t>FORMATIVNO SPREMLJANJE</w:t>
            </w:r>
          </w:p>
          <w:p w14:paraId="695421C3"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5BA027BB"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2A210E5F"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51311965"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63A80B16" w14:textId="77777777" w:rsidR="00187E2C" w:rsidRDefault="00000000">
            <w:pPr>
              <w:spacing w:before="40" w:after="20" w:line="245" w:lineRule="auto"/>
            </w:pPr>
            <w:r>
              <w:rPr>
                <w:b/>
                <w:color w:val="000000"/>
                <w:sz w:val="17"/>
              </w:rPr>
              <w:t>VARNOST IN ODGOVORNOST</w:t>
            </w:r>
          </w:p>
          <w:p w14:paraId="40BE2B33"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5A8C260F" w14:textId="77777777" w:rsidR="00187E2C" w:rsidRDefault="00000000">
            <w:pPr>
              <w:spacing w:after="20" w:line="245" w:lineRule="auto"/>
            </w:pPr>
            <w:r>
              <w:rPr>
                <w:b/>
                <w:color w:val="000000"/>
                <w:sz w:val="17"/>
              </w:rPr>
              <w:t>EVIDENCA PO IZVEDBI</w:t>
            </w:r>
          </w:p>
          <w:p w14:paraId="4D9CE1D1"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168FFD0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82AB13F" w14:textId="77777777">
              <w:trPr>
                <w:jc w:val="center"/>
              </w:trPr>
              <w:tc>
                <w:tcPr>
                  <w:tcW w:w="7087" w:type="dxa"/>
                  <w:shd w:val="clear" w:color="auto" w:fill="EDC9EA"/>
                  <w:tcMar>
                    <w:top w:w="45" w:type="dxa"/>
                    <w:left w:w="70" w:type="dxa"/>
                    <w:bottom w:w="45" w:type="dxa"/>
                    <w:right w:w="70" w:type="dxa"/>
                  </w:tcMar>
                </w:tcPr>
                <w:p w14:paraId="2CE995F5" w14:textId="77777777" w:rsidR="00187E2C" w:rsidRDefault="00000000">
                  <w:pPr>
                    <w:keepNext/>
                  </w:pPr>
                  <w:r>
                    <w:rPr>
                      <w:b/>
                      <w:color w:val="000000"/>
                    </w:rPr>
                    <w:t>VPRAŠANJA V PODPORO JEZIKOVNEMU, BRALNEMU IN KNJIŽEVNEMU UČENJU</w:t>
                  </w:r>
                </w:p>
              </w:tc>
            </w:tr>
          </w:tbl>
          <w:p w14:paraId="38DE7E2D" w14:textId="77777777" w:rsidR="00187E2C" w:rsidRDefault="00187E2C">
            <w:pPr>
              <w:spacing w:line="20" w:lineRule="exact"/>
            </w:pPr>
          </w:p>
          <w:p w14:paraId="4A9B5858" w14:textId="77777777" w:rsidR="00187E2C" w:rsidRDefault="00000000">
            <w:pPr>
              <w:pStyle w:val="Oznaenseznam"/>
              <w:spacing w:after="16"/>
            </w:pPr>
            <w:r>
              <w:rPr>
                <w:color w:val="000000"/>
                <w:sz w:val="16"/>
              </w:rPr>
              <w:t>Kaj ti je naslovnica, slika, predmet, zvok ali gib pomagal razumeti?</w:t>
            </w:r>
          </w:p>
          <w:p w14:paraId="4498F332" w14:textId="77777777" w:rsidR="00187E2C" w:rsidRDefault="00000000">
            <w:pPr>
              <w:pStyle w:val="Oznaenseznam"/>
              <w:spacing w:after="16"/>
            </w:pPr>
            <w:r>
              <w:rPr>
                <w:color w:val="000000"/>
                <w:sz w:val="16"/>
              </w:rPr>
              <w:t>Kako si našel/-la glas, črko, zlog, besedo ali bistveni podatek?</w:t>
            </w:r>
          </w:p>
          <w:p w14:paraId="3AB6AD17" w14:textId="77777777" w:rsidR="00187E2C" w:rsidRDefault="00000000">
            <w:pPr>
              <w:pStyle w:val="Oznaenseznam"/>
              <w:spacing w:after="16"/>
            </w:pPr>
            <w:r>
              <w:rPr>
                <w:color w:val="000000"/>
                <w:sz w:val="16"/>
              </w:rPr>
              <w:t>Kako veš, da tvoja pripoved, branje ali zapis dosega dogovorjeni kriterij?</w:t>
            </w:r>
          </w:p>
          <w:p w14:paraId="0D1B22BA" w14:textId="77777777" w:rsidR="00187E2C" w:rsidRDefault="00000000">
            <w:pPr>
              <w:pStyle w:val="Oznaenseznam"/>
              <w:spacing w:after="16"/>
            </w:pPr>
            <w:r>
              <w:rPr>
                <w:color w:val="000000"/>
                <w:sz w:val="16"/>
              </w:rPr>
              <w:t>Ali lahko svoje razumevanje pokažeš še z drugim načinom – govorom, gibanjem, risbo, branjem ali zapisom?</w:t>
            </w:r>
          </w:p>
          <w:p w14:paraId="650FE51A"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6023AEE2" w14:textId="77777777">
              <w:trPr>
                <w:jc w:val="center"/>
              </w:trPr>
              <w:tc>
                <w:tcPr>
                  <w:tcW w:w="7087" w:type="dxa"/>
                  <w:shd w:val="clear" w:color="auto" w:fill="C6E7F3"/>
                  <w:tcMar>
                    <w:top w:w="45" w:type="dxa"/>
                    <w:left w:w="70" w:type="dxa"/>
                    <w:bottom w:w="45" w:type="dxa"/>
                    <w:right w:w="70" w:type="dxa"/>
                  </w:tcMar>
                </w:tcPr>
                <w:p w14:paraId="2DD504BE" w14:textId="77777777" w:rsidR="00187E2C" w:rsidRDefault="00000000">
                  <w:pPr>
                    <w:keepNext/>
                  </w:pPr>
                  <w:r>
                    <w:rPr>
                      <w:b/>
                      <w:color w:val="000000"/>
                    </w:rPr>
                    <w:t>ZAKLJUČNI DEL – UTRJEVANJE, BRALNI ODZIV IN REFLEKSIJA (10–15 min)</w:t>
                  </w:r>
                </w:p>
              </w:tc>
            </w:tr>
          </w:tbl>
          <w:p w14:paraId="53F90757" w14:textId="77777777" w:rsidR="00187E2C" w:rsidRDefault="00187E2C">
            <w:pPr>
              <w:spacing w:line="20" w:lineRule="exact"/>
            </w:pPr>
          </w:p>
          <w:p w14:paraId="139B7C62"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B9F5E0C" w14:textId="77777777">
              <w:trPr>
                <w:jc w:val="center"/>
              </w:trPr>
              <w:tc>
                <w:tcPr>
                  <w:tcW w:w="7087" w:type="dxa"/>
                  <w:shd w:val="clear" w:color="auto" w:fill="EDC9EA"/>
                  <w:tcMar>
                    <w:top w:w="45" w:type="dxa"/>
                    <w:left w:w="70" w:type="dxa"/>
                    <w:bottom w:w="45" w:type="dxa"/>
                    <w:right w:w="70" w:type="dxa"/>
                  </w:tcMar>
                </w:tcPr>
                <w:p w14:paraId="4EFF8508" w14:textId="77777777" w:rsidR="00187E2C" w:rsidRDefault="00000000">
                  <w:pPr>
                    <w:keepNext/>
                  </w:pPr>
                  <w:r>
                    <w:rPr>
                      <w:b/>
                      <w:color w:val="000000"/>
                    </w:rPr>
                    <w:t>SAMOVREDNOTENJE</w:t>
                  </w:r>
                </w:p>
              </w:tc>
            </w:tr>
          </w:tbl>
          <w:p w14:paraId="6BE7B98A" w14:textId="77777777" w:rsidR="00187E2C" w:rsidRDefault="00187E2C">
            <w:pPr>
              <w:spacing w:line="20" w:lineRule="exact"/>
            </w:pPr>
          </w:p>
          <w:p w14:paraId="33C5D267"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60DEDFB" w14:textId="77777777">
              <w:trPr>
                <w:jc w:val="center"/>
              </w:trPr>
              <w:tc>
                <w:tcPr>
                  <w:tcW w:w="7087" w:type="dxa"/>
                  <w:shd w:val="clear" w:color="auto" w:fill="EDC9EA"/>
                  <w:tcMar>
                    <w:top w:w="45" w:type="dxa"/>
                    <w:left w:w="70" w:type="dxa"/>
                    <w:bottom w:w="45" w:type="dxa"/>
                    <w:right w:w="70" w:type="dxa"/>
                  </w:tcMar>
                </w:tcPr>
                <w:p w14:paraId="47258937" w14:textId="77777777" w:rsidR="00187E2C" w:rsidRDefault="00000000">
                  <w:pPr>
                    <w:keepNext/>
                  </w:pPr>
                  <w:r>
                    <w:rPr>
                      <w:b/>
                      <w:color w:val="000000"/>
                    </w:rPr>
                    <w:t>VRSTNIŠKO VREDNOTENJE</w:t>
                  </w:r>
                </w:p>
              </w:tc>
            </w:tr>
          </w:tbl>
          <w:p w14:paraId="5F6F7858" w14:textId="77777777" w:rsidR="00187E2C" w:rsidRDefault="00187E2C">
            <w:pPr>
              <w:spacing w:line="20" w:lineRule="exact"/>
            </w:pPr>
          </w:p>
          <w:p w14:paraId="5268B0B8"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69EBBA5" w14:textId="77777777">
              <w:trPr>
                <w:jc w:val="center"/>
              </w:trPr>
              <w:tc>
                <w:tcPr>
                  <w:tcW w:w="7087" w:type="dxa"/>
                  <w:shd w:val="clear" w:color="auto" w:fill="EDC9EA"/>
                  <w:tcMar>
                    <w:top w:w="45" w:type="dxa"/>
                    <w:left w:w="70" w:type="dxa"/>
                    <w:bottom w:w="45" w:type="dxa"/>
                    <w:right w:w="70" w:type="dxa"/>
                  </w:tcMar>
                </w:tcPr>
                <w:p w14:paraId="15505A23" w14:textId="77777777" w:rsidR="00187E2C" w:rsidRDefault="00000000">
                  <w:pPr>
                    <w:keepNext/>
                  </w:pPr>
                  <w:r>
                    <w:rPr>
                      <w:b/>
                      <w:color w:val="000000"/>
                    </w:rPr>
                    <w:t>SKUPNI POVZETEK</w:t>
                  </w:r>
                </w:p>
              </w:tc>
            </w:tr>
          </w:tbl>
          <w:p w14:paraId="529174FE" w14:textId="77777777" w:rsidR="00187E2C" w:rsidRDefault="00187E2C">
            <w:pPr>
              <w:spacing w:line="20" w:lineRule="exact"/>
            </w:pPr>
          </w:p>
          <w:p w14:paraId="31421C20" w14:textId="77777777" w:rsidR="00187E2C" w:rsidRDefault="00000000">
            <w:pPr>
              <w:spacing w:before="20" w:after="40" w:line="245" w:lineRule="auto"/>
            </w:pPr>
            <w:r>
              <w:rPr>
                <w:b/>
                <w:color w:val="000000"/>
                <w:sz w:val="16"/>
              </w:rPr>
              <w:t>Prepoznam glas /i/ in črko I, jo veččutno oblikujem, čitljivo zapišem ter uporabim pri začetnem branju in pisanju. Književno doživetje izrazim z govorom, gibanjem, risbo ali zapisom.</w:t>
            </w:r>
          </w:p>
          <w:tbl>
            <w:tblPr>
              <w:tblStyle w:val="Tabelamrea"/>
              <w:tblW w:w="0" w:type="auto"/>
              <w:jc w:val="center"/>
              <w:tblLayout w:type="fixed"/>
              <w:tblLook w:val="04A0" w:firstRow="1" w:lastRow="0" w:firstColumn="1" w:lastColumn="0" w:noHBand="0" w:noVBand="1"/>
            </w:tblPr>
            <w:tblGrid>
              <w:gridCol w:w="7087"/>
            </w:tblGrid>
            <w:tr w:rsidR="00187E2C" w14:paraId="6D2F6432" w14:textId="77777777">
              <w:trPr>
                <w:jc w:val="center"/>
              </w:trPr>
              <w:tc>
                <w:tcPr>
                  <w:tcW w:w="7087" w:type="dxa"/>
                  <w:shd w:val="clear" w:color="auto" w:fill="EDC9EA"/>
                  <w:tcMar>
                    <w:top w:w="45" w:type="dxa"/>
                    <w:left w:w="70" w:type="dxa"/>
                    <w:bottom w:w="45" w:type="dxa"/>
                    <w:right w:w="70" w:type="dxa"/>
                  </w:tcMar>
                </w:tcPr>
                <w:p w14:paraId="503DC806" w14:textId="77777777" w:rsidR="00187E2C" w:rsidRDefault="00000000">
                  <w:pPr>
                    <w:keepNext/>
                  </w:pPr>
                  <w:r>
                    <w:rPr>
                      <w:b/>
                      <w:color w:val="000000"/>
                    </w:rPr>
                    <w:t>OPISNO OCENJEVANJE</w:t>
                  </w:r>
                </w:p>
              </w:tc>
            </w:tr>
          </w:tbl>
          <w:p w14:paraId="4E23C015" w14:textId="77777777" w:rsidR="00187E2C" w:rsidRDefault="00187E2C"/>
          <w:p w14:paraId="4C8CD173" w14:textId="77777777" w:rsidR="00187E2C" w:rsidRDefault="00000000">
            <w:pPr>
              <w:spacing w:before="20" w:after="30" w:line="245" w:lineRule="auto"/>
            </w:pPr>
            <w:r>
              <w:rPr>
                <w:color w:val="000000"/>
                <w:sz w:val="16"/>
              </w:rPr>
              <w:t>OCENJEVANJE 1 – DRUGE OBLIKE: ustna pripoved ob slikovni opori in sledenje navodilu</w:t>
            </w:r>
          </w:p>
        </w:tc>
        <w:tc>
          <w:tcPr>
            <w:tcW w:w="2551" w:type="dxa"/>
            <w:tcMar>
              <w:top w:w="70" w:type="dxa"/>
              <w:left w:w="90" w:type="dxa"/>
              <w:bottom w:w="70" w:type="dxa"/>
              <w:right w:w="90" w:type="dxa"/>
            </w:tcMar>
          </w:tcPr>
          <w:p w14:paraId="514C113A" w14:textId="77777777" w:rsidR="00187E2C" w:rsidRDefault="00187E2C"/>
          <w:p w14:paraId="6E3DBFD9" w14:textId="77777777" w:rsidR="00187E2C" w:rsidRDefault="00000000">
            <w:pPr>
              <w:spacing w:after="100" w:line="245" w:lineRule="auto"/>
            </w:pPr>
            <w:r>
              <w:rPr>
                <w:color w:val="000000"/>
                <w:sz w:val="16"/>
              </w:rPr>
              <w:t>Odgovarja na podporna vprašanja ter se sklicuje na poslušano besedilo, sliko, govor, bralni list ali zapis.</w:t>
            </w:r>
          </w:p>
          <w:p w14:paraId="51F5E99B" w14:textId="77777777" w:rsidR="00187E2C" w:rsidRDefault="00000000">
            <w:pPr>
              <w:spacing w:after="100" w:line="245" w:lineRule="auto"/>
            </w:pPr>
            <w:r>
              <w:rPr>
                <w:color w:val="000000"/>
                <w:sz w:val="16"/>
              </w:rPr>
              <w:t>Primerja začetni odziv z novim dokazom in pojasni, kaj se je naučil/-a.</w:t>
            </w:r>
          </w:p>
          <w:p w14:paraId="620FD039" w14:textId="77777777" w:rsidR="00187E2C" w:rsidRDefault="00000000">
            <w:pPr>
              <w:spacing w:after="100" w:line="245" w:lineRule="auto"/>
            </w:pPr>
            <w:r>
              <w:rPr>
                <w:color w:val="000000"/>
                <w:sz w:val="16"/>
              </w:rPr>
              <w:t>Izbere raven samostojnosti in določi naslednji korak.</w:t>
            </w:r>
          </w:p>
          <w:p w14:paraId="13B410A6" w14:textId="77777777" w:rsidR="00187E2C" w:rsidRDefault="00000000">
            <w:pPr>
              <w:spacing w:after="100" w:line="245" w:lineRule="auto"/>
            </w:pPr>
            <w:r>
              <w:rPr>
                <w:color w:val="000000"/>
                <w:sz w:val="16"/>
              </w:rPr>
              <w:t>Sošolcu poda prijazen in konkreten odziv, vezan na kriterij.</w:t>
            </w:r>
          </w:p>
          <w:p w14:paraId="7DEF6008" w14:textId="77777777" w:rsidR="00187E2C" w:rsidRDefault="00000000">
            <w:pPr>
              <w:spacing w:after="20" w:line="245" w:lineRule="auto"/>
            </w:pPr>
            <w:r>
              <w:rPr>
                <w:b/>
                <w:color w:val="D95BC6"/>
                <w:sz w:val="17"/>
              </w:rPr>
              <w:t>DOKAZ O UČENJU</w:t>
            </w:r>
          </w:p>
          <w:p w14:paraId="634407CB"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4ABEC45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73923D7" w14:textId="77777777">
        <w:trPr>
          <w:cantSplit/>
          <w:jc w:val="center"/>
        </w:trPr>
        <w:tc>
          <w:tcPr>
            <w:tcW w:w="14060" w:type="dxa"/>
            <w:gridSpan w:val="6"/>
            <w:tcMar>
              <w:top w:w="70" w:type="dxa"/>
              <w:left w:w="90" w:type="dxa"/>
              <w:bottom w:w="70" w:type="dxa"/>
              <w:right w:w="90" w:type="dxa"/>
            </w:tcMar>
            <w:vAlign w:val="center"/>
          </w:tcPr>
          <w:p w14:paraId="13802C88" w14:textId="77777777" w:rsidR="00187E2C" w:rsidRDefault="00000000">
            <w:pPr>
              <w:jc w:val="center"/>
            </w:pPr>
            <w:r>
              <w:rPr>
                <w:b/>
                <w:color w:val="000000"/>
                <w:sz w:val="24"/>
              </w:rPr>
              <w:lastRenderedPageBreak/>
              <w:t>UČNA PRIPRAVA 10/39</w:t>
            </w:r>
          </w:p>
        </w:tc>
      </w:tr>
      <w:tr w:rsidR="00187E2C" w14:paraId="4F55135C" w14:textId="77777777">
        <w:trPr>
          <w:jc w:val="center"/>
        </w:trPr>
        <w:tc>
          <w:tcPr>
            <w:tcW w:w="2665" w:type="dxa"/>
            <w:tcMar>
              <w:top w:w="70" w:type="dxa"/>
              <w:left w:w="90" w:type="dxa"/>
              <w:bottom w:w="70" w:type="dxa"/>
              <w:right w:w="90" w:type="dxa"/>
            </w:tcMar>
            <w:vAlign w:val="center"/>
          </w:tcPr>
          <w:p w14:paraId="2620BF0E"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14E4EA8"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42C6350"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5EADD8F" w14:textId="77777777" w:rsidR="00187E2C" w:rsidRDefault="00000000">
            <w:r>
              <w:rPr>
                <w:b/>
                <w:color w:val="000000"/>
                <w:sz w:val="16"/>
              </w:rPr>
              <w:t xml:space="preserve">NAČRTOVANI TERMIN: </w:t>
            </w:r>
            <w:r>
              <w:rPr>
                <w:color w:val="000000"/>
                <w:sz w:val="16"/>
              </w:rPr>
              <w:t>10. teden • 9.–13. 11. 2026</w:t>
            </w:r>
          </w:p>
        </w:tc>
        <w:tc>
          <w:tcPr>
            <w:tcW w:w="2268" w:type="dxa"/>
            <w:tcMar>
              <w:top w:w="70" w:type="dxa"/>
              <w:left w:w="90" w:type="dxa"/>
              <w:bottom w:w="70" w:type="dxa"/>
              <w:right w:w="90" w:type="dxa"/>
            </w:tcMar>
            <w:vAlign w:val="center"/>
          </w:tcPr>
          <w:p w14:paraId="4E42AD8F"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F093577" w14:textId="77777777" w:rsidR="00187E2C" w:rsidRDefault="00000000">
            <w:r>
              <w:rPr>
                <w:b/>
                <w:color w:val="000000"/>
                <w:sz w:val="16"/>
              </w:rPr>
              <w:t xml:space="preserve">ŠTEVILO UR: </w:t>
            </w:r>
            <w:r>
              <w:rPr>
                <w:color w:val="000000"/>
                <w:sz w:val="16"/>
              </w:rPr>
              <w:t>6</w:t>
            </w:r>
          </w:p>
        </w:tc>
      </w:tr>
      <w:tr w:rsidR="00187E2C" w14:paraId="2FC2E740" w14:textId="77777777">
        <w:trPr>
          <w:jc w:val="center"/>
        </w:trPr>
        <w:tc>
          <w:tcPr>
            <w:tcW w:w="14061" w:type="dxa"/>
            <w:gridSpan w:val="6"/>
            <w:tcMar>
              <w:top w:w="70" w:type="dxa"/>
              <w:left w:w="90" w:type="dxa"/>
              <w:bottom w:w="70" w:type="dxa"/>
              <w:right w:w="90" w:type="dxa"/>
            </w:tcMar>
            <w:vAlign w:val="center"/>
          </w:tcPr>
          <w:p w14:paraId="0DD49774"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2EEE3557" w14:textId="77777777">
        <w:trPr>
          <w:cantSplit/>
          <w:jc w:val="center"/>
        </w:trPr>
        <w:tc>
          <w:tcPr>
            <w:tcW w:w="14060" w:type="dxa"/>
            <w:gridSpan w:val="6"/>
            <w:tcMar>
              <w:top w:w="70" w:type="dxa"/>
              <w:left w:w="90" w:type="dxa"/>
              <w:bottom w:w="70" w:type="dxa"/>
              <w:right w:w="90" w:type="dxa"/>
            </w:tcMar>
            <w:vAlign w:val="center"/>
          </w:tcPr>
          <w:p w14:paraId="632E5F3C" w14:textId="77777777" w:rsidR="00187E2C" w:rsidRDefault="00187E2C"/>
          <w:p w14:paraId="05086A99" w14:textId="77777777" w:rsidR="00187E2C" w:rsidRDefault="00000000">
            <w:pPr>
              <w:spacing w:line="245" w:lineRule="auto"/>
            </w:pPr>
            <w:r>
              <w:rPr>
                <w:b/>
                <w:color w:val="000000"/>
                <w:sz w:val="16"/>
              </w:rPr>
              <w:t xml:space="preserve">UČNI SKLOP: </w:t>
            </w:r>
            <w:r>
              <w:rPr>
                <w:color w:val="000000"/>
                <w:sz w:val="16"/>
              </w:rPr>
              <w:t>JESEN, SNOVI IN ŽIVA BITJA</w:t>
            </w:r>
          </w:p>
        </w:tc>
      </w:tr>
      <w:tr w:rsidR="00187E2C" w14:paraId="0A51145F" w14:textId="77777777">
        <w:trPr>
          <w:cantSplit/>
          <w:jc w:val="center"/>
        </w:trPr>
        <w:tc>
          <w:tcPr>
            <w:tcW w:w="14060" w:type="dxa"/>
            <w:gridSpan w:val="6"/>
            <w:tcMar>
              <w:top w:w="70" w:type="dxa"/>
              <w:left w:w="90" w:type="dxa"/>
              <w:bottom w:w="70" w:type="dxa"/>
              <w:right w:w="90" w:type="dxa"/>
            </w:tcMar>
            <w:vAlign w:val="center"/>
          </w:tcPr>
          <w:p w14:paraId="03812892" w14:textId="77777777" w:rsidR="00187E2C" w:rsidRDefault="00187E2C"/>
          <w:p w14:paraId="0CFE13FA" w14:textId="77777777" w:rsidR="00187E2C" w:rsidRDefault="00000000">
            <w:pPr>
              <w:spacing w:line="245" w:lineRule="auto"/>
            </w:pPr>
            <w:r>
              <w:rPr>
                <w:b/>
                <w:color w:val="000000"/>
                <w:sz w:val="16"/>
              </w:rPr>
              <w:t xml:space="preserve">UČNA TEMA: </w:t>
            </w:r>
            <w:r>
              <w:rPr>
                <w:color w:val="000000"/>
                <w:sz w:val="16"/>
              </w:rPr>
              <w:t>PRIPOVED • VELIKA TISKANA ČRKA O</w:t>
            </w:r>
          </w:p>
        </w:tc>
      </w:tr>
      <w:tr w:rsidR="00187E2C" w14:paraId="3822CA66" w14:textId="77777777">
        <w:trPr>
          <w:cantSplit/>
          <w:jc w:val="center"/>
        </w:trPr>
        <w:tc>
          <w:tcPr>
            <w:tcW w:w="14060" w:type="dxa"/>
            <w:gridSpan w:val="6"/>
            <w:tcMar>
              <w:top w:w="70" w:type="dxa"/>
              <w:left w:w="90" w:type="dxa"/>
              <w:bottom w:w="70" w:type="dxa"/>
              <w:right w:w="90" w:type="dxa"/>
            </w:tcMar>
            <w:vAlign w:val="center"/>
          </w:tcPr>
          <w:p w14:paraId="63873CFA" w14:textId="77777777" w:rsidR="00187E2C" w:rsidRDefault="00187E2C"/>
          <w:p w14:paraId="563B3310" w14:textId="77777777" w:rsidR="00187E2C" w:rsidRDefault="00000000">
            <w:pPr>
              <w:spacing w:line="245" w:lineRule="auto"/>
            </w:pPr>
            <w:r>
              <w:rPr>
                <w:b/>
                <w:color w:val="000000"/>
                <w:sz w:val="16"/>
              </w:rPr>
              <w:t xml:space="preserve">KNJIŽEVNO IZHODIŠČE IN MOTIV: </w:t>
            </w:r>
            <w:r>
              <w:rPr>
                <w:color w:val="000000"/>
                <w:sz w:val="16"/>
              </w:rPr>
              <w:t>»Zakaj?« – Lila Prap • radovednost, vprašanja ter raziskovanje živali in rastlin</w:t>
            </w:r>
          </w:p>
        </w:tc>
      </w:tr>
      <w:tr w:rsidR="00187E2C" w14:paraId="4E9A3F00" w14:textId="77777777">
        <w:trPr>
          <w:cantSplit/>
          <w:jc w:val="center"/>
        </w:trPr>
        <w:tc>
          <w:tcPr>
            <w:tcW w:w="14060" w:type="dxa"/>
            <w:gridSpan w:val="6"/>
            <w:tcMar>
              <w:top w:w="70" w:type="dxa"/>
              <w:left w:w="90" w:type="dxa"/>
              <w:bottom w:w="70" w:type="dxa"/>
              <w:right w:w="90" w:type="dxa"/>
            </w:tcMar>
            <w:vAlign w:val="center"/>
          </w:tcPr>
          <w:p w14:paraId="29BB7FE0" w14:textId="77777777" w:rsidR="00187E2C" w:rsidRDefault="00187E2C"/>
          <w:p w14:paraId="19257F88" w14:textId="77777777" w:rsidR="00187E2C" w:rsidRDefault="00000000">
            <w:pPr>
              <w:spacing w:line="245" w:lineRule="auto"/>
            </w:pPr>
            <w:r>
              <w:rPr>
                <w:b/>
                <w:color w:val="000000"/>
                <w:sz w:val="16"/>
              </w:rPr>
              <w:t xml:space="preserve">BRALNI LIST / ČRKA: </w:t>
            </w:r>
            <w:r>
              <w:rPr>
                <w:color w:val="000000"/>
                <w:sz w:val="16"/>
              </w:rPr>
              <w:t>ČRKA O • BRALNI LIST 10 – Berem črko O in glasovne verige: glas /o/ znane črke: A, E, I, O; slišim glas; prepoznam črko; sklenjena ovalna poteza; berem in zapišem</w:t>
            </w:r>
          </w:p>
        </w:tc>
      </w:tr>
      <w:tr w:rsidR="00187E2C" w14:paraId="3B70A647" w14:textId="77777777">
        <w:trPr>
          <w:cantSplit/>
          <w:jc w:val="center"/>
        </w:trPr>
        <w:tc>
          <w:tcPr>
            <w:tcW w:w="14060" w:type="dxa"/>
            <w:gridSpan w:val="6"/>
            <w:tcMar>
              <w:top w:w="70" w:type="dxa"/>
              <w:left w:w="90" w:type="dxa"/>
              <w:bottom w:w="70" w:type="dxa"/>
              <w:right w:w="90" w:type="dxa"/>
            </w:tcMar>
            <w:vAlign w:val="center"/>
          </w:tcPr>
          <w:p w14:paraId="0E6FBE7E" w14:textId="77777777" w:rsidR="00187E2C" w:rsidRDefault="00187E2C"/>
          <w:p w14:paraId="6FEB92EE" w14:textId="77777777" w:rsidR="00187E2C" w:rsidRDefault="00000000">
            <w:pPr>
              <w:spacing w:line="245" w:lineRule="auto"/>
            </w:pPr>
            <w:r>
              <w:rPr>
                <w:b/>
                <w:color w:val="000000"/>
                <w:sz w:val="16"/>
              </w:rPr>
              <w:t xml:space="preserve">UČNE ENOTE: </w:t>
            </w:r>
            <w:r>
              <w:rPr>
                <w:color w:val="000000"/>
                <w:sz w:val="16"/>
              </w:rPr>
              <w:t>1. ura – Pripoved – Poslušam in doživljam • 2. ura – Pripoved – Govorim in pojasnjujem • 3. ura – Pripoved – Razčlenjujem jezik • 4. ura – SLIŠIM GLAS /o/ IN ODKRIVAM ČRKO O • 5. ura – Oblikujem in pišem črko O • 6. ura – Berem in uporabim črko O</w:t>
            </w:r>
          </w:p>
        </w:tc>
      </w:tr>
      <w:tr w:rsidR="00187E2C" w14:paraId="61ADD607" w14:textId="77777777">
        <w:trPr>
          <w:cantSplit/>
          <w:jc w:val="center"/>
        </w:trPr>
        <w:tc>
          <w:tcPr>
            <w:tcW w:w="14060" w:type="dxa"/>
            <w:gridSpan w:val="6"/>
            <w:tcMar>
              <w:top w:w="70" w:type="dxa"/>
              <w:left w:w="90" w:type="dxa"/>
              <w:bottom w:w="70" w:type="dxa"/>
              <w:right w:w="90" w:type="dxa"/>
            </w:tcMar>
            <w:vAlign w:val="center"/>
          </w:tcPr>
          <w:p w14:paraId="6BA7C855" w14:textId="77777777" w:rsidR="00187E2C" w:rsidRDefault="00187E2C"/>
          <w:p w14:paraId="1EBD5D37"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605F9280" w14:textId="77777777">
        <w:trPr>
          <w:cantSplit/>
          <w:jc w:val="center"/>
        </w:trPr>
        <w:tc>
          <w:tcPr>
            <w:tcW w:w="14060" w:type="dxa"/>
            <w:gridSpan w:val="6"/>
            <w:tcMar>
              <w:top w:w="70" w:type="dxa"/>
              <w:left w:w="90" w:type="dxa"/>
              <w:bottom w:w="70" w:type="dxa"/>
              <w:right w:w="90" w:type="dxa"/>
            </w:tcMar>
            <w:vAlign w:val="center"/>
          </w:tcPr>
          <w:p w14:paraId="64F8BC95" w14:textId="77777777" w:rsidR="00187E2C" w:rsidRDefault="00187E2C"/>
          <w:p w14:paraId="35678B81"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65E68682" w14:textId="77777777">
        <w:trPr>
          <w:cantSplit/>
          <w:jc w:val="center"/>
        </w:trPr>
        <w:tc>
          <w:tcPr>
            <w:tcW w:w="14060" w:type="dxa"/>
            <w:gridSpan w:val="6"/>
            <w:tcMar>
              <w:top w:w="70" w:type="dxa"/>
              <w:left w:w="90" w:type="dxa"/>
              <w:bottom w:w="70" w:type="dxa"/>
              <w:right w:w="90" w:type="dxa"/>
            </w:tcMar>
            <w:vAlign w:val="center"/>
          </w:tcPr>
          <w:p w14:paraId="4D843302" w14:textId="77777777" w:rsidR="00187E2C" w:rsidRDefault="00187E2C"/>
          <w:p w14:paraId="63A5ACE4"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7A64C6C1" w14:textId="77777777">
        <w:trPr>
          <w:cantSplit/>
          <w:jc w:val="center"/>
        </w:trPr>
        <w:tc>
          <w:tcPr>
            <w:tcW w:w="14060" w:type="dxa"/>
            <w:gridSpan w:val="6"/>
            <w:tcMar>
              <w:top w:w="70" w:type="dxa"/>
              <w:left w:w="90" w:type="dxa"/>
              <w:bottom w:w="70" w:type="dxa"/>
              <w:right w:w="90" w:type="dxa"/>
            </w:tcMar>
            <w:vAlign w:val="center"/>
          </w:tcPr>
          <w:p w14:paraId="57C327B4" w14:textId="77777777" w:rsidR="00187E2C" w:rsidRDefault="00187E2C"/>
          <w:p w14:paraId="74D7159B" w14:textId="77777777" w:rsidR="00187E2C" w:rsidRDefault="00000000">
            <w:pPr>
              <w:spacing w:line="245" w:lineRule="auto"/>
            </w:pPr>
            <w:r>
              <w:rPr>
                <w:b/>
                <w:color w:val="000000"/>
                <w:sz w:val="16"/>
              </w:rPr>
              <w:t xml:space="preserve">MEDPREDMETNE POVEZAVE: </w:t>
            </w:r>
            <w:r>
              <w:rPr>
                <w:color w:val="000000"/>
                <w:sz w:val="16"/>
              </w:rPr>
              <w:t>SPO – radovednost, vprašanja ter raziskovanje živali in rastlin; GUM – ritem, zvočnost in glas; LUM – ilustracija, črta in grafomotorika; ŠPO – gibalna pripoved, dramatizacija in postaje; MAT – smer, zaporedje in orientacija</w:t>
            </w:r>
          </w:p>
        </w:tc>
      </w:tr>
      <w:tr w:rsidR="00187E2C" w14:paraId="6199C8A5" w14:textId="77777777">
        <w:trPr>
          <w:cantSplit/>
          <w:jc w:val="center"/>
        </w:trPr>
        <w:tc>
          <w:tcPr>
            <w:tcW w:w="14060" w:type="dxa"/>
            <w:gridSpan w:val="6"/>
            <w:tcMar>
              <w:top w:w="70" w:type="dxa"/>
              <w:left w:w="90" w:type="dxa"/>
              <w:bottom w:w="70" w:type="dxa"/>
              <w:right w:w="90" w:type="dxa"/>
            </w:tcMar>
            <w:vAlign w:val="center"/>
          </w:tcPr>
          <w:p w14:paraId="0729C63D" w14:textId="77777777" w:rsidR="00187E2C" w:rsidRDefault="00187E2C"/>
          <w:p w14:paraId="68A6C9D4" w14:textId="77777777" w:rsidR="00187E2C" w:rsidRDefault="00000000">
            <w:pPr>
              <w:spacing w:line="245" w:lineRule="auto"/>
            </w:pPr>
            <w:r>
              <w:rPr>
                <w:b/>
                <w:color w:val="000000"/>
                <w:sz w:val="16"/>
              </w:rPr>
              <w:t xml:space="preserve">UČNA SREDSTVA IN PRIPOMOČKI: </w:t>
            </w:r>
            <w:r>
              <w:rPr>
                <w:color w:val="000000"/>
                <w:sz w:val="16"/>
              </w:rPr>
              <w:t>ČRKA O • BRALNI LIST 10, povečano besedilo oziroma kartice, slikanica ali odlomek, slikovno zaporedje, kartice besed in glasov, talne črke ali zlogi, ogledala, vrvice ali modelirna masa, mini tabla, zvezek oziroma jezikovna mapa</w:t>
            </w:r>
          </w:p>
        </w:tc>
      </w:tr>
      <w:tr w:rsidR="00187E2C" w14:paraId="6B0F5A6F" w14:textId="77777777">
        <w:trPr>
          <w:cantSplit/>
          <w:jc w:val="center"/>
        </w:trPr>
        <w:tc>
          <w:tcPr>
            <w:tcW w:w="14060" w:type="dxa"/>
            <w:gridSpan w:val="6"/>
            <w:tcMar>
              <w:top w:w="70" w:type="dxa"/>
              <w:left w:w="90" w:type="dxa"/>
              <w:bottom w:w="70" w:type="dxa"/>
              <w:right w:w="90" w:type="dxa"/>
            </w:tcMar>
            <w:vAlign w:val="center"/>
          </w:tcPr>
          <w:p w14:paraId="63B33ABB" w14:textId="77777777" w:rsidR="00187E2C" w:rsidRDefault="00187E2C"/>
          <w:p w14:paraId="6DE0FB23"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2CD2CE3C" w14:textId="77777777">
        <w:trPr>
          <w:cantSplit/>
          <w:jc w:val="center"/>
        </w:trPr>
        <w:tc>
          <w:tcPr>
            <w:tcW w:w="14060" w:type="dxa"/>
            <w:gridSpan w:val="6"/>
            <w:tcMar>
              <w:top w:w="70" w:type="dxa"/>
              <w:left w:w="90" w:type="dxa"/>
              <w:bottom w:w="70" w:type="dxa"/>
              <w:right w:w="90" w:type="dxa"/>
            </w:tcMar>
            <w:vAlign w:val="center"/>
          </w:tcPr>
          <w:p w14:paraId="470D43BE" w14:textId="77777777" w:rsidR="00187E2C" w:rsidRDefault="00187E2C"/>
          <w:p w14:paraId="62ECADC2"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56AEA64F" w14:textId="77777777">
        <w:trPr>
          <w:cantSplit/>
          <w:jc w:val="center"/>
        </w:trPr>
        <w:tc>
          <w:tcPr>
            <w:tcW w:w="14060" w:type="dxa"/>
            <w:gridSpan w:val="6"/>
            <w:tcMar>
              <w:top w:w="70" w:type="dxa"/>
              <w:left w:w="90" w:type="dxa"/>
              <w:bottom w:w="70" w:type="dxa"/>
              <w:right w:w="90" w:type="dxa"/>
            </w:tcMar>
            <w:vAlign w:val="center"/>
          </w:tcPr>
          <w:p w14:paraId="2E3E96B6" w14:textId="77777777" w:rsidR="00187E2C" w:rsidRDefault="00187E2C"/>
          <w:p w14:paraId="32287F76"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52F19B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7E7BDE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AFB36D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2746F8A" w14:textId="77777777" w:rsidR="00187E2C" w:rsidRDefault="00000000">
            <w:pPr>
              <w:jc w:val="center"/>
            </w:pPr>
            <w:r>
              <w:rPr>
                <w:b/>
                <w:color w:val="000000"/>
                <w:sz w:val="20"/>
              </w:rPr>
              <w:t>UČNE DEJAVNOSTI, METODE IN FORMATIVNO SPREMLJANJE</w:t>
            </w:r>
          </w:p>
        </w:tc>
      </w:tr>
      <w:tr w:rsidR="00187E2C" w14:paraId="1591D7D1" w14:textId="77777777">
        <w:trPr>
          <w:tblHeader/>
          <w:jc w:val="center"/>
        </w:trPr>
        <w:tc>
          <w:tcPr>
            <w:tcW w:w="4422" w:type="dxa"/>
            <w:vMerge/>
            <w:tcMar>
              <w:top w:w="70" w:type="dxa"/>
              <w:left w:w="90" w:type="dxa"/>
              <w:bottom w:w="70" w:type="dxa"/>
              <w:right w:w="90" w:type="dxa"/>
            </w:tcMar>
            <w:vAlign w:val="center"/>
          </w:tcPr>
          <w:p w14:paraId="306D064F" w14:textId="77777777" w:rsidR="00187E2C" w:rsidRDefault="00187E2C"/>
        </w:tc>
        <w:tc>
          <w:tcPr>
            <w:tcW w:w="7087" w:type="dxa"/>
            <w:shd w:val="clear" w:color="auto" w:fill="FFFFFF"/>
            <w:tcMar>
              <w:top w:w="70" w:type="dxa"/>
              <w:left w:w="90" w:type="dxa"/>
              <w:bottom w:w="70" w:type="dxa"/>
              <w:right w:w="90" w:type="dxa"/>
            </w:tcMar>
            <w:vAlign w:val="center"/>
          </w:tcPr>
          <w:p w14:paraId="6197D1C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8587BCB" w14:textId="77777777" w:rsidR="00187E2C" w:rsidRDefault="00000000">
            <w:pPr>
              <w:jc w:val="center"/>
            </w:pPr>
            <w:r>
              <w:rPr>
                <w:b/>
                <w:color w:val="000000"/>
              </w:rPr>
              <w:t>UČENEC</w:t>
            </w:r>
          </w:p>
        </w:tc>
      </w:tr>
      <w:tr w:rsidR="00187E2C" w14:paraId="5F148B9D" w14:textId="77777777">
        <w:trPr>
          <w:jc w:val="center"/>
        </w:trPr>
        <w:tc>
          <w:tcPr>
            <w:tcW w:w="4422" w:type="dxa"/>
            <w:tcMar>
              <w:top w:w="70" w:type="dxa"/>
              <w:left w:w="90" w:type="dxa"/>
              <w:bottom w:w="70" w:type="dxa"/>
              <w:right w:w="90" w:type="dxa"/>
            </w:tcMar>
          </w:tcPr>
          <w:p w14:paraId="171121D4" w14:textId="77777777" w:rsidR="00187E2C" w:rsidRDefault="00187E2C"/>
          <w:p w14:paraId="074B7EA3" w14:textId="77777777" w:rsidR="00187E2C" w:rsidRDefault="00000000">
            <w:pPr>
              <w:spacing w:after="60" w:line="245" w:lineRule="auto"/>
            </w:pPr>
            <w:r>
              <w:rPr>
                <w:b/>
                <w:color w:val="000000"/>
              </w:rPr>
              <w:t>UČNI CILJI</w:t>
            </w:r>
          </w:p>
          <w:p w14:paraId="7645E4AA" w14:textId="77777777" w:rsidR="00187E2C" w:rsidRDefault="00000000">
            <w:pPr>
              <w:spacing w:after="20" w:line="245" w:lineRule="auto"/>
            </w:pPr>
            <w:r>
              <w:rPr>
                <w:b/>
                <w:color w:val="000000"/>
                <w:sz w:val="17"/>
              </w:rPr>
              <w:t>SPLOŠNI</w:t>
            </w:r>
          </w:p>
          <w:p w14:paraId="72624976"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3FA92FE0" w14:textId="77777777" w:rsidR="00187E2C" w:rsidRDefault="00000000">
            <w:pPr>
              <w:pStyle w:val="Oznaenseznam"/>
              <w:spacing w:after="16"/>
            </w:pPr>
            <w:r>
              <w:rPr>
                <w:color w:val="000000"/>
                <w:sz w:val="16"/>
              </w:rPr>
              <w:t>doživlja književno besedilo ter se nanj odziva z govorom, gibanjem, dramatizacijo, risbo ali zapisom</w:t>
            </w:r>
          </w:p>
          <w:p w14:paraId="589E6F87" w14:textId="77777777" w:rsidR="00187E2C" w:rsidRDefault="00000000">
            <w:pPr>
              <w:pStyle w:val="Oznaenseznam"/>
              <w:spacing w:after="16"/>
            </w:pPr>
            <w:r>
              <w:rPr>
                <w:color w:val="000000"/>
                <w:sz w:val="16"/>
              </w:rPr>
              <w:t>razvija glasovno zavedanje, povezavo glas–črka in začetno branje ter pisanje po individualnem napredku</w:t>
            </w:r>
          </w:p>
          <w:p w14:paraId="51296F00" w14:textId="77777777" w:rsidR="00187E2C" w:rsidRDefault="00000000">
            <w:pPr>
              <w:pStyle w:val="Oznaenseznam"/>
              <w:spacing w:after="16"/>
            </w:pPr>
            <w:r>
              <w:rPr>
                <w:color w:val="000000"/>
                <w:sz w:val="16"/>
              </w:rPr>
              <w:t>ob namenih in kriterijih spremlja svoje učenje ter uporabi opisno povratno informacijo</w:t>
            </w:r>
          </w:p>
          <w:p w14:paraId="3D942E7D" w14:textId="77777777" w:rsidR="00187E2C" w:rsidRDefault="00000000">
            <w:pPr>
              <w:spacing w:before="40" w:after="20" w:line="245" w:lineRule="auto"/>
            </w:pPr>
            <w:r>
              <w:rPr>
                <w:b/>
                <w:color w:val="000000"/>
                <w:sz w:val="17"/>
              </w:rPr>
              <w:t>OPERATIVNI</w:t>
            </w:r>
          </w:p>
          <w:p w14:paraId="78C842EE" w14:textId="77777777" w:rsidR="00187E2C" w:rsidRDefault="00000000">
            <w:pPr>
              <w:pStyle w:val="Oznaenseznam"/>
              <w:spacing w:after="16"/>
            </w:pPr>
            <w:r>
              <w:rPr>
                <w:color w:val="000000"/>
                <w:sz w:val="16"/>
              </w:rPr>
              <w:t>posluša ljudsko ali avtorsko pravljico</w:t>
            </w:r>
          </w:p>
          <w:p w14:paraId="35BC9647" w14:textId="77777777" w:rsidR="00187E2C" w:rsidRDefault="00000000">
            <w:pPr>
              <w:pStyle w:val="Oznaenseznam"/>
              <w:spacing w:after="16"/>
            </w:pPr>
            <w:r>
              <w:rPr>
                <w:color w:val="000000"/>
                <w:sz w:val="16"/>
              </w:rPr>
              <w:t>obnovi bistvene dogodke</w:t>
            </w:r>
          </w:p>
          <w:p w14:paraId="1EDDF856" w14:textId="77777777" w:rsidR="00187E2C" w:rsidRDefault="00000000">
            <w:pPr>
              <w:pStyle w:val="Oznaenseznam"/>
              <w:spacing w:after="16"/>
            </w:pPr>
            <w:r>
              <w:rPr>
                <w:color w:val="000000"/>
                <w:sz w:val="16"/>
              </w:rPr>
              <w:t>po individualnem načrtu bere in piše obravnavane črke</w:t>
            </w:r>
          </w:p>
          <w:p w14:paraId="448CCD37" w14:textId="77777777" w:rsidR="00187E2C" w:rsidRDefault="00000000">
            <w:pPr>
              <w:pStyle w:val="Oznaenseznam"/>
              <w:spacing w:after="16"/>
            </w:pPr>
            <w:r>
              <w:rPr>
                <w:color w:val="000000"/>
                <w:sz w:val="16"/>
              </w:rPr>
              <w:t>prepozna in poimenuje veliko tiskano črko O ter jo poveže z glasom /o/</w:t>
            </w:r>
          </w:p>
          <w:p w14:paraId="68A985E1" w14:textId="77777777" w:rsidR="00187E2C" w:rsidRDefault="00000000">
            <w:pPr>
              <w:pStyle w:val="Oznaenseznam"/>
              <w:spacing w:after="16"/>
            </w:pPr>
            <w:r>
              <w:rPr>
                <w:color w:val="000000"/>
                <w:sz w:val="16"/>
              </w:rPr>
              <w:t>veččutno oblikuje in čitljivo zapiše veliko tiskano črko O</w:t>
            </w:r>
          </w:p>
          <w:p w14:paraId="4A81ECD8" w14:textId="77777777" w:rsidR="00187E2C" w:rsidRDefault="00000000">
            <w:pPr>
              <w:pStyle w:val="Oznaenseznam"/>
              <w:spacing w:after="16"/>
            </w:pPr>
            <w:r>
              <w:rPr>
                <w:color w:val="000000"/>
                <w:sz w:val="16"/>
              </w:rPr>
              <w:t>bere in sestavlja zloge oziroma besede z znanimi črkami: A • E • I • O</w:t>
            </w:r>
          </w:p>
          <w:p w14:paraId="7567E7B8" w14:textId="77777777" w:rsidR="00187E2C" w:rsidRDefault="00000000">
            <w:pPr>
              <w:spacing w:before="40" w:after="20" w:line="245" w:lineRule="auto"/>
            </w:pPr>
            <w:r>
              <w:rPr>
                <w:b/>
                <w:color w:val="000000"/>
                <w:sz w:val="17"/>
              </w:rPr>
              <w:t>PRIČAKOVANI DOSEŽKI / MINIMALNI POUDARKI</w:t>
            </w:r>
          </w:p>
          <w:p w14:paraId="2E316219" w14:textId="77777777" w:rsidR="00187E2C" w:rsidRDefault="00000000">
            <w:pPr>
              <w:pStyle w:val="Oznaenseznam"/>
              <w:spacing w:after="16"/>
            </w:pPr>
            <w:r>
              <w:rPr>
                <w:color w:val="000000"/>
                <w:sz w:val="15"/>
              </w:rPr>
              <w:t>samostojno oziroma z dogovorjeno oporo posluša ljudsko ali avtorsko pravljico</w:t>
            </w:r>
          </w:p>
          <w:p w14:paraId="378D346C" w14:textId="77777777" w:rsidR="00187E2C" w:rsidRDefault="00000000">
            <w:pPr>
              <w:pStyle w:val="Oznaenseznam"/>
              <w:spacing w:after="16"/>
            </w:pPr>
            <w:r>
              <w:rPr>
                <w:color w:val="000000"/>
                <w:sz w:val="15"/>
              </w:rPr>
              <w:t>samostojno oziroma z dogovorjeno oporo obnovi bistvene dogodke</w:t>
            </w:r>
          </w:p>
          <w:p w14:paraId="3F20D6D2" w14:textId="77777777" w:rsidR="00187E2C" w:rsidRDefault="00000000">
            <w:pPr>
              <w:pStyle w:val="Oznaenseznam"/>
              <w:spacing w:after="16"/>
            </w:pPr>
            <w:r>
              <w:rPr>
                <w:color w:val="000000"/>
                <w:sz w:val="15"/>
              </w:rPr>
              <w:t>samostojno oziroma z dogovorjeno oporo po individualnem načrtu bere in piše obravnavane črke</w:t>
            </w:r>
          </w:p>
          <w:p w14:paraId="69DE09FB" w14:textId="77777777" w:rsidR="00187E2C" w:rsidRDefault="00000000">
            <w:pPr>
              <w:pStyle w:val="Oznaenseznam"/>
              <w:spacing w:after="16"/>
            </w:pPr>
            <w:r>
              <w:rPr>
                <w:color w:val="000000"/>
                <w:sz w:val="15"/>
              </w:rPr>
              <w:t>samostojno oziroma z dogovorjeno oporo prepozna in poimenuje veliko tiskano črko O ter jo poveže z glasom /o/</w:t>
            </w:r>
          </w:p>
          <w:p w14:paraId="0631DE45" w14:textId="77777777" w:rsidR="00187E2C" w:rsidRDefault="00000000">
            <w:pPr>
              <w:pStyle w:val="Oznaenseznam"/>
              <w:spacing w:after="16"/>
            </w:pPr>
            <w:r>
              <w:rPr>
                <w:color w:val="000000"/>
                <w:sz w:val="15"/>
              </w:rPr>
              <w:t>samostojno oziroma z dogovorjeno oporo veččutno oblikuje in čitljivo zapiše veliko tiskano črko O</w:t>
            </w:r>
          </w:p>
        </w:tc>
        <w:tc>
          <w:tcPr>
            <w:tcW w:w="7087" w:type="dxa"/>
            <w:tcMar>
              <w:top w:w="70" w:type="dxa"/>
              <w:left w:w="90" w:type="dxa"/>
              <w:bottom w:w="70" w:type="dxa"/>
              <w:right w:w="90" w:type="dxa"/>
            </w:tcMar>
          </w:tcPr>
          <w:p w14:paraId="4228A8C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437C461" w14:textId="77777777">
              <w:trPr>
                <w:jc w:val="center"/>
              </w:trPr>
              <w:tc>
                <w:tcPr>
                  <w:tcW w:w="7087" w:type="dxa"/>
                  <w:shd w:val="clear" w:color="auto" w:fill="C6E7F3"/>
                  <w:tcMar>
                    <w:top w:w="45" w:type="dxa"/>
                    <w:left w:w="70" w:type="dxa"/>
                    <w:bottom w:w="45" w:type="dxa"/>
                    <w:right w:w="70" w:type="dxa"/>
                  </w:tcMar>
                </w:tcPr>
                <w:p w14:paraId="2CDEA39F" w14:textId="77777777" w:rsidR="00187E2C" w:rsidRDefault="00000000">
                  <w:pPr>
                    <w:keepNext/>
                  </w:pPr>
                  <w:r>
                    <w:rPr>
                      <w:b/>
                      <w:color w:val="000000"/>
                    </w:rPr>
                    <w:t>UVODNI DEL – motivacija, aktivacija predznanja in namen učenja (15–20 min)</w:t>
                  </w:r>
                </w:p>
              </w:tc>
            </w:tr>
          </w:tbl>
          <w:p w14:paraId="1A75B13B" w14:textId="77777777" w:rsidR="00187E2C" w:rsidRDefault="00187E2C">
            <w:pPr>
              <w:spacing w:line="20" w:lineRule="exact"/>
            </w:pPr>
          </w:p>
          <w:p w14:paraId="301CDECE" w14:textId="77777777" w:rsidR="00187E2C" w:rsidRDefault="00000000">
            <w:pPr>
              <w:spacing w:before="40" w:after="60" w:line="245" w:lineRule="auto"/>
            </w:pPr>
            <w:r>
              <w:rPr>
                <w:color w:val="000000"/>
                <w:sz w:val="16"/>
              </w:rPr>
              <w:t>Učenci ob naslovnici, odlomku ali ilustraciji dela »Zakaj?« – Lila Prap doživljajsko vstopijo v motiv radovednost, vprašanja ter raziskovanje živali in rastlin. S kretnjo, predmetom, sliko, glasom ali kratko povedjo pokažejo predznanje in napoved. Izhodiščni odziv povežejo z dejavnostjo ČRKA O • BRALNI LIST 10 – Berem črko O in glasovne verige.</w:t>
            </w:r>
          </w:p>
          <w:tbl>
            <w:tblPr>
              <w:tblStyle w:val="Tabelamrea"/>
              <w:tblW w:w="0" w:type="auto"/>
              <w:jc w:val="center"/>
              <w:tblLayout w:type="fixed"/>
              <w:tblLook w:val="04A0" w:firstRow="1" w:lastRow="0" w:firstColumn="1" w:lastColumn="0" w:noHBand="0" w:noVBand="1"/>
            </w:tblPr>
            <w:tblGrid>
              <w:gridCol w:w="7087"/>
            </w:tblGrid>
            <w:tr w:rsidR="00187E2C" w14:paraId="2D0625C2" w14:textId="77777777">
              <w:trPr>
                <w:jc w:val="center"/>
              </w:trPr>
              <w:tc>
                <w:tcPr>
                  <w:tcW w:w="7087" w:type="dxa"/>
                  <w:shd w:val="clear" w:color="auto" w:fill="EDC9EA"/>
                  <w:tcMar>
                    <w:top w:w="45" w:type="dxa"/>
                    <w:left w:w="70" w:type="dxa"/>
                    <w:bottom w:w="45" w:type="dxa"/>
                    <w:right w:w="70" w:type="dxa"/>
                  </w:tcMar>
                </w:tcPr>
                <w:p w14:paraId="5E9C4B6B" w14:textId="77777777" w:rsidR="00187E2C" w:rsidRDefault="00000000">
                  <w:pPr>
                    <w:keepNext/>
                  </w:pPr>
                  <w:r>
                    <w:rPr>
                      <w:b/>
                      <w:color w:val="000000"/>
                    </w:rPr>
                    <w:t>NAMENI UČENJA</w:t>
                  </w:r>
                </w:p>
              </w:tc>
            </w:tr>
          </w:tbl>
          <w:p w14:paraId="5FE34DCE" w14:textId="77777777" w:rsidR="00187E2C" w:rsidRDefault="00187E2C">
            <w:pPr>
              <w:spacing w:line="20" w:lineRule="exact"/>
            </w:pPr>
          </w:p>
          <w:p w14:paraId="2E2CB8DF"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04BCFF1C" w14:textId="77777777" w:rsidR="00187E2C" w:rsidRDefault="00000000">
            <w:pPr>
              <w:pStyle w:val="Oznaenseznam"/>
              <w:spacing w:after="16"/>
            </w:pPr>
            <w:r>
              <w:rPr>
                <w:color w:val="000000"/>
                <w:sz w:val="16"/>
              </w:rPr>
              <w:t>poslušam ljudsko ali avtorsko pravljico</w:t>
            </w:r>
          </w:p>
          <w:p w14:paraId="61937C35" w14:textId="77777777" w:rsidR="00187E2C" w:rsidRDefault="00000000">
            <w:pPr>
              <w:pStyle w:val="Oznaenseznam"/>
              <w:spacing w:after="16"/>
            </w:pPr>
            <w:r>
              <w:rPr>
                <w:color w:val="000000"/>
                <w:sz w:val="16"/>
              </w:rPr>
              <w:t>obnovim bistvene dogodke</w:t>
            </w:r>
          </w:p>
          <w:p w14:paraId="7210EF71" w14:textId="77777777" w:rsidR="00187E2C" w:rsidRDefault="00000000">
            <w:pPr>
              <w:pStyle w:val="Oznaenseznam"/>
              <w:spacing w:after="16"/>
            </w:pPr>
            <w:r>
              <w:rPr>
                <w:color w:val="000000"/>
                <w:sz w:val="16"/>
              </w:rPr>
              <w:t>po individualnem načrtu berem in pišem obravnavane črke</w:t>
            </w:r>
          </w:p>
          <w:p w14:paraId="0EBEBB5D" w14:textId="77777777" w:rsidR="00187E2C" w:rsidRDefault="00000000">
            <w:pPr>
              <w:pStyle w:val="Oznaenseznam"/>
              <w:spacing w:after="16"/>
            </w:pPr>
            <w:r>
              <w:rPr>
                <w:color w:val="000000"/>
                <w:sz w:val="16"/>
              </w:rPr>
              <w:t>prepoznam in poimenujem veliko tiskano črko O ter jo povežem z glasom /o/</w:t>
            </w:r>
          </w:p>
          <w:p w14:paraId="46269542" w14:textId="77777777" w:rsidR="00187E2C" w:rsidRDefault="00000000">
            <w:pPr>
              <w:pStyle w:val="Oznaenseznam"/>
              <w:spacing w:after="16"/>
            </w:pPr>
            <w:r>
              <w:rPr>
                <w:color w:val="000000"/>
                <w:sz w:val="16"/>
              </w:rPr>
              <w:t>veččutno oblikujem in čitljivo zapišem veliko tiskano črko O</w:t>
            </w:r>
          </w:p>
          <w:p w14:paraId="5138E0D7" w14:textId="77777777" w:rsidR="00187E2C" w:rsidRDefault="00000000">
            <w:pPr>
              <w:pStyle w:val="Oznaenseznam"/>
              <w:spacing w:after="16"/>
            </w:pPr>
            <w:r>
              <w:rPr>
                <w:color w:val="000000"/>
                <w:sz w:val="16"/>
              </w:rPr>
              <w:t>berem in sestavlja zloge oziroma besede z znanimi črkami: A • E • I • O</w:t>
            </w:r>
          </w:p>
          <w:tbl>
            <w:tblPr>
              <w:tblStyle w:val="Tabelamrea"/>
              <w:tblW w:w="0" w:type="auto"/>
              <w:jc w:val="center"/>
              <w:tblLayout w:type="fixed"/>
              <w:tblLook w:val="04A0" w:firstRow="1" w:lastRow="0" w:firstColumn="1" w:lastColumn="0" w:noHBand="0" w:noVBand="1"/>
            </w:tblPr>
            <w:tblGrid>
              <w:gridCol w:w="7087"/>
            </w:tblGrid>
            <w:tr w:rsidR="00187E2C" w14:paraId="0C57F706" w14:textId="77777777">
              <w:trPr>
                <w:jc w:val="center"/>
              </w:trPr>
              <w:tc>
                <w:tcPr>
                  <w:tcW w:w="7087" w:type="dxa"/>
                  <w:shd w:val="clear" w:color="auto" w:fill="EDC9EA"/>
                  <w:tcMar>
                    <w:top w:w="45" w:type="dxa"/>
                    <w:left w:w="70" w:type="dxa"/>
                    <w:bottom w:w="45" w:type="dxa"/>
                    <w:right w:w="70" w:type="dxa"/>
                  </w:tcMar>
                </w:tcPr>
                <w:p w14:paraId="0E16661C" w14:textId="77777777" w:rsidR="00187E2C" w:rsidRDefault="00000000">
                  <w:pPr>
                    <w:keepNext/>
                  </w:pPr>
                  <w:r>
                    <w:rPr>
                      <w:b/>
                      <w:color w:val="000000"/>
                    </w:rPr>
                    <w:t>PREVERJANJE PREDZNANJA</w:t>
                  </w:r>
                </w:p>
              </w:tc>
            </w:tr>
          </w:tbl>
          <w:p w14:paraId="25AC5329" w14:textId="77777777" w:rsidR="00187E2C" w:rsidRDefault="00187E2C">
            <w:pPr>
              <w:spacing w:line="20" w:lineRule="exact"/>
            </w:pPr>
          </w:p>
          <w:p w14:paraId="5EFF054A" w14:textId="77777777" w:rsidR="00187E2C" w:rsidRDefault="00000000">
            <w:pPr>
              <w:pStyle w:val="Oznaenseznam"/>
              <w:spacing w:after="16"/>
            </w:pPr>
            <w:r>
              <w:rPr>
                <w:color w:val="000000"/>
                <w:sz w:val="16"/>
              </w:rPr>
              <w:t>Kaj mi naslovnica, ilustracija ali naslov pove o motivu radovednost, vprašanja ter raziskovanje živali in rastlin?</w:t>
            </w:r>
          </w:p>
          <w:p w14:paraId="787AC6F7" w14:textId="77777777" w:rsidR="00187E2C" w:rsidRDefault="00000000">
            <w:pPr>
              <w:pStyle w:val="Oznaenseznam"/>
              <w:spacing w:after="16"/>
            </w:pPr>
            <w:r>
              <w:rPr>
                <w:color w:val="000000"/>
                <w:sz w:val="16"/>
              </w:rPr>
              <w:t>Kje v besedah slišim glas /o/ in po katerih potezah prepoznam črko O?</w:t>
            </w:r>
          </w:p>
          <w:p w14:paraId="192FDED4"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56447A68" w14:textId="77777777">
              <w:trPr>
                <w:jc w:val="center"/>
              </w:trPr>
              <w:tc>
                <w:tcPr>
                  <w:tcW w:w="7087" w:type="dxa"/>
                  <w:shd w:val="clear" w:color="auto" w:fill="EDC9EA"/>
                  <w:tcMar>
                    <w:top w:w="45" w:type="dxa"/>
                    <w:left w:w="70" w:type="dxa"/>
                    <w:bottom w:w="45" w:type="dxa"/>
                    <w:right w:w="70" w:type="dxa"/>
                  </w:tcMar>
                </w:tcPr>
                <w:p w14:paraId="5C843079" w14:textId="77777777" w:rsidR="00187E2C" w:rsidRDefault="00000000">
                  <w:pPr>
                    <w:keepNext/>
                  </w:pPr>
                  <w:r>
                    <w:rPr>
                      <w:b/>
                      <w:color w:val="000000"/>
                    </w:rPr>
                    <w:t>KRITERIJI USPEŠNOSTI</w:t>
                  </w:r>
                </w:p>
              </w:tc>
            </w:tr>
          </w:tbl>
          <w:p w14:paraId="1C18C991" w14:textId="77777777" w:rsidR="00187E2C" w:rsidRDefault="00187E2C"/>
          <w:p w14:paraId="7DF974B9" w14:textId="77777777" w:rsidR="00187E2C" w:rsidRDefault="00000000">
            <w:pPr>
              <w:spacing w:before="20" w:after="20" w:line="245" w:lineRule="auto"/>
            </w:pPr>
            <w:r>
              <w:rPr>
                <w:b/>
                <w:color w:val="000000"/>
                <w:sz w:val="16"/>
              </w:rPr>
              <w:t>Uspešen/-na bom, ko:</w:t>
            </w:r>
          </w:p>
          <w:p w14:paraId="65FFCE1F" w14:textId="77777777" w:rsidR="00187E2C" w:rsidRDefault="00000000">
            <w:pPr>
              <w:pStyle w:val="Oznaenseznam"/>
              <w:spacing w:after="16"/>
            </w:pPr>
            <w:r>
              <w:rPr>
                <w:color w:val="000000"/>
                <w:sz w:val="16"/>
              </w:rPr>
              <w:t>poslušam ljudsko ali avtorsko pravljico</w:t>
            </w:r>
          </w:p>
          <w:p w14:paraId="21937147" w14:textId="77777777" w:rsidR="00187E2C" w:rsidRDefault="00000000">
            <w:pPr>
              <w:pStyle w:val="Oznaenseznam"/>
              <w:spacing w:after="16"/>
            </w:pPr>
            <w:r>
              <w:rPr>
                <w:color w:val="000000"/>
                <w:sz w:val="16"/>
              </w:rPr>
              <w:t>obnovim bistvene dogodke</w:t>
            </w:r>
          </w:p>
          <w:p w14:paraId="306D677E" w14:textId="77777777" w:rsidR="00187E2C" w:rsidRDefault="00000000">
            <w:pPr>
              <w:pStyle w:val="Oznaenseznam"/>
              <w:spacing w:after="16"/>
            </w:pPr>
            <w:r>
              <w:rPr>
                <w:color w:val="000000"/>
                <w:sz w:val="16"/>
              </w:rPr>
              <w:t>po individualnem načrtu berem in pišem obravnavane črke</w:t>
            </w:r>
          </w:p>
          <w:p w14:paraId="7028172D" w14:textId="77777777" w:rsidR="00187E2C" w:rsidRDefault="00000000">
            <w:pPr>
              <w:pStyle w:val="Oznaenseznam"/>
              <w:spacing w:after="16"/>
            </w:pPr>
            <w:r>
              <w:rPr>
                <w:color w:val="000000"/>
                <w:sz w:val="16"/>
              </w:rPr>
              <w:t>prepoznam in poimenujem veliko tiskano črko O ter jo povežem z glasom /o/</w:t>
            </w:r>
          </w:p>
          <w:p w14:paraId="4D0E0159" w14:textId="77777777" w:rsidR="00187E2C" w:rsidRDefault="00000000">
            <w:pPr>
              <w:pStyle w:val="Oznaenseznam"/>
              <w:spacing w:after="16"/>
            </w:pPr>
            <w:r>
              <w:rPr>
                <w:color w:val="000000"/>
                <w:sz w:val="16"/>
              </w:rPr>
              <w:t>veččutno oblikujem in čitljivo zapišem veliko tiskano črko O</w:t>
            </w:r>
          </w:p>
          <w:p w14:paraId="2D5691AB" w14:textId="77777777" w:rsidR="00187E2C" w:rsidRDefault="00000000">
            <w:pPr>
              <w:pStyle w:val="Oznaenseznam"/>
              <w:spacing w:after="16"/>
            </w:pPr>
            <w:r>
              <w:rPr>
                <w:color w:val="000000"/>
                <w:sz w:val="16"/>
              </w:rPr>
              <w:t>berem in sestavlja zloge oziroma besede z znanimi črkami: A • E • I • O</w:t>
            </w:r>
          </w:p>
          <w:p w14:paraId="6D1F1AE5"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5D57B1DC" w14:textId="77777777" w:rsidR="00187E2C" w:rsidRDefault="00187E2C"/>
          <w:p w14:paraId="084F29B4"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5FFF9DA1" w14:textId="77777777" w:rsidR="00187E2C" w:rsidRDefault="00000000">
            <w:pPr>
              <w:spacing w:after="80" w:line="245" w:lineRule="auto"/>
            </w:pPr>
            <w:r>
              <w:rPr>
                <w:color w:val="000000"/>
                <w:sz w:val="16"/>
              </w:rPr>
              <w:t>Pove, pokaže ali nariše, kaj že ve in katero strategijo bi uporabil.</w:t>
            </w:r>
          </w:p>
          <w:p w14:paraId="6C4F0F04" w14:textId="77777777" w:rsidR="00187E2C" w:rsidRDefault="00000000">
            <w:pPr>
              <w:spacing w:after="100" w:line="245" w:lineRule="auto"/>
            </w:pPr>
            <w:r>
              <w:rPr>
                <w:color w:val="000000"/>
                <w:sz w:val="16"/>
              </w:rPr>
              <w:t>Sodeluje pri razumevanju namenov in kriterijev uspešnosti.</w:t>
            </w:r>
          </w:p>
          <w:p w14:paraId="2FFFEB04" w14:textId="77777777" w:rsidR="00187E2C" w:rsidRDefault="00000000">
            <w:pPr>
              <w:spacing w:after="20" w:line="245" w:lineRule="auto"/>
            </w:pPr>
            <w:r>
              <w:rPr>
                <w:b/>
                <w:color w:val="D95BC6"/>
                <w:sz w:val="17"/>
              </w:rPr>
              <w:t>DOKAZ O UČENJU</w:t>
            </w:r>
          </w:p>
          <w:p w14:paraId="07E7B4ED"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323CE39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ACC451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F51F94"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C96249" w14:textId="77777777" w:rsidR="00187E2C" w:rsidRDefault="00000000">
            <w:pPr>
              <w:jc w:val="center"/>
            </w:pPr>
            <w:r>
              <w:rPr>
                <w:b/>
                <w:color w:val="000000"/>
                <w:sz w:val="20"/>
              </w:rPr>
              <w:t>UČNE DEJAVNOSTI, METODE IN FORMATIVNO SPREMLJANJE</w:t>
            </w:r>
          </w:p>
        </w:tc>
      </w:tr>
      <w:tr w:rsidR="00187E2C" w14:paraId="3B1470F0" w14:textId="77777777">
        <w:trPr>
          <w:tblHeader/>
          <w:jc w:val="center"/>
        </w:trPr>
        <w:tc>
          <w:tcPr>
            <w:tcW w:w="4422" w:type="dxa"/>
            <w:vMerge/>
            <w:tcMar>
              <w:top w:w="70" w:type="dxa"/>
              <w:left w:w="90" w:type="dxa"/>
              <w:bottom w:w="70" w:type="dxa"/>
              <w:right w:w="90" w:type="dxa"/>
            </w:tcMar>
            <w:vAlign w:val="center"/>
          </w:tcPr>
          <w:p w14:paraId="59844505" w14:textId="77777777" w:rsidR="00187E2C" w:rsidRDefault="00187E2C"/>
        </w:tc>
        <w:tc>
          <w:tcPr>
            <w:tcW w:w="7087" w:type="dxa"/>
            <w:shd w:val="clear" w:color="auto" w:fill="FFFFFF"/>
            <w:tcMar>
              <w:top w:w="70" w:type="dxa"/>
              <w:left w:w="90" w:type="dxa"/>
              <w:bottom w:w="70" w:type="dxa"/>
              <w:right w:w="90" w:type="dxa"/>
            </w:tcMar>
            <w:vAlign w:val="center"/>
          </w:tcPr>
          <w:p w14:paraId="4258C8B4"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186CD7" w14:textId="77777777" w:rsidR="00187E2C" w:rsidRDefault="00000000">
            <w:pPr>
              <w:jc w:val="center"/>
            </w:pPr>
            <w:r>
              <w:rPr>
                <w:b/>
                <w:color w:val="000000"/>
              </w:rPr>
              <w:t>UČENEC</w:t>
            </w:r>
          </w:p>
        </w:tc>
      </w:tr>
      <w:tr w:rsidR="00187E2C" w14:paraId="6E35D1D4" w14:textId="77777777">
        <w:trPr>
          <w:jc w:val="center"/>
        </w:trPr>
        <w:tc>
          <w:tcPr>
            <w:tcW w:w="4422" w:type="dxa"/>
            <w:tcMar>
              <w:top w:w="70" w:type="dxa"/>
              <w:left w:w="90" w:type="dxa"/>
              <w:bottom w:w="70" w:type="dxa"/>
              <w:right w:w="90" w:type="dxa"/>
            </w:tcMar>
          </w:tcPr>
          <w:p w14:paraId="1A3D7231" w14:textId="77777777" w:rsidR="00187E2C" w:rsidRDefault="00187E2C"/>
          <w:p w14:paraId="425294D2" w14:textId="77777777" w:rsidR="00187E2C" w:rsidRDefault="00000000">
            <w:pPr>
              <w:spacing w:after="40" w:line="245" w:lineRule="auto"/>
            </w:pPr>
            <w:r>
              <w:rPr>
                <w:b/>
                <w:color w:val="000000"/>
              </w:rPr>
              <w:t>KLJUČNI POJMI</w:t>
            </w:r>
          </w:p>
          <w:p w14:paraId="75242004" w14:textId="77777777" w:rsidR="00187E2C" w:rsidRDefault="00000000">
            <w:pPr>
              <w:spacing w:after="60" w:line="245" w:lineRule="auto"/>
            </w:pPr>
            <w:r>
              <w:rPr>
                <w:color w:val="000000"/>
                <w:sz w:val="15"/>
              </w:rPr>
              <w:t>glas /o/, črka O, zlog, beseda, poved, smer poteze, bralna strategija, naslov, avtor, ilustrator, književna oseba</w:t>
            </w:r>
          </w:p>
          <w:p w14:paraId="05ED3098" w14:textId="77777777" w:rsidR="00187E2C" w:rsidRDefault="00000000">
            <w:pPr>
              <w:spacing w:after="20" w:line="245" w:lineRule="auto"/>
            </w:pPr>
            <w:r>
              <w:rPr>
                <w:b/>
                <w:color w:val="000000"/>
                <w:sz w:val="17"/>
              </w:rPr>
              <w:t>DOKAZI O UČENJU</w:t>
            </w:r>
          </w:p>
          <w:p w14:paraId="776DE380" w14:textId="77777777" w:rsidR="00187E2C" w:rsidRDefault="00000000">
            <w:pPr>
              <w:pStyle w:val="Oznaenseznam"/>
              <w:spacing w:after="9"/>
            </w:pPr>
            <w:r>
              <w:rPr>
                <w:color w:val="000000"/>
                <w:sz w:val="15"/>
              </w:rPr>
              <w:t>odziv med poslušanjem, izbrana slika in ena poved o doživetju.</w:t>
            </w:r>
          </w:p>
          <w:p w14:paraId="4DBD8CC0" w14:textId="77777777" w:rsidR="00187E2C" w:rsidRDefault="00000000">
            <w:pPr>
              <w:pStyle w:val="Oznaenseznam"/>
              <w:spacing w:after="9"/>
            </w:pPr>
            <w:r>
              <w:rPr>
                <w:color w:val="000000"/>
                <w:sz w:val="15"/>
              </w:rPr>
              <w:t>zvočni posnetek ali anekdotski zapis kratke izmenjave.</w:t>
            </w:r>
          </w:p>
          <w:p w14:paraId="7BCD8746" w14:textId="77777777" w:rsidR="00187E2C" w:rsidRDefault="00000000">
            <w:pPr>
              <w:pStyle w:val="Oznaenseznam"/>
              <w:spacing w:after="9"/>
            </w:pPr>
            <w:r>
              <w:rPr>
                <w:color w:val="000000"/>
                <w:sz w:val="15"/>
              </w:rPr>
              <w:t>pravilno sestavljen primer in učenčeva ustna razlaga postopka.</w:t>
            </w:r>
          </w:p>
          <w:p w14:paraId="16CB8D5B" w14:textId="77777777" w:rsidR="00187E2C" w:rsidRDefault="00000000">
            <w:pPr>
              <w:pStyle w:val="Oznaenseznam"/>
              <w:spacing w:after="9"/>
            </w:pPr>
            <w:r>
              <w:rPr>
                <w:color w:val="000000"/>
                <w:sz w:val="15"/>
              </w:rPr>
              <w:t>štiri pravilne glasovne odločitve, izbor črke O in kratka učenčeva razlaga.</w:t>
            </w:r>
          </w:p>
          <w:p w14:paraId="19FA9887" w14:textId="77777777" w:rsidR="00187E2C" w:rsidRDefault="00000000">
            <w:pPr>
              <w:pStyle w:val="Oznaenseznam"/>
              <w:spacing w:after="9"/>
            </w:pPr>
            <w:r>
              <w:rPr>
                <w:color w:val="000000"/>
                <w:sz w:val="15"/>
              </w:rPr>
              <w:t>fotografija konstrukcije črke O, opazovalni zapis smeri potez in datirana vrstica treh zapisov.</w:t>
            </w:r>
          </w:p>
          <w:p w14:paraId="3DBA3CEC" w14:textId="77777777" w:rsidR="00187E2C" w:rsidRDefault="00000000">
            <w:pPr>
              <w:pStyle w:val="Oznaenseznam"/>
              <w:spacing w:after="9"/>
            </w:pPr>
            <w:r>
              <w:rPr>
                <w:color w:val="000000"/>
                <w:sz w:val="15"/>
              </w:rPr>
              <w:t>izpolnjen Bralni list 10, individualni bralni zapis, sestavljen ali zapisan primer s črko O in samovrednotenje.</w:t>
            </w:r>
          </w:p>
          <w:p w14:paraId="2CC00752" w14:textId="77777777" w:rsidR="00187E2C" w:rsidRDefault="00000000">
            <w:pPr>
              <w:spacing w:before="40" w:after="20" w:line="245" w:lineRule="auto"/>
            </w:pPr>
            <w:r>
              <w:rPr>
                <w:b/>
                <w:color w:val="000000"/>
                <w:sz w:val="17"/>
              </w:rPr>
              <w:t>KNJIŽEVNO DOŽIVETJE IN IZKUŠENJSKI POUK</w:t>
            </w:r>
          </w:p>
          <w:p w14:paraId="5DE5A99B"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4EA890D3" w14:textId="77777777" w:rsidR="00187E2C" w:rsidRDefault="00000000">
            <w:pPr>
              <w:spacing w:after="20" w:line="245" w:lineRule="auto"/>
            </w:pPr>
            <w:r>
              <w:rPr>
                <w:b/>
                <w:color w:val="000000"/>
                <w:sz w:val="17"/>
              </w:rPr>
              <w:t>POUČEVANJE V GIBANJU</w:t>
            </w:r>
          </w:p>
          <w:p w14:paraId="33C8CF9C"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9D16F29" w14:textId="77777777" w:rsidR="00187E2C" w:rsidRDefault="00000000">
            <w:pPr>
              <w:spacing w:after="20" w:line="245" w:lineRule="auto"/>
            </w:pPr>
            <w:r>
              <w:rPr>
                <w:b/>
                <w:color w:val="000000"/>
                <w:sz w:val="17"/>
              </w:rPr>
              <w:t>DELO PO POSTAJAH</w:t>
            </w:r>
          </w:p>
          <w:p w14:paraId="32A2496B" w14:textId="77777777" w:rsidR="00187E2C" w:rsidRDefault="00000000">
            <w:pPr>
              <w:spacing w:after="60" w:line="245" w:lineRule="auto"/>
            </w:pPr>
            <w:r>
              <w:rPr>
                <w:color w:val="000000"/>
                <w:sz w:val="15"/>
              </w:rPr>
              <w:t>1. doživljajsko-književna – poslušanje, pogovor, igra vlog in predmetno/slikovno izhodišče; 2. glasovno-gibalna – slišim glas /o/, razvrščam besede in sestavljam žive zloge; 3. bralna – ČRKA O • BRALNI LIST 10, modelirano, vodeno ali ponovljeno branje; 4. tipno-grafomotorična – črko O oblikujem, hodim po njeni poti in jo zapišem ter izbor dokaza, povratna informacija in naslednji korak.</w:t>
            </w:r>
          </w:p>
          <w:p w14:paraId="16E75954" w14:textId="77777777" w:rsidR="00187E2C" w:rsidRDefault="00000000">
            <w:pPr>
              <w:spacing w:after="20" w:line="245" w:lineRule="auto"/>
            </w:pPr>
            <w:r>
              <w:rPr>
                <w:b/>
                <w:color w:val="000000"/>
                <w:sz w:val="17"/>
              </w:rPr>
              <w:t>DIFERENCIACIJA IN VKLJUČEVANJE</w:t>
            </w:r>
          </w:p>
          <w:p w14:paraId="445A9B9F"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310EDC3" w14:textId="77777777" w:rsidR="00187E2C" w:rsidRDefault="00000000">
            <w:pPr>
              <w:spacing w:after="20" w:line="245" w:lineRule="auto"/>
            </w:pPr>
            <w:r>
              <w:rPr>
                <w:b/>
                <w:color w:val="000000"/>
                <w:sz w:val="17"/>
              </w:rPr>
              <w:t>SPREMLJANJE</w:t>
            </w:r>
          </w:p>
          <w:p w14:paraId="1B7E4B3A"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5718AD6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6ADEB5E" w14:textId="77777777">
              <w:trPr>
                <w:jc w:val="center"/>
              </w:trPr>
              <w:tc>
                <w:tcPr>
                  <w:tcW w:w="7087" w:type="dxa"/>
                  <w:shd w:val="clear" w:color="auto" w:fill="C6E7F3"/>
                  <w:tcMar>
                    <w:top w:w="45" w:type="dxa"/>
                    <w:left w:w="70" w:type="dxa"/>
                    <w:bottom w:w="45" w:type="dxa"/>
                    <w:right w:w="70" w:type="dxa"/>
                  </w:tcMar>
                </w:tcPr>
                <w:p w14:paraId="68C27275" w14:textId="77777777" w:rsidR="00187E2C" w:rsidRDefault="00000000">
                  <w:pPr>
                    <w:keepNext/>
                  </w:pPr>
                  <w:r>
                    <w:rPr>
                      <w:b/>
                      <w:color w:val="000000"/>
                      <w:sz w:val="17"/>
                    </w:rPr>
                    <w:t>GLAVNI DEL – DOŽIVLJAJSKO, JEZIKOVNO IN OPISMENJEVALNO UČENJE (6 šolskih ur)</w:t>
                  </w:r>
                </w:p>
              </w:tc>
            </w:tr>
          </w:tbl>
          <w:p w14:paraId="592B2819" w14:textId="77777777" w:rsidR="00187E2C" w:rsidRDefault="00187E2C">
            <w:pPr>
              <w:spacing w:line="20" w:lineRule="exact"/>
            </w:pPr>
          </w:p>
          <w:p w14:paraId="67AE34B3" w14:textId="77777777" w:rsidR="00187E2C" w:rsidRDefault="00000000">
            <w:pPr>
              <w:keepNext/>
              <w:spacing w:before="22" w:after="6" w:line="245" w:lineRule="auto"/>
            </w:pPr>
            <w:r>
              <w:rPr>
                <w:b/>
                <w:color w:val="000000"/>
                <w:sz w:val="15"/>
              </w:rPr>
              <w:t>1. URA – Pripoved – Poslušam in doživljam</w:t>
            </w:r>
          </w:p>
          <w:p w14:paraId="2128AD44"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»pripoved • velika tiskana črka o • bralni list 10«; sproti zbira individualne dokaze in prilagodi oporo.</w:t>
            </w:r>
          </w:p>
          <w:p w14:paraId="308BD54F"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»posluša ljudsko ali avtorsko pravljico«.</w:t>
            </w:r>
          </w:p>
          <w:p w14:paraId="7F82F5BC" w14:textId="77777777" w:rsidR="00187E2C" w:rsidRDefault="00000000">
            <w:pPr>
              <w:spacing w:after="15" w:line="245" w:lineRule="auto"/>
            </w:pPr>
            <w:r>
              <w:rPr>
                <w:i/>
                <w:color w:val="D95BC6"/>
                <w:sz w:val="14"/>
              </w:rPr>
              <w:t>Predvideni dokaz: odziv med poslušanjem, izbrana slika in ena poved o doživetju..</w:t>
            </w:r>
          </w:p>
          <w:p w14:paraId="5E1A3CC8" w14:textId="77777777" w:rsidR="00187E2C" w:rsidRDefault="00000000">
            <w:pPr>
              <w:keepNext/>
              <w:spacing w:before="22" w:after="6" w:line="245" w:lineRule="auto"/>
            </w:pPr>
            <w:r>
              <w:rPr>
                <w:b/>
                <w:color w:val="000000"/>
                <w:sz w:val="15"/>
              </w:rPr>
              <w:t>2. URA – Pripoved – Govorim in pojasnjujem</w:t>
            </w:r>
          </w:p>
          <w:p w14:paraId="2F9ABEDE"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5E9907F0"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»obnovi bistvene dogodke«.</w:t>
            </w:r>
          </w:p>
          <w:p w14:paraId="2FD2725B" w14:textId="77777777" w:rsidR="00187E2C" w:rsidRDefault="00000000">
            <w:pPr>
              <w:spacing w:after="15" w:line="245" w:lineRule="auto"/>
            </w:pPr>
            <w:r>
              <w:rPr>
                <w:i/>
                <w:color w:val="D95BC6"/>
                <w:sz w:val="14"/>
              </w:rPr>
              <w:t>Predvideni dokaz: zvočni posnetek ali anekdotski zapis kratke izmenjave..</w:t>
            </w:r>
          </w:p>
          <w:p w14:paraId="3779E3AD" w14:textId="77777777" w:rsidR="00187E2C" w:rsidRDefault="00000000">
            <w:pPr>
              <w:keepNext/>
              <w:spacing w:before="22" w:after="6" w:line="245" w:lineRule="auto"/>
            </w:pPr>
            <w:r>
              <w:rPr>
                <w:b/>
                <w:color w:val="000000"/>
                <w:sz w:val="15"/>
              </w:rPr>
              <w:t>3. URA – Pripoved – Razčlenjujem jezik</w:t>
            </w:r>
          </w:p>
          <w:p w14:paraId="5A203CC9"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21C8DC2A"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»po individualnem načrtu bere in piše obravnavane črke«.</w:t>
            </w:r>
          </w:p>
          <w:p w14:paraId="31B2F560" w14:textId="77777777" w:rsidR="00187E2C" w:rsidRDefault="00000000">
            <w:pPr>
              <w:spacing w:after="15" w:line="245" w:lineRule="auto"/>
            </w:pPr>
            <w:r>
              <w:rPr>
                <w:i/>
                <w:color w:val="D95BC6"/>
                <w:sz w:val="14"/>
              </w:rPr>
              <w:t>Predvideni dokaz: pravilno sestavljen primer in učenčeva ustna razlaga postopka..</w:t>
            </w:r>
          </w:p>
          <w:p w14:paraId="397C2D9B" w14:textId="77777777" w:rsidR="00187E2C" w:rsidRDefault="00000000">
            <w:pPr>
              <w:keepNext/>
              <w:spacing w:before="22" w:after="6" w:line="245" w:lineRule="auto"/>
            </w:pPr>
            <w:r>
              <w:rPr>
                <w:b/>
                <w:color w:val="000000"/>
                <w:sz w:val="15"/>
              </w:rPr>
              <w:t>4. URA – SLIŠIM GLAS /o/ IN ODKRIVAM ČRKO O</w:t>
            </w:r>
          </w:p>
          <w:p w14:paraId="6BEE62F4"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(oko, nos, nebo, avto); učenci se premikajo v kote začetek–sredina–konec, nato med črkami poiščejo O in jo oblikujejo s telesom.</w:t>
            </w:r>
          </w:p>
          <w:p w14:paraId="33572E11"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O ter jo predstavi s telesom ali vrvjo.</w:t>
            </w:r>
          </w:p>
          <w:p w14:paraId="328F0CBB" w14:textId="77777777" w:rsidR="00187E2C" w:rsidRDefault="00000000">
            <w:pPr>
              <w:spacing w:after="15" w:line="245" w:lineRule="auto"/>
            </w:pPr>
            <w:r>
              <w:rPr>
                <w:i/>
                <w:color w:val="D95BC6"/>
                <w:sz w:val="14"/>
              </w:rPr>
              <w:t>Predvideni dokaz: štiri pravilne glasovne odločitve, izbor črke O in kratka učenčeva razlaga..</w:t>
            </w:r>
          </w:p>
          <w:p w14:paraId="34E83182" w14:textId="77777777" w:rsidR="00187E2C" w:rsidRDefault="00000000">
            <w:pPr>
              <w:keepNext/>
              <w:spacing w:before="22" w:after="6" w:line="245" w:lineRule="auto"/>
            </w:pPr>
            <w:r>
              <w:rPr>
                <w:b/>
                <w:color w:val="000000"/>
                <w:sz w:val="15"/>
              </w:rPr>
              <w:t>5. URA – Oblikujem in pišem črko O</w:t>
            </w:r>
          </w:p>
          <w:p w14:paraId="4AC01E52"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4757FE50" w14:textId="77777777" w:rsidR="00187E2C" w:rsidRDefault="00000000">
            <w:pPr>
              <w:spacing w:after="7" w:line="245" w:lineRule="auto"/>
            </w:pPr>
            <w:r>
              <w:rPr>
                <w:b/>
                <w:color w:val="000000"/>
                <w:sz w:val="14"/>
              </w:rPr>
              <w:t xml:space="preserve">Dejavnost učencev: </w:t>
            </w:r>
            <w:r>
              <w:rPr>
                <w:color w:val="000000"/>
                <w:sz w:val="14"/>
              </w:rPr>
              <w:t>Črko O gradi in zapisuje na različnih podlagah, nato preide na manjši format; po povratni informaciji ponovi isti zapis.</w:t>
            </w:r>
          </w:p>
          <w:p w14:paraId="15C42AB1" w14:textId="77777777" w:rsidR="00187E2C" w:rsidRDefault="00000000">
            <w:pPr>
              <w:spacing w:after="15" w:line="245" w:lineRule="auto"/>
            </w:pPr>
            <w:r>
              <w:rPr>
                <w:i/>
                <w:color w:val="D95BC6"/>
                <w:sz w:val="14"/>
              </w:rPr>
              <w:t>Predvideni dokaz: fotografija konstrukcije črke O, opazovalni zapis smeri potez in datirana vrstica treh zapisov..</w:t>
            </w:r>
          </w:p>
          <w:p w14:paraId="21A683CC" w14:textId="77777777" w:rsidR="00187E2C" w:rsidRDefault="00000000">
            <w:pPr>
              <w:keepNext/>
              <w:spacing w:before="22" w:after="6" w:line="245" w:lineRule="auto"/>
            </w:pPr>
            <w:r>
              <w:rPr>
                <w:b/>
                <w:color w:val="000000"/>
                <w:sz w:val="15"/>
              </w:rPr>
              <w:t>6. URA – Berem in uporabim črko O</w:t>
            </w:r>
          </w:p>
          <w:p w14:paraId="0C1AE521"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O in Bralni list 10; gradivo omeji na znane črke A, E, I, O.</w:t>
            </w:r>
          </w:p>
          <w:p w14:paraId="7ED4E96B" w14:textId="77777777" w:rsidR="00187E2C" w:rsidRDefault="00000000">
            <w:pPr>
              <w:spacing w:after="7" w:line="245" w:lineRule="auto"/>
            </w:pPr>
            <w:r>
              <w:rPr>
                <w:b/>
                <w:color w:val="000000"/>
                <w:sz w:val="14"/>
              </w:rPr>
              <w:t xml:space="preserve">Dejavnost učencev: </w:t>
            </w:r>
            <w:r>
              <w:rPr>
                <w:color w:val="000000"/>
                <w:sz w:val="14"/>
              </w:rPr>
              <w:t>Sestavlja, premešča in bere A • E • I • O ter OI • AO • EO; izbere zahtevnost in rešuje Bralni list 10.</w:t>
            </w:r>
          </w:p>
          <w:p w14:paraId="490BA42F" w14:textId="77777777" w:rsidR="00187E2C" w:rsidRDefault="00000000">
            <w:pPr>
              <w:spacing w:after="15" w:line="245" w:lineRule="auto"/>
            </w:pPr>
            <w:r>
              <w:rPr>
                <w:i/>
                <w:color w:val="D95BC6"/>
                <w:sz w:val="14"/>
              </w:rPr>
              <w:t>Predvideni dokaz: izpolnjen Bralni list 10, individualni bralni zapis, sestavljen ali zapisan primer s črko O in samovrednotenje..</w:t>
            </w:r>
          </w:p>
          <w:tbl>
            <w:tblPr>
              <w:tblStyle w:val="Tabelamrea"/>
              <w:tblW w:w="0" w:type="auto"/>
              <w:jc w:val="center"/>
              <w:tblLayout w:type="fixed"/>
              <w:tblLook w:val="04A0" w:firstRow="1" w:lastRow="0" w:firstColumn="1" w:lastColumn="0" w:noHBand="0" w:noVBand="1"/>
            </w:tblPr>
            <w:tblGrid>
              <w:gridCol w:w="7087"/>
            </w:tblGrid>
            <w:tr w:rsidR="00187E2C" w14:paraId="32658719" w14:textId="77777777">
              <w:trPr>
                <w:jc w:val="center"/>
              </w:trPr>
              <w:tc>
                <w:tcPr>
                  <w:tcW w:w="7087" w:type="dxa"/>
                  <w:shd w:val="clear" w:color="auto" w:fill="EDC9EA"/>
                  <w:tcMar>
                    <w:top w:w="45" w:type="dxa"/>
                    <w:left w:w="70" w:type="dxa"/>
                    <w:bottom w:w="45" w:type="dxa"/>
                    <w:right w:w="70" w:type="dxa"/>
                  </w:tcMar>
                </w:tcPr>
                <w:p w14:paraId="5EA671B8" w14:textId="77777777" w:rsidR="00187E2C" w:rsidRDefault="00000000">
                  <w:pPr>
                    <w:keepNext/>
                  </w:pPr>
                  <w:r>
                    <w:rPr>
                      <w:b/>
                      <w:color w:val="000000"/>
                      <w:sz w:val="17"/>
                    </w:rPr>
                    <w:t>POVRATNA INFORMACIJA UČITELJICE MED DELOM</w:t>
                  </w:r>
                </w:p>
              </w:tc>
            </w:tr>
          </w:tbl>
          <w:p w14:paraId="7BFC8918" w14:textId="77777777" w:rsidR="00187E2C" w:rsidRDefault="00187E2C"/>
          <w:p w14:paraId="222454B5"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6D26850" w14:textId="77777777" w:rsidR="00187E2C" w:rsidRDefault="00187E2C"/>
          <w:p w14:paraId="30F8A69F" w14:textId="77777777" w:rsidR="00187E2C" w:rsidRDefault="00000000">
            <w:pPr>
              <w:spacing w:after="4" w:line="245" w:lineRule="auto"/>
            </w:pPr>
            <w:r>
              <w:rPr>
                <w:b/>
                <w:color w:val="000000"/>
                <w:sz w:val="15"/>
              </w:rPr>
              <w:t>1. URA – Pripoved – Poslušam in doživljam</w:t>
            </w:r>
          </w:p>
          <w:p w14:paraId="4E1CE845" w14:textId="77777777" w:rsidR="00187E2C" w:rsidRDefault="00000000">
            <w:pPr>
              <w:spacing w:after="7" w:line="245" w:lineRule="auto"/>
            </w:pPr>
            <w:r>
              <w:rPr>
                <w:color w:val="000000"/>
                <w:sz w:val="14"/>
              </w:rPr>
              <w:t>Napoveduje ob naslovu/sliki, med poslušanjem pokaže dogovorjen znak in po poslušanju izbere sliko občutja.</w:t>
            </w:r>
          </w:p>
          <w:p w14:paraId="460775FC" w14:textId="77777777" w:rsidR="00187E2C" w:rsidRDefault="00000000">
            <w:pPr>
              <w:spacing w:after="15" w:line="245" w:lineRule="auto"/>
            </w:pPr>
            <w:r>
              <w:rPr>
                <w:color w:val="D95BC6"/>
                <w:sz w:val="13"/>
              </w:rPr>
              <w:t>Dokaz: odziv med poslušanjem, izbrana slika in ena poved o doživetju.</w:t>
            </w:r>
          </w:p>
          <w:p w14:paraId="27461300" w14:textId="77777777" w:rsidR="00187E2C" w:rsidRDefault="00000000">
            <w:pPr>
              <w:spacing w:after="4" w:line="245" w:lineRule="auto"/>
            </w:pPr>
            <w:r>
              <w:rPr>
                <w:b/>
                <w:color w:val="000000"/>
                <w:sz w:val="15"/>
              </w:rPr>
              <w:t>2. URA – Pripoved – Govorim in pojasnjujem</w:t>
            </w:r>
          </w:p>
          <w:p w14:paraId="4653A14B" w14:textId="77777777" w:rsidR="00187E2C" w:rsidRDefault="00000000">
            <w:pPr>
              <w:spacing w:after="7" w:line="245" w:lineRule="auto"/>
            </w:pPr>
            <w:r>
              <w:rPr>
                <w:color w:val="000000"/>
                <w:sz w:val="14"/>
              </w:rPr>
              <w:t>V paru govori in posluša, zamenja vlogo, postavi vprašanje ter uporabi besedo iz tedenske besedne banke.</w:t>
            </w:r>
          </w:p>
          <w:p w14:paraId="115FA03A" w14:textId="77777777" w:rsidR="00187E2C" w:rsidRDefault="00000000">
            <w:pPr>
              <w:spacing w:after="15" w:line="245" w:lineRule="auto"/>
            </w:pPr>
            <w:r>
              <w:rPr>
                <w:color w:val="D95BC6"/>
                <w:sz w:val="13"/>
              </w:rPr>
              <w:t>Dokaz: zvočni posnetek ali anekdotski zapis kratke izmenjave.</w:t>
            </w:r>
          </w:p>
          <w:p w14:paraId="1C928CB7" w14:textId="77777777" w:rsidR="00187E2C" w:rsidRDefault="00000000">
            <w:pPr>
              <w:spacing w:after="4" w:line="245" w:lineRule="auto"/>
            </w:pPr>
            <w:r>
              <w:rPr>
                <w:b/>
                <w:color w:val="000000"/>
                <w:sz w:val="15"/>
              </w:rPr>
              <w:t>3. URA – Pripoved – Razčlenjujem jezik</w:t>
            </w:r>
          </w:p>
          <w:p w14:paraId="3D2D126F" w14:textId="77777777" w:rsidR="00187E2C" w:rsidRDefault="00000000">
            <w:pPr>
              <w:spacing w:after="7" w:line="245" w:lineRule="auto"/>
            </w:pPr>
            <w:r>
              <w:rPr>
                <w:color w:val="000000"/>
                <w:sz w:val="14"/>
              </w:rPr>
              <w:t>Ploska, stopa, razstavlja in sestavlja; primer razvrsti ter svojo rešitev preveri s sošolcem.</w:t>
            </w:r>
          </w:p>
          <w:p w14:paraId="052910E2" w14:textId="77777777" w:rsidR="00187E2C" w:rsidRDefault="00000000">
            <w:pPr>
              <w:spacing w:after="15" w:line="245" w:lineRule="auto"/>
            </w:pPr>
            <w:r>
              <w:rPr>
                <w:color w:val="D95BC6"/>
                <w:sz w:val="13"/>
              </w:rPr>
              <w:t>Dokaz: pravilno sestavljen primer in učenčeva ustna razlaga postopka.</w:t>
            </w:r>
          </w:p>
          <w:p w14:paraId="13795870" w14:textId="77777777" w:rsidR="00187E2C" w:rsidRDefault="00000000">
            <w:pPr>
              <w:spacing w:after="4" w:line="245" w:lineRule="auto"/>
            </w:pPr>
            <w:r>
              <w:rPr>
                <w:b/>
                <w:color w:val="000000"/>
                <w:sz w:val="15"/>
              </w:rPr>
              <w:t>4. URA – SLIŠIM GLAS /o/ IN ODKRIVAM ČRKO O</w:t>
            </w:r>
          </w:p>
          <w:p w14:paraId="31428C37" w14:textId="77777777" w:rsidR="00187E2C" w:rsidRDefault="00000000">
            <w:pPr>
              <w:spacing w:after="7" w:line="245" w:lineRule="auto"/>
            </w:pPr>
            <w:r>
              <w:rPr>
                <w:color w:val="000000"/>
                <w:sz w:val="14"/>
              </w:rPr>
              <w:t>Besede razvršča z gibanjem, za vsak glas položi žeton, med znaki poišče O ter jo predstavi s telesom ali vrvjo.</w:t>
            </w:r>
          </w:p>
          <w:p w14:paraId="6109F76A" w14:textId="77777777" w:rsidR="00187E2C" w:rsidRDefault="00000000">
            <w:pPr>
              <w:spacing w:after="15" w:line="245" w:lineRule="auto"/>
            </w:pPr>
            <w:r>
              <w:rPr>
                <w:color w:val="D95BC6"/>
                <w:sz w:val="13"/>
              </w:rPr>
              <w:t>Dokaz: štiri pravilne glasovne odločitve, izbor črke O in kratka učenčeva razlaga.</w:t>
            </w:r>
          </w:p>
          <w:p w14:paraId="56658AC1" w14:textId="77777777" w:rsidR="00187E2C" w:rsidRDefault="00000000">
            <w:pPr>
              <w:spacing w:after="4" w:line="245" w:lineRule="auto"/>
            </w:pPr>
            <w:r>
              <w:rPr>
                <w:b/>
                <w:color w:val="000000"/>
                <w:sz w:val="15"/>
              </w:rPr>
              <w:t>5. URA – Oblikujem in pišem črko O</w:t>
            </w:r>
          </w:p>
          <w:p w14:paraId="1088E183" w14:textId="77777777" w:rsidR="00187E2C" w:rsidRDefault="00000000">
            <w:pPr>
              <w:spacing w:after="7" w:line="245" w:lineRule="auto"/>
            </w:pPr>
            <w:r>
              <w:rPr>
                <w:color w:val="000000"/>
                <w:sz w:val="14"/>
              </w:rPr>
              <w:t>Črko O gradi in zapisuje na različnih podlagah, nato preide na manjši format.</w:t>
            </w:r>
          </w:p>
          <w:p w14:paraId="6E40186F" w14:textId="77777777" w:rsidR="00187E2C" w:rsidRDefault="00000000">
            <w:pPr>
              <w:spacing w:after="15" w:line="245" w:lineRule="auto"/>
            </w:pPr>
            <w:r>
              <w:rPr>
                <w:color w:val="D95BC6"/>
                <w:sz w:val="13"/>
              </w:rPr>
              <w:t>Dokaz: fotografija konstrukcije črke O, opazovalni zapis smeri potez in datirana.</w:t>
            </w:r>
          </w:p>
          <w:p w14:paraId="2BF63CDB" w14:textId="77777777" w:rsidR="00187E2C" w:rsidRDefault="00000000">
            <w:pPr>
              <w:spacing w:after="4" w:line="245" w:lineRule="auto"/>
            </w:pPr>
            <w:r>
              <w:rPr>
                <w:b/>
                <w:color w:val="000000"/>
                <w:sz w:val="15"/>
              </w:rPr>
              <w:t>6. URA – Berem in uporabim črko O</w:t>
            </w:r>
          </w:p>
          <w:p w14:paraId="20897201" w14:textId="77777777" w:rsidR="00187E2C" w:rsidRDefault="00000000">
            <w:pPr>
              <w:spacing w:after="7" w:line="245" w:lineRule="auto"/>
            </w:pPr>
            <w:r>
              <w:rPr>
                <w:color w:val="000000"/>
                <w:sz w:val="14"/>
              </w:rPr>
              <w:t>Sestavlja, premešča in bere A • E • I • O ter OI • AO • EO; izbere zahtevnost in rešuje Bralni list 10.</w:t>
            </w:r>
          </w:p>
          <w:p w14:paraId="53E75F09" w14:textId="77777777" w:rsidR="00187E2C" w:rsidRDefault="00000000">
            <w:pPr>
              <w:spacing w:after="15" w:line="245" w:lineRule="auto"/>
            </w:pPr>
            <w:r>
              <w:rPr>
                <w:color w:val="D95BC6"/>
                <w:sz w:val="13"/>
              </w:rPr>
              <w:t>Dokaz: izpolnjen Bralni list 10, individualni bralni zapis.</w:t>
            </w:r>
          </w:p>
        </w:tc>
      </w:tr>
    </w:tbl>
    <w:p w14:paraId="21BFB1F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C6A861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1C4067"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0DF952C" w14:textId="77777777" w:rsidR="00187E2C" w:rsidRDefault="00000000">
            <w:pPr>
              <w:jc w:val="center"/>
            </w:pPr>
            <w:r>
              <w:rPr>
                <w:b/>
                <w:color w:val="000000"/>
                <w:sz w:val="20"/>
              </w:rPr>
              <w:t>UČNE DEJAVNOSTI, METODE IN FORMATIVNO SPREMLJANJE</w:t>
            </w:r>
          </w:p>
        </w:tc>
      </w:tr>
      <w:tr w:rsidR="00187E2C" w14:paraId="797A0D3A" w14:textId="77777777">
        <w:trPr>
          <w:tblHeader/>
          <w:jc w:val="center"/>
        </w:trPr>
        <w:tc>
          <w:tcPr>
            <w:tcW w:w="4422" w:type="dxa"/>
            <w:vMerge/>
            <w:tcMar>
              <w:top w:w="70" w:type="dxa"/>
              <w:left w:w="90" w:type="dxa"/>
              <w:bottom w:w="70" w:type="dxa"/>
              <w:right w:w="90" w:type="dxa"/>
            </w:tcMar>
            <w:vAlign w:val="center"/>
          </w:tcPr>
          <w:p w14:paraId="5DA6D04F" w14:textId="77777777" w:rsidR="00187E2C" w:rsidRDefault="00187E2C"/>
        </w:tc>
        <w:tc>
          <w:tcPr>
            <w:tcW w:w="7087" w:type="dxa"/>
            <w:shd w:val="clear" w:color="auto" w:fill="FFFFFF"/>
            <w:tcMar>
              <w:top w:w="70" w:type="dxa"/>
              <w:left w:w="90" w:type="dxa"/>
              <w:bottom w:w="70" w:type="dxa"/>
              <w:right w:w="90" w:type="dxa"/>
            </w:tcMar>
            <w:vAlign w:val="center"/>
          </w:tcPr>
          <w:p w14:paraId="63924A2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E32AF3F" w14:textId="77777777" w:rsidR="00187E2C" w:rsidRDefault="00000000">
            <w:pPr>
              <w:jc w:val="center"/>
            </w:pPr>
            <w:r>
              <w:rPr>
                <w:b/>
                <w:color w:val="000000"/>
              </w:rPr>
              <w:t>UČENEC</w:t>
            </w:r>
          </w:p>
        </w:tc>
      </w:tr>
      <w:tr w:rsidR="00187E2C" w14:paraId="78A4F673" w14:textId="77777777">
        <w:trPr>
          <w:jc w:val="center"/>
        </w:trPr>
        <w:tc>
          <w:tcPr>
            <w:tcW w:w="4422" w:type="dxa"/>
            <w:tcMar>
              <w:top w:w="70" w:type="dxa"/>
              <w:left w:w="90" w:type="dxa"/>
              <w:bottom w:w="70" w:type="dxa"/>
              <w:right w:w="90" w:type="dxa"/>
            </w:tcMar>
          </w:tcPr>
          <w:p w14:paraId="5A5A6853" w14:textId="77777777" w:rsidR="00187E2C" w:rsidRDefault="00187E2C"/>
          <w:p w14:paraId="5961148A" w14:textId="77777777" w:rsidR="00187E2C" w:rsidRDefault="00000000">
            <w:pPr>
              <w:spacing w:after="40" w:line="245" w:lineRule="auto"/>
            </w:pPr>
            <w:r>
              <w:rPr>
                <w:b/>
                <w:color w:val="000000"/>
              </w:rPr>
              <w:t>FORMATIVNO SPREMLJANJE</w:t>
            </w:r>
          </w:p>
          <w:p w14:paraId="7C5DCA8B"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35304396"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179DAC88"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16F0AB7C"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29EF71DD" w14:textId="77777777" w:rsidR="00187E2C" w:rsidRDefault="00000000">
            <w:pPr>
              <w:spacing w:before="40" w:after="20" w:line="245" w:lineRule="auto"/>
            </w:pPr>
            <w:r>
              <w:rPr>
                <w:b/>
                <w:color w:val="000000"/>
                <w:sz w:val="17"/>
              </w:rPr>
              <w:t>VARNOST IN ODGOVORNOST</w:t>
            </w:r>
          </w:p>
          <w:p w14:paraId="61EFFF81"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4F29D7FF" w14:textId="77777777" w:rsidR="00187E2C" w:rsidRDefault="00000000">
            <w:pPr>
              <w:spacing w:after="20" w:line="245" w:lineRule="auto"/>
            </w:pPr>
            <w:r>
              <w:rPr>
                <w:b/>
                <w:color w:val="000000"/>
                <w:sz w:val="17"/>
              </w:rPr>
              <w:t>EVIDENCA PO IZVEDBI</w:t>
            </w:r>
          </w:p>
          <w:p w14:paraId="13502D34"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05E2D60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21E99A6" w14:textId="77777777">
              <w:trPr>
                <w:jc w:val="center"/>
              </w:trPr>
              <w:tc>
                <w:tcPr>
                  <w:tcW w:w="7087" w:type="dxa"/>
                  <w:shd w:val="clear" w:color="auto" w:fill="EDC9EA"/>
                  <w:tcMar>
                    <w:top w:w="45" w:type="dxa"/>
                    <w:left w:w="70" w:type="dxa"/>
                    <w:bottom w:w="45" w:type="dxa"/>
                    <w:right w:w="70" w:type="dxa"/>
                  </w:tcMar>
                </w:tcPr>
                <w:p w14:paraId="6A394525" w14:textId="77777777" w:rsidR="00187E2C" w:rsidRDefault="00000000">
                  <w:pPr>
                    <w:keepNext/>
                  </w:pPr>
                  <w:r>
                    <w:rPr>
                      <w:b/>
                      <w:color w:val="000000"/>
                    </w:rPr>
                    <w:t>VPRAŠANJA V PODPORO JEZIKOVNEMU, BRALNEMU IN KNJIŽEVNEMU UČENJU</w:t>
                  </w:r>
                </w:p>
              </w:tc>
            </w:tr>
          </w:tbl>
          <w:p w14:paraId="5AF93CC9" w14:textId="77777777" w:rsidR="00187E2C" w:rsidRDefault="00187E2C">
            <w:pPr>
              <w:spacing w:line="20" w:lineRule="exact"/>
            </w:pPr>
          </w:p>
          <w:p w14:paraId="269DCFCD" w14:textId="77777777" w:rsidR="00187E2C" w:rsidRDefault="00000000">
            <w:pPr>
              <w:pStyle w:val="Oznaenseznam"/>
              <w:spacing w:after="16"/>
            </w:pPr>
            <w:r>
              <w:rPr>
                <w:color w:val="000000"/>
                <w:sz w:val="16"/>
              </w:rPr>
              <w:t>Kaj ti je naslovnica, slika, predmet, zvok ali gib pomagal razumeti?</w:t>
            </w:r>
          </w:p>
          <w:p w14:paraId="0F39AAB7" w14:textId="77777777" w:rsidR="00187E2C" w:rsidRDefault="00000000">
            <w:pPr>
              <w:pStyle w:val="Oznaenseznam"/>
              <w:spacing w:after="16"/>
            </w:pPr>
            <w:r>
              <w:rPr>
                <w:color w:val="000000"/>
                <w:sz w:val="16"/>
              </w:rPr>
              <w:t>Kako si našel/-la glas, črko, zlog, besedo ali bistveni podatek?</w:t>
            </w:r>
          </w:p>
          <w:p w14:paraId="3256EDA5" w14:textId="77777777" w:rsidR="00187E2C" w:rsidRDefault="00000000">
            <w:pPr>
              <w:pStyle w:val="Oznaenseznam"/>
              <w:spacing w:after="16"/>
            </w:pPr>
            <w:r>
              <w:rPr>
                <w:color w:val="000000"/>
                <w:sz w:val="16"/>
              </w:rPr>
              <w:t>Kako veš, da tvoja pripoved, branje ali zapis dosega dogovorjeni kriterij?</w:t>
            </w:r>
          </w:p>
          <w:p w14:paraId="4BE7B180" w14:textId="77777777" w:rsidR="00187E2C" w:rsidRDefault="00000000">
            <w:pPr>
              <w:pStyle w:val="Oznaenseznam"/>
              <w:spacing w:after="16"/>
            </w:pPr>
            <w:r>
              <w:rPr>
                <w:color w:val="000000"/>
                <w:sz w:val="16"/>
              </w:rPr>
              <w:t>Ali lahko svoje razumevanje pokažeš še z drugim načinom – govorom, gibanjem, risbo, branjem ali zapisom?</w:t>
            </w:r>
          </w:p>
          <w:p w14:paraId="12915E2F"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694F9847" w14:textId="77777777">
              <w:trPr>
                <w:jc w:val="center"/>
              </w:trPr>
              <w:tc>
                <w:tcPr>
                  <w:tcW w:w="7087" w:type="dxa"/>
                  <w:shd w:val="clear" w:color="auto" w:fill="C6E7F3"/>
                  <w:tcMar>
                    <w:top w:w="45" w:type="dxa"/>
                    <w:left w:w="70" w:type="dxa"/>
                    <w:bottom w:w="45" w:type="dxa"/>
                    <w:right w:w="70" w:type="dxa"/>
                  </w:tcMar>
                </w:tcPr>
                <w:p w14:paraId="6DD6ED04" w14:textId="77777777" w:rsidR="00187E2C" w:rsidRDefault="00000000">
                  <w:pPr>
                    <w:keepNext/>
                  </w:pPr>
                  <w:r>
                    <w:rPr>
                      <w:b/>
                      <w:color w:val="000000"/>
                    </w:rPr>
                    <w:t>ZAKLJUČNI DEL – UTRJEVANJE, BRALNI ODZIV IN REFLEKSIJA (10–15 min)</w:t>
                  </w:r>
                </w:p>
              </w:tc>
            </w:tr>
          </w:tbl>
          <w:p w14:paraId="2D91D64D" w14:textId="77777777" w:rsidR="00187E2C" w:rsidRDefault="00187E2C">
            <w:pPr>
              <w:spacing w:line="20" w:lineRule="exact"/>
            </w:pPr>
          </w:p>
          <w:p w14:paraId="4ED72123"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7A6AF02B" w14:textId="77777777">
              <w:trPr>
                <w:jc w:val="center"/>
              </w:trPr>
              <w:tc>
                <w:tcPr>
                  <w:tcW w:w="7087" w:type="dxa"/>
                  <w:shd w:val="clear" w:color="auto" w:fill="EDC9EA"/>
                  <w:tcMar>
                    <w:top w:w="45" w:type="dxa"/>
                    <w:left w:w="70" w:type="dxa"/>
                    <w:bottom w:w="45" w:type="dxa"/>
                    <w:right w:w="70" w:type="dxa"/>
                  </w:tcMar>
                </w:tcPr>
                <w:p w14:paraId="2E1F1B66" w14:textId="77777777" w:rsidR="00187E2C" w:rsidRDefault="00000000">
                  <w:pPr>
                    <w:keepNext/>
                  </w:pPr>
                  <w:r>
                    <w:rPr>
                      <w:b/>
                      <w:color w:val="000000"/>
                    </w:rPr>
                    <w:t>SAMOVREDNOTENJE</w:t>
                  </w:r>
                </w:p>
              </w:tc>
            </w:tr>
          </w:tbl>
          <w:p w14:paraId="738C92D6" w14:textId="77777777" w:rsidR="00187E2C" w:rsidRDefault="00187E2C">
            <w:pPr>
              <w:spacing w:line="20" w:lineRule="exact"/>
            </w:pPr>
          </w:p>
          <w:p w14:paraId="72EA0743"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5ECDE02" w14:textId="77777777">
              <w:trPr>
                <w:jc w:val="center"/>
              </w:trPr>
              <w:tc>
                <w:tcPr>
                  <w:tcW w:w="7087" w:type="dxa"/>
                  <w:shd w:val="clear" w:color="auto" w:fill="EDC9EA"/>
                  <w:tcMar>
                    <w:top w:w="45" w:type="dxa"/>
                    <w:left w:w="70" w:type="dxa"/>
                    <w:bottom w:w="45" w:type="dxa"/>
                    <w:right w:w="70" w:type="dxa"/>
                  </w:tcMar>
                </w:tcPr>
                <w:p w14:paraId="1725885C" w14:textId="77777777" w:rsidR="00187E2C" w:rsidRDefault="00000000">
                  <w:pPr>
                    <w:keepNext/>
                  </w:pPr>
                  <w:r>
                    <w:rPr>
                      <w:b/>
                      <w:color w:val="000000"/>
                    </w:rPr>
                    <w:t>VRSTNIŠKO VREDNOTENJE</w:t>
                  </w:r>
                </w:p>
              </w:tc>
            </w:tr>
          </w:tbl>
          <w:p w14:paraId="3B0DA920" w14:textId="77777777" w:rsidR="00187E2C" w:rsidRDefault="00187E2C">
            <w:pPr>
              <w:spacing w:line="20" w:lineRule="exact"/>
            </w:pPr>
          </w:p>
          <w:p w14:paraId="161E0586"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14C65287" w14:textId="77777777">
              <w:trPr>
                <w:jc w:val="center"/>
              </w:trPr>
              <w:tc>
                <w:tcPr>
                  <w:tcW w:w="7087" w:type="dxa"/>
                  <w:shd w:val="clear" w:color="auto" w:fill="EDC9EA"/>
                  <w:tcMar>
                    <w:top w:w="45" w:type="dxa"/>
                    <w:left w:w="70" w:type="dxa"/>
                    <w:bottom w:w="45" w:type="dxa"/>
                    <w:right w:w="70" w:type="dxa"/>
                  </w:tcMar>
                </w:tcPr>
                <w:p w14:paraId="18C69171" w14:textId="77777777" w:rsidR="00187E2C" w:rsidRDefault="00000000">
                  <w:pPr>
                    <w:keepNext/>
                  </w:pPr>
                  <w:r>
                    <w:rPr>
                      <w:b/>
                      <w:color w:val="000000"/>
                    </w:rPr>
                    <w:t>SKUPNI POVZETEK</w:t>
                  </w:r>
                </w:p>
              </w:tc>
            </w:tr>
          </w:tbl>
          <w:p w14:paraId="1758BA8B" w14:textId="77777777" w:rsidR="00187E2C" w:rsidRDefault="00187E2C"/>
          <w:p w14:paraId="41F9347F" w14:textId="77777777" w:rsidR="00187E2C" w:rsidRDefault="00000000">
            <w:pPr>
              <w:spacing w:before="20" w:after="40" w:line="245" w:lineRule="auto"/>
            </w:pPr>
            <w:r>
              <w:rPr>
                <w:b/>
                <w:color w:val="000000"/>
                <w:sz w:val="16"/>
              </w:rPr>
              <w:t>Prepoznam glas /o/ in črko O,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105FC95A" w14:textId="77777777" w:rsidR="00187E2C" w:rsidRDefault="00187E2C"/>
          <w:p w14:paraId="45BC33AC" w14:textId="77777777" w:rsidR="00187E2C" w:rsidRDefault="00000000">
            <w:pPr>
              <w:spacing w:after="100" w:line="245" w:lineRule="auto"/>
            </w:pPr>
            <w:r>
              <w:rPr>
                <w:color w:val="000000"/>
                <w:sz w:val="16"/>
              </w:rPr>
              <w:t>Odgovarja na podporna vprašanja ter se sklicuje na poslušano besedilo, sliko, govor, bralni list ali zapis.</w:t>
            </w:r>
          </w:p>
          <w:p w14:paraId="60172D3E" w14:textId="77777777" w:rsidR="00187E2C" w:rsidRDefault="00000000">
            <w:pPr>
              <w:spacing w:after="100" w:line="245" w:lineRule="auto"/>
            </w:pPr>
            <w:r>
              <w:rPr>
                <w:color w:val="000000"/>
                <w:sz w:val="16"/>
              </w:rPr>
              <w:t>Primerja začetni odziv z novim dokazom in pojasni, kaj se je naučil/-a.</w:t>
            </w:r>
          </w:p>
          <w:p w14:paraId="742F829B" w14:textId="77777777" w:rsidR="00187E2C" w:rsidRDefault="00000000">
            <w:pPr>
              <w:spacing w:after="100" w:line="245" w:lineRule="auto"/>
            </w:pPr>
            <w:r>
              <w:rPr>
                <w:color w:val="000000"/>
                <w:sz w:val="16"/>
              </w:rPr>
              <w:t>Izbere raven samostojnosti in določi naslednji korak.</w:t>
            </w:r>
          </w:p>
          <w:p w14:paraId="5DB26167" w14:textId="77777777" w:rsidR="00187E2C" w:rsidRDefault="00000000">
            <w:pPr>
              <w:spacing w:after="100" w:line="245" w:lineRule="auto"/>
            </w:pPr>
            <w:r>
              <w:rPr>
                <w:color w:val="000000"/>
                <w:sz w:val="16"/>
              </w:rPr>
              <w:t>Sošolcu poda prijazen in konkreten odziv, vezan na kriterij.</w:t>
            </w:r>
          </w:p>
          <w:p w14:paraId="1F4F983E" w14:textId="77777777" w:rsidR="00187E2C" w:rsidRDefault="00000000">
            <w:pPr>
              <w:spacing w:after="20" w:line="245" w:lineRule="auto"/>
            </w:pPr>
            <w:r>
              <w:rPr>
                <w:b/>
                <w:color w:val="D95BC6"/>
                <w:sz w:val="17"/>
              </w:rPr>
              <w:t>DOKAZ O UČENJU</w:t>
            </w:r>
          </w:p>
          <w:p w14:paraId="4B90449C"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6B8F9B8D"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234E71BB" w14:textId="77777777">
        <w:trPr>
          <w:cantSplit/>
          <w:jc w:val="center"/>
        </w:trPr>
        <w:tc>
          <w:tcPr>
            <w:tcW w:w="14060" w:type="dxa"/>
            <w:gridSpan w:val="6"/>
            <w:tcMar>
              <w:top w:w="70" w:type="dxa"/>
              <w:left w:w="90" w:type="dxa"/>
              <w:bottom w:w="70" w:type="dxa"/>
              <w:right w:w="90" w:type="dxa"/>
            </w:tcMar>
            <w:vAlign w:val="center"/>
          </w:tcPr>
          <w:p w14:paraId="7F4F6123" w14:textId="77777777" w:rsidR="00187E2C" w:rsidRDefault="00000000">
            <w:pPr>
              <w:jc w:val="center"/>
            </w:pPr>
            <w:r>
              <w:rPr>
                <w:b/>
                <w:color w:val="000000"/>
                <w:sz w:val="24"/>
              </w:rPr>
              <w:lastRenderedPageBreak/>
              <w:t>UČNA PRIPRAVA 11/39</w:t>
            </w:r>
          </w:p>
        </w:tc>
      </w:tr>
      <w:tr w:rsidR="00187E2C" w14:paraId="2E2B0F80" w14:textId="77777777">
        <w:trPr>
          <w:jc w:val="center"/>
        </w:trPr>
        <w:tc>
          <w:tcPr>
            <w:tcW w:w="2665" w:type="dxa"/>
            <w:tcMar>
              <w:top w:w="70" w:type="dxa"/>
              <w:left w:w="90" w:type="dxa"/>
              <w:bottom w:w="70" w:type="dxa"/>
              <w:right w:w="90" w:type="dxa"/>
            </w:tcMar>
            <w:vAlign w:val="center"/>
          </w:tcPr>
          <w:p w14:paraId="136DC9B6"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5DFF620"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2BF20D82"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FFCECA5" w14:textId="77777777" w:rsidR="00187E2C" w:rsidRDefault="00000000">
            <w:r>
              <w:rPr>
                <w:b/>
                <w:color w:val="000000"/>
                <w:sz w:val="16"/>
              </w:rPr>
              <w:t xml:space="preserve">NAČRTOVANI TERMIN: </w:t>
            </w:r>
            <w:r>
              <w:rPr>
                <w:color w:val="000000"/>
                <w:sz w:val="16"/>
              </w:rPr>
              <w:t>11. teden • 16.–20. 11. 2026</w:t>
            </w:r>
          </w:p>
        </w:tc>
        <w:tc>
          <w:tcPr>
            <w:tcW w:w="2268" w:type="dxa"/>
            <w:tcMar>
              <w:top w:w="70" w:type="dxa"/>
              <w:left w:w="90" w:type="dxa"/>
              <w:bottom w:w="70" w:type="dxa"/>
              <w:right w:w="90" w:type="dxa"/>
            </w:tcMar>
            <w:vAlign w:val="center"/>
          </w:tcPr>
          <w:p w14:paraId="250F6D87"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BE9A9FC" w14:textId="77777777" w:rsidR="00187E2C" w:rsidRDefault="00000000">
            <w:r>
              <w:rPr>
                <w:b/>
                <w:color w:val="000000"/>
                <w:sz w:val="16"/>
              </w:rPr>
              <w:t xml:space="preserve">ŠTEVILO UR: </w:t>
            </w:r>
            <w:r>
              <w:rPr>
                <w:color w:val="000000"/>
                <w:sz w:val="16"/>
              </w:rPr>
              <w:t>6</w:t>
            </w:r>
          </w:p>
        </w:tc>
      </w:tr>
      <w:tr w:rsidR="00187E2C" w14:paraId="6F5BE678" w14:textId="77777777">
        <w:trPr>
          <w:jc w:val="center"/>
        </w:trPr>
        <w:tc>
          <w:tcPr>
            <w:tcW w:w="14061" w:type="dxa"/>
            <w:gridSpan w:val="6"/>
            <w:tcMar>
              <w:top w:w="70" w:type="dxa"/>
              <w:left w:w="90" w:type="dxa"/>
              <w:bottom w:w="70" w:type="dxa"/>
              <w:right w:w="90" w:type="dxa"/>
            </w:tcMar>
            <w:vAlign w:val="center"/>
          </w:tcPr>
          <w:p w14:paraId="44FE6B01"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71227B27" w14:textId="77777777">
        <w:trPr>
          <w:cantSplit/>
          <w:jc w:val="center"/>
        </w:trPr>
        <w:tc>
          <w:tcPr>
            <w:tcW w:w="14060" w:type="dxa"/>
            <w:gridSpan w:val="6"/>
            <w:tcMar>
              <w:top w:w="70" w:type="dxa"/>
              <w:left w:w="90" w:type="dxa"/>
              <w:bottom w:w="70" w:type="dxa"/>
              <w:right w:w="90" w:type="dxa"/>
            </w:tcMar>
            <w:vAlign w:val="center"/>
          </w:tcPr>
          <w:p w14:paraId="33A57305" w14:textId="77777777" w:rsidR="00187E2C" w:rsidRDefault="00187E2C"/>
          <w:p w14:paraId="6D3A502B" w14:textId="77777777" w:rsidR="00187E2C" w:rsidRDefault="00000000">
            <w:pPr>
              <w:spacing w:line="245" w:lineRule="auto"/>
            </w:pPr>
            <w:r>
              <w:rPr>
                <w:b/>
                <w:color w:val="000000"/>
                <w:sz w:val="16"/>
              </w:rPr>
              <w:t xml:space="preserve">UČNI SKLOP: </w:t>
            </w:r>
            <w:r>
              <w:rPr>
                <w:color w:val="000000"/>
                <w:sz w:val="16"/>
              </w:rPr>
              <w:t>JESEN, SNOVI IN ŽIVA BITJA</w:t>
            </w:r>
          </w:p>
        </w:tc>
      </w:tr>
      <w:tr w:rsidR="00187E2C" w14:paraId="1D376E54" w14:textId="77777777">
        <w:trPr>
          <w:cantSplit/>
          <w:jc w:val="center"/>
        </w:trPr>
        <w:tc>
          <w:tcPr>
            <w:tcW w:w="14060" w:type="dxa"/>
            <w:gridSpan w:val="6"/>
            <w:tcMar>
              <w:top w:w="70" w:type="dxa"/>
              <w:left w:w="90" w:type="dxa"/>
              <w:bottom w:w="70" w:type="dxa"/>
              <w:right w:w="90" w:type="dxa"/>
            </w:tcMar>
            <w:vAlign w:val="center"/>
          </w:tcPr>
          <w:p w14:paraId="52DB78FC" w14:textId="77777777" w:rsidR="00187E2C" w:rsidRDefault="00187E2C"/>
          <w:p w14:paraId="48BD3217" w14:textId="77777777" w:rsidR="00187E2C" w:rsidRDefault="00000000">
            <w:pPr>
              <w:spacing w:line="245" w:lineRule="auto"/>
            </w:pPr>
            <w:r>
              <w:rPr>
                <w:b/>
                <w:color w:val="000000"/>
                <w:sz w:val="16"/>
              </w:rPr>
              <w:t xml:space="preserve">UČNA TEMA: </w:t>
            </w:r>
            <w:r>
              <w:rPr>
                <w:color w:val="000000"/>
                <w:sz w:val="16"/>
              </w:rPr>
              <w:t>BESEDE IN POVEDI • VELIKA TISKANA ČRKA U</w:t>
            </w:r>
          </w:p>
        </w:tc>
      </w:tr>
      <w:tr w:rsidR="00187E2C" w14:paraId="2582B54A" w14:textId="77777777">
        <w:trPr>
          <w:cantSplit/>
          <w:jc w:val="center"/>
        </w:trPr>
        <w:tc>
          <w:tcPr>
            <w:tcW w:w="14060" w:type="dxa"/>
            <w:gridSpan w:val="6"/>
            <w:tcMar>
              <w:top w:w="70" w:type="dxa"/>
              <w:left w:w="90" w:type="dxa"/>
              <w:bottom w:w="70" w:type="dxa"/>
              <w:right w:w="90" w:type="dxa"/>
            </w:tcMar>
            <w:vAlign w:val="center"/>
          </w:tcPr>
          <w:p w14:paraId="72905B6A" w14:textId="77777777" w:rsidR="00187E2C" w:rsidRDefault="00187E2C"/>
          <w:p w14:paraId="270FD59D" w14:textId="77777777" w:rsidR="00187E2C" w:rsidRDefault="00000000">
            <w:pPr>
              <w:spacing w:line="245" w:lineRule="auto"/>
            </w:pPr>
            <w:r>
              <w:rPr>
                <w:b/>
                <w:color w:val="000000"/>
                <w:sz w:val="16"/>
              </w:rPr>
              <w:t xml:space="preserve">KNJIŽEVNO IZHODIŠČE IN MOTIV: </w:t>
            </w:r>
            <w:r>
              <w:rPr>
                <w:color w:val="000000"/>
                <w:sz w:val="16"/>
              </w:rPr>
              <w:t>»Hvaležni medved« – slovenska ljudska pravljica • gozd, življenjski prostor, pomoč in hvaležnost</w:t>
            </w:r>
          </w:p>
        </w:tc>
      </w:tr>
      <w:tr w:rsidR="00187E2C" w14:paraId="5ABD62E9" w14:textId="77777777">
        <w:trPr>
          <w:cantSplit/>
          <w:jc w:val="center"/>
        </w:trPr>
        <w:tc>
          <w:tcPr>
            <w:tcW w:w="14060" w:type="dxa"/>
            <w:gridSpan w:val="6"/>
            <w:tcMar>
              <w:top w:w="70" w:type="dxa"/>
              <w:left w:w="90" w:type="dxa"/>
              <w:bottom w:w="70" w:type="dxa"/>
              <w:right w:w="90" w:type="dxa"/>
            </w:tcMar>
            <w:vAlign w:val="center"/>
          </w:tcPr>
          <w:p w14:paraId="227195C7" w14:textId="77777777" w:rsidR="00187E2C" w:rsidRDefault="00187E2C"/>
          <w:p w14:paraId="7A8BA81D" w14:textId="77777777" w:rsidR="00187E2C" w:rsidRDefault="00000000">
            <w:pPr>
              <w:spacing w:line="245" w:lineRule="auto"/>
            </w:pPr>
            <w:r>
              <w:rPr>
                <w:b/>
                <w:color w:val="000000"/>
                <w:sz w:val="16"/>
              </w:rPr>
              <w:t xml:space="preserve">BRALNI LIST / ČRKA: </w:t>
            </w:r>
            <w:r>
              <w:rPr>
                <w:color w:val="000000"/>
                <w:sz w:val="16"/>
              </w:rPr>
              <w:t>ČRKA U • BRALNI LIST 11 – Berem črko U in glasovne verige: glas /u/ znane črke: A, E, I, O, U; slišim glas; prepoznam črko; navzdol, zaobljeno dno in navzgor; berem in zapišem</w:t>
            </w:r>
          </w:p>
        </w:tc>
      </w:tr>
      <w:tr w:rsidR="00187E2C" w14:paraId="06DFDD2D" w14:textId="77777777">
        <w:trPr>
          <w:cantSplit/>
          <w:jc w:val="center"/>
        </w:trPr>
        <w:tc>
          <w:tcPr>
            <w:tcW w:w="14060" w:type="dxa"/>
            <w:gridSpan w:val="6"/>
            <w:tcMar>
              <w:top w:w="70" w:type="dxa"/>
              <w:left w:w="90" w:type="dxa"/>
              <w:bottom w:w="70" w:type="dxa"/>
              <w:right w:w="90" w:type="dxa"/>
            </w:tcMar>
            <w:vAlign w:val="center"/>
          </w:tcPr>
          <w:p w14:paraId="2E886095" w14:textId="77777777" w:rsidR="00187E2C" w:rsidRDefault="00187E2C"/>
          <w:p w14:paraId="40EE0919" w14:textId="77777777" w:rsidR="00187E2C" w:rsidRDefault="00000000">
            <w:pPr>
              <w:spacing w:line="245" w:lineRule="auto"/>
            </w:pPr>
            <w:r>
              <w:rPr>
                <w:b/>
                <w:color w:val="000000"/>
                <w:sz w:val="16"/>
              </w:rPr>
              <w:t xml:space="preserve">UČNE ENOTE: </w:t>
            </w:r>
            <w:r>
              <w:rPr>
                <w:color w:val="000000"/>
                <w:sz w:val="16"/>
              </w:rPr>
              <w:t>1. ura – Besede in povedi – Poslušam in doživljam • 2. ura – Besede in povedi – Govorim in pojasnjujem • 3. ura – Besede in povedi – Razčlenjujem jezik • 4. ura – SLIŠIM GLAS /u/ IN ODKRIVAM ČRKO U • 5. ura – Oblikujem in pišem črko U • 6. ura – Berem in uporabim črko U</w:t>
            </w:r>
          </w:p>
        </w:tc>
      </w:tr>
      <w:tr w:rsidR="00187E2C" w14:paraId="3675CF2F" w14:textId="77777777">
        <w:trPr>
          <w:cantSplit/>
          <w:jc w:val="center"/>
        </w:trPr>
        <w:tc>
          <w:tcPr>
            <w:tcW w:w="14060" w:type="dxa"/>
            <w:gridSpan w:val="6"/>
            <w:tcMar>
              <w:top w:w="70" w:type="dxa"/>
              <w:left w:w="90" w:type="dxa"/>
              <w:bottom w:w="70" w:type="dxa"/>
              <w:right w:w="90" w:type="dxa"/>
            </w:tcMar>
            <w:vAlign w:val="center"/>
          </w:tcPr>
          <w:p w14:paraId="5534B9B3" w14:textId="77777777" w:rsidR="00187E2C" w:rsidRDefault="00187E2C"/>
          <w:p w14:paraId="62C4E443"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48CBF2BF" w14:textId="77777777">
        <w:trPr>
          <w:cantSplit/>
          <w:jc w:val="center"/>
        </w:trPr>
        <w:tc>
          <w:tcPr>
            <w:tcW w:w="14060" w:type="dxa"/>
            <w:gridSpan w:val="6"/>
            <w:tcMar>
              <w:top w:w="70" w:type="dxa"/>
              <w:left w:w="90" w:type="dxa"/>
              <w:bottom w:w="70" w:type="dxa"/>
              <w:right w:w="90" w:type="dxa"/>
            </w:tcMar>
            <w:vAlign w:val="center"/>
          </w:tcPr>
          <w:p w14:paraId="609A06AE" w14:textId="77777777" w:rsidR="00187E2C" w:rsidRDefault="00187E2C"/>
          <w:p w14:paraId="0FFF1B6E"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4BFD429" w14:textId="77777777">
        <w:trPr>
          <w:cantSplit/>
          <w:jc w:val="center"/>
        </w:trPr>
        <w:tc>
          <w:tcPr>
            <w:tcW w:w="14060" w:type="dxa"/>
            <w:gridSpan w:val="6"/>
            <w:tcMar>
              <w:top w:w="70" w:type="dxa"/>
              <w:left w:w="90" w:type="dxa"/>
              <w:bottom w:w="70" w:type="dxa"/>
              <w:right w:w="90" w:type="dxa"/>
            </w:tcMar>
            <w:vAlign w:val="center"/>
          </w:tcPr>
          <w:p w14:paraId="532C7489" w14:textId="77777777" w:rsidR="00187E2C" w:rsidRDefault="00187E2C"/>
          <w:p w14:paraId="6B7F7BDE"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7604C916" w14:textId="77777777">
        <w:trPr>
          <w:cantSplit/>
          <w:jc w:val="center"/>
        </w:trPr>
        <w:tc>
          <w:tcPr>
            <w:tcW w:w="14060" w:type="dxa"/>
            <w:gridSpan w:val="6"/>
            <w:tcMar>
              <w:top w:w="70" w:type="dxa"/>
              <w:left w:w="90" w:type="dxa"/>
              <w:bottom w:w="70" w:type="dxa"/>
              <w:right w:w="90" w:type="dxa"/>
            </w:tcMar>
            <w:vAlign w:val="center"/>
          </w:tcPr>
          <w:p w14:paraId="1E3ADA93" w14:textId="77777777" w:rsidR="00187E2C" w:rsidRDefault="00187E2C"/>
          <w:p w14:paraId="52DFFD49" w14:textId="77777777" w:rsidR="00187E2C" w:rsidRDefault="00000000">
            <w:pPr>
              <w:spacing w:line="245" w:lineRule="auto"/>
            </w:pPr>
            <w:r>
              <w:rPr>
                <w:b/>
                <w:color w:val="000000"/>
                <w:sz w:val="16"/>
              </w:rPr>
              <w:t xml:space="preserve">MEDPREDMETNE POVEZAVE: </w:t>
            </w:r>
            <w:r>
              <w:rPr>
                <w:color w:val="000000"/>
                <w:sz w:val="16"/>
              </w:rPr>
              <w:t>SPO – gozd, življenjski prostor, pomoč in hvaležnost; GUM – ritem, zvočnost in glas; LUM – ilustracija, črta in grafomotorika; ŠPO – gibalna pripoved, dramatizacija in postaje; MAT – smer, zaporedje in orientacija</w:t>
            </w:r>
          </w:p>
        </w:tc>
      </w:tr>
      <w:tr w:rsidR="00187E2C" w14:paraId="31AB7733" w14:textId="77777777">
        <w:trPr>
          <w:cantSplit/>
          <w:jc w:val="center"/>
        </w:trPr>
        <w:tc>
          <w:tcPr>
            <w:tcW w:w="14060" w:type="dxa"/>
            <w:gridSpan w:val="6"/>
            <w:tcMar>
              <w:top w:w="70" w:type="dxa"/>
              <w:left w:w="90" w:type="dxa"/>
              <w:bottom w:w="70" w:type="dxa"/>
              <w:right w:w="90" w:type="dxa"/>
            </w:tcMar>
            <w:vAlign w:val="center"/>
          </w:tcPr>
          <w:p w14:paraId="30A33C97" w14:textId="77777777" w:rsidR="00187E2C" w:rsidRDefault="00187E2C"/>
          <w:p w14:paraId="01584068" w14:textId="77777777" w:rsidR="00187E2C" w:rsidRDefault="00000000">
            <w:pPr>
              <w:spacing w:line="245" w:lineRule="auto"/>
            </w:pPr>
            <w:r>
              <w:rPr>
                <w:b/>
                <w:color w:val="000000"/>
                <w:sz w:val="16"/>
              </w:rPr>
              <w:t xml:space="preserve">UČNA SREDSTVA IN PRIPOMOČKI: </w:t>
            </w:r>
            <w:r>
              <w:rPr>
                <w:color w:val="000000"/>
                <w:sz w:val="16"/>
              </w:rPr>
              <w:t>ČRKA U • BRALNI LIST 11, povečano besedilo oziroma kartice, slikanica ali odlomek, slikovno zaporedje, kartice besed in glasov, talne črke ali zlogi, ogledala, vrvice ali modelirna masa, mini tabla, zvezek oziroma jezikovna mapa</w:t>
            </w:r>
          </w:p>
        </w:tc>
      </w:tr>
      <w:tr w:rsidR="00187E2C" w14:paraId="720A352B" w14:textId="77777777">
        <w:trPr>
          <w:cantSplit/>
          <w:jc w:val="center"/>
        </w:trPr>
        <w:tc>
          <w:tcPr>
            <w:tcW w:w="14060" w:type="dxa"/>
            <w:gridSpan w:val="6"/>
            <w:tcMar>
              <w:top w:w="70" w:type="dxa"/>
              <w:left w:w="90" w:type="dxa"/>
              <w:bottom w:w="70" w:type="dxa"/>
              <w:right w:w="90" w:type="dxa"/>
            </w:tcMar>
            <w:vAlign w:val="center"/>
          </w:tcPr>
          <w:p w14:paraId="1A08B9D2" w14:textId="77777777" w:rsidR="00187E2C" w:rsidRDefault="00187E2C"/>
          <w:p w14:paraId="5BCD678B"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E6E828E" w14:textId="77777777">
        <w:trPr>
          <w:cantSplit/>
          <w:jc w:val="center"/>
        </w:trPr>
        <w:tc>
          <w:tcPr>
            <w:tcW w:w="14060" w:type="dxa"/>
            <w:gridSpan w:val="6"/>
            <w:tcMar>
              <w:top w:w="70" w:type="dxa"/>
              <w:left w:w="90" w:type="dxa"/>
              <w:bottom w:w="70" w:type="dxa"/>
              <w:right w:w="90" w:type="dxa"/>
            </w:tcMar>
            <w:vAlign w:val="center"/>
          </w:tcPr>
          <w:p w14:paraId="0CA6A9E9" w14:textId="77777777" w:rsidR="00187E2C" w:rsidRDefault="00187E2C"/>
          <w:p w14:paraId="70D109B6"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52703042" w14:textId="77777777">
        <w:trPr>
          <w:cantSplit/>
          <w:jc w:val="center"/>
        </w:trPr>
        <w:tc>
          <w:tcPr>
            <w:tcW w:w="14060" w:type="dxa"/>
            <w:gridSpan w:val="6"/>
            <w:tcMar>
              <w:top w:w="70" w:type="dxa"/>
              <w:left w:w="90" w:type="dxa"/>
              <w:bottom w:w="70" w:type="dxa"/>
              <w:right w:w="90" w:type="dxa"/>
            </w:tcMar>
            <w:vAlign w:val="center"/>
          </w:tcPr>
          <w:p w14:paraId="109349BF" w14:textId="77777777" w:rsidR="00187E2C" w:rsidRDefault="00187E2C"/>
          <w:p w14:paraId="7D80D4C9"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4F83CF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C4BB1A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247227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E0260E2" w14:textId="77777777" w:rsidR="00187E2C" w:rsidRDefault="00000000">
            <w:pPr>
              <w:jc w:val="center"/>
            </w:pPr>
            <w:r>
              <w:rPr>
                <w:b/>
                <w:color w:val="000000"/>
                <w:sz w:val="20"/>
              </w:rPr>
              <w:t>UČNE DEJAVNOSTI, METODE IN FORMATIVNO SPREMLJANJE</w:t>
            </w:r>
          </w:p>
        </w:tc>
      </w:tr>
      <w:tr w:rsidR="00187E2C" w14:paraId="592CEB76" w14:textId="77777777">
        <w:trPr>
          <w:tblHeader/>
          <w:jc w:val="center"/>
        </w:trPr>
        <w:tc>
          <w:tcPr>
            <w:tcW w:w="4422" w:type="dxa"/>
            <w:vMerge/>
            <w:tcMar>
              <w:top w:w="70" w:type="dxa"/>
              <w:left w:w="90" w:type="dxa"/>
              <w:bottom w:w="70" w:type="dxa"/>
              <w:right w:w="90" w:type="dxa"/>
            </w:tcMar>
            <w:vAlign w:val="center"/>
          </w:tcPr>
          <w:p w14:paraId="2EEABE04" w14:textId="77777777" w:rsidR="00187E2C" w:rsidRDefault="00187E2C"/>
        </w:tc>
        <w:tc>
          <w:tcPr>
            <w:tcW w:w="7087" w:type="dxa"/>
            <w:shd w:val="clear" w:color="auto" w:fill="FFFFFF"/>
            <w:tcMar>
              <w:top w:w="70" w:type="dxa"/>
              <w:left w:w="90" w:type="dxa"/>
              <w:bottom w:w="70" w:type="dxa"/>
              <w:right w:w="90" w:type="dxa"/>
            </w:tcMar>
            <w:vAlign w:val="center"/>
          </w:tcPr>
          <w:p w14:paraId="7E886668"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CDA482" w14:textId="77777777" w:rsidR="00187E2C" w:rsidRDefault="00000000">
            <w:pPr>
              <w:jc w:val="center"/>
            </w:pPr>
            <w:r>
              <w:rPr>
                <w:b/>
                <w:color w:val="000000"/>
              </w:rPr>
              <w:t>UČENEC</w:t>
            </w:r>
          </w:p>
        </w:tc>
      </w:tr>
      <w:tr w:rsidR="00187E2C" w14:paraId="022E9BEB" w14:textId="77777777">
        <w:trPr>
          <w:jc w:val="center"/>
        </w:trPr>
        <w:tc>
          <w:tcPr>
            <w:tcW w:w="4422" w:type="dxa"/>
            <w:tcMar>
              <w:top w:w="70" w:type="dxa"/>
              <w:left w:w="90" w:type="dxa"/>
              <w:bottom w:w="70" w:type="dxa"/>
              <w:right w:w="90" w:type="dxa"/>
            </w:tcMar>
          </w:tcPr>
          <w:p w14:paraId="2B51FEB6" w14:textId="77777777" w:rsidR="00187E2C" w:rsidRDefault="00187E2C"/>
          <w:p w14:paraId="03A554BA" w14:textId="77777777" w:rsidR="00187E2C" w:rsidRDefault="00000000">
            <w:pPr>
              <w:spacing w:after="60" w:line="245" w:lineRule="auto"/>
            </w:pPr>
            <w:r>
              <w:rPr>
                <w:b/>
                <w:color w:val="000000"/>
              </w:rPr>
              <w:t>UČNI CILJI</w:t>
            </w:r>
          </w:p>
          <w:p w14:paraId="78B0176B" w14:textId="77777777" w:rsidR="00187E2C" w:rsidRDefault="00000000">
            <w:pPr>
              <w:spacing w:after="20" w:line="245" w:lineRule="auto"/>
            </w:pPr>
            <w:r>
              <w:rPr>
                <w:b/>
                <w:color w:val="000000"/>
                <w:sz w:val="17"/>
              </w:rPr>
              <w:t>SPLOŠNI</w:t>
            </w:r>
          </w:p>
          <w:p w14:paraId="167F5863"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2E6E92D3" w14:textId="77777777" w:rsidR="00187E2C" w:rsidRDefault="00000000">
            <w:pPr>
              <w:pStyle w:val="Oznaenseznam"/>
              <w:spacing w:after="16"/>
            </w:pPr>
            <w:r>
              <w:rPr>
                <w:color w:val="000000"/>
                <w:sz w:val="16"/>
              </w:rPr>
              <w:t>doživlja književno besedilo ter se nanj odziva z govorom, gibanjem, dramatizacijo, risbo ali zapisom</w:t>
            </w:r>
          </w:p>
          <w:p w14:paraId="63037FB8" w14:textId="77777777" w:rsidR="00187E2C" w:rsidRDefault="00000000">
            <w:pPr>
              <w:pStyle w:val="Oznaenseznam"/>
              <w:spacing w:after="16"/>
            </w:pPr>
            <w:r>
              <w:rPr>
                <w:color w:val="000000"/>
                <w:sz w:val="16"/>
              </w:rPr>
              <w:t>razvija glasovno zavedanje, povezavo glas–črka in začetno branje ter pisanje po individualnem napredku</w:t>
            </w:r>
          </w:p>
          <w:p w14:paraId="1847923C" w14:textId="77777777" w:rsidR="00187E2C" w:rsidRDefault="00000000">
            <w:pPr>
              <w:pStyle w:val="Oznaenseznam"/>
              <w:spacing w:after="16"/>
            </w:pPr>
            <w:r>
              <w:rPr>
                <w:color w:val="000000"/>
                <w:sz w:val="16"/>
              </w:rPr>
              <w:t>ob namenih in kriterijih spremlja svoje učenje ter uporabi opisno povratno informacijo</w:t>
            </w:r>
          </w:p>
          <w:p w14:paraId="0CC1B9DA" w14:textId="77777777" w:rsidR="00187E2C" w:rsidRDefault="00000000">
            <w:pPr>
              <w:spacing w:before="40" w:after="20" w:line="245" w:lineRule="auto"/>
            </w:pPr>
            <w:r>
              <w:rPr>
                <w:b/>
                <w:color w:val="000000"/>
                <w:sz w:val="17"/>
              </w:rPr>
              <w:t>OPERATIVNI</w:t>
            </w:r>
          </w:p>
          <w:p w14:paraId="7F03A08E" w14:textId="77777777" w:rsidR="00187E2C" w:rsidRDefault="00000000">
            <w:pPr>
              <w:pStyle w:val="Oznaenseznam"/>
              <w:spacing w:after="16"/>
            </w:pPr>
            <w:r>
              <w:rPr>
                <w:color w:val="000000"/>
                <w:sz w:val="16"/>
              </w:rPr>
              <w:t>prepozna glasove in obravnavane črke</w:t>
            </w:r>
          </w:p>
          <w:p w14:paraId="493368E9" w14:textId="77777777" w:rsidR="00187E2C" w:rsidRDefault="00000000">
            <w:pPr>
              <w:pStyle w:val="Oznaenseznam"/>
              <w:spacing w:after="16"/>
            </w:pPr>
            <w:r>
              <w:rPr>
                <w:color w:val="000000"/>
                <w:sz w:val="16"/>
              </w:rPr>
              <w:t>bere zloge in kratke besede po zmožnostih</w:t>
            </w:r>
          </w:p>
          <w:p w14:paraId="544CA044" w14:textId="77777777" w:rsidR="00187E2C" w:rsidRDefault="00000000">
            <w:pPr>
              <w:pStyle w:val="Oznaenseznam"/>
              <w:spacing w:after="16"/>
            </w:pPr>
            <w:r>
              <w:rPr>
                <w:color w:val="000000"/>
                <w:sz w:val="16"/>
              </w:rPr>
              <w:t>zapiše kratke besede</w:t>
            </w:r>
          </w:p>
          <w:p w14:paraId="1AAD2094" w14:textId="77777777" w:rsidR="00187E2C" w:rsidRDefault="00000000">
            <w:pPr>
              <w:pStyle w:val="Oznaenseznam"/>
              <w:spacing w:after="16"/>
            </w:pPr>
            <w:r>
              <w:rPr>
                <w:color w:val="000000"/>
                <w:sz w:val="16"/>
              </w:rPr>
              <w:t>prepozna in poimenuje veliko tiskano črko U ter jo poveže z glasom /u/</w:t>
            </w:r>
          </w:p>
          <w:p w14:paraId="7EC7995D" w14:textId="77777777" w:rsidR="00187E2C" w:rsidRDefault="00000000">
            <w:pPr>
              <w:pStyle w:val="Oznaenseznam"/>
              <w:spacing w:after="16"/>
            </w:pPr>
            <w:r>
              <w:rPr>
                <w:color w:val="000000"/>
                <w:sz w:val="16"/>
              </w:rPr>
              <w:t>veččutno oblikuje in čitljivo zapiše veliko tiskano črko U</w:t>
            </w:r>
          </w:p>
          <w:p w14:paraId="4A538F8D" w14:textId="77777777" w:rsidR="00187E2C" w:rsidRDefault="00000000">
            <w:pPr>
              <w:pStyle w:val="Oznaenseznam"/>
              <w:spacing w:after="16"/>
            </w:pPr>
            <w:r>
              <w:rPr>
                <w:color w:val="000000"/>
                <w:sz w:val="16"/>
              </w:rPr>
              <w:t>bere in sestavlja zloge oziroma besede z znanimi črkami: A • E • I • O • U</w:t>
            </w:r>
          </w:p>
          <w:p w14:paraId="02B6FD5A" w14:textId="77777777" w:rsidR="00187E2C" w:rsidRDefault="00000000">
            <w:pPr>
              <w:spacing w:before="40" w:after="20" w:line="245" w:lineRule="auto"/>
            </w:pPr>
            <w:r>
              <w:rPr>
                <w:b/>
                <w:color w:val="000000"/>
                <w:sz w:val="17"/>
              </w:rPr>
              <w:t>PRIČAKOVANI DOSEŽKI / MINIMALNI POUDARKI</w:t>
            </w:r>
          </w:p>
          <w:p w14:paraId="4122131A" w14:textId="77777777" w:rsidR="00187E2C" w:rsidRDefault="00000000">
            <w:pPr>
              <w:pStyle w:val="Oznaenseznam"/>
              <w:spacing w:after="16"/>
            </w:pPr>
            <w:r>
              <w:rPr>
                <w:color w:val="000000"/>
                <w:sz w:val="15"/>
              </w:rPr>
              <w:t>samostojno oziroma z dogovorjeno oporo prepozna glasove in obravnavane črke</w:t>
            </w:r>
          </w:p>
          <w:p w14:paraId="5343A922" w14:textId="77777777" w:rsidR="00187E2C" w:rsidRDefault="00000000">
            <w:pPr>
              <w:pStyle w:val="Oznaenseznam"/>
              <w:spacing w:after="16"/>
            </w:pPr>
            <w:r>
              <w:rPr>
                <w:color w:val="000000"/>
                <w:sz w:val="15"/>
              </w:rPr>
              <w:t>samostojno oziroma z dogovorjeno oporo bere zloge in kratke besede po zmožnostih</w:t>
            </w:r>
          </w:p>
          <w:p w14:paraId="65BC6247" w14:textId="77777777" w:rsidR="00187E2C" w:rsidRDefault="00000000">
            <w:pPr>
              <w:pStyle w:val="Oznaenseznam"/>
              <w:spacing w:after="16"/>
            </w:pPr>
            <w:r>
              <w:rPr>
                <w:color w:val="000000"/>
                <w:sz w:val="15"/>
              </w:rPr>
              <w:t>samostojno oziroma z dogovorjeno oporo zapiše kratke besede</w:t>
            </w:r>
          </w:p>
          <w:p w14:paraId="07133156" w14:textId="77777777" w:rsidR="00187E2C" w:rsidRDefault="00000000">
            <w:pPr>
              <w:pStyle w:val="Oznaenseznam"/>
              <w:spacing w:after="16"/>
            </w:pPr>
            <w:r>
              <w:rPr>
                <w:color w:val="000000"/>
                <w:sz w:val="15"/>
              </w:rPr>
              <w:t>samostojno oziroma z dogovorjeno oporo prepozna in poimenuje veliko tiskano črko U ter jo poveže z glasom /u/</w:t>
            </w:r>
          </w:p>
          <w:p w14:paraId="0658672B" w14:textId="77777777" w:rsidR="00187E2C" w:rsidRDefault="00000000">
            <w:pPr>
              <w:pStyle w:val="Oznaenseznam"/>
              <w:spacing w:after="16"/>
            </w:pPr>
            <w:r>
              <w:rPr>
                <w:color w:val="000000"/>
                <w:sz w:val="15"/>
              </w:rPr>
              <w:t>samostojno oziroma z dogovorjeno oporo veččutno oblikuje in čitljivo zapiše veliko tiskano črko U</w:t>
            </w:r>
          </w:p>
        </w:tc>
        <w:tc>
          <w:tcPr>
            <w:tcW w:w="7087" w:type="dxa"/>
            <w:tcMar>
              <w:top w:w="70" w:type="dxa"/>
              <w:left w:w="90" w:type="dxa"/>
              <w:bottom w:w="70" w:type="dxa"/>
              <w:right w:w="90" w:type="dxa"/>
            </w:tcMar>
          </w:tcPr>
          <w:p w14:paraId="087A959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C2D5785" w14:textId="77777777">
              <w:trPr>
                <w:jc w:val="center"/>
              </w:trPr>
              <w:tc>
                <w:tcPr>
                  <w:tcW w:w="7087" w:type="dxa"/>
                  <w:shd w:val="clear" w:color="auto" w:fill="C6E7F3"/>
                  <w:tcMar>
                    <w:top w:w="45" w:type="dxa"/>
                    <w:left w:w="70" w:type="dxa"/>
                    <w:bottom w:w="45" w:type="dxa"/>
                    <w:right w:w="70" w:type="dxa"/>
                  </w:tcMar>
                </w:tcPr>
                <w:p w14:paraId="61C8B750" w14:textId="77777777" w:rsidR="00187E2C" w:rsidRDefault="00000000">
                  <w:pPr>
                    <w:keepNext/>
                  </w:pPr>
                  <w:r>
                    <w:rPr>
                      <w:b/>
                      <w:color w:val="000000"/>
                    </w:rPr>
                    <w:t>UVODNI DEL – motivacija, aktivacija predznanja in namen učenja (15–20 min)</w:t>
                  </w:r>
                </w:p>
              </w:tc>
            </w:tr>
          </w:tbl>
          <w:p w14:paraId="228372E4" w14:textId="77777777" w:rsidR="00187E2C" w:rsidRDefault="00187E2C">
            <w:pPr>
              <w:spacing w:line="20" w:lineRule="exact"/>
            </w:pPr>
          </w:p>
          <w:p w14:paraId="27DB6C1F" w14:textId="77777777" w:rsidR="00187E2C" w:rsidRDefault="00000000">
            <w:pPr>
              <w:spacing w:before="40" w:after="60" w:line="245" w:lineRule="auto"/>
            </w:pPr>
            <w:r>
              <w:rPr>
                <w:color w:val="000000"/>
                <w:sz w:val="16"/>
              </w:rPr>
              <w:t>Učenci ob naslovnici, odlomku ali ilustraciji dela »Hvaležni medved« – slovenska ljudska pravljica doživljajsko vstopijo v motiv gozd, življenjski prostor, pomoč in hvaležnost. S kretnjo, predmetom, sliko, glasom ali kratko povedjo pokažejo predznanje in napoved. Izhodiščni odziv povežejo z dejavnostjo ČRKA U • BRALNI LIST 11 – Berem črko U in glasovne verige.</w:t>
            </w:r>
          </w:p>
          <w:tbl>
            <w:tblPr>
              <w:tblStyle w:val="Tabelamrea"/>
              <w:tblW w:w="0" w:type="auto"/>
              <w:jc w:val="center"/>
              <w:tblLayout w:type="fixed"/>
              <w:tblLook w:val="04A0" w:firstRow="1" w:lastRow="0" w:firstColumn="1" w:lastColumn="0" w:noHBand="0" w:noVBand="1"/>
            </w:tblPr>
            <w:tblGrid>
              <w:gridCol w:w="7087"/>
            </w:tblGrid>
            <w:tr w:rsidR="00187E2C" w14:paraId="650D9FDA" w14:textId="77777777">
              <w:trPr>
                <w:jc w:val="center"/>
              </w:trPr>
              <w:tc>
                <w:tcPr>
                  <w:tcW w:w="7087" w:type="dxa"/>
                  <w:shd w:val="clear" w:color="auto" w:fill="EDC9EA"/>
                  <w:tcMar>
                    <w:top w:w="45" w:type="dxa"/>
                    <w:left w:w="70" w:type="dxa"/>
                    <w:bottom w:w="45" w:type="dxa"/>
                    <w:right w:w="70" w:type="dxa"/>
                  </w:tcMar>
                </w:tcPr>
                <w:p w14:paraId="27CFAC31" w14:textId="77777777" w:rsidR="00187E2C" w:rsidRDefault="00000000">
                  <w:pPr>
                    <w:keepNext/>
                  </w:pPr>
                  <w:r>
                    <w:rPr>
                      <w:b/>
                      <w:color w:val="000000"/>
                    </w:rPr>
                    <w:t>NAMENI UČENJA</w:t>
                  </w:r>
                </w:p>
              </w:tc>
            </w:tr>
          </w:tbl>
          <w:p w14:paraId="56BA560B" w14:textId="77777777" w:rsidR="00187E2C" w:rsidRDefault="00187E2C">
            <w:pPr>
              <w:spacing w:line="20" w:lineRule="exact"/>
            </w:pPr>
          </w:p>
          <w:p w14:paraId="4583DAC2"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E6C1A7E" w14:textId="77777777" w:rsidR="00187E2C" w:rsidRDefault="00000000">
            <w:pPr>
              <w:pStyle w:val="Oznaenseznam"/>
              <w:spacing w:after="16"/>
            </w:pPr>
            <w:r>
              <w:rPr>
                <w:color w:val="000000"/>
                <w:sz w:val="16"/>
              </w:rPr>
              <w:t>prepoznam glasove in obravnavane črke</w:t>
            </w:r>
          </w:p>
          <w:p w14:paraId="444141B1" w14:textId="77777777" w:rsidR="00187E2C" w:rsidRDefault="00000000">
            <w:pPr>
              <w:pStyle w:val="Oznaenseznam"/>
              <w:spacing w:after="16"/>
            </w:pPr>
            <w:r>
              <w:rPr>
                <w:color w:val="000000"/>
                <w:sz w:val="16"/>
              </w:rPr>
              <w:t>berem zloge in kratke besede po zmožnostih</w:t>
            </w:r>
          </w:p>
          <w:p w14:paraId="16820F20" w14:textId="77777777" w:rsidR="00187E2C" w:rsidRDefault="00000000">
            <w:pPr>
              <w:pStyle w:val="Oznaenseznam"/>
              <w:spacing w:after="16"/>
            </w:pPr>
            <w:r>
              <w:rPr>
                <w:color w:val="000000"/>
                <w:sz w:val="16"/>
              </w:rPr>
              <w:t>zapišem kratke besede</w:t>
            </w:r>
          </w:p>
          <w:p w14:paraId="168B00B7" w14:textId="77777777" w:rsidR="00187E2C" w:rsidRDefault="00000000">
            <w:pPr>
              <w:pStyle w:val="Oznaenseznam"/>
              <w:spacing w:after="16"/>
            </w:pPr>
            <w:r>
              <w:rPr>
                <w:color w:val="000000"/>
                <w:sz w:val="16"/>
              </w:rPr>
              <w:t>prepoznam in poimenujem veliko tiskano črko U ter jo povežem z glasom /u/</w:t>
            </w:r>
          </w:p>
          <w:p w14:paraId="6DA727E5" w14:textId="77777777" w:rsidR="00187E2C" w:rsidRDefault="00000000">
            <w:pPr>
              <w:pStyle w:val="Oznaenseznam"/>
              <w:spacing w:after="16"/>
            </w:pPr>
            <w:r>
              <w:rPr>
                <w:color w:val="000000"/>
                <w:sz w:val="16"/>
              </w:rPr>
              <w:t>veččutno oblikujem in čitljivo zapišem veliko tiskano črko U</w:t>
            </w:r>
          </w:p>
          <w:p w14:paraId="40B27DF8" w14:textId="77777777" w:rsidR="00187E2C" w:rsidRDefault="00000000">
            <w:pPr>
              <w:pStyle w:val="Oznaenseznam"/>
              <w:spacing w:after="16"/>
            </w:pPr>
            <w:r>
              <w:rPr>
                <w:color w:val="000000"/>
                <w:sz w:val="16"/>
              </w:rPr>
              <w:t>berem in sestavlja zloge oziroma besede z znanimi črkami: A • E • I • O • U</w:t>
            </w:r>
          </w:p>
          <w:tbl>
            <w:tblPr>
              <w:tblStyle w:val="Tabelamrea"/>
              <w:tblW w:w="0" w:type="auto"/>
              <w:jc w:val="center"/>
              <w:tblLayout w:type="fixed"/>
              <w:tblLook w:val="04A0" w:firstRow="1" w:lastRow="0" w:firstColumn="1" w:lastColumn="0" w:noHBand="0" w:noVBand="1"/>
            </w:tblPr>
            <w:tblGrid>
              <w:gridCol w:w="7087"/>
            </w:tblGrid>
            <w:tr w:rsidR="00187E2C" w14:paraId="3BF078E1" w14:textId="77777777">
              <w:trPr>
                <w:jc w:val="center"/>
              </w:trPr>
              <w:tc>
                <w:tcPr>
                  <w:tcW w:w="7087" w:type="dxa"/>
                  <w:shd w:val="clear" w:color="auto" w:fill="EDC9EA"/>
                  <w:tcMar>
                    <w:top w:w="45" w:type="dxa"/>
                    <w:left w:w="70" w:type="dxa"/>
                    <w:bottom w:w="45" w:type="dxa"/>
                    <w:right w:w="70" w:type="dxa"/>
                  </w:tcMar>
                </w:tcPr>
                <w:p w14:paraId="1A975DA6" w14:textId="77777777" w:rsidR="00187E2C" w:rsidRDefault="00000000">
                  <w:pPr>
                    <w:keepNext/>
                  </w:pPr>
                  <w:r>
                    <w:rPr>
                      <w:b/>
                      <w:color w:val="000000"/>
                    </w:rPr>
                    <w:t>PREVERJANJE PREDZNANJA</w:t>
                  </w:r>
                </w:p>
              </w:tc>
            </w:tr>
          </w:tbl>
          <w:p w14:paraId="135A25D5" w14:textId="77777777" w:rsidR="00187E2C" w:rsidRDefault="00187E2C">
            <w:pPr>
              <w:spacing w:line="20" w:lineRule="exact"/>
            </w:pPr>
          </w:p>
          <w:p w14:paraId="046A2AE8" w14:textId="77777777" w:rsidR="00187E2C" w:rsidRDefault="00000000">
            <w:pPr>
              <w:pStyle w:val="Oznaenseznam"/>
              <w:spacing w:after="16"/>
            </w:pPr>
            <w:r>
              <w:rPr>
                <w:color w:val="000000"/>
                <w:sz w:val="16"/>
              </w:rPr>
              <w:t>Kaj mi naslovnica, ilustracija ali naslov pove o motivu gozd, življenjski prostor, pomoč in hvaležnost?</w:t>
            </w:r>
          </w:p>
          <w:p w14:paraId="77FCC78A" w14:textId="77777777" w:rsidR="00187E2C" w:rsidRDefault="00000000">
            <w:pPr>
              <w:pStyle w:val="Oznaenseznam"/>
              <w:spacing w:after="16"/>
            </w:pPr>
            <w:r>
              <w:rPr>
                <w:color w:val="000000"/>
                <w:sz w:val="16"/>
              </w:rPr>
              <w:t>Kje v besedah slišim glas /u/ in po katerih potezah prepoznam črko U?</w:t>
            </w:r>
          </w:p>
          <w:p w14:paraId="3780015A"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3101D171" w14:textId="77777777">
              <w:trPr>
                <w:jc w:val="center"/>
              </w:trPr>
              <w:tc>
                <w:tcPr>
                  <w:tcW w:w="7087" w:type="dxa"/>
                  <w:shd w:val="clear" w:color="auto" w:fill="EDC9EA"/>
                  <w:tcMar>
                    <w:top w:w="45" w:type="dxa"/>
                    <w:left w:w="70" w:type="dxa"/>
                    <w:bottom w:w="45" w:type="dxa"/>
                    <w:right w:w="70" w:type="dxa"/>
                  </w:tcMar>
                </w:tcPr>
                <w:p w14:paraId="44C0BC3A" w14:textId="77777777" w:rsidR="00187E2C" w:rsidRDefault="00000000">
                  <w:pPr>
                    <w:keepNext/>
                  </w:pPr>
                  <w:r>
                    <w:rPr>
                      <w:b/>
                      <w:color w:val="000000"/>
                    </w:rPr>
                    <w:t>KRITERIJI USPEŠNOSTI</w:t>
                  </w:r>
                </w:p>
              </w:tc>
            </w:tr>
          </w:tbl>
          <w:p w14:paraId="2DCCA3C2" w14:textId="77777777" w:rsidR="00187E2C" w:rsidRDefault="00187E2C"/>
          <w:p w14:paraId="1EB31CCD" w14:textId="77777777" w:rsidR="00187E2C" w:rsidRDefault="00000000">
            <w:pPr>
              <w:spacing w:before="20" w:after="20" w:line="245" w:lineRule="auto"/>
            </w:pPr>
            <w:r>
              <w:rPr>
                <w:b/>
                <w:color w:val="000000"/>
                <w:sz w:val="16"/>
              </w:rPr>
              <w:t>Uspešen/-na bom, ko:</w:t>
            </w:r>
          </w:p>
          <w:p w14:paraId="58649759" w14:textId="77777777" w:rsidR="00187E2C" w:rsidRDefault="00000000">
            <w:pPr>
              <w:pStyle w:val="Oznaenseznam"/>
              <w:spacing w:after="16"/>
            </w:pPr>
            <w:r>
              <w:rPr>
                <w:color w:val="000000"/>
                <w:sz w:val="16"/>
              </w:rPr>
              <w:t>prepoznam glasove in obravnavane črke</w:t>
            </w:r>
          </w:p>
          <w:p w14:paraId="260F17FC" w14:textId="77777777" w:rsidR="00187E2C" w:rsidRDefault="00000000">
            <w:pPr>
              <w:pStyle w:val="Oznaenseznam"/>
              <w:spacing w:after="16"/>
            </w:pPr>
            <w:r>
              <w:rPr>
                <w:color w:val="000000"/>
                <w:sz w:val="16"/>
              </w:rPr>
              <w:t>berem zloge in kratke besede po zmožnostih</w:t>
            </w:r>
          </w:p>
          <w:p w14:paraId="2C17F28B" w14:textId="77777777" w:rsidR="00187E2C" w:rsidRDefault="00000000">
            <w:pPr>
              <w:pStyle w:val="Oznaenseznam"/>
              <w:spacing w:after="16"/>
            </w:pPr>
            <w:r>
              <w:rPr>
                <w:color w:val="000000"/>
                <w:sz w:val="16"/>
              </w:rPr>
              <w:t>zapišem kratke besede</w:t>
            </w:r>
          </w:p>
          <w:p w14:paraId="2DC089BA" w14:textId="77777777" w:rsidR="00187E2C" w:rsidRDefault="00000000">
            <w:pPr>
              <w:pStyle w:val="Oznaenseznam"/>
              <w:spacing w:after="16"/>
            </w:pPr>
            <w:r>
              <w:rPr>
                <w:color w:val="000000"/>
                <w:sz w:val="16"/>
              </w:rPr>
              <w:t>prepoznam in poimenujem veliko tiskano črko U ter jo povežem z glasom /u/</w:t>
            </w:r>
          </w:p>
          <w:p w14:paraId="4E706622" w14:textId="77777777" w:rsidR="00187E2C" w:rsidRDefault="00000000">
            <w:pPr>
              <w:pStyle w:val="Oznaenseznam"/>
              <w:spacing w:after="16"/>
            </w:pPr>
            <w:r>
              <w:rPr>
                <w:color w:val="000000"/>
                <w:sz w:val="16"/>
              </w:rPr>
              <w:t>veččutno oblikujem in čitljivo zapišem veliko tiskano črko U</w:t>
            </w:r>
          </w:p>
          <w:p w14:paraId="490AFDB8" w14:textId="77777777" w:rsidR="00187E2C" w:rsidRDefault="00000000">
            <w:pPr>
              <w:pStyle w:val="Oznaenseznam"/>
              <w:spacing w:after="16"/>
            </w:pPr>
            <w:r>
              <w:rPr>
                <w:color w:val="000000"/>
                <w:sz w:val="16"/>
              </w:rPr>
              <w:t>berem in sestavlja zloge oziroma besede z znanimi črkami: A • E • I • O • U</w:t>
            </w:r>
          </w:p>
          <w:p w14:paraId="45B44DBE"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11739F5" w14:textId="77777777" w:rsidR="00187E2C" w:rsidRDefault="00187E2C"/>
          <w:p w14:paraId="63172DDD"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B476A87" w14:textId="77777777" w:rsidR="00187E2C" w:rsidRDefault="00000000">
            <w:pPr>
              <w:spacing w:after="80" w:line="245" w:lineRule="auto"/>
            </w:pPr>
            <w:r>
              <w:rPr>
                <w:color w:val="000000"/>
                <w:sz w:val="16"/>
              </w:rPr>
              <w:t>Pove, pokaže ali nariše, kaj že ve in katero strategijo bi uporabil.</w:t>
            </w:r>
          </w:p>
          <w:p w14:paraId="4DCE7E74" w14:textId="77777777" w:rsidR="00187E2C" w:rsidRDefault="00000000">
            <w:pPr>
              <w:spacing w:after="100" w:line="245" w:lineRule="auto"/>
            </w:pPr>
            <w:r>
              <w:rPr>
                <w:color w:val="000000"/>
                <w:sz w:val="16"/>
              </w:rPr>
              <w:t>Sodeluje pri razumevanju namenov in kriterijev uspešnosti.</w:t>
            </w:r>
          </w:p>
          <w:p w14:paraId="05D617F0" w14:textId="77777777" w:rsidR="00187E2C" w:rsidRDefault="00000000">
            <w:pPr>
              <w:spacing w:after="20" w:line="245" w:lineRule="auto"/>
            </w:pPr>
            <w:r>
              <w:rPr>
                <w:b/>
                <w:color w:val="D95BC6"/>
                <w:sz w:val="17"/>
              </w:rPr>
              <w:t>DOKAZ O UČENJU</w:t>
            </w:r>
          </w:p>
          <w:p w14:paraId="016105F8"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12028E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5438CD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CE743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04DD725" w14:textId="77777777" w:rsidR="00187E2C" w:rsidRDefault="00000000">
            <w:pPr>
              <w:jc w:val="center"/>
            </w:pPr>
            <w:r>
              <w:rPr>
                <w:b/>
                <w:color w:val="000000"/>
                <w:sz w:val="20"/>
              </w:rPr>
              <w:t>UČNE DEJAVNOSTI, METODE IN FORMATIVNO SPREMLJANJE</w:t>
            </w:r>
          </w:p>
        </w:tc>
      </w:tr>
      <w:tr w:rsidR="00187E2C" w14:paraId="7B9A5778" w14:textId="77777777">
        <w:trPr>
          <w:tblHeader/>
          <w:jc w:val="center"/>
        </w:trPr>
        <w:tc>
          <w:tcPr>
            <w:tcW w:w="4422" w:type="dxa"/>
            <w:vMerge/>
            <w:tcMar>
              <w:top w:w="70" w:type="dxa"/>
              <w:left w:w="90" w:type="dxa"/>
              <w:bottom w:w="70" w:type="dxa"/>
              <w:right w:w="90" w:type="dxa"/>
            </w:tcMar>
            <w:vAlign w:val="center"/>
          </w:tcPr>
          <w:p w14:paraId="2B80061A" w14:textId="77777777" w:rsidR="00187E2C" w:rsidRDefault="00187E2C"/>
        </w:tc>
        <w:tc>
          <w:tcPr>
            <w:tcW w:w="7087" w:type="dxa"/>
            <w:shd w:val="clear" w:color="auto" w:fill="FFFFFF"/>
            <w:tcMar>
              <w:top w:w="70" w:type="dxa"/>
              <w:left w:w="90" w:type="dxa"/>
              <w:bottom w:w="70" w:type="dxa"/>
              <w:right w:w="90" w:type="dxa"/>
            </w:tcMar>
            <w:vAlign w:val="center"/>
          </w:tcPr>
          <w:p w14:paraId="6976EB09"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2239F13" w14:textId="77777777" w:rsidR="00187E2C" w:rsidRDefault="00000000">
            <w:pPr>
              <w:jc w:val="center"/>
            </w:pPr>
            <w:r>
              <w:rPr>
                <w:b/>
                <w:color w:val="000000"/>
              </w:rPr>
              <w:t>UČENEC</w:t>
            </w:r>
          </w:p>
        </w:tc>
      </w:tr>
      <w:tr w:rsidR="00187E2C" w14:paraId="51D85CC0" w14:textId="77777777">
        <w:trPr>
          <w:jc w:val="center"/>
        </w:trPr>
        <w:tc>
          <w:tcPr>
            <w:tcW w:w="4422" w:type="dxa"/>
            <w:tcMar>
              <w:top w:w="70" w:type="dxa"/>
              <w:left w:w="90" w:type="dxa"/>
              <w:bottom w:w="70" w:type="dxa"/>
              <w:right w:w="90" w:type="dxa"/>
            </w:tcMar>
          </w:tcPr>
          <w:p w14:paraId="6B1A7FF1" w14:textId="77777777" w:rsidR="00187E2C" w:rsidRDefault="00187E2C"/>
          <w:p w14:paraId="72AB295F" w14:textId="77777777" w:rsidR="00187E2C" w:rsidRDefault="00000000">
            <w:pPr>
              <w:spacing w:after="40" w:line="245" w:lineRule="auto"/>
            </w:pPr>
            <w:r>
              <w:rPr>
                <w:b/>
                <w:color w:val="000000"/>
              </w:rPr>
              <w:t>KLJUČNI POJMI</w:t>
            </w:r>
          </w:p>
          <w:p w14:paraId="2B5F2636" w14:textId="77777777" w:rsidR="00187E2C" w:rsidRDefault="00000000">
            <w:pPr>
              <w:spacing w:after="60" w:line="245" w:lineRule="auto"/>
            </w:pPr>
            <w:r>
              <w:rPr>
                <w:color w:val="000000"/>
                <w:sz w:val="15"/>
              </w:rPr>
              <w:t>glas /u/, črka U, zlog, beseda, poved, smer poteze, bralna strategija, naslov, avtor, ilustrator, književna oseba</w:t>
            </w:r>
          </w:p>
          <w:p w14:paraId="7C49B377" w14:textId="77777777" w:rsidR="00187E2C" w:rsidRDefault="00000000">
            <w:pPr>
              <w:spacing w:after="20" w:line="245" w:lineRule="auto"/>
            </w:pPr>
            <w:r>
              <w:rPr>
                <w:b/>
                <w:color w:val="000000"/>
                <w:sz w:val="17"/>
              </w:rPr>
              <w:t>DOKAZI O UČENJU</w:t>
            </w:r>
          </w:p>
          <w:p w14:paraId="3276D1DE" w14:textId="77777777" w:rsidR="00187E2C" w:rsidRDefault="00000000">
            <w:pPr>
              <w:pStyle w:val="Oznaenseznam"/>
              <w:spacing w:after="9"/>
            </w:pPr>
            <w:r>
              <w:rPr>
                <w:color w:val="000000"/>
                <w:sz w:val="15"/>
              </w:rPr>
              <w:t>odziv med poslušanjem, izbrana slika in ena poved o doživetju.</w:t>
            </w:r>
          </w:p>
          <w:p w14:paraId="135E1262" w14:textId="77777777" w:rsidR="00187E2C" w:rsidRDefault="00000000">
            <w:pPr>
              <w:pStyle w:val="Oznaenseznam"/>
              <w:spacing w:after="9"/>
            </w:pPr>
            <w:r>
              <w:rPr>
                <w:color w:val="000000"/>
                <w:sz w:val="15"/>
              </w:rPr>
              <w:t>zvočni posnetek ali anekdotski zapis kratke izmenjave.</w:t>
            </w:r>
          </w:p>
          <w:p w14:paraId="1AF40030" w14:textId="77777777" w:rsidR="00187E2C" w:rsidRDefault="00000000">
            <w:pPr>
              <w:pStyle w:val="Oznaenseznam"/>
              <w:spacing w:after="9"/>
            </w:pPr>
            <w:r>
              <w:rPr>
                <w:color w:val="000000"/>
                <w:sz w:val="15"/>
              </w:rPr>
              <w:t>pravilno sestavljen primer in učenčeva ustna razlaga postopka.</w:t>
            </w:r>
          </w:p>
          <w:p w14:paraId="1DB7E8F6" w14:textId="77777777" w:rsidR="00187E2C" w:rsidRDefault="00000000">
            <w:pPr>
              <w:pStyle w:val="Oznaenseznam"/>
              <w:spacing w:after="9"/>
            </w:pPr>
            <w:r>
              <w:rPr>
                <w:color w:val="000000"/>
                <w:sz w:val="15"/>
              </w:rPr>
              <w:t>štiri pravilne glasovne odločitve, izbor črke U in kratka učenčeva razlaga.</w:t>
            </w:r>
          </w:p>
          <w:p w14:paraId="3370EFB2" w14:textId="77777777" w:rsidR="00187E2C" w:rsidRDefault="00000000">
            <w:pPr>
              <w:pStyle w:val="Oznaenseznam"/>
              <w:spacing w:after="9"/>
            </w:pPr>
            <w:r>
              <w:rPr>
                <w:color w:val="000000"/>
                <w:sz w:val="15"/>
              </w:rPr>
              <w:t>fotografija konstrukcije črke U, opazovalni zapis smeri potez in datirana vrstica treh zapisov.</w:t>
            </w:r>
          </w:p>
          <w:p w14:paraId="0EA860B3" w14:textId="77777777" w:rsidR="00187E2C" w:rsidRDefault="00000000">
            <w:pPr>
              <w:pStyle w:val="Oznaenseznam"/>
              <w:spacing w:after="9"/>
            </w:pPr>
            <w:r>
              <w:rPr>
                <w:color w:val="000000"/>
                <w:sz w:val="15"/>
              </w:rPr>
              <w:t>izpolnjen Bralni list 11, individualni bralni zapis, sestavljen ali zapisan primer s črko U in samovrednotenje.</w:t>
            </w:r>
          </w:p>
          <w:p w14:paraId="6C926F1E" w14:textId="77777777" w:rsidR="00187E2C" w:rsidRDefault="00000000">
            <w:pPr>
              <w:spacing w:before="40" w:after="20" w:line="245" w:lineRule="auto"/>
            </w:pPr>
            <w:r>
              <w:rPr>
                <w:b/>
                <w:color w:val="000000"/>
                <w:sz w:val="17"/>
              </w:rPr>
              <w:t>KNJIŽEVNO DOŽIVETJE IN IZKUŠENJSKI POUK</w:t>
            </w:r>
          </w:p>
          <w:p w14:paraId="48BDC5AA"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3354D6A9" w14:textId="77777777" w:rsidR="00187E2C" w:rsidRDefault="00000000">
            <w:pPr>
              <w:spacing w:after="20" w:line="245" w:lineRule="auto"/>
            </w:pPr>
            <w:r>
              <w:rPr>
                <w:b/>
                <w:color w:val="000000"/>
                <w:sz w:val="17"/>
              </w:rPr>
              <w:t>POUČEVANJE V GIBANJU</w:t>
            </w:r>
          </w:p>
          <w:p w14:paraId="58BBEB4F"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C3F0E57" w14:textId="77777777" w:rsidR="00187E2C" w:rsidRDefault="00000000">
            <w:pPr>
              <w:spacing w:after="20" w:line="245" w:lineRule="auto"/>
            </w:pPr>
            <w:r>
              <w:rPr>
                <w:b/>
                <w:color w:val="000000"/>
                <w:sz w:val="17"/>
              </w:rPr>
              <w:t>DELO PO POSTAJAH</w:t>
            </w:r>
          </w:p>
          <w:p w14:paraId="5A15F4DF" w14:textId="77777777" w:rsidR="00187E2C" w:rsidRDefault="00000000">
            <w:pPr>
              <w:spacing w:after="60" w:line="245" w:lineRule="auto"/>
            </w:pPr>
            <w:r>
              <w:rPr>
                <w:color w:val="000000"/>
                <w:sz w:val="15"/>
              </w:rPr>
              <w:t>1. doživljajsko-književna – poslušanje, pogovor, igra vlog in predmetno/slikovno izhodišče; 2. glasovno-gibalna – slišim glas /u/, razvrščam besede in sestavljam žive zloge; 3. bralna – ČRKA U • BRALNI LIST 11, modelirano, vodeno ali ponovljeno branje; 4. tipno-grafomotorična – črko U oblikujem, hodim po njeni poti in jo zapišem ter izbor dokaza, povratna informacija in naslednji korak.</w:t>
            </w:r>
          </w:p>
          <w:p w14:paraId="176003FA" w14:textId="77777777" w:rsidR="00187E2C" w:rsidRDefault="00000000">
            <w:pPr>
              <w:spacing w:after="20" w:line="245" w:lineRule="auto"/>
            </w:pPr>
            <w:r>
              <w:rPr>
                <w:b/>
                <w:color w:val="000000"/>
                <w:sz w:val="17"/>
              </w:rPr>
              <w:t>DIFERENCIACIJA IN VKLJUČEVANJE</w:t>
            </w:r>
          </w:p>
          <w:p w14:paraId="5985560D"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B430E75" w14:textId="77777777" w:rsidR="00187E2C" w:rsidRDefault="00000000">
            <w:pPr>
              <w:spacing w:after="20" w:line="245" w:lineRule="auto"/>
            </w:pPr>
            <w:r>
              <w:rPr>
                <w:b/>
                <w:color w:val="000000"/>
                <w:sz w:val="17"/>
              </w:rPr>
              <w:t>SPREMLJANJE</w:t>
            </w:r>
          </w:p>
          <w:p w14:paraId="068E8143"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2401AA67"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A88713A" w14:textId="77777777">
              <w:trPr>
                <w:jc w:val="center"/>
              </w:trPr>
              <w:tc>
                <w:tcPr>
                  <w:tcW w:w="7087" w:type="dxa"/>
                  <w:shd w:val="clear" w:color="auto" w:fill="C6E7F3"/>
                  <w:tcMar>
                    <w:top w:w="45" w:type="dxa"/>
                    <w:left w:w="70" w:type="dxa"/>
                    <w:bottom w:w="45" w:type="dxa"/>
                    <w:right w:w="70" w:type="dxa"/>
                  </w:tcMar>
                </w:tcPr>
                <w:p w14:paraId="6EF2FAB2" w14:textId="77777777" w:rsidR="00187E2C" w:rsidRDefault="00000000">
                  <w:pPr>
                    <w:keepNext/>
                  </w:pPr>
                  <w:r>
                    <w:rPr>
                      <w:b/>
                      <w:color w:val="000000"/>
                      <w:sz w:val="17"/>
                    </w:rPr>
                    <w:t>GLAVNI DEL – DOŽIVLJAJSKO, JEZIKOVNO IN OPISMENJEVALNO UČENJE (6 šolskih ur)</w:t>
                  </w:r>
                </w:p>
              </w:tc>
            </w:tr>
          </w:tbl>
          <w:p w14:paraId="5F6CB3EE" w14:textId="77777777" w:rsidR="00187E2C" w:rsidRDefault="00187E2C">
            <w:pPr>
              <w:spacing w:line="20" w:lineRule="exact"/>
            </w:pPr>
          </w:p>
          <w:p w14:paraId="683FA705" w14:textId="77777777" w:rsidR="00187E2C" w:rsidRDefault="00000000">
            <w:pPr>
              <w:keepNext/>
              <w:spacing w:before="22" w:after="6" w:line="245" w:lineRule="auto"/>
            </w:pPr>
            <w:r>
              <w:rPr>
                <w:b/>
                <w:color w:val="000000"/>
                <w:sz w:val="15"/>
              </w:rPr>
              <w:t>1. URA – Besede in povedi – Poslušam in doživljam</w:t>
            </w:r>
          </w:p>
          <w:p w14:paraId="6CF76ACB"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»besede in povedi • velika tiskana črka u • bralni list 11«.</w:t>
            </w:r>
          </w:p>
          <w:p w14:paraId="6AC8D0E0"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w:t>
            </w:r>
          </w:p>
          <w:p w14:paraId="35020734" w14:textId="77777777" w:rsidR="00187E2C" w:rsidRDefault="00000000">
            <w:pPr>
              <w:spacing w:after="15" w:line="245" w:lineRule="auto"/>
            </w:pPr>
            <w:r>
              <w:rPr>
                <w:i/>
                <w:color w:val="D95BC6"/>
                <w:sz w:val="14"/>
              </w:rPr>
              <w:t>Predvideni dokaz: odziv med poslušanjem, izbrana slika in ena poved o doživetju..</w:t>
            </w:r>
          </w:p>
          <w:p w14:paraId="29DB2A09" w14:textId="77777777" w:rsidR="00187E2C" w:rsidRDefault="00000000">
            <w:pPr>
              <w:keepNext/>
              <w:spacing w:before="22" w:after="6" w:line="245" w:lineRule="auto"/>
            </w:pPr>
            <w:r>
              <w:rPr>
                <w:b/>
                <w:color w:val="000000"/>
                <w:sz w:val="15"/>
              </w:rPr>
              <w:t>2. URA – Besede in povedi – Govorim in pojasnjujem</w:t>
            </w:r>
          </w:p>
          <w:p w14:paraId="57E8746F"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0BC7A603"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w:t>
            </w:r>
          </w:p>
          <w:p w14:paraId="053872D9" w14:textId="77777777" w:rsidR="00187E2C" w:rsidRDefault="00000000">
            <w:pPr>
              <w:spacing w:after="15" w:line="245" w:lineRule="auto"/>
            </w:pPr>
            <w:r>
              <w:rPr>
                <w:i/>
                <w:color w:val="D95BC6"/>
                <w:sz w:val="14"/>
              </w:rPr>
              <w:t>Predvideni dokaz: zvočni posnetek ali anekdotski zapis kratke izmenjave..</w:t>
            </w:r>
          </w:p>
          <w:p w14:paraId="619A9352" w14:textId="77777777" w:rsidR="00187E2C" w:rsidRDefault="00000000">
            <w:pPr>
              <w:keepNext/>
              <w:spacing w:before="22" w:after="6" w:line="245" w:lineRule="auto"/>
            </w:pPr>
            <w:r>
              <w:rPr>
                <w:b/>
                <w:color w:val="000000"/>
                <w:sz w:val="15"/>
              </w:rPr>
              <w:t>3. URA – Besede in povedi – Razčlenjujem jezik</w:t>
            </w:r>
          </w:p>
          <w:p w14:paraId="02129C3E"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1F0095C5"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»po modelu ali nareku zapiše niz obravnavanih samoglasnikov«.</w:t>
            </w:r>
          </w:p>
          <w:p w14:paraId="747E7697" w14:textId="77777777" w:rsidR="00187E2C" w:rsidRDefault="00000000">
            <w:pPr>
              <w:spacing w:after="15" w:line="245" w:lineRule="auto"/>
            </w:pPr>
            <w:r>
              <w:rPr>
                <w:i/>
                <w:color w:val="D95BC6"/>
                <w:sz w:val="14"/>
              </w:rPr>
              <w:t>Predvideni dokaz: pravilno sestavljen primer in učenčeva ustna razlaga postopka..</w:t>
            </w:r>
          </w:p>
          <w:p w14:paraId="32986F66" w14:textId="77777777" w:rsidR="00187E2C" w:rsidRDefault="00000000">
            <w:pPr>
              <w:keepNext/>
              <w:spacing w:before="22" w:after="6" w:line="245" w:lineRule="auto"/>
            </w:pPr>
            <w:r>
              <w:rPr>
                <w:b/>
                <w:color w:val="000000"/>
                <w:sz w:val="15"/>
              </w:rPr>
              <w:t>4. URA – SLIŠIM GLAS /u/ IN ODKRIVAM ČRKO U</w:t>
            </w:r>
          </w:p>
          <w:p w14:paraId="1CF66F4D"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(ura, luna, muca, avtobus); učenci se premikajo v kote začetek–sredina–konec, nato med črkami poiščejo U in jo oblikujejo s telesom.</w:t>
            </w:r>
          </w:p>
          <w:p w14:paraId="3518AF3F"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U ter jo predstavi s telesom ali vrvjo.</w:t>
            </w:r>
          </w:p>
          <w:p w14:paraId="0F07C84D" w14:textId="77777777" w:rsidR="00187E2C" w:rsidRDefault="00000000">
            <w:pPr>
              <w:spacing w:after="15" w:line="245" w:lineRule="auto"/>
            </w:pPr>
            <w:r>
              <w:rPr>
                <w:i/>
                <w:color w:val="D95BC6"/>
                <w:sz w:val="14"/>
              </w:rPr>
              <w:t>Predvideni dokaz: štiri pravilne glasovne odločitve, izbor črke U in kratka učenčeva razlaga..</w:t>
            </w:r>
          </w:p>
          <w:p w14:paraId="389BDF3B" w14:textId="77777777" w:rsidR="00187E2C" w:rsidRDefault="00000000">
            <w:pPr>
              <w:keepNext/>
              <w:spacing w:before="22" w:after="6" w:line="245" w:lineRule="auto"/>
            </w:pPr>
            <w:r>
              <w:rPr>
                <w:b/>
                <w:color w:val="000000"/>
                <w:sz w:val="15"/>
              </w:rPr>
              <w:t>5. URA – Oblikujem in pišem črko U</w:t>
            </w:r>
          </w:p>
          <w:p w14:paraId="4ECFA92F"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0F9A463F" w14:textId="77777777" w:rsidR="00187E2C" w:rsidRDefault="00000000">
            <w:pPr>
              <w:spacing w:after="7" w:line="245" w:lineRule="auto"/>
            </w:pPr>
            <w:r>
              <w:rPr>
                <w:b/>
                <w:color w:val="000000"/>
                <w:sz w:val="14"/>
              </w:rPr>
              <w:t xml:space="preserve">Dejavnost učencev: </w:t>
            </w:r>
            <w:r>
              <w:rPr>
                <w:color w:val="000000"/>
                <w:sz w:val="14"/>
              </w:rPr>
              <w:t>Črko U gradi in zapisuje na različnih podlagah, nato preide na manjši format; po povratni informaciji ponovi isti zapis.</w:t>
            </w:r>
          </w:p>
          <w:p w14:paraId="2C858E05" w14:textId="77777777" w:rsidR="00187E2C" w:rsidRDefault="00000000">
            <w:pPr>
              <w:spacing w:after="15" w:line="245" w:lineRule="auto"/>
            </w:pPr>
            <w:r>
              <w:rPr>
                <w:i/>
                <w:color w:val="D95BC6"/>
                <w:sz w:val="14"/>
              </w:rPr>
              <w:t>Predvideni dokaz: fotografija konstrukcije črke U, opazovalni zapis smeri potez in datirana vrstica treh zapisov..</w:t>
            </w:r>
          </w:p>
          <w:p w14:paraId="1AA612F6" w14:textId="77777777" w:rsidR="00187E2C" w:rsidRDefault="00000000">
            <w:pPr>
              <w:keepNext/>
              <w:spacing w:before="22" w:after="6" w:line="245" w:lineRule="auto"/>
            </w:pPr>
            <w:r>
              <w:rPr>
                <w:b/>
                <w:color w:val="000000"/>
                <w:sz w:val="15"/>
              </w:rPr>
              <w:t>6. URA – Berem in uporabim črko U</w:t>
            </w:r>
          </w:p>
          <w:p w14:paraId="7032233B"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U in Bralni list 11; gradivo omeji na znane črke A, E, I, O, U.</w:t>
            </w:r>
          </w:p>
          <w:p w14:paraId="4E7E93A8" w14:textId="77777777" w:rsidR="00187E2C" w:rsidRDefault="00000000">
            <w:pPr>
              <w:spacing w:after="7" w:line="245" w:lineRule="auto"/>
            </w:pPr>
            <w:r>
              <w:rPr>
                <w:b/>
                <w:color w:val="000000"/>
                <w:sz w:val="14"/>
              </w:rPr>
              <w:t xml:space="preserve">Dejavnost učencev: </w:t>
            </w:r>
            <w:r>
              <w:rPr>
                <w:color w:val="000000"/>
                <w:sz w:val="14"/>
              </w:rPr>
              <w:t>Sestavlja, premešča in bere A • E • I • O • U ter AU • OU • UI; izbere zahtevnost in rešuje Bralni list 11.</w:t>
            </w:r>
          </w:p>
          <w:p w14:paraId="68F36C5F" w14:textId="77777777" w:rsidR="00187E2C" w:rsidRDefault="00000000">
            <w:pPr>
              <w:spacing w:after="15" w:line="245" w:lineRule="auto"/>
            </w:pPr>
            <w:r>
              <w:rPr>
                <w:i/>
                <w:color w:val="D95BC6"/>
                <w:sz w:val="14"/>
              </w:rPr>
              <w:t>Predvideni dokaz: izpolnjen Bralni list 11, individualni bralni zapis, sestavljen ali zapisan primer s črko U in samovrednotenje..</w:t>
            </w:r>
          </w:p>
          <w:tbl>
            <w:tblPr>
              <w:tblStyle w:val="Tabelamrea"/>
              <w:tblW w:w="0" w:type="auto"/>
              <w:jc w:val="center"/>
              <w:tblLayout w:type="fixed"/>
              <w:tblLook w:val="04A0" w:firstRow="1" w:lastRow="0" w:firstColumn="1" w:lastColumn="0" w:noHBand="0" w:noVBand="1"/>
            </w:tblPr>
            <w:tblGrid>
              <w:gridCol w:w="7087"/>
            </w:tblGrid>
            <w:tr w:rsidR="00187E2C" w14:paraId="2BF42E27" w14:textId="77777777">
              <w:trPr>
                <w:jc w:val="center"/>
              </w:trPr>
              <w:tc>
                <w:tcPr>
                  <w:tcW w:w="7087" w:type="dxa"/>
                  <w:shd w:val="clear" w:color="auto" w:fill="EDC9EA"/>
                  <w:tcMar>
                    <w:top w:w="45" w:type="dxa"/>
                    <w:left w:w="70" w:type="dxa"/>
                    <w:bottom w:w="45" w:type="dxa"/>
                    <w:right w:w="70" w:type="dxa"/>
                  </w:tcMar>
                </w:tcPr>
                <w:p w14:paraId="5D915845" w14:textId="77777777" w:rsidR="00187E2C" w:rsidRDefault="00000000">
                  <w:pPr>
                    <w:keepNext/>
                  </w:pPr>
                  <w:r>
                    <w:rPr>
                      <w:b/>
                      <w:color w:val="000000"/>
                      <w:sz w:val="17"/>
                    </w:rPr>
                    <w:t>POVRATNA INFORMACIJA UČITELJICE MED DELOM</w:t>
                  </w:r>
                </w:p>
              </w:tc>
            </w:tr>
          </w:tbl>
          <w:p w14:paraId="519B54E6" w14:textId="77777777" w:rsidR="00187E2C" w:rsidRDefault="00187E2C"/>
          <w:p w14:paraId="4F14E760"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FFD3653" w14:textId="77777777" w:rsidR="00187E2C" w:rsidRDefault="00187E2C"/>
          <w:p w14:paraId="6019EFEF" w14:textId="77777777" w:rsidR="00187E2C" w:rsidRDefault="00000000">
            <w:pPr>
              <w:spacing w:after="4" w:line="245" w:lineRule="auto"/>
            </w:pPr>
            <w:r>
              <w:rPr>
                <w:b/>
                <w:color w:val="000000"/>
                <w:sz w:val="15"/>
              </w:rPr>
              <w:t>1. URA – Besede in povedi – Poslušam in doživljam</w:t>
            </w:r>
          </w:p>
          <w:p w14:paraId="5E167F4F" w14:textId="77777777" w:rsidR="00187E2C" w:rsidRDefault="00000000">
            <w:pPr>
              <w:spacing w:after="7" w:line="245" w:lineRule="auto"/>
            </w:pPr>
            <w:r>
              <w:rPr>
                <w:color w:val="000000"/>
                <w:sz w:val="14"/>
              </w:rPr>
              <w:t>Napoveduje ob naslovu/sliki, med poslušanjem pokaže dogovorjen znak in po poslušanju izbere sliko občutja.</w:t>
            </w:r>
          </w:p>
          <w:p w14:paraId="201EF196" w14:textId="77777777" w:rsidR="00187E2C" w:rsidRDefault="00000000">
            <w:pPr>
              <w:spacing w:after="15" w:line="245" w:lineRule="auto"/>
            </w:pPr>
            <w:r>
              <w:rPr>
                <w:color w:val="D95BC6"/>
                <w:sz w:val="13"/>
              </w:rPr>
              <w:t>Dokaz: odziv med poslušanjem, izbrana slika in ena poved o doživetju.</w:t>
            </w:r>
          </w:p>
          <w:p w14:paraId="5E26D2F2" w14:textId="77777777" w:rsidR="00187E2C" w:rsidRDefault="00000000">
            <w:pPr>
              <w:spacing w:after="4" w:line="245" w:lineRule="auto"/>
            </w:pPr>
            <w:r>
              <w:rPr>
                <w:b/>
                <w:color w:val="000000"/>
                <w:sz w:val="15"/>
              </w:rPr>
              <w:t>2. URA – Besede in povedi – Govorim in pojasnjujem</w:t>
            </w:r>
          </w:p>
          <w:p w14:paraId="12776462" w14:textId="77777777" w:rsidR="00187E2C" w:rsidRDefault="00000000">
            <w:pPr>
              <w:spacing w:after="7" w:line="245" w:lineRule="auto"/>
            </w:pPr>
            <w:r>
              <w:rPr>
                <w:color w:val="000000"/>
                <w:sz w:val="14"/>
              </w:rPr>
              <w:t>V paru govori in posluša, zamenja vlogo, postavi vprašanje ter uporabi besedo iz tedenske besedne banke.</w:t>
            </w:r>
          </w:p>
          <w:p w14:paraId="0952CE9C" w14:textId="77777777" w:rsidR="00187E2C" w:rsidRDefault="00000000">
            <w:pPr>
              <w:spacing w:after="15" w:line="245" w:lineRule="auto"/>
            </w:pPr>
            <w:r>
              <w:rPr>
                <w:color w:val="D95BC6"/>
                <w:sz w:val="13"/>
              </w:rPr>
              <w:t>Dokaz: zvočni posnetek ali anekdotski zapis kratke izmenjave.</w:t>
            </w:r>
          </w:p>
          <w:p w14:paraId="48CCE354" w14:textId="77777777" w:rsidR="00187E2C" w:rsidRDefault="00000000">
            <w:pPr>
              <w:spacing w:after="4" w:line="245" w:lineRule="auto"/>
            </w:pPr>
            <w:r>
              <w:rPr>
                <w:b/>
                <w:color w:val="000000"/>
                <w:sz w:val="15"/>
              </w:rPr>
              <w:t>3. URA – Besede in povedi – Razčlenjujem jezik</w:t>
            </w:r>
          </w:p>
          <w:p w14:paraId="7739F13E" w14:textId="77777777" w:rsidR="00187E2C" w:rsidRDefault="00000000">
            <w:pPr>
              <w:spacing w:after="7" w:line="245" w:lineRule="auto"/>
            </w:pPr>
            <w:r>
              <w:rPr>
                <w:color w:val="000000"/>
                <w:sz w:val="14"/>
              </w:rPr>
              <w:t>Ploska, stopa, razstavlja in sestavlja; primer razvrsti ter svojo rešitev preveri s sošolcem.</w:t>
            </w:r>
          </w:p>
          <w:p w14:paraId="04E8CEAA" w14:textId="77777777" w:rsidR="00187E2C" w:rsidRDefault="00000000">
            <w:pPr>
              <w:spacing w:after="15" w:line="245" w:lineRule="auto"/>
            </w:pPr>
            <w:r>
              <w:rPr>
                <w:color w:val="D95BC6"/>
                <w:sz w:val="13"/>
              </w:rPr>
              <w:t>Dokaz: pravilno sestavljen primer in učenčeva ustna razlaga postopka.</w:t>
            </w:r>
          </w:p>
          <w:p w14:paraId="724CFC0A" w14:textId="77777777" w:rsidR="00187E2C" w:rsidRDefault="00000000">
            <w:pPr>
              <w:spacing w:after="4" w:line="245" w:lineRule="auto"/>
            </w:pPr>
            <w:r>
              <w:rPr>
                <w:b/>
                <w:color w:val="000000"/>
                <w:sz w:val="15"/>
              </w:rPr>
              <w:t>4. URA – SLIŠIM GLAS /u/ IN ODKRIVAM ČRKO U</w:t>
            </w:r>
          </w:p>
          <w:p w14:paraId="0E6DF2E3" w14:textId="77777777" w:rsidR="00187E2C" w:rsidRDefault="00000000">
            <w:pPr>
              <w:spacing w:after="7" w:line="245" w:lineRule="auto"/>
            </w:pPr>
            <w:r>
              <w:rPr>
                <w:color w:val="000000"/>
                <w:sz w:val="14"/>
              </w:rPr>
              <w:t>Besede razvršča z gibanjem, za vsak glas položi žeton, med znaki poišče U ter jo predstavi s telesom ali vrvjo.</w:t>
            </w:r>
          </w:p>
          <w:p w14:paraId="2B0BADA2" w14:textId="77777777" w:rsidR="00187E2C" w:rsidRDefault="00000000">
            <w:pPr>
              <w:spacing w:after="15" w:line="245" w:lineRule="auto"/>
            </w:pPr>
            <w:r>
              <w:rPr>
                <w:color w:val="D95BC6"/>
                <w:sz w:val="13"/>
              </w:rPr>
              <w:t>Dokaz: štiri pravilne glasovne odločitve, izbor črke U in kratka učenčeva razlaga.</w:t>
            </w:r>
          </w:p>
          <w:p w14:paraId="7A10D80B" w14:textId="77777777" w:rsidR="00187E2C" w:rsidRDefault="00000000">
            <w:pPr>
              <w:spacing w:after="4" w:line="245" w:lineRule="auto"/>
            </w:pPr>
            <w:r>
              <w:rPr>
                <w:b/>
                <w:color w:val="000000"/>
                <w:sz w:val="15"/>
              </w:rPr>
              <w:t>5. URA – Oblikujem in pišem črko U</w:t>
            </w:r>
          </w:p>
          <w:p w14:paraId="733D270A" w14:textId="77777777" w:rsidR="00187E2C" w:rsidRDefault="00000000">
            <w:pPr>
              <w:spacing w:after="7" w:line="245" w:lineRule="auto"/>
            </w:pPr>
            <w:r>
              <w:rPr>
                <w:color w:val="000000"/>
                <w:sz w:val="14"/>
              </w:rPr>
              <w:t>Črko U gradi in zapisuje na različnih podlagah, nato preide na manjši format.</w:t>
            </w:r>
          </w:p>
          <w:p w14:paraId="0C0F8D04" w14:textId="77777777" w:rsidR="00187E2C" w:rsidRDefault="00000000">
            <w:pPr>
              <w:spacing w:after="15" w:line="245" w:lineRule="auto"/>
            </w:pPr>
            <w:r>
              <w:rPr>
                <w:color w:val="D95BC6"/>
                <w:sz w:val="13"/>
              </w:rPr>
              <w:t>Dokaz: fotografija konstrukcije črke U, opazovalni zapis smeri potez in datirana.</w:t>
            </w:r>
          </w:p>
          <w:p w14:paraId="4BA198F6" w14:textId="77777777" w:rsidR="00187E2C" w:rsidRDefault="00000000">
            <w:pPr>
              <w:spacing w:after="4" w:line="245" w:lineRule="auto"/>
            </w:pPr>
            <w:r>
              <w:rPr>
                <w:b/>
                <w:color w:val="000000"/>
                <w:sz w:val="15"/>
              </w:rPr>
              <w:t>6. URA – Berem in uporabim črko U</w:t>
            </w:r>
          </w:p>
          <w:p w14:paraId="1175EC4A" w14:textId="77777777" w:rsidR="00187E2C" w:rsidRDefault="00000000">
            <w:pPr>
              <w:spacing w:after="7" w:line="245" w:lineRule="auto"/>
            </w:pPr>
            <w:r>
              <w:rPr>
                <w:color w:val="000000"/>
                <w:sz w:val="14"/>
              </w:rPr>
              <w:t>Sestavlja, premešča in bere A • E • I • O • U ter AU • OU • UI; izbere zahtevnost in rešuje Bralni list 11.</w:t>
            </w:r>
          </w:p>
          <w:p w14:paraId="73F67AF7" w14:textId="77777777" w:rsidR="00187E2C" w:rsidRDefault="00000000">
            <w:pPr>
              <w:spacing w:after="15" w:line="245" w:lineRule="auto"/>
            </w:pPr>
            <w:r>
              <w:rPr>
                <w:color w:val="D95BC6"/>
                <w:sz w:val="13"/>
              </w:rPr>
              <w:t>Dokaz: izpolnjen Bralni list 11, individualni bralni zapis.</w:t>
            </w:r>
          </w:p>
        </w:tc>
      </w:tr>
    </w:tbl>
    <w:p w14:paraId="746B17E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BB08E8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B7FDC5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333F7A8" w14:textId="77777777" w:rsidR="00187E2C" w:rsidRDefault="00000000">
            <w:pPr>
              <w:jc w:val="center"/>
            </w:pPr>
            <w:r>
              <w:rPr>
                <w:b/>
                <w:color w:val="000000"/>
                <w:sz w:val="20"/>
              </w:rPr>
              <w:t>UČNE DEJAVNOSTI, METODE IN FORMATIVNO SPREMLJANJE</w:t>
            </w:r>
          </w:p>
        </w:tc>
      </w:tr>
      <w:tr w:rsidR="00187E2C" w14:paraId="4F14036D" w14:textId="77777777">
        <w:trPr>
          <w:tblHeader/>
          <w:jc w:val="center"/>
        </w:trPr>
        <w:tc>
          <w:tcPr>
            <w:tcW w:w="4422" w:type="dxa"/>
            <w:vMerge/>
            <w:tcMar>
              <w:top w:w="70" w:type="dxa"/>
              <w:left w:w="90" w:type="dxa"/>
              <w:bottom w:w="70" w:type="dxa"/>
              <w:right w:w="90" w:type="dxa"/>
            </w:tcMar>
            <w:vAlign w:val="center"/>
          </w:tcPr>
          <w:p w14:paraId="3F595246" w14:textId="77777777" w:rsidR="00187E2C" w:rsidRDefault="00187E2C"/>
        </w:tc>
        <w:tc>
          <w:tcPr>
            <w:tcW w:w="7087" w:type="dxa"/>
            <w:shd w:val="clear" w:color="auto" w:fill="FFFFFF"/>
            <w:tcMar>
              <w:top w:w="70" w:type="dxa"/>
              <w:left w:w="90" w:type="dxa"/>
              <w:bottom w:w="70" w:type="dxa"/>
              <w:right w:w="90" w:type="dxa"/>
            </w:tcMar>
            <w:vAlign w:val="center"/>
          </w:tcPr>
          <w:p w14:paraId="60B627D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241A5C" w14:textId="77777777" w:rsidR="00187E2C" w:rsidRDefault="00000000">
            <w:pPr>
              <w:jc w:val="center"/>
            </w:pPr>
            <w:r>
              <w:rPr>
                <w:b/>
                <w:color w:val="000000"/>
              </w:rPr>
              <w:t>UČENEC</w:t>
            </w:r>
          </w:p>
        </w:tc>
      </w:tr>
      <w:tr w:rsidR="00187E2C" w14:paraId="43E1A0CB" w14:textId="77777777">
        <w:trPr>
          <w:jc w:val="center"/>
        </w:trPr>
        <w:tc>
          <w:tcPr>
            <w:tcW w:w="4422" w:type="dxa"/>
            <w:tcMar>
              <w:top w:w="70" w:type="dxa"/>
              <w:left w:w="90" w:type="dxa"/>
              <w:bottom w:w="70" w:type="dxa"/>
              <w:right w:w="90" w:type="dxa"/>
            </w:tcMar>
          </w:tcPr>
          <w:p w14:paraId="4DD45BCA" w14:textId="77777777" w:rsidR="00187E2C" w:rsidRDefault="00187E2C"/>
          <w:p w14:paraId="66D24380" w14:textId="77777777" w:rsidR="00187E2C" w:rsidRDefault="00000000">
            <w:pPr>
              <w:spacing w:after="40" w:line="245" w:lineRule="auto"/>
            </w:pPr>
            <w:r>
              <w:rPr>
                <w:b/>
                <w:color w:val="000000"/>
              </w:rPr>
              <w:t>FORMATIVNO SPREMLJANJE</w:t>
            </w:r>
          </w:p>
          <w:p w14:paraId="2B746DA7"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2C9F6594"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A08A44C"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3893E707"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1D12D548" w14:textId="77777777" w:rsidR="00187E2C" w:rsidRDefault="00000000">
            <w:pPr>
              <w:spacing w:before="40" w:after="20" w:line="245" w:lineRule="auto"/>
            </w:pPr>
            <w:r>
              <w:rPr>
                <w:b/>
                <w:color w:val="000000"/>
                <w:sz w:val="17"/>
              </w:rPr>
              <w:t>VARNOST IN ODGOVORNOST</w:t>
            </w:r>
          </w:p>
          <w:p w14:paraId="768CE78C"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169BCF23" w14:textId="77777777" w:rsidR="00187E2C" w:rsidRDefault="00000000">
            <w:pPr>
              <w:spacing w:after="20" w:line="245" w:lineRule="auto"/>
            </w:pPr>
            <w:r>
              <w:rPr>
                <w:b/>
                <w:color w:val="000000"/>
                <w:sz w:val="17"/>
              </w:rPr>
              <w:t>EVIDENCA PO IZVEDBI</w:t>
            </w:r>
          </w:p>
          <w:p w14:paraId="72662D21"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54DE4CC3"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036730D" w14:textId="77777777">
              <w:trPr>
                <w:jc w:val="center"/>
              </w:trPr>
              <w:tc>
                <w:tcPr>
                  <w:tcW w:w="7087" w:type="dxa"/>
                  <w:shd w:val="clear" w:color="auto" w:fill="EDC9EA"/>
                  <w:tcMar>
                    <w:top w:w="45" w:type="dxa"/>
                    <w:left w:w="70" w:type="dxa"/>
                    <w:bottom w:w="45" w:type="dxa"/>
                    <w:right w:w="70" w:type="dxa"/>
                  </w:tcMar>
                </w:tcPr>
                <w:p w14:paraId="6F33C5C1" w14:textId="77777777" w:rsidR="00187E2C" w:rsidRDefault="00000000">
                  <w:pPr>
                    <w:keepNext/>
                  </w:pPr>
                  <w:r>
                    <w:rPr>
                      <w:b/>
                      <w:color w:val="000000"/>
                    </w:rPr>
                    <w:t>VPRAŠANJA V PODPORO JEZIKOVNEMU, BRALNEMU IN KNJIŽEVNEMU UČENJU</w:t>
                  </w:r>
                </w:p>
              </w:tc>
            </w:tr>
          </w:tbl>
          <w:p w14:paraId="33E88FF7" w14:textId="77777777" w:rsidR="00187E2C" w:rsidRDefault="00187E2C">
            <w:pPr>
              <w:spacing w:line="20" w:lineRule="exact"/>
            </w:pPr>
          </w:p>
          <w:p w14:paraId="7BE7D330" w14:textId="77777777" w:rsidR="00187E2C" w:rsidRDefault="00000000">
            <w:pPr>
              <w:pStyle w:val="Oznaenseznam"/>
              <w:spacing w:after="16"/>
            </w:pPr>
            <w:r>
              <w:rPr>
                <w:color w:val="000000"/>
                <w:sz w:val="16"/>
              </w:rPr>
              <w:t>Kaj ti je naslovnica, slika, predmet, zvok ali gib pomagal razumeti?</w:t>
            </w:r>
          </w:p>
          <w:p w14:paraId="079DDE30" w14:textId="77777777" w:rsidR="00187E2C" w:rsidRDefault="00000000">
            <w:pPr>
              <w:pStyle w:val="Oznaenseznam"/>
              <w:spacing w:after="16"/>
            </w:pPr>
            <w:r>
              <w:rPr>
                <w:color w:val="000000"/>
                <w:sz w:val="16"/>
              </w:rPr>
              <w:t>Kako si našel/-la glas, črko, zlog, besedo ali bistveni podatek?</w:t>
            </w:r>
          </w:p>
          <w:p w14:paraId="4E6193C1" w14:textId="77777777" w:rsidR="00187E2C" w:rsidRDefault="00000000">
            <w:pPr>
              <w:pStyle w:val="Oznaenseznam"/>
              <w:spacing w:after="16"/>
            </w:pPr>
            <w:r>
              <w:rPr>
                <w:color w:val="000000"/>
                <w:sz w:val="16"/>
              </w:rPr>
              <w:t>Kako veš, da tvoja pripoved, branje ali zapis dosega dogovorjeni kriterij?</w:t>
            </w:r>
          </w:p>
          <w:p w14:paraId="106E356C" w14:textId="77777777" w:rsidR="00187E2C" w:rsidRDefault="00000000">
            <w:pPr>
              <w:pStyle w:val="Oznaenseznam"/>
              <w:spacing w:after="16"/>
            </w:pPr>
            <w:r>
              <w:rPr>
                <w:color w:val="000000"/>
                <w:sz w:val="16"/>
              </w:rPr>
              <w:t>Ali lahko svoje razumevanje pokažeš še z drugim načinom – govorom, gibanjem, risbo, branjem ali zapisom?</w:t>
            </w:r>
          </w:p>
          <w:p w14:paraId="6F042FB2"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2D3E236E" w14:textId="77777777">
              <w:trPr>
                <w:jc w:val="center"/>
              </w:trPr>
              <w:tc>
                <w:tcPr>
                  <w:tcW w:w="7087" w:type="dxa"/>
                  <w:shd w:val="clear" w:color="auto" w:fill="C6E7F3"/>
                  <w:tcMar>
                    <w:top w:w="45" w:type="dxa"/>
                    <w:left w:w="70" w:type="dxa"/>
                    <w:bottom w:w="45" w:type="dxa"/>
                    <w:right w:w="70" w:type="dxa"/>
                  </w:tcMar>
                </w:tcPr>
                <w:p w14:paraId="0EA6BA1A" w14:textId="77777777" w:rsidR="00187E2C" w:rsidRDefault="00000000">
                  <w:pPr>
                    <w:keepNext/>
                  </w:pPr>
                  <w:r>
                    <w:rPr>
                      <w:b/>
                      <w:color w:val="000000"/>
                    </w:rPr>
                    <w:t>ZAKLJUČNI DEL – UTRJEVANJE, BRALNI ODZIV IN REFLEKSIJA (10–15 min)</w:t>
                  </w:r>
                </w:p>
              </w:tc>
            </w:tr>
          </w:tbl>
          <w:p w14:paraId="43E1FE57" w14:textId="77777777" w:rsidR="00187E2C" w:rsidRDefault="00187E2C">
            <w:pPr>
              <w:spacing w:line="20" w:lineRule="exact"/>
            </w:pPr>
          </w:p>
          <w:p w14:paraId="4FE71F1B"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70062C78" w14:textId="77777777">
              <w:trPr>
                <w:jc w:val="center"/>
              </w:trPr>
              <w:tc>
                <w:tcPr>
                  <w:tcW w:w="7087" w:type="dxa"/>
                  <w:shd w:val="clear" w:color="auto" w:fill="EDC9EA"/>
                  <w:tcMar>
                    <w:top w:w="45" w:type="dxa"/>
                    <w:left w:w="70" w:type="dxa"/>
                    <w:bottom w:w="45" w:type="dxa"/>
                    <w:right w:w="70" w:type="dxa"/>
                  </w:tcMar>
                </w:tcPr>
                <w:p w14:paraId="70A11DEE" w14:textId="77777777" w:rsidR="00187E2C" w:rsidRDefault="00000000">
                  <w:pPr>
                    <w:keepNext/>
                  </w:pPr>
                  <w:r>
                    <w:rPr>
                      <w:b/>
                      <w:color w:val="000000"/>
                    </w:rPr>
                    <w:t>SAMOVREDNOTENJE</w:t>
                  </w:r>
                </w:p>
              </w:tc>
            </w:tr>
          </w:tbl>
          <w:p w14:paraId="37E4DEEC" w14:textId="77777777" w:rsidR="00187E2C" w:rsidRDefault="00187E2C">
            <w:pPr>
              <w:spacing w:line="20" w:lineRule="exact"/>
            </w:pPr>
          </w:p>
          <w:p w14:paraId="6248C9CA"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43AFD928" w14:textId="77777777">
              <w:trPr>
                <w:jc w:val="center"/>
              </w:trPr>
              <w:tc>
                <w:tcPr>
                  <w:tcW w:w="7087" w:type="dxa"/>
                  <w:shd w:val="clear" w:color="auto" w:fill="EDC9EA"/>
                  <w:tcMar>
                    <w:top w:w="45" w:type="dxa"/>
                    <w:left w:w="70" w:type="dxa"/>
                    <w:bottom w:w="45" w:type="dxa"/>
                    <w:right w:w="70" w:type="dxa"/>
                  </w:tcMar>
                </w:tcPr>
                <w:p w14:paraId="1D724438" w14:textId="77777777" w:rsidR="00187E2C" w:rsidRDefault="00000000">
                  <w:pPr>
                    <w:keepNext/>
                  </w:pPr>
                  <w:r>
                    <w:rPr>
                      <w:b/>
                      <w:color w:val="000000"/>
                    </w:rPr>
                    <w:t>VRSTNIŠKO VREDNOTENJE</w:t>
                  </w:r>
                </w:p>
              </w:tc>
            </w:tr>
          </w:tbl>
          <w:p w14:paraId="4C2AB1F1" w14:textId="77777777" w:rsidR="00187E2C" w:rsidRDefault="00187E2C">
            <w:pPr>
              <w:spacing w:line="20" w:lineRule="exact"/>
            </w:pPr>
          </w:p>
          <w:p w14:paraId="1CF93F4C"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CF0F2D3" w14:textId="77777777">
              <w:trPr>
                <w:jc w:val="center"/>
              </w:trPr>
              <w:tc>
                <w:tcPr>
                  <w:tcW w:w="7087" w:type="dxa"/>
                  <w:shd w:val="clear" w:color="auto" w:fill="EDC9EA"/>
                  <w:tcMar>
                    <w:top w:w="45" w:type="dxa"/>
                    <w:left w:w="70" w:type="dxa"/>
                    <w:bottom w:w="45" w:type="dxa"/>
                    <w:right w:w="70" w:type="dxa"/>
                  </w:tcMar>
                </w:tcPr>
                <w:p w14:paraId="20FE0ACC" w14:textId="77777777" w:rsidR="00187E2C" w:rsidRDefault="00000000">
                  <w:pPr>
                    <w:keepNext/>
                  </w:pPr>
                  <w:r>
                    <w:rPr>
                      <w:b/>
                      <w:color w:val="000000"/>
                    </w:rPr>
                    <w:t>SKUPNI POVZETEK</w:t>
                  </w:r>
                </w:p>
              </w:tc>
            </w:tr>
          </w:tbl>
          <w:p w14:paraId="52A063C4" w14:textId="77777777" w:rsidR="00187E2C" w:rsidRDefault="00187E2C"/>
          <w:p w14:paraId="6E202B3F" w14:textId="77777777" w:rsidR="00187E2C" w:rsidRDefault="00000000">
            <w:pPr>
              <w:spacing w:before="20" w:after="40" w:line="245" w:lineRule="auto"/>
            </w:pPr>
            <w:r>
              <w:rPr>
                <w:b/>
                <w:color w:val="000000"/>
                <w:sz w:val="16"/>
              </w:rPr>
              <w:t>Prepoznam glas /u/ in črko U,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6327EFF1" w14:textId="77777777" w:rsidR="00187E2C" w:rsidRDefault="00187E2C"/>
          <w:p w14:paraId="0E2CEBA9" w14:textId="77777777" w:rsidR="00187E2C" w:rsidRDefault="00000000">
            <w:pPr>
              <w:spacing w:after="100" w:line="245" w:lineRule="auto"/>
            </w:pPr>
            <w:r>
              <w:rPr>
                <w:color w:val="000000"/>
                <w:sz w:val="16"/>
              </w:rPr>
              <w:t>Odgovarja na podporna vprašanja ter se sklicuje na poslušano besedilo, sliko, govor, bralni list ali zapis.</w:t>
            </w:r>
          </w:p>
          <w:p w14:paraId="6C597694" w14:textId="77777777" w:rsidR="00187E2C" w:rsidRDefault="00000000">
            <w:pPr>
              <w:spacing w:after="100" w:line="245" w:lineRule="auto"/>
            </w:pPr>
            <w:r>
              <w:rPr>
                <w:color w:val="000000"/>
                <w:sz w:val="16"/>
              </w:rPr>
              <w:t>Primerja začetni odziv z novim dokazom in pojasni, kaj se je naučil/-a.</w:t>
            </w:r>
          </w:p>
          <w:p w14:paraId="3F26F0D8" w14:textId="77777777" w:rsidR="00187E2C" w:rsidRDefault="00000000">
            <w:pPr>
              <w:spacing w:after="100" w:line="245" w:lineRule="auto"/>
            </w:pPr>
            <w:r>
              <w:rPr>
                <w:color w:val="000000"/>
                <w:sz w:val="16"/>
              </w:rPr>
              <w:t>Izbere raven samostojnosti in določi naslednji korak.</w:t>
            </w:r>
          </w:p>
          <w:p w14:paraId="53F269A8" w14:textId="77777777" w:rsidR="00187E2C" w:rsidRDefault="00000000">
            <w:pPr>
              <w:spacing w:after="100" w:line="245" w:lineRule="auto"/>
            </w:pPr>
            <w:r>
              <w:rPr>
                <w:color w:val="000000"/>
                <w:sz w:val="16"/>
              </w:rPr>
              <w:t>Sošolcu poda prijazen in konkreten odziv, vezan na kriterij.</w:t>
            </w:r>
          </w:p>
          <w:p w14:paraId="15CC2E0C" w14:textId="77777777" w:rsidR="00187E2C" w:rsidRDefault="00000000">
            <w:pPr>
              <w:spacing w:after="20" w:line="245" w:lineRule="auto"/>
            </w:pPr>
            <w:r>
              <w:rPr>
                <w:b/>
                <w:color w:val="D95BC6"/>
                <w:sz w:val="17"/>
              </w:rPr>
              <w:t>DOKAZ O UČENJU</w:t>
            </w:r>
          </w:p>
          <w:p w14:paraId="550F37EF"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41E264D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1FBFEABE" w14:textId="77777777">
        <w:trPr>
          <w:cantSplit/>
          <w:jc w:val="center"/>
        </w:trPr>
        <w:tc>
          <w:tcPr>
            <w:tcW w:w="14060" w:type="dxa"/>
            <w:gridSpan w:val="6"/>
            <w:tcMar>
              <w:top w:w="70" w:type="dxa"/>
              <w:left w:w="90" w:type="dxa"/>
              <w:bottom w:w="70" w:type="dxa"/>
              <w:right w:w="90" w:type="dxa"/>
            </w:tcMar>
            <w:vAlign w:val="center"/>
          </w:tcPr>
          <w:p w14:paraId="25433E76" w14:textId="77777777" w:rsidR="00187E2C" w:rsidRDefault="00000000">
            <w:pPr>
              <w:jc w:val="center"/>
            </w:pPr>
            <w:r>
              <w:rPr>
                <w:b/>
                <w:color w:val="000000"/>
                <w:sz w:val="24"/>
              </w:rPr>
              <w:lastRenderedPageBreak/>
              <w:t>UČNA PRIPRAVA 12/39</w:t>
            </w:r>
          </w:p>
        </w:tc>
      </w:tr>
      <w:tr w:rsidR="00187E2C" w14:paraId="419D6C0E" w14:textId="77777777">
        <w:trPr>
          <w:jc w:val="center"/>
        </w:trPr>
        <w:tc>
          <w:tcPr>
            <w:tcW w:w="2665" w:type="dxa"/>
            <w:tcMar>
              <w:top w:w="70" w:type="dxa"/>
              <w:left w:w="90" w:type="dxa"/>
              <w:bottom w:w="70" w:type="dxa"/>
              <w:right w:w="90" w:type="dxa"/>
            </w:tcMar>
            <w:vAlign w:val="center"/>
          </w:tcPr>
          <w:p w14:paraId="209D4581"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C802E78"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6C838BCE"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D97525A" w14:textId="77777777" w:rsidR="00187E2C" w:rsidRDefault="00000000">
            <w:r>
              <w:rPr>
                <w:b/>
                <w:color w:val="000000"/>
                <w:sz w:val="16"/>
              </w:rPr>
              <w:t xml:space="preserve">NAČRTOVANI TERMIN: </w:t>
            </w:r>
            <w:r>
              <w:rPr>
                <w:color w:val="000000"/>
                <w:sz w:val="16"/>
              </w:rPr>
              <w:t>12. teden • 23.–27. 11. 2026</w:t>
            </w:r>
          </w:p>
        </w:tc>
        <w:tc>
          <w:tcPr>
            <w:tcW w:w="2268" w:type="dxa"/>
            <w:tcMar>
              <w:top w:w="70" w:type="dxa"/>
              <w:left w:w="90" w:type="dxa"/>
              <w:bottom w:w="70" w:type="dxa"/>
              <w:right w:w="90" w:type="dxa"/>
            </w:tcMar>
            <w:vAlign w:val="center"/>
          </w:tcPr>
          <w:p w14:paraId="013F0B8F"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AAB1DA6" w14:textId="77777777" w:rsidR="00187E2C" w:rsidRDefault="00000000">
            <w:r>
              <w:rPr>
                <w:b/>
                <w:color w:val="000000"/>
                <w:sz w:val="16"/>
              </w:rPr>
              <w:t xml:space="preserve">ŠTEVILO UR: </w:t>
            </w:r>
            <w:r>
              <w:rPr>
                <w:color w:val="000000"/>
                <w:sz w:val="16"/>
              </w:rPr>
              <w:t>5</w:t>
            </w:r>
          </w:p>
        </w:tc>
      </w:tr>
      <w:tr w:rsidR="00187E2C" w14:paraId="7A613A70" w14:textId="77777777">
        <w:trPr>
          <w:jc w:val="center"/>
        </w:trPr>
        <w:tc>
          <w:tcPr>
            <w:tcW w:w="14061" w:type="dxa"/>
            <w:gridSpan w:val="6"/>
            <w:tcMar>
              <w:top w:w="70" w:type="dxa"/>
              <w:left w:w="90" w:type="dxa"/>
              <w:bottom w:w="70" w:type="dxa"/>
              <w:right w:w="90" w:type="dxa"/>
            </w:tcMar>
            <w:vAlign w:val="center"/>
          </w:tcPr>
          <w:p w14:paraId="4F4738F7"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01A69495" w14:textId="77777777">
        <w:trPr>
          <w:cantSplit/>
          <w:jc w:val="center"/>
        </w:trPr>
        <w:tc>
          <w:tcPr>
            <w:tcW w:w="14060" w:type="dxa"/>
            <w:gridSpan w:val="6"/>
            <w:tcMar>
              <w:top w:w="70" w:type="dxa"/>
              <w:left w:w="90" w:type="dxa"/>
              <w:bottom w:w="70" w:type="dxa"/>
              <w:right w:w="90" w:type="dxa"/>
            </w:tcMar>
            <w:vAlign w:val="center"/>
          </w:tcPr>
          <w:p w14:paraId="7F0BCB4D" w14:textId="77777777" w:rsidR="00187E2C" w:rsidRDefault="00187E2C"/>
          <w:p w14:paraId="0283497B" w14:textId="77777777" w:rsidR="00187E2C" w:rsidRDefault="00000000">
            <w:pPr>
              <w:spacing w:line="245" w:lineRule="auto"/>
            </w:pPr>
            <w:r>
              <w:rPr>
                <w:b/>
                <w:color w:val="000000"/>
                <w:sz w:val="16"/>
              </w:rPr>
              <w:t xml:space="preserve">UČNI SKLOP: </w:t>
            </w:r>
            <w:r>
              <w:rPr>
                <w:color w:val="000000"/>
                <w:sz w:val="16"/>
              </w:rPr>
              <w:t>JESEN, SNOVI IN ŽIVA BITJA</w:t>
            </w:r>
          </w:p>
        </w:tc>
      </w:tr>
      <w:tr w:rsidR="00187E2C" w14:paraId="15561405" w14:textId="77777777">
        <w:trPr>
          <w:cantSplit/>
          <w:jc w:val="center"/>
        </w:trPr>
        <w:tc>
          <w:tcPr>
            <w:tcW w:w="14060" w:type="dxa"/>
            <w:gridSpan w:val="6"/>
            <w:tcMar>
              <w:top w:w="70" w:type="dxa"/>
              <w:left w:w="90" w:type="dxa"/>
              <w:bottom w:w="70" w:type="dxa"/>
              <w:right w:w="90" w:type="dxa"/>
            </w:tcMar>
            <w:vAlign w:val="center"/>
          </w:tcPr>
          <w:p w14:paraId="6E9EC1A4" w14:textId="77777777" w:rsidR="00187E2C" w:rsidRDefault="00187E2C"/>
          <w:p w14:paraId="5B77932D" w14:textId="77777777" w:rsidR="00187E2C" w:rsidRDefault="00000000">
            <w:pPr>
              <w:spacing w:line="245" w:lineRule="auto"/>
            </w:pPr>
            <w:r>
              <w:rPr>
                <w:b/>
                <w:color w:val="000000"/>
                <w:sz w:val="16"/>
              </w:rPr>
              <w:t xml:space="preserve">UČNA TEMA: </w:t>
            </w:r>
            <w:r>
              <w:rPr>
                <w:color w:val="000000"/>
                <w:sz w:val="16"/>
              </w:rPr>
              <w:t>NAVODILO ZA IZDELEK • VELIKA TISKANA ČRKA N</w:t>
            </w:r>
          </w:p>
        </w:tc>
      </w:tr>
      <w:tr w:rsidR="00187E2C" w14:paraId="19A7CFE9" w14:textId="77777777">
        <w:trPr>
          <w:cantSplit/>
          <w:jc w:val="center"/>
        </w:trPr>
        <w:tc>
          <w:tcPr>
            <w:tcW w:w="14060" w:type="dxa"/>
            <w:gridSpan w:val="6"/>
            <w:tcMar>
              <w:top w:w="70" w:type="dxa"/>
              <w:left w:w="90" w:type="dxa"/>
              <w:bottom w:w="70" w:type="dxa"/>
              <w:right w:w="90" w:type="dxa"/>
            </w:tcMar>
            <w:vAlign w:val="center"/>
          </w:tcPr>
          <w:p w14:paraId="224AC229" w14:textId="77777777" w:rsidR="00187E2C" w:rsidRDefault="00187E2C"/>
          <w:p w14:paraId="2907572B" w14:textId="77777777" w:rsidR="00187E2C" w:rsidRDefault="00000000">
            <w:pPr>
              <w:spacing w:line="245" w:lineRule="auto"/>
            </w:pPr>
            <w:r>
              <w:rPr>
                <w:b/>
                <w:color w:val="000000"/>
                <w:sz w:val="16"/>
              </w:rPr>
              <w:t xml:space="preserve">KNJIŽEVNO IZHODIŠČE IN MOTIV: </w:t>
            </w:r>
            <w:r>
              <w:rPr>
                <w:color w:val="000000"/>
                <w:sz w:val="16"/>
              </w:rPr>
              <w:t>»Tri botre lisičice« – slovenska ljudska pravljica • gozd, iznajdljivost, snovi in odgovorna raba materialov</w:t>
            </w:r>
          </w:p>
        </w:tc>
      </w:tr>
      <w:tr w:rsidR="00187E2C" w14:paraId="1D089EE0" w14:textId="77777777">
        <w:trPr>
          <w:cantSplit/>
          <w:jc w:val="center"/>
        </w:trPr>
        <w:tc>
          <w:tcPr>
            <w:tcW w:w="14060" w:type="dxa"/>
            <w:gridSpan w:val="6"/>
            <w:tcMar>
              <w:top w:w="70" w:type="dxa"/>
              <w:left w:w="90" w:type="dxa"/>
              <w:bottom w:w="70" w:type="dxa"/>
              <w:right w:w="90" w:type="dxa"/>
            </w:tcMar>
            <w:vAlign w:val="center"/>
          </w:tcPr>
          <w:p w14:paraId="55DFD577" w14:textId="77777777" w:rsidR="00187E2C" w:rsidRDefault="00187E2C"/>
          <w:p w14:paraId="070D1C70" w14:textId="77777777" w:rsidR="00187E2C" w:rsidRDefault="00000000">
            <w:pPr>
              <w:spacing w:line="245" w:lineRule="auto"/>
            </w:pPr>
            <w:r>
              <w:rPr>
                <w:b/>
                <w:color w:val="000000"/>
                <w:sz w:val="16"/>
              </w:rPr>
              <w:t xml:space="preserve">BRALNI LIST / ČRKA: </w:t>
            </w:r>
            <w:r>
              <w:rPr>
                <w:color w:val="000000"/>
                <w:sz w:val="16"/>
              </w:rPr>
              <w:t>ČRKA N • BRALNI LIST 12 – Berem črko N in zloge ter besede: glas /n/ znane črke: A, E, I, O, U, N; slišim glas; prepoznam črko; navpična, poševna in navpična poteza; berem in zapišem</w:t>
            </w:r>
          </w:p>
        </w:tc>
      </w:tr>
      <w:tr w:rsidR="00187E2C" w14:paraId="24607B5B" w14:textId="77777777">
        <w:trPr>
          <w:cantSplit/>
          <w:jc w:val="center"/>
        </w:trPr>
        <w:tc>
          <w:tcPr>
            <w:tcW w:w="14060" w:type="dxa"/>
            <w:gridSpan w:val="6"/>
            <w:tcMar>
              <w:top w:w="70" w:type="dxa"/>
              <w:left w:w="90" w:type="dxa"/>
              <w:bottom w:w="70" w:type="dxa"/>
              <w:right w:w="90" w:type="dxa"/>
            </w:tcMar>
            <w:vAlign w:val="center"/>
          </w:tcPr>
          <w:p w14:paraId="6EC3B4F7" w14:textId="77777777" w:rsidR="00187E2C" w:rsidRDefault="00187E2C"/>
          <w:p w14:paraId="65024D68" w14:textId="77777777" w:rsidR="00187E2C" w:rsidRDefault="00000000">
            <w:pPr>
              <w:spacing w:line="245" w:lineRule="auto"/>
            </w:pPr>
            <w:r>
              <w:rPr>
                <w:b/>
                <w:color w:val="000000"/>
                <w:sz w:val="16"/>
              </w:rPr>
              <w:t xml:space="preserve">UČNE ENOTE: </w:t>
            </w:r>
            <w:r>
              <w:rPr>
                <w:color w:val="000000"/>
                <w:sz w:val="16"/>
              </w:rPr>
              <w:t>1. ura – Navodilo za izdelek – Poslušam in doživljam • 2. ura – Navodilo za izdelek – Govorim in pojasnjujem • 3. ura – SLIŠIM GLAS /n/ IN ODKRIVAM ČRKO N • 4. ura – Oblikujem in pišem črko N • 5. ura – Berem in uporabim črko N</w:t>
            </w:r>
          </w:p>
        </w:tc>
      </w:tr>
      <w:tr w:rsidR="00187E2C" w14:paraId="455ED166" w14:textId="77777777">
        <w:trPr>
          <w:cantSplit/>
          <w:jc w:val="center"/>
        </w:trPr>
        <w:tc>
          <w:tcPr>
            <w:tcW w:w="14060" w:type="dxa"/>
            <w:gridSpan w:val="6"/>
            <w:tcMar>
              <w:top w:w="70" w:type="dxa"/>
              <w:left w:w="90" w:type="dxa"/>
              <w:bottom w:w="70" w:type="dxa"/>
              <w:right w:w="90" w:type="dxa"/>
            </w:tcMar>
            <w:vAlign w:val="center"/>
          </w:tcPr>
          <w:p w14:paraId="24690D1B" w14:textId="77777777" w:rsidR="00187E2C" w:rsidRDefault="00187E2C"/>
          <w:p w14:paraId="6D287D61"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2BA9EA2C" w14:textId="77777777">
        <w:trPr>
          <w:cantSplit/>
          <w:jc w:val="center"/>
        </w:trPr>
        <w:tc>
          <w:tcPr>
            <w:tcW w:w="14060" w:type="dxa"/>
            <w:gridSpan w:val="6"/>
            <w:tcMar>
              <w:top w:w="70" w:type="dxa"/>
              <w:left w:w="90" w:type="dxa"/>
              <w:bottom w:w="70" w:type="dxa"/>
              <w:right w:w="90" w:type="dxa"/>
            </w:tcMar>
            <w:vAlign w:val="center"/>
          </w:tcPr>
          <w:p w14:paraId="619403E7" w14:textId="77777777" w:rsidR="00187E2C" w:rsidRDefault="00187E2C"/>
          <w:p w14:paraId="0666AA8F"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1D706FB" w14:textId="77777777">
        <w:trPr>
          <w:cantSplit/>
          <w:jc w:val="center"/>
        </w:trPr>
        <w:tc>
          <w:tcPr>
            <w:tcW w:w="14060" w:type="dxa"/>
            <w:gridSpan w:val="6"/>
            <w:tcMar>
              <w:top w:w="70" w:type="dxa"/>
              <w:left w:w="90" w:type="dxa"/>
              <w:bottom w:w="70" w:type="dxa"/>
              <w:right w:w="90" w:type="dxa"/>
            </w:tcMar>
            <w:vAlign w:val="center"/>
          </w:tcPr>
          <w:p w14:paraId="308952A2" w14:textId="77777777" w:rsidR="00187E2C" w:rsidRDefault="00187E2C"/>
          <w:p w14:paraId="1F33D09E"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411F5BCB" w14:textId="77777777">
        <w:trPr>
          <w:cantSplit/>
          <w:jc w:val="center"/>
        </w:trPr>
        <w:tc>
          <w:tcPr>
            <w:tcW w:w="14060" w:type="dxa"/>
            <w:gridSpan w:val="6"/>
            <w:tcMar>
              <w:top w:w="70" w:type="dxa"/>
              <w:left w:w="90" w:type="dxa"/>
              <w:bottom w:w="70" w:type="dxa"/>
              <w:right w:w="90" w:type="dxa"/>
            </w:tcMar>
            <w:vAlign w:val="center"/>
          </w:tcPr>
          <w:p w14:paraId="51338CE5" w14:textId="77777777" w:rsidR="00187E2C" w:rsidRDefault="00187E2C"/>
          <w:p w14:paraId="41B1127F" w14:textId="77777777" w:rsidR="00187E2C" w:rsidRDefault="00000000">
            <w:pPr>
              <w:spacing w:line="245" w:lineRule="auto"/>
            </w:pPr>
            <w:r>
              <w:rPr>
                <w:b/>
                <w:color w:val="000000"/>
                <w:sz w:val="16"/>
              </w:rPr>
              <w:t xml:space="preserve">MEDPREDMETNE POVEZAVE: </w:t>
            </w:r>
            <w:r>
              <w:rPr>
                <w:color w:val="000000"/>
                <w:sz w:val="16"/>
              </w:rPr>
              <w:t>SPO – gozd, iznajdljivost, snovi in odgovorna raba materialov; GUM – ritem, zvočnost in glas; LUM – ilustracija, črta in grafomotorika; ŠPO – gibalna pripoved, dramatizacija in postaje; MAT – smer, zaporedje in orientacija</w:t>
            </w:r>
          </w:p>
        </w:tc>
      </w:tr>
      <w:tr w:rsidR="00187E2C" w14:paraId="16CFFBC3" w14:textId="77777777">
        <w:trPr>
          <w:cantSplit/>
          <w:jc w:val="center"/>
        </w:trPr>
        <w:tc>
          <w:tcPr>
            <w:tcW w:w="14060" w:type="dxa"/>
            <w:gridSpan w:val="6"/>
            <w:tcMar>
              <w:top w:w="70" w:type="dxa"/>
              <w:left w:w="90" w:type="dxa"/>
              <w:bottom w:w="70" w:type="dxa"/>
              <w:right w:w="90" w:type="dxa"/>
            </w:tcMar>
            <w:vAlign w:val="center"/>
          </w:tcPr>
          <w:p w14:paraId="6B11436D" w14:textId="77777777" w:rsidR="00187E2C" w:rsidRDefault="00187E2C"/>
          <w:p w14:paraId="10548DC8" w14:textId="77777777" w:rsidR="00187E2C" w:rsidRDefault="00000000">
            <w:pPr>
              <w:spacing w:line="245" w:lineRule="auto"/>
            </w:pPr>
            <w:r>
              <w:rPr>
                <w:b/>
                <w:color w:val="000000"/>
                <w:sz w:val="16"/>
              </w:rPr>
              <w:t xml:space="preserve">UČNA SREDSTVA IN PRIPOMOČKI: </w:t>
            </w:r>
            <w:r>
              <w:rPr>
                <w:color w:val="000000"/>
                <w:sz w:val="16"/>
              </w:rPr>
              <w:t>ČRKA N • BRALNI LIST 12, povečano besedilo oziroma kartice, slikanica ali odlomek, slikovno zaporedje, kartice besed in glasov, talne črke ali zlogi, ogledala, vrvice ali modelirna masa, mini tabla, zvezek oziroma jezikovna mapa</w:t>
            </w:r>
          </w:p>
        </w:tc>
      </w:tr>
      <w:tr w:rsidR="00187E2C" w14:paraId="0A4BE281" w14:textId="77777777">
        <w:trPr>
          <w:cantSplit/>
          <w:jc w:val="center"/>
        </w:trPr>
        <w:tc>
          <w:tcPr>
            <w:tcW w:w="14060" w:type="dxa"/>
            <w:gridSpan w:val="6"/>
            <w:tcMar>
              <w:top w:w="70" w:type="dxa"/>
              <w:left w:w="90" w:type="dxa"/>
              <w:bottom w:w="70" w:type="dxa"/>
              <w:right w:w="90" w:type="dxa"/>
            </w:tcMar>
            <w:vAlign w:val="center"/>
          </w:tcPr>
          <w:p w14:paraId="43FA33F8" w14:textId="77777777" w:rsidR="00187E2C" w:rsidRDefault="00187E2C"/>
          <w:p w14:paraId="70A8798C"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01FD8AFF" w14:textId="77777777">
        <w:trPr>
          <w:cantSplit/>
          <w:jc w:val="center"/>
        </w:trPr>
        <w:tc>
          <w:tcPr>
            <w:tcW w:w="14060" w:type="dxa"/>
            <w:gridSpan w:val="6"/>
            <w:tcMar>
              <w:top w:w="70" w:type="dxa"/>
              <w:left w:w="90" w:type="dxa"/>
              <w:bottom w:w="70" w:type="dxa"/>
              <w:right w:w="90" w:type="dxa"/>
            </w:tcMar>
            <w:vAlign w:val="center"/>
          </w:tcPr>
          <w:p w14:paraId="1C3D1F0B" w14:textId="77777777" w:rsidR="00187E2C" w:rsidRDefault="00187E2C"/>
          <w:p w14:paraId="6FDCBAF7" w14:textId="77777777" w:rsidR="00187E2C" w:rsidRDefault="00000000">
            <w:pPr>
              <w:spacing w:line="245" w:lineRule="auto"/>
            </w:pPr>
            <w:r>
              <w:rPr>
                <w:b/>
                <w:color w:val="000000"/>
                <w:sz w:val="16"/>
              </w:rPr>
              <w:t xml:space="preserve">OCENJEVANJE / DAN DEJAVNOSTI: </w:t>
            </w:r>
            <w:r>
              <w:rPr>
                <w:color w:val="000000"/>
                <w:sz w:val="16"/>
              </w:rPr>
              <w:t>KULTURNI DAN</w:t>
            </w:r>
          </w:p>
        </w:tc>
      </w:tr>
      <w:tr w:rsidR="00187E2C" w14:paraId="5201A4A2" w14:textId="77777777">
        <w:trPr>
          <w:cantSplit/>
          <w:jc w:val="center"/>
        </w:trPr>
        <w:tc>
          <w:tcPr>
            <w:tcW w:w="14060" w:type="dxa"/>
            <w:gridSpan w:val="6"/>
            <w:tcMar>
              <w:top w:w="70" w:type="dxa"/>
              <w:left w:w="90" w:type="dxa"/>
              <w:bottom w:w="70" w:type="dxa"/>
              <w:right w:w="90" w:type="dxa"/>
            </w:tcMar>
            <w:vAlign w:val="center"/>
          </w:tcPr>
          <w:p w14:paraId="76CA1673" w14:textId="77777777" w:rsidR="00187E2C" w:rsidRDefault="00187E2C"/>
          <w:p w14:paraId="41CC345D"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2415B45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9297A0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FB35C9E"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EF50765" w14:textId="77777777" w:rsidR="00187E2C" w:rsidRDefault="00000000">
            <w:pPr>
              <w:jc w:val="center"/>
            </w:pPr>
            <w:r>
              <w:rPr>
                <w:b/>
                <w:color w:val="000000"/>
                <w:sz w:val="20"/>
              </w:rPr>
              <w:t>UČNE DEJAVNOSTI, METODE IN FORMATIVNO SPREMLJANJE</w:t>
            </w:r>
          </w:p>
        </w:tc>
      </w:tr>
      <w:tr w:rsidR="00187E2C" w14:paraId="3CAC3E4F" w14:textId="77777777">
        <w:trPr>
          <w:tblHeader/>
          <w:jc w:val="center"/>
        </w:trPr>
        <w:tc>
          <w:tcPr>
            <w:tcW w:w="4422" w:type="dxa"/>
            <w:vMerge/>
            <w:tcMar>
              <w:top w:w="70" w:type="dxa"/>
              <w:left w:w="90" w:type="dxa"/>
              <w:bottom w:w="70" w:type="dxa"/>
              <w:right w:w="90" w:type="dxa"/>
            </w:tcMar>
            <w:vAlign w:val="center"/>
          </w:tcPr>
          <w:p w14:paraId="373BD55C" w14:textId="77777777" w:rsidR="00187E2C" w:rsidRDefault="00187E2C"/>
        </w:tc>
        <w:tc>
          <w:tcPr>
            <w:tcW w:w="7087" w:type="dxa"/>
            <w:shd w:val="clear" w:color="auto" w:fill="FFFFFF"/>
            <w:tcMar>
              <w:top w:w="70" w:type="dxa"/>
              <w:left w:w="90" w:type="dxa"/>
              <w:bottom w:w="70" w:type="dxa"/>
              <w:right w:w="90" w:type="dxa"/>
            </w:tcMar>
            <w:vAlign w:val="center"/>
          </w:tcPr>
          <w:p w14:paraId="0D74EA5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94EBCC2" w14:textId="77777777" w:rsidR="00187E2C" w:rsidRDefault="00000000">
            <w:pPr>
              <w:jc w:val="center"/>
            </w:pPr>
            <w:r>
              <w:rPr>
                <w:b/>
                <w:color w:val="000000"/>
              </w:rPr>
              <w:t>UČENEC</w:t>
            </w:r>
          </w:p>
        </w:tc>
      </w:tr>
      <w:tr w:rsidR="00187E2C" w14:paraId="054DEE6F" w14:textId="77777777">
        <w:trPr>
          <w:jc w:val="center"/>
        </w:trPr>
        <w:tc>
          <w:tcPr>
            <w:tcW w:w="4422" w:type="dxa"/>
            <w:tcMar>
              <w:top w:w="70" w:type="dxa"/>
              <w:left w:w="90" w:type="dxa"/>
              <w:bottom w:w="70" w:type="dxa"/>
              <w:right w:w="90" w:type="dxa"/>
            </w:tcMar>
          </w:tcPr>
          <w:p w14:paraId="36DF42C1" w14:textId="77777777" w:rsidR="00187E2C" w:rsidRDefault="00187E2C"/>
          <w:p w14:paraId="2E10A8BA" w14:textId="77777777" w:rsidR="00187E2C" w:rsidRDefault="00000000">
            <w:pPr>
              <w:spacing w:after="60" w:line="245" w:lineRule="auto"/>
            </w:pPr>
            <w:r>
              <w:rPr>
                <w:b/>
                <w:color w:val="000000"/>
              </w:rPr>
              <w:t>UČNI CILJI</w:t>
            </w:r>
          </w:p>
          <w:p w14:paraId="5025AD67" w14:textId="77777777" w:rsidR="00187E2C" w:rsidRDefault="00000000">
            <w:pPr>
              <w:spacing w:after="20" w:line="245" w:lineRule="auto"/>
            </w:pPr>
            <w:r>
              <w:rPr>
                <w:b/>
                <w:color w:val="000000"/>
                <w:sz w:val="17"/>
              </w:rPr>
              <w:t>SPLOŠNI</w:t>
            </w:r>
          </w:p>
          <w:p w14:paraId="507A2D58"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7A2A7C81" w14:textId="77777777" w:rsidR="00187E2C" w:rsidRDefault="00000000">
            <w:pPr>
              <w:pStyle w:val="Oznaenseznam"/>
              <w:spacing w:after="16"/>
            </w:pPr>
            <w:r>
              <w:rPr>
                <w:color w:val="000000"/>
                <w:sz w:val="16"/>
              </w:rPr>
              <w:t>doživlja književno besedilo ter se nanj odziva z govorom, gibanjem, dramatizacijo, risbo ali zapisom</w:t>
            </w:r>
          </w:p>
          <w:p w14:paraId="4AF76483" w14:textId="77777777" w:rsidR="00187E2C" w:rsidRDefault="00000000">
            <w:pPr>
              <w:pStyle w:val="Oznaenseznam"/>
              <w:spacing w:after="16"/>
            </w:pPr>
            <w:r>
              <w:rPr>
                <w:color w:val="000000"/>
                <w:sz w:val="16"/>
              </w:rPr>
              <w:t>razvija glasovno zavedanje, povezavo glas–črka in začetno branje ter pisanje po individualnem napredku</w:t>
            </w:r>
          </w:p>
          <w:p w14:paraId="0FD7D4FA" w14:textId="77777777" w:rsidR="00187E2C" w:rsidRDefault="00000000">
            <w:pPr>
              <w:pStyle w:val="Oznaenseznam"/>
              <w:spacing w:after="16"/>
            </w:pPr>
            <w:r>
              <w:rPr>
                <w:color w:val="000000"/>
                <w:sz w:val="16"/>
              </w:rPr>
              <w:t>ob namenih in kriterijih spremlja svoje učenje ter uporabi opisno povratno informacijo</w:t>
            </w:r>
          </w:p>
          <w:p w14:paraId="66123710" w14:textId="77777777" w:rsidR="00187E2C" w:rsidRDefault="00000000">
            <w:pPr>
              <w:spacing w:before="40" w:after="20" w:line="245" w:lineRule="auto"/>
            </w:pPr>
            <w:r>
              <w:rPr>
                <w:b/>
                <w:color w:val="000000"/>
                <w:sz w:val="17"/>
              </w:rPr>
              <w:t>OPERATIVNI</w:t>
            </w:r>
          </w:p>
          <w:p w14:paraId="63D73C26" w14:textId="77777777" w:rsidR="00187E2C" w:rsidRDefault="00000000">
            <w:pPr>
              <w:pStyle w:val="Oznaenseznam"/>
              <w:spacing w:after="16"/>
            </w:pPr>
            <w:r>
              <w:rPr>
                <w:color w:val="000000"/>
                <w:sz w:val="16"/>
              </w:rPr>
              <w:t>sledi slikovnemu in ustnemu navodilu</w:t>
            </w:r>
          </w:p>
          <w:p w14:paraId="532B67C1" w14:textId="77777777" w:rsidR="00187E2C" w:rsidRDefault="00000000">
            <w:pPr>
              <w:pStyle w:val="Oznaenseznam"/>
              <w:spacing w:after="16"/>
            </w:pPr>
            <w:r>
              <w:rPr>
                <w:color w:val="000000"/>
                <w:sz w:val="16"/>
              </w:rPr>
              <w:t>pove zaporedje dela</w:t>
            </w:r>
          </w:p>
          <w:p w14:paraId="43382ACF" w14:textId="77777777" w:rsidR="00187E2C" w:rsidRDefault="00000000">
            <w:pPr>
              <w:pStyle w:val="Oznaenseznam"/>
              <w:spacing w:after="16"/>
            </w:pPr>
            <w:r>
              <w:rPr>
                <w:color w:val="000000"/>
                <w:sz w:val="16"/>
              </w:rPr>
              <w:t>zapiše besedo ali poved ob izdelku</w:t>
            </w:r>
          </w:p>
          <w:p w14:paraId="5CCF1CEA" w14:textId="77777777" w:rsidR="00187E2C" w:rsidRDefault="00000000">
            <w:pPr>
              <w:pStyle w:val="Oznaenseznam"/>
              <w:spacing w:after="16"/>
            </w:pPr>
            <w:r>
              <w:rPr>
                <w:color w:val="000000"/>
                <w:sz w:val="16"/>
              </w:rPr>
              <w:t>prepozna in poimenuje veliko tiskano črko N ter jo poveže z glasom /n/</w:t>
            </w:r>
          </w:p>
          <w:p w14:paraId="1095356C" w14:textId="77777777" w:rsidR="00187E2C" w:rsidRDefault="00000000">
            <w:pPr>
              <w:pStyle w:val="Oznaenseznam"/>
              <w:spacing w:after="16"/>
            </w:pPr>
            <w:r>
              <w:rPr>
                <w:color w:val="000000"/>
                <w:sz w:val="16"/>
              </w:rPr>
              <w:t>veččutno oblikuje in čitljivo zapiše veliko tiskano črko N</w:t>
            </w:r>
          </w:p>
          <w:p w14:paraId="472F1FBD" w14:textId="77777777" w:rsidR="00187E2C" w:rsidRDefault="00000000">
            <w:pPr>
              <w:pStyle w:val="Oznaenseznam"/>
              <w:spacing w:after="16"/>
            </w:pPr>
            <w:r>
              <w:rPr>
                <w:color w:val="000000"/>
                <w:sz w:val="16"/>
              </w:rPr>
              <w:t>bere in sestavlja zloge oziroma besede z znanimi črkami: ANA • NINA • IN</w:t>
            </w:r>
          </w:p>
          <w:p w14:paraId="75E175A4" w14:textId="77777777" w:rsidR="00187E2C" w:rsidRDefault="00000000">
            <w:pPr>
              <w:spacing w:before="40" w:after="20" w:line="245" w:lineRule="auto"/>
            </w:pPr>
            <w:r>
              <w:rPr>
                <w:b/>
                <w:color w:val="000000"/>
                <w:sz w:val="17"/>
              </w:rPr>
              <w:t>PRIČAKOVANI DOSEŽKI / MINIMALNI POUDARKI</w:t>
            </w:r>
          </w:p>
          <w:p w14:paraId="656B0891" w14:textId="77777777" w:rsidR="00187E2C" w:rsidRDefault="00000000">
            <w:pPr>
              <w:pStyle w:val="Oznaenseznam"/>
              <w:spacing w:after="16"/>
            </w:pPr>
            <w:r>
              <w:rPr>
                <w:color w:val="000000"/>
                <w:sz w:val="15"/>
              </w:rPr>
              <w:t>samostojno oziroma z dogovorjeno oporo sledi slikovnemu in ustnemu navodilu</w:t>
            </w:r>
          </w:p>
          <w:p w14:paraId="56348368" w14:textId="77777777" w:rsidR="00187E2C" w:rsidRDefault="00000000">
            <w:pPr>
              <w:pStyle w:val="Oznaenseznam"/>
              <w:spacing w:after="16"/>
            </w:pPr>
            <w:r>
              <w:rPr>
                <w:color w:val="000000"/>
                <w:sz w:val="15"/>
              </w:rPr>
              <w:t>samostojno oziroma z dogovorjeno oporo pove zaporedje dela</w:t>
            </w:r>
          </w:p>
          <w:p w14:paraId="37A219BA" w14:textId="77777777" w:rsidR="00187E2C" w:rsidRDefault="00000000">
            <w:pPr>
              <w:pStyle w:val="Oznaenseznam"/>
              <w:spacing w:after="16"/>
            </w:pPr>
            <w:r>
              <w:rPr>
                <w:color w:val="000000"/>
                <w:sz w:val="15"/>
              </w:rPr>
              <w:t>samostojno oziroma z dogovorjeno oporo zapiše besedo ali poved ob izdelku</w:t>
            </w:r>
          </w:p>
          <w:p w14:paraId="60C1D274" w14:textId="77777777" w:rsidR="00187E2C" w:rsidRDefault="00000000">
            <w:pPr>
              <w:pStyle w:val="Oznaenseznam"/>
              <w:spacing w:after="16"/>
            </w:pPr>
            <w:r>
              <w:rPr>
                <w:color w:val="000000"/>
                <w:sz w:val="15"/>
              </w:rPr>
              <w:t>samostojno oziroma z dogovorjeno oporo prepozna in poimenuje veliko tiskano črko N ter jo poveže z glasom /n/</w:t>
            </w:r>
          </w:p>
          <w:p w14:paraId="06B39CD6" w14:textId="77777777" w:rsidR="00187E2C" w:rsidRDefault="00000000">
            <w:pPr>
              <w:pStyle w:val="Oznaenseznam"/>
              <w:spacing w:after="16"/>
            </w:pPr>
            <w:r>
              <w:rPr>
                <w:color w:val="000000"/>
                <w:sz w:val="15"/>
              </w:rPr>
              <w:t>samostojno oziroma z dogovorjeno oporo veččutno oblikuje in čitljivo zapiše veliko tiskano črko N</w:t>
            </w:r>
          </w:p>
        </w:tc>
        <w:tc>
          <w:tcPr>
            <w:tcW w:w="7087" w:type="dxa"/>
            <w:tcMar>
              <w:top w:w="70" w:type="dxa"/>
              <w:left w:w="90" w:type="dxa"/>
              <w:bottom w:w="70" w:type="dxa"/>
              <w:right w:w="90" w:type="dxa"/>
            </w:tcMar>
          </w:tcPr>
          <w:p w14:paraId="3394786A"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8277F58" w14:textId="77777777">
              <w:trPr>
                <w:jc w:val="center"/>
              </w:trPr>
              <w:tc>
                <w:tcPr>
                  <w:tcW w:w="7087" w:type="dxa"/>
                  <w:shd w:val="clear" w:color="auto" w:fill="C6E7F3"/>
                  <w:tcMar>
                    <w:top w:w="45" w:type="dxa"/>
                    <w:left w:w="70" w:type="dxa"/>
                    <w:bottom w:w="45" w:type="dxa"/>
                    <w:right w:w="70" w:type="dxa"/>
                  </w:tcMar>
                </w:tcPr>
                <w:p w14:paraId="61DC3699" w14:textId="77777777" w:rsidR="00187E2C" w:rsidRDefault="00000000">
                  <w:pPr>
                    <w:keepNext/>
                  </w:pPr>
                  <w:r>
                    <w:rPr>
                      <w:b/>
                      <w:color w:val="000000"/>
                    </w:rPr>
                    <w:t>UVODNI DEL – motivacija, aktivacija predznanja in namen učenja (15–20 min)</w:t>
                  </w:r>
                </w:p>
              </w:tc>
            </w:tr>
          </w:tbl>
          <w:p w14:paraId="7E4D4528" w14:textId="77777777" w:rsidR="00187E2C" w:rsidRDefault="00187E2C">
            <w:pPr>
              <w:spacing w:line="20" w:lineRule="exact"/>
            </w:pPr>
          </w:p>
          <w:p w14:paraId="756308D6" w14:textId="77777777" w:rsidR="00187E2C" w:rsidRDefault="00000000">
            <w:pPr>
              <w:spacing w:before="40" w:after="60" w:line="245" w:lineRule="auto"/>
            </w:pPr>
            <w:r>
              <w:rPr>
                <w:color w:val="000000"/>
                <w:sz w:val="16"/>
              </w:rPr>
              <w:t>Učenci ob naslovnici, odlomku ali ilustraciji dela »Tri botre lisičice« – slovenska ljudska pravljica doživljajsko vstopijo v motiv gozd, iznajdljivost, snovi in odgovorna raba materialov. S kretnjo, predmetom, sliko, glasom ali kratko povedjo pokažejo predznanje in napoved. Izhodiščni odziv povežejo z dejavnostjo ČRKA N • BRALNI LIST 12 – Berem črko N in zloge ter besede.</w:t>
            </w:r>
          </w:p>
          <w:tbl>
            <w:tblPr>
              <w:tblStyle w:val="Tabelamrea"/>
              <w:tblW w:w="0" w:type="auto"/>
              <w:jc w:val="center"/>
              <w:tblLayout w:type="fixed"/>
              <w:tblLook w:val="04A0" w:firstRow="1" w:lastRow="0" w:firstColumn="1" w:lastColumn="0" w:noHBand="0" w:noVBand="1"/>
            </w:tblPr>
            <w:tblGrid>
              <w:gridCol w:w="7087"/>
            </w:tblGrid>
            <w:tr w:rsidR="00187E2C" w14:paraId="6B32857C" w14:textId="77777777">
              <w:trPr>
                <w:jc w:val="center"/>
              </w:trPr>
              <w:tc>
                <w:tcPr>
                  <w:tcW w:w="7087" w:type="dxa"/>
                  <w:shd w:val="clear" w:color="auto" w:fill="EDC9EA"/>
                  <w:tcMar>
                    <w:top w:w="45" w:type="dxa"/>
                    <w:left w:w="70" w:type="dxa"/>
                    <w:bottom w:w="45" w:type="dxa"/>
                    <w:right w:w="70" w:type="dxa"/>
                  </w:tcMar>
                </w:tcPr>
                <w:p w14:paraId="7356FCF0" w14:textId="77777777" w:rsidR="00187E2C" w:rsidRDefault="00000000">
                  <w:pPr>
                    <w:keepNext/>
                  </w:pPr>
                  <w:r>
                    <w:rPr>
                      <w:b/>
                      <w:color w:val="000000"/>
                    </w:rPr>
                    <w:t>NAMENI UČENJA</w:t>
                  </w:r>
                </w:p>
              </w:tc>
            </w:tr>
          </w:tbl>
          <w:p w14:paraId="0C37E175" w14:textId="77777777" w:rsidR="00187E2C" w:rsidRDefault="00187E2C">
            <w:pPr>
              <w:spacing w:line="20" w:lineRule="exact"/>
            </w:pPr>
          </w:p>
          <w:p w14:paraId="56D0FF46"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2ADDFBFE" w14:textId="77777777" w:rsidR="00187E2C" w:rsidRDefault="00000000">
            <w:pPr>
              <w:pStyle w:val="Oznaenseznam"/>
              <w:spacing w:after="16"/>
            </w:pPr>
            <w:r>
              <w:rPr>
                <w:color w:val="000000"/>
                <w:sz w:val="16"/>
              </w:rPr>
              <w:t>sledim slikovnemu in ustnemu navodilu</w:t>
            </w:r>
          </w:p>
          <w:p w14:paraId="211917C4" w14:textId="77777777" w:rsidR="00187E2C" w:rsidRDefault="00000000">
            <w:pPr>
              <w:pStyle w:val="Oznaenseznam"/>
              <w:spacing w:after="16"/>
            </w:pPr>
            <w:r>
              <w:rPr>
                <w:color w:val="000000"/>
                <w:sz w:val="16"/>
              </w:rPr>
              <w:t>povem zaporedje dela</w:t>
            </w:r>
          </w:p>
          <w:p w14:paraId="5AB18189" w14:textId="77777777" w:rsidR="00187E2C" w:rsidRDefault="00000000">
            <w:pPr>
              <w:pStyle w:val="Oznaenseznam"/>
              <w:spacing w:after="16"/>
            </w:pPr>
            <w:r>
              <w:rPr>
                <w:color w:val="000000"/>
                <w:sz w:val="16"/>
              </w:rPr>
              <w:t>zapišem besedo ali poved ob izdelku</w:t>
            </w:r>
          </w:p>
          <w:p w14:paraId="66C33B9C" w14:textId="77777777" w:rsidR="00187E2C" w:rsidRDefault="00000000">
            <w:pPr>
              <w:pStyle w:val="Oznaenseznam"/>
              <w:spacing w:after="16"/>
            </w:pPr>
            <w:r>
              <w:rPr>
                <w:color w:val="000000"/>
                <w:sz w:val="16"/>
              </w:rPr>
              <w:t>prepoznam in poimenujem veliko tiskano črko N ter jo povežem z glasom /n/</w:t>
            </w:r>
          </w:p>
          <w:p w14:paraId="6AD2BD84" w14:textId="77777777" w:rsidR="00187E2C" w:rsidRDefault="00000000">
            <w:pPr>
              <w:pStyle w:val="Oznaenseznam"/>
              <w:spacing w:after="16"/>
            </w:pPr>
            <w:r>
              <w:rPr>
                <w:color w:val="000000"/>
                <w:sz w:val="16"/>
              </w:rPr>
              <w:t>veččutno oblikujem in čitljivo zapišem veliko tiskano črko N</w:t>
            </w:r>
          </w:p>
          <w:p w14:paraId="31BD55BC" w14:textId="77777777" w:rsidR="00187E2C" w:rsidRDefault="00000000">
            <w:pPr>
              <w:pStyle w:val="Oznaenseznam"/>
              <w:spacing w:after="16"/>
            </w:pPr>
            <w:r>
              <w:rPr>
                <w:color w:val="000000"/>
                <w:sz w:val="16"/>
              </w:rPr>
              <w:t>berem in sestavlja zloge oziroma besede z znanimi črkami: ANA • NINA • IN</w:t>
            </w:r>
          </w:p>
          <w:tbl>
            <w:tblPr>
              <w:tblStyle w:val="Tabelamrea"/>
              <w:tblW w:w="0" w:type="auto"/>
              <w:jc w:val="center"/>
              <w:tblLayout w:type="fixed"/>
              <w:tblLook w:val="04A0" w:firstRow="1" w:lastRow="0" w:firstColumn="1" w:lastColumn="0" w:noHBand="0" w:noVBand="1"/>
            </w:tblPr>
            <w:tblGrid>
              <w:gridCol w:w="7087"/>
            </w:tblGrid>
            <w:tr w:rsidR="00187E2C" w14:paraId="4C4C692B" w14:textId="77777777">
              <w:trPr>
                <w:jc w:val="center"/>
              </w:trPr>
              <w:tc>
                <w:tcPr>
                  <w:tcW w:w="7087" w:type="dxa"/>
                  <w:shd w:val="clear" w:color="auto" w:fill="EDC9EA"/>
                  <w:tcMar>
                    <w:top w:w="45" w:type="dxa"/>
                    <w:left w:w="70" w:type="dxa"/>
                    <w:bottom w:w="45" w:type="dxa"/>
                    <w:right w:w="70" w:type="dxa"/>
                  </w:tcMar>
                </w:tcPr>
                <w:p w14:paraId="478ECC9C" w14:textId="77777777" w:rsidR="00187E2C" w:rsidRDefault="00000000">
                  <w:pPr>
                    <w:keepNext/>
                  </w:pPr>
                  <w:r>
                    <w:rPr>
                      <w:b/>
                      <w:color w:val="000000"/>
                    </w:rPr>
                    <w:t>PREVERJANJE PREDZNANJA</w:t>
                  </w:r>
                </w:p>
              </w:tc>
            </w:tr>
          </w:tbl>
          <w:p w14:paraId="2A6B7110" w14:textId="77777777" w:rsidR="00187E2C" w:rsidRDefault="00187E2C">
            <w:pPr>
              <w:spacing w:line="20" w:lineRule="exact"/>
            </w:pPr>
          </w:p>
          <w:p w14:paraId="76DD2F80" w14:textId="77777777" w:rsidR="00187E2C" w:rsidRDefault="00000000">
            <w:pPr>
              <w:pStyle w:val="Oznaenseznam"/>
              <w:spacing w:after="16"/>
            </w:pPr>
            <w:r>
              <w:rPr>
                <w:color w:val="000000"/>
                <w:sz w:val="16"/>
              </w:rPr>
              <w:t>Kaj mi naslovnica, ilustracija ali naslov pove o motivu gozd, iznajdljivost, snovi in odgovorna raba materialov?</w:t>
            </w:r>
          </w:p>
          <w:p w14:paraId="1E7446A6" w14:textId="77777777" w:rsidR="00187E2C" w:rsidRDefault="00000000">
            <w:pPr>
              <w:pStyle w:val="Oznaenseznam"/>
              <w:spacing w:after="16"/>
            </w:pPr>
            <w:r>
              <w:rPr>
                <w:color w:val="000000"/>
                <w:sz w:val="16"/>
              </w:rPr>
              <w:t>Kje v besedah slišim glas /n/ in po katerih potezah prepoznam črko N?</w:t>
            </w:r>
          </w:p>
          <w:p w14:paraId="6DC71F99"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21163B64" w14:textId="77777777">
              <w:trPr>
                <w:jc w:val="center"/>
              </w:trPr>
              <w:tc>
                <w:tcPr>
                  <w:tcW w:w="7087" w:type="dxa"/>
                  <w:shd w:val="clear" w:color="auto" w:fill="EDC9EA"/>
                  <w:tcMar>
                    <w:top w:w="45" w:type="dxa"/>
                    <w:left w:w="70" w:type="dxa"/>
                    <w:bottom w:w="45" w:type="dxa"/>
                    <w:right w:w="70" w:type="dxa"/>
                  </w:tcMar>
                </w:tcPr>
                <w:p w14:paraId="0B1433DC" w14:textId="77777777" w:rsidR="00187E2C" w:rsidRDefault="00000000">
                  <w:pPr>
                    <w:keepNext/>
                  </w:pPr>
                  <w:r>
                    <w:rPr>
                      <w:b/>
                      <w:color w:val="000000"/>
                    </w:rPr>
                    <w:t>KRITERIJI USPEŠNOSTI</w:t>
                  </w:r>
                </w:p>
              </w:tc>
            </w:tr>
          </w:tbl>
          <w:p w14:paraId="6CF13534" w14:textId="77777777" w:rsidR="00187E2C" w:rsidRDefault="00187E2C"/>
          <w:p w14:paraId="7C930FD6" w14:textId="77777777" w:rsidR="00187E2C" w:rsidRDefault="00000000">
            <w:pPr>
              <w:spacing w:before="20" w:after="20" w:line="245" w:lineRule="auto"/>
            </w:pPr>
            <w:r>
              <w:rPr>
                <w:b/>
                <w:color w:val="000000"/>
                <w:sz w:val="16"/>
              </w:rPr>
              <w:t>Uspešen/-na bom, ko:</w:t>
            </w:r>
          </w:p>
          <w:p w14:paraId="30D38000" w14:textId="77777777" w:rsidR="00187E2C" w:rsidRDefault="00000000">
            <w:pPr>
              <w:pStyle w:val="Oznaenseznam"/>
              <w:spacing w:after="16"/>
            </w:pPr>
            <w:r>
              <w:rPr>
                <w:color w:val="000000"/>
                <w:sz w:val="16"/>
              </w:rPr>
              <w:t>sledim slikovnemu in ustnemu navodilu</w:t>
            </w:r>
          </w:p>
          <w:p w14:paraId="3CE25232" w14:textId="77777777" w:rsidR="00187E2C" w:rsidRDefault="00000000">
            <w:pPr>
              <w:pStyle w:val="Oznaenseznam"/>
              <w:spacing w:after="16"/>
            </w:pPr>
            <w:r>
              <w:rPr>
                <w:color w:val="000000"/>
                <w:sz w:val="16"/>
              </w:rPr>
              <w:t>povem zaporedje dela</w:t>
            </w:r>
          </w:p>
          <w:p w14:paraId="51782BF8" w14:textId="77777777" w:rsidR="00187E2C" w:rsidRDefault="00000000">
            <w:pPr>
              <w:pStyle w:val="Oznaenseznam"/>
              <w:spacing w:after="16"/>
            </w:pPr>
            <w:r>
              <w:rPr>
                <w:color w:val="000000"/>
                <w:sz w:val="16"/>
              </w:rPr>
              <w:t>zapišem besedo ali poved ob izdelku</w:t>
            </w:r>
          </w:p>
          <w:p w14:paraId="0A3BA0D7" w14:textId="77777777" w:rsidR="00187E2C" w:rsidRDefault="00000000">
            <w:pPr>
              <w:pStyle w:val="Oznaenseznam"/>
              <w:spacing w:after="16"/>
            </w:pPr>
            <w:r>
              <w:rPr>
                <w:color w:val="000000"/>
                <w:sz w:val="16"/>
              </w:rPr>
              <w:t>prepoznam in poimenujem veliko tiskano črko N ter jo povežem z glasom /n/</w:t>
            </w:r>
          </w:p>
          <w:p w14:paraId="2C96001E" w14:textId="77777777" w:rsidR="00187E2C" w:rsidRDefault="00000000">
            <w:pPr>
              <w:pStyle w:val="Oznaenseznam"/>
              <w:spacing w:after="16"/>
            </w:pPr>
            <w:r>
              <w:rPr>
                <w:color w:val="000000"/>
                <w:sz w:val="16"/>
              </w:rPr>
              <w:t>veččutno oblikujem in čitljivo zapišem veliko tiskano črko N</w:t>
            </w:r>
          </w:p>
          <w:p w14:paraId="118F5897" w14:textId="77777777" w:rsidR="00187E2C" w:rsidRDefault="00000000">
            <w:pPr>
              <w:pStyle w:val="Oznaenseznam"/>
              <w:spacing w:after="16"/>
            </w:pPr>
            <w:r>
              <w:rPr>
                <w:color w:val="000000"/>
                <w:sz w:val="16"/>
              </w:rPr>
              <w:t>berem in sestavlja zloge oziroma besede z znanimi črkami: ANA • NINA • IN</w:t>
            </w:r>
          </w:p>
          <w:p w14:paraId="43465C97"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7D5AEE7C" w14:textId="77777777" w:rsidR="00187E2C" w:rsidRDefault="00187E2C"/>
          <w:p w14:paraId="247BFEE3"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43EE1D69" w14:textId="77777777" w:rsidR="00187E2C" w:rsidRDefault="00000000">
            <w:pPr>
              <w:spacing w:after="80" w:line="245" w:lineRule="auto"/>
            </w:pPr>
            <w:r>
              <w:rPr>
                <w:color w:val="000000"/>
                <w:sz w:val="16"/>
              </w:rPr>
              <w:t>Pove, pokaže ali nariše, kaj že ve in katero strategijo bi uporabil.</w:t>
            </w:r>
          </w:p>
          <w:p w14:paraId="20EB21E8" w14:textId="77777777" w:rsidR="00187E2C" w:rsidRDefault="00000000">
            <w:pPr>
              <w:spacing w:after="100" w:line="245" w:lineRule="auto"/>
            </w:pPr>
            <w:r>
              <w:rPr>
                <w:color w:val="000000"/>
                <w:sz w:val="16"/>
              </w:rPr>
              <w:t>Sodeluje pri razumevanju namenov in kriterijev uspešnosti.</w:t>
            </w:r>
          </w:p>
          <w:p w14:paraId="7780962C" w14:textId="77777777" w:rsidR="00187E2C" w:rsidRDefault="00000000">
            <w:pPr>
              <w:spacing w:after="20" w:line="245" w:lineRule="auto"/>
            </w:pPr>
            <w:r>
              <w:rPr>
                <w:b/>
                <w:color w:val="D95BC6"/>
                <w:sz w:val="17"/>
              </w:rPr>
              <w:t>DOKAZ O UČENJU</w:t>
            </w:r>
          </w:p>
          <w:p w14:paraId="1B0E0E79"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19C0CDD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52CD41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A4E5A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50B14E2" w14:textId="77777777" w:rsidR="00187E2C" w:rsidRDefault="00000000">
            <w:pPr>
              <w:jc w:val="center"/>
            </w:pPr>
            <w:r>
              <w:rPr>
                <w:b/>
                <w:color w:val="000000"/>
                <w:sz w:val="20"/>
              </w:rPr>
              <w:t>UČNE DEJAVNOSTI, METODE IN FORMATIVNO SPREMLJANJE</w:t>
            </w:r>
          </w:p>
        </w:tc>
      </w:tr>
      <w:tr w:rsidR="00187E2C" w14:paraId="1BCC6526" w14:textId="77777777">
        <w:trPr>
          <w:tblHeader/>
          <w:jc w:val="center"/>
        </w:trPr>
        <w:tc>
          <w:tcPr>
            <w:tcW w:w="4422" w:type="dxa"/>
            <w:vMerge/>
            <w:tcMar>
              <w:top w:w="70" w:type="dxa"/>
              <w:left w:w="90" w:type="dxa"/>
              <w:bottom w:w="70" w:type="dxa"/>
              <w:right w:w="90" w:type="dxa"/>
            </w:tcMar>
            <w:vAlign w:val="center"/>
          </w:tcPr>
          <w:p w14:paraId="03D0E307" w14:textId="77777777" w:rsidR="00187E2C" w:rsidRDefault="00187E2C"/>
        </w:tc>
        <w:tc>
          <w:tcPr>
            <w:tcW w:w="7087" w:type="dxa"/>
            <w:shd w:val="clear" w:color="auto" w:fill="FFFFFF"/>
            <w:tcMar>
              <w:top w:w="70" w:type="dxa"/>
              <w:left w:w="90" w:type="dxa"/>
              <w:bottom w:w="70" w:type="dxa"/>
              <w:right w:w="90" w:type="dxa"/>
            </w:tcMar>
            <w:vAlign w:val="center"/>
          </w:tcPr>
          <w:p w14:paraId="7FA23C43"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DEEC370" w14:textId="77777777" w:rsidR="00187E2C" w:rsidRDefault="00000000">
            <w:pPr>
              <w:jc w:val="center"/>
            </w:pPr>
            <w:r>
              <w:rPr>
                <w:b/>
                <w:color w:val="000000"/>
              </w:rPr>
              <w:t>UČENEC</w:t>
            </w:r>
          </w:p>
        </w:tc>
      </w:tr>
      <w:tr w:rsidR="00187E2C" w14:paraId="4C0BBAA2" w14:textId="77777777">
        <w:trPr>
          <w:jc w:val="center"/>
        </w:trPr>
        <w:tc>
          <w:tcPr>
            <w:tcW w:w="4422" w:type="dxa"/>
            <w:tcMar>
              <w:top w:w="70" w:type="dxa"/>
              <w:left w:w="90" w:type="dxa"/>
              <w:bottom w:w="70" w:type="dxa"/>
              <w:right w:w="90" w:type="dxa"/>
            </w:tcMar>
          </w:tcPr>
          <w:p w14:paraId="0B5124E5" w14:textId="77777777" w:rsidR="00187E2C" w:rsidRDefault="00187E2C"/>
          <w:p w14:paraId="4301209C" w14:textId="77777777" w:rsidR="00187E2C" w:rsidRDefault="00000000">
            <w:pPr>
              <w:spacing w:after="40" w:line="245" w:lineRule="auto"/>
            </w:pPr>
            <w:r>
              <w:rPr>
                <w:b/>
                <w:color w:val="000000"/>
              </w:rPr>
              <w:t>KLJUČNI POJMI</w:t>
            </w:r>
          </w:p>
          <w:p w14:paraId="1D4CDC16" w14:textId="77777777" w:rsidR="00187E2C" w:rsidRDefault="00000000">
            <w:pPr>
              <w:spacing w:after="60" w:line="245" w:lineRule="auto"/>
            </w:pPr>
            <w:r>
              <w:rPr>
                <w:color w:val="000000"/>
                <w:sz w:val="15"/>
              </w:rPr>
              <w:t>glas /n/, črka N, zlog, beseda, poved, smer poteze, bralna strategija, naslov, avtor, ilustrator, književna oseba</w:t>
            </w:r>
          </w:p>
          <w:p w14:paraId="28A4028C" w14:textId="77777777" w:rsidR="00187E2C" w:rsidRDefault="00000000">
            <w:pPr>
              <w:spacing w:after="20" w:line="245" w:lineRule="auto"/>
            </w:pPr>
            <w:r>
              <w:rPr>
                <w:b/>
                <w:color w:val="000000"/>
                <w:sz w:val="17"/>
              </w:rPr>
              <w:t>DOKAZI O UČENJU</w:t>
            </w:r>
          </w:p>
          <w:p w14:paraId="3702846F" w14:textId="77777777" w:rsidR="00187E2C" w:rsidRDefault="00000000">
            <w:pPr>
              <w:pStyle w:val="Oznaenseznam"/>
              <w:spacing w:after="9"/>
            </w:pPr>
            <w:r>
              <w:rPr>
                <w:color w:val="000000"/>
                <w:sz w:val="15"/>
              </w:rPr>
              <w:t>odziv med poslušanjem, izbrana slika in ena poved o doživetju.</w:t>
            </w:r>
          </w:p>
          <w:p w14:paraId="769F6C6A" w14:textId="77777777" w:rsidR="00187E2C" w:rsidRDefault="00000000">
            <w:pPr>
              <w:pStyle w:val="Oznaenseznam"/>
              <w:spacing w:after="9"/>
            </w:pPr>
            <w:r>
              <w:rPr>
                <w:color w:val="000000"/>
                <w:sz w:val="15"/>
              </w:rPr>
              <w:t>zvočni posnetek ali anekdotski zapis kratke izmenjave.</w:t>
            </w:r>
          </w:p>
          <w:p w14:paraId="5D0F1365" w14:textId="77777777" w:rsidR="00187E2C" w:rsidRDefault="00000000">
            <w:pPr>
              <w:pStyle w:val="Oznaenseznam"/>
              <w:spacing w:after="9"/>
            </w:pPr>
            <w:r>
              <w:rPr>
                <w:color w:val="000000"/>
                <w:sz w:val="15"/>
              </w:rPr>
              <w:t>štiri pravilne glasovne odločitve, izbor črke N in kratka učenčeva razlaga.</w:t>
            </w:r>
          </w:p>
          <w:p w14:paraId="2667F152" w14:textId="77777777" w:rsidR="00187E2C" w:rsidRDefault="00000000">
            <w:pPr>
              <w:pStyle w:val="Oznaenseznam"/>
              <w:spacing w:after="9"/>
            </w:pPr>
            <w:r>
              <w:rPr>
                <w:color w:val="000000"/>
                <w:sz w:val="15"/>
              </w:rPr>
              <w:t>fotografija konstrukcije črke N, opazovalni zapis smeri potez in datirana vrstica treh zapisov.</w:t>
            </w:r>
          </w:p>
          <w:p w14:paraId="7CA19247" w14:textId="77777777" w:rsidR="00187E2C" w:rsidRDefault="00000000">
            <w:pPr>
              <w:pStyle w:val="Oznaenseznam"/>
              <w:spacing w:after="9"/>
            </w:pPr>
            <w:r>
              <w:rPr>
                <w:color w:val="000000"/>
                <w:sz w:val="15"/>
              </w:rPr>
              <w:t>izpolnjen Bralni list 12, individualni bralni zapis, sestavljen ali zapisan primer s črko N in samovrednotenje.</w:t>
            </w:r>
          </w:p>
          <w:p w14:paraId="5D75B689" w14:textId="77777777" w:rsidR="00187E2C" w:rsidRDefault="00000000">
            <w:pPr>
              <w:spacing w:before="40" w:after="20" w:line="245" w:lineRule="auto"/>
            </w:pPr>
            <w:r>
              <w:rPr>
                <w:b/>
                <w:color w:val="000000"/>
                <w:sz w:val="17"/>
              </w:rPr>
              <w:t>KNJIŽEVNO DOŽIVETJE IN IZKUŠENJSKI POUK</w:t>
            </w:r>
          </w:p>
          <w:p w14:paraId="07E892A5"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004E7480" w14:textId="77777777" w:rsidR="00187E2C" w:rsidRDefault="00000000">
            <w:pPr>
              <w:spacing w:after="20" w:line="245" w:lineRule="auto"/>
            </w:pPr>
            <w:r>
              <w:rPr>
                <w:b/>
                <w:color w:val="000000"/>
                <w:sz w:val="17"/>
              </w:rPr>
              <w:t>POUČEVANJE V GIBANJU</w:t>
            </w:r>
          </w:p>
          <w:p w14:paraId="5CD7FA96"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64B52D26" w14:textId="77777777" w:rsidR="00187E2C" w:rsidRDefault="00000000">
            <w:pPr>
              <w:spacing w:after="20" w:line="245" w:lineRule="auto"/>
            </w:pPr>
            <w:r>
              <w:rPr>
                <w:b/>
                <w:color w:val="000000"/>
                <w:sz w:val="17"/>
              </w:rPr>
              <w:t>DELO PO POSTAJAH</w:t>
            </w:r>
          </w:p>
          <w:p w14:paraId="1591FF2C" w14:textId="77777777" w:rsidR="00187E2C" w:rsidRDefault="00000000">
            <w:pPr>
              <w:spacing w:after="60" w:line="245" w:lineRule="auto"/>
            </w:pPr>
            <w:r>
              <w:rPr>
                <w:color w:val="000000"/>
                <w:sz w:val="15"/>
              </w:rPr>
              <w:t>1. doživljajsko-književna – poslušanje, pogovor, igra vlog in predmetno/slikovno izhodišče; 2. glasovno-gibalna – slišim glas /n/, razvrščam besede in sestavljam žive zloge; 3. bralna – ČRKA N • BRALNI LIST 12, modelirano, vodeno ali ponovljeno branje; 4. tipno-grafomotorična – črko N oblikujem, hodim po njeni poti in jo zapišem ter izbor dokaza, povratna informacija in naslednji korak.</w:t>
            </w:r>
          </w:p>
          <w:p w14:paraId="1CF6F1D6" w14:textId="77777777" w:rsidR="00187E2C" w:rsidRDefault="00000000">
            <w:pPr>
              <w:spacing w:after="20" w:line="245" w:lineRule="auto"/>
            </w:pPr>
            <w:r>
              <w:rPr>
                <w:b/>
                <w:color w:val="000000"/>
                <w:sz w:val="17"/>
              </w:rPr>
              <w:t>DIFERENCIACIJA IN VKLJUČEVANJE</w:t>
            </w:r>
          </w:p>
          <w:p w14:paraId="48A850B8"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7C2D8299" w14:textId="77777777" w:rsidR="00187E2C" w:rsidRDefault="00000000">
            <w:pPr>
              <w:spacing w:after="20" w:line="245" w:lineRule="auto"/>
            </w:pPr>
            <w:r>
              <w:rPr>
                <w:b/>
                <w:color w:val="000000"/>
                <w:sz w:val="17"/>
              </w:rPr>
              <w:t>SPREMLJANJE</w:t>
            </w:r>
          </w:p>
          <w:p w14:paraId="78F82D07"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3E452B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DED427C" w14:textId="77777777">
              <w:trPr>
                <w:jc w:val="center"/>
              </w:trPr>
              <w:tc>
                <w:tcPr>
                  <w:tcW w:w="7087" w:type="dxa"/>
                  <w:shd w:val="clear" w:color="auto" w:fill="C6E7F3"/>
                  <w:tcMar>
                    <w:top w:w="45" w:type="dxa"/>
                    <w:left w:w="70" w:type="dxa"/>
                    <w:bottom w:w="45" w:type="dxa"/>
                    <w:right w:w="70" w:type="dxa"/>
                  </w:tcMar>
                </w:tcPr>
                <w:p w14:paraId="494602FB" w14:textId="77777777" w:rsidR="00187E2C" w:rsidRDefault="00000000">
                  <w:pPr>
                    <w:keepNext/>
                  </w:pPr>
                  <w:r>
                    <w:rPr>
                      <w:b/>
                      <w:color w:val="000000"/>
                      <w:sz w:val="17"/>
                    </w:rPr>
                    <w:t>GLAVNI DEL – DOŽIVLJAJSKO, JEZIKOVNO IN OPISMENJEVALNO UČENJE (5 šolskih ur)</w:t>
                  </w:r>
                </w:p>
              </w:tc>
            </w:tr>
          </w:tbl>
          <w:p w14:paraId="321C46B8" w14:textId="77777777" w:rsidR="00187E2C" w:rsidRDefault="00187E2C">
            <w:pPr>
              <w:spacing w:line="20" w:lineRule="exact"/>
            </w:pPr>
          </w:p>
          <w:p w14:paraId="01D1D91D" w14:textId="77777777" w:rsidR="00187E2C" w:rsidRDefault="00000000">
            <w:pPr>
              <w:keepNext/>
              <w:spacing w:before="22" w:after="6" w:line="245" w:lineRule="auto"/>
            </w:pPr>
            <w:r>
              <w:rPr>
                <w:b/>
                <w:color w:val="000000"/>
                <w:sz w:val="16"/>
              </w:rPr>
              <w:t>1. URA – Navodilo za izdelek – Poslušam in doživljam</w:t>
            </w:r>
          </w:p>
          <w:p w14:paraId="6A82DFF6"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»navodilo za izdelek • velika tiskana črka n • bralni list 12«.</w:t>
            </w:r>
          </w:p>
          <w:p w14:paraId="39D6C393"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»sledi slikovnemu in ustnemu navodilu«.</w:t>
            </w:r>
          </w:p>
          <w:p w14:paraId="7F19BBC2" w14:textId="77777777" w:rsidR="00187E2C" w:rsidRDefault="00000000">
            <w:pPr>
              <w:spacing w:after="15" w:line="245" w:lineRule="auto"/>
            </w:pPr>
            <w:r>
              <w:rPr>
                <w:i/>
                <w:color w:val="D95BC6"/>
                <w:sz w:val="14"/>
              </w:rPr>
              <w:t>Predvideni dokaz: odziv med poslušanjem, izbrana slika in ena poved o doživetju..</w:t>
            </w:r>
          </w:p>
          <w:p w14:paraId="19450E1F" w14:textId="77777777" w:rsidR="00187E2C" w:rsidRDefault="00000000">
            <w:pPr>
              <w:keepNext/>
              <w:spacing w:before="22" w:after="6" w:line="245" w:lineRule="auto"/>
            </w:pPr>
            <w:r>
              <w:rPr>
                <w:b/>
                <w:color w:val="000000"/>
                <w:sz w:val="16"/>
              </w:rPr>
              <w:t>2. URA – Navodilo za izdelek – Govorim in pojasnjujem</w:t>
            </w:r>
          </w:p>
          <w:p w14:paraId="093B6C7E" w14:textId="77777777" w:rsidR="00187E2C" w:rsidRDefault="00000000">
            <w:pPr>
              <w:spacing w:after="7" w:line="245" w:lineRule="auto"/>
            </w:pPr>
            <w:r>
              <w:rPr>
                <w:b/>
                <w:color w:val="000000"/>
                <w:sz w:val="15"/>
              </w:rPr>
              <w:t xml:space="preserve">Dejavnost učiteljice: </w:t>
            </w:r>
            <w:r>
              <w:rPr>
                <w:color w:val="000000"/>
                <w:sz w:val="15"/>
              </w:rPr>
              <w:t>Modelira pogovor ali pripoved ter ponudi slikovne opore in začetke povedi; sproti zbira individualne dokaze in prilagodi oporo.</w:t>
            </w:r>
          </w:p>
          <w:p w14:paraId="47BDDE36" w14:textId="77777777" w:rsidR="00187E2C" w:rsidRDefault="00000000">
            <w:pPr>
              <w:spacing w:after="7" w:line="245" w:lineRule="auto"/>
            </w:pPr>
            <w:r>
              <w:rPr>
                <w:b/>
                <w:color w:val="000000"/>
                <w:sz w:val="15"/>
              </w:rPr>
              <w:t xml:space="preserve">Dejavnost učencev: </w:t>
            </w:r>
            <w:r>
              <w:rPr>
                <w:color w:val="000000"/>
                <w:sz w:val="15"/>
              </w:rPr>
              <w:t>V paru govori in posluša, zamenja vlogo, postavi vprašanje ter uporabi besedo iz tedenske besedne banke; dejavnost poveže s ciljem »pove zaporedje dela«.</w:t>
            </w:r>
          </w:p>
          <w:p w14:paraId="5A029F8C" w14:textId="77777777" w:rsidR="00187E2C" w:rsidRDefault="00000000">
            <w:pPr>
              <w:spacing w:after="15" w:line="245" w:lineRule="auto"/>
            </w:pPr>
            <w:r>
              <w:rPr>
                <w:i/>
                <w:color w:val="D95BC6"/>
                <w:sz w:val="14"/>
              </w:rPr>
              <w:t>Predvideni dokaz: zvočni posnetek ali anekdotski zapis kratke izmenjave..</w:t>
            </w:r>
          </w:p>
          <w:p w14:paraId="31AFA736" w14:textId="77777777" w:rsidR="00187E2C" w:rsidRDefault="00000000">
            <w:pPr>
              <w:keepNext/>
              <w:spacing w:before="22" w:after="6" w:line="245" w:lineRule="auto"/>
            </w:pPr>
            <w:r>
              <w:rPr>
                <w:b/>
                <w:color w:val="000000"/>
                <w:sz w:val="16"/>
              </w:rPr>
              <w:t>3. URA – SLIŠIM GLAS /n/ IN ODKRIVAM ČRKO N</w:t>
            </w:r>
          </w:p>
          <w:p w14:paraId="3AAE84EE"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(nos, luna, dan, slon); učenci se premikajo v kote začetek–sredina–konec, nato med črkami poiščejo N in jo oblikujejo s telesom.</w:t>
            </w:r>
          </w:p>
          <w:p w14:paraId="542E6EC8"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N ter jo predstavi s telesom ali vrvjo.</w:t>
            </w:r>
          </w:p>
          <w:p w14:paraId="145CE412" w14:textId="77777777" w:rsidR="00187E2C" w:rsidRDefault="00000000">
            <w:pPr>
              <w:spacing w:after="15" w:line="245" w:lineRule="auto"/>
            </w:pPr>
            <w:r>
              <w:rPr>
                <w:i/>
                <w:color w:val="D95BC6"/>
                <w:sz w:val="14"/>
              </w:rPr>
              <w:t>Predvideni dokaz: štiri pravilne glasovne odločitve, izbor črke N in kratka učenčeva razlaga..</w:t>
            </w:r>
          </w:p>
          <w:p w14:paraId="4AA65237" w14:textId="77777777" w:rsidR="00187E2C" w:rsidRDefault="00000000">
            <w:pPr>
              <w:keepNext/>
              <w:spacing w:before="22" w:after="6" w:line="245" w:lineRule="auto"/>
            </w:pPr>
            <w:r>
              <w:rPr>
                <w:b/>
                <w:color w:val="000000"/>
                <w:sz w:val="16"/>
              </w:rPr>
              <w:t>4. URA – Oblikujem in pišem črko N</w:t>
            </w:r>
          </w:p>
          <w:p w14:paraId="69ACF35A" w14:textId="77777777" w:rsidR="00187E2C" w:rsidRDefault="00000000">
            <w:pPr>
              <w:spacing w:after="7" w:line="245" w:lineRule="auto"/>
            </w:pPr>
            <w:r>
              <w:rPr>
                <w:b/>
                <w:color w:val="000000"/>
                <w:sz w:val="15"/>
              </w:rPr>
              <w:t xml:space="preserve">Dejavnost učiteljice: </w:t>
            </w:r>
            <w:r>
              <w:rPr>
                <w:color w:val="000000"/>
                <w:sz w:val="15"/>
              </w:rPr>
              <w:t>Organizira veččutne postaje: telo/vrv/palčke ali plastelin – prst v pesku – trak v zraku – velika podlaga – črtovje. Opazuje smer poteze in poda eno takoj uporabno povratno informacijo.</w:t>
            </w:r>
          </w:p>
          <w:p w14:paraId="2B00A8B3" w14:textId="77777777" w:rsidR="00187E2C" w:rsidRDefault="00000000">
            <w:pPr>
              <w:spacing w:after="7" w:line="245" w:lineRule="auto"/>
            </w:pPr>
            <w:r>
              <w:rPr>
                <w:b/>
                <w:color w:val="000000"/>
                <w:sz w:val="15"/>
              </w:rPr>
              <w:t xml:space="preserve">Dejavnost učencev: </w:t>
            </w:r>
            <w:r>
              <w:rPr>
                <w:color w:val="000000"/>
                <w:sz w:val="15"/>
              </w:rPr>
              <w:t>Črko N gradi in zapisuje na različnih podlagah, nato preide na manjši format; po povratni informaciji ponovi isti zapis.</w:t>
            </w:r>
          </w:p>
          <w:p w14:paraId="5354AF2C" w14:textId="77777777" w:rsidR="00187E2C" w:rsidRDefault="00000000">
            <w:pPr>
              <w:spacing w:after="15" w:line="245" w:lineRule="auto"/>
            </w:pPr>
            <w:r>
              <w:rPr>
                <w:i/>
                <w:color w:val="D95BC6"/>
                <w:sz w:val="14"/>
              </w:rPr>
              <w:t>Predvideni dokaz: fotografija konstrukcije črke N, opazovalni zapis smeri potez in datirana vrstica treh zapisov..</w:t>
            </w:r>
          </w:p>
          <w:p w14:paraId="72D10425" w14:textId="77777777" w:rsidR="00187E2C" w:rsidRDefault="00000000">
            <w:pPr>
              <w:keepNext/>
              <w:spacing w:before="22" w:after="6" w:line="245" w:lineRule="auto"/>
            </w:pPr>
            <w:r>
              <w:rPr>
                <w:b/>
                <w:color w:val="000000"/>
                <w:sz w:val="16"/>
              </w:rPr>
              <w:t>5. URA – Berem in uporabim črko N</w:t>
            </w:r>
          </w:p>
          <w:p w14:paraId="5799057D" w14:textId="77777777" w:rsidR="00187E2C" w:rsidRDefault="00000000">
            <w:pPr>
              <w:spacing w:after="7" w:line="245" w:lineRule="auto"/>
            </w:pPr>
            <w:r>
              <w:rPr>
                <w:b/>
                <w:color w:val="000000"/>
                <w:sz w:val="15"/>
              </w:rPr>
              <w:t xml:space="preserve">Dejavnost učiteljice: </w:t>
            </w:r>
            <w:r>
              <w:rPr>
                <w:color w:val="000000"/>
                <w:sz w:val="15"/>
              </w:rPr>
              <w:t>Vodi bralne postaje: živi zlogi, magnetne črke, pari kartic, mini tabla, učni list za N in Bralni list 12; gradivo omeji na znane črke A, E, I, O, U, N.</w:t>
            </w:r>
          </w:p>
          <w:p w14:paraId="2474649A" w14:textId="77777777" w:rsidR="00187E2C" w:rsidRDefault="00000000">
            <w:pPr>
              <w:spacing w:after="7" w:line="245" w:lineRule="auto"/>
            </w:pPr>
            <w:r>
              <w:rPr>
                <w:b/>
                <w:color w:val="000000"/>
                <w:sz w:val="15"/>
              </w:rPr>
              <w:t xml:space="preserve">Dejavnost učencev: </w:t>
            </w:r>
            <w:r>
              <w:rPr>
                <w:color w:val="000000"/>
                <w:sz w:val="15"/>
              </w:rPr>
              <w:t>Sestavlja, premešča in bere NA • NE • NI • NO • NU • AN • EN • IN • ON • UN ter ANA • NINA • ONA • NEON; izbere zahtevnost in rešuje Bralni list 12.</w:t>
            </w:r>
          </w:p>
          <w:p w14:paraId="204439C5" w14:textId="77777777" w:rsidR="00187E2C" w:rsidRDefault="00000000">
            <w:pPr>
              <w:spacing w:after="15" w:line="245" w:lineRule="auto"/>
            </w:pPr>
            <w:r>
              <w:rPr>
                <w:i/>
                <w:color w:val="D95BC6"/>
                <w:sz w:val="14"/>
              </w:rPr>
              <w:t>Predvideni dokaz: izpolnjen Bralni list 12, individualni bralni zapis, sestavljen ali zapisan primer s črko N in samovrednotenje..</w:t>
            </w:r>
          </w:p>
          <w:tbl>
            <w:tblPr>
              <w:tblStyle w:val="Tabelamrea"/>
              <w:tblW w:w="0" w:type="auto"/>
              <w:jc w:val="center"/>
              <w:tblLayout w:type="fixed"/>
              <w:tblLook w:val="04A0" w:firstRow="1" w:lastRow="0" w:firstColumn="1" w:lastColumn="0" w:noHBand="0" w:noVBand="1"/>
            </w:tblPr>
            <w:tblGrid>
              <w:gridCol w:w="7087"/>
            </w:tblGrid>
            <w:tr w:rsidR="00187E2C" w14:paraId="7A865663" w14:textId="77777777">
              <w:trPr>
                <w:jc w:val="center"/>
              </w:trPr>
              <w:tc>
                <w:tcPr>
                  <w:tcW w:w="7087" w:type="dxa"/>
                  <w:shd w:val="clear" w:color="auto" w:fill="EDC9EA"/>
                  <w:tcMar>
                    <w:top w:w="45" w:type="dxa"/>
                    <w:left w:w="70" w:type="dxa"/>
                    <w:bottom w:w="45" w:type="dxa"/>
                    <w:right w:w="70" w:type="dxa"/>
                  </w:tcMar>
                </w:tcPr>
                <w:p w14:paraId="7468FB87" w14:textId="77777777" w:rsidR="00187E2C" w:rsidRDefault="00000000">
                  <w:pPr>
                    <w:keepNext/>
                  </w:pPr>
                  <w:r>
                    <w:rPr>
                      <w:b/>
                      <w:color w:val="000000"/>
                      <w:sz w:val="17"/>
                    </w:rPr>
                    <w:t>POVRATNA INFORMACIJA UČITELJICE MED DELOM</w:t>
                  </w:r>
                </w:p>
              </w:tc>
            </w:tr>
          </w:tbl>
          <w:p w14:paraId="0EAD06FC" w14:textId="77777777" w:rsidR="00187E2C" w:rsidRDefault="00187E2C"/>
          <w:p w14:paraId="1EF19E22"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364C34C0" w14:textId="77777777" w:rsidR="00187E2C" w:rsidRDefault="00187E2C"/>
          <w:p w14:paraId="24907EA5" w14:textId="77777777" w:rsidR="00187E2C" w:rsidRDefault="00000000">
            <w:pPr>
              <w:spacing w:after="4" w:line="245" w:lineRule="auto"/>
            </w:pPr>
            <w:r>
              <w:rPr>
                <w:b/>
                <w:color w:val="000000"/>
                <w:sz w:val="15"/>
              </w:rPr>
              <w:t>1. URA – Navodilo za izdelek – Poslušam in doživljam</w:t>
            </w:r>
          </w:p>
          <w:p w14:paraId="56575210" w14:textId="77777777" w:rsidR="00187E2C" w:rsidRDefault="00000000">
            <w:pPr>
              <w:spacing w:after="7" w:line="245" w:lineRule="auto"/>
            </w:pPr>
            <w:r>
              <w:rPr>
                <w:color w:val="000000"/>
                <w:sz w:val="14"/>
              </w:rPr>
              <w:t>Napoveduje ob naslovu/sliki, med poslušanjem pokaže dogovorjen znak in po poslušanju izbere sliko občutja.</w:t>
            </w:r>
          </w:p>
          <w:p w14:paraId="6EF40CA5" w14:textId="77777777" w:rsidR="00187E2C" w:rsidRDefault="00000000">
            <w:pPr>
              <w:spacing w:after="15" w:line="245" w:lineRule="auto"/>
            </w:pPr>
            <w:r>
              <w:rPr>
                <w:color w:val="D95BC6"/>
                <w:sz w:val="14"/>
              </w:rPr>
              <w:t>Dokaz: odziv med poslušanjem, izbrana slika in ena poved o doživetju.</w:t>
            </w:r>
          </w:p>
          <w:p w14:paraId="2396182B" w14:textId="77777777" w:rsidR="00187E2C" w:rsidRDefault="00000000">
            <w:pPr>
              <w:spacing w:after="4" w:line="245" w:lineRule="auto"/>
            </w:pPr>
            <w:r>
              <w:rPr>
                <w:b/>
                <w:color w:val="000000"/>
                <w:sz w:val="15"/>
              </w:rPr>
              <w:t>2. URA – Navodilo za izdelek – Govorim in pojasnjujem</w:t>
            </w:r>
          </w:p>
          <w:p w14:paraId="5029F7C5" w14:textId="77777777" w:rsidR="00187E2C" w:rsidRDefault="00000000">
            <w:pPr>
              <w:spacing w:after="7" w:line="245" w:lineRule="auto"/>
            </w:pPr>
            <w:r>
              <w:rPr>
                <w:color w:val="000000"/>
                <w:sz w:val="14"/>
              </w:rPr>
              <w:t>V paru govori in posluša, zamenja vlogo, postavi vprašanje ter uporabi besedo iz tedenske besedne banke.</w:t>
            </w:r>
          </w:p>
          <w:p w14:paraId="75132BB6" w14:textId="77777777" w:rsidR="00187E2C" w:rsidRDefault="00000000">
            <w:pPr>
              <w:spacing w:after="15" w:line="245" w:lineRule="auto"/>
            </w:pPr>
            <w:r>
              <w:rPr>
                <w:color w:val="D95BC6"/>
                <w:sz w:val="14"/>
              </w:rPr>
              <w:t>Dokaz: zvočni posnetek ali anekdotski zapis kratke izmenjave.</w:t>
            </w:r>
          </w:p>
          <w:p w14:paraId="7B80DB93" w14:textId="77777777" w:rsidR="00187E2C" w:rsidRDefault="00000000">
            <w:pPr>
              <w:spacing w:after="4" w:line="245" w:lineRule="auto"/>
            </w:pPr>
            <w:r>
              <w:rPr>
                <w:b/>
                <w:color w:val="000000"/>
                <w:sz w:val="15"/>
              </w:rPr>
              <w:t>3. URA – SLIŠIM GLAS /n/ IN ODKRIVAM ČRKO N</w:t>
            </w:r>
          </w:p>
          <w:p w14:paraId="19749D5A" w14:textId="77777777" w:rsidR="00187E2C" w:rsidRDefault="00000000">
            <w:pPr>
              <w:spacing w:after="7" w:line="245" w:lineRule="auto"/>
            </w:pPr>
            <w:r>
              <w:rPr>
                <w:color w:val="000000"/>
                <w:sz w:val="14"/>
              </w:rPr>
              <w:t>Besede razvršča z gibanjem, za vsak glas položi žeton, med znaki poišče N ter jo predstavi s telesom ali vrvjo.</w:t>
            </w:r>
          </w:p>
          <w:p w14:paraId="29C53E6B" w14:textId="77777777" w:rsidR="00187E2C" w:rsidRDefault="00000000">
            <w:pPr>
              <w:spacing w:after="15" w:line="245" w:lineRule="auto"/>
            </w:pPr>
            <w:r>
              <w:rPr>
                <w:color w:val="D95BC6"/>
                <w:sz w:val="14"/>
              </w:rPr>
              <w:t>Dokaz: štiri pravilne glasovne odločitve, izbor črke N in kratka učenčeva razlaga.</w:t>
            </w:r>
          </w:p>
          <w:p w14:paraId="0EF8559B" w14:textId="77777777" w:rsidR="00187E2C" w:rsidRDefault="00000000">
            <w:pPr>
              <w:spacing w:after="4" w:line="245" w:lineRule="auto"/>
            </w:pPr>
            <w:r>
              <w:rPr>
                <w:b/>
                <w:color w:val="000000"/>
                <w:sz w:val="15"/>
              </w:rPr>
              <w:t>4. URA – Oblikujem in pišem črko N</w:t>
            </w:r>
          </w:p>
          <w:p w14:paraId="67F8E0C4" w14:textId="77777777" w:rsidR="00187E2C" w:rsidRDefault="00000000">
            <w:pPr>
              <w:spacing w:after="7" w:line="245" w:lineRule="auto"/>
            </w:pPr>
            <w:r>
              <w:rPr>
                <w:color w:val="000000"/>
                <w:sz w:val="14"/>
              </w:rPr>
              <w:t>Črko N gradi in zapisuje na različnih podlagah, nato preide na manjši format.</w:t>
            </w:r>
          </w:p>
          <w:p w14:paraId="51D3A7A7" w14:textId="77777777" w:rsidR="00187E2C" w:rsidRDefault="00000000">
            <w:pPr>
              <w:spacing w:after="15" w:line="245" w:lineRule="auto"/>
            </w:pPr>
            <w:r>
              <w:rPr>
                <w:color w:val="D95BC6"/>
                <w:sz w:val="14"/>
              </w:rPr>
              <w:t>Dokaz: fotografija konstrukcije črke N, opazovalni zapis smeri potez in datirana.</w:t>
            </w:r>
          </w:p>
          <w:p w14:paraId="3FD39373" w14:textId="77777777" w:rsidR="00187E2C" w:rsidRDefault="00000000">
            <w:pPr>
              <w:spacing w:after="4" w:line="245" w:lineRule="auto"/>
            </w:pPr>
            <w:r>
              <w:rPr>
                <w:b/>
                <w:color w:val="000000"/>
                <w:sz w:val="15"/>
              </w:rPr>
              <w:t>5. URA – Berem in uporabim črko N</w:t>
            </w:r>
          </w:p>
          <w:p w14:paraId="32CC7E31" w14:textId="77777777" w:rsidR="00187E2C" w:rsidRDefault="00000000">
            <w:pPr>
              <w:spacing w:after="7" w:line="245" w:lineRule="auto"/>
            </w:pPr>
            <w:r>
              <w:rPr>
                <w:color w:val="000000"/>
                <w:sz w:val="14"/>
              </w:rPr>
              <w:t>Sestavlja, premešča in bere NA • NE • NI • NO • NU • AN • EN • IN • ON • UN ter ANA • NINA • ONA • NEON.</w:t>
            </w:r>
          </w:p>
          <w:p w14:paraId="6A11E85A" w14:textId="77777777" w:rsidR="00187E2C" w:rsidRDefault="00000000">
            <w:pPr>
              <w:spacing w:after="15" w:line="245" w:lineRule="auto"/>
            </w:pPr>
            <w:r>
              <w:rPr>
                <w:color w:val="D95BC6"/>
                <w:sz w:val="14"/>
              </w:rPr>
              <w:t>Dokaz: izpolnjen Bralni list 12, individualni bralni zapis.</w:t>
            </w:r>
          </w:p>
        </w:tc>
      </w:tr>
    </w:tbl>
    <w:p w14:paraId="7903AEF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5D556E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D5B487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1F6D850" w14:textId="77777777" w:rsidR="00187E2C" w:rsidRDefault="00000000">
            <w:pPr>
              <w:jc w:val="center"/>
            </w:pPr>
            <w:r>
              <w:rPr>
                <w:b/>
                <w:color w:val="000000"/>
                <w:sz w:val="20"/>
              </w:rPr>
              <w:t>UČNE DEJAVNOSTI, METODE IN FORMATIVNO SPREMLJANJE</w:t>
            </w:r>
          </w:p>
        </w:tc>
      </w:tr>
      <w:tr w:rsidR="00187E2C" w14:paraId="73D2AEC4" w14:textId="77777777">
        <w:trPr>
          <w:tblHeader/>
          <w:jc w:val="center"/>
        </w:trPr>
        <w:tc>
          <w:tcPr>
            <w:tcW w:w="4422" w:type="dxa"/>
            <w:vMerge/>
            <w:tcMar>
              <w:top w:w="70" w:type="dxa"/>
              <w:left w:w="90" w:type="dxa"/>
              <w:bottom w:w="70" w:type="dxa"/>
              <w:right w:w="90" w:type="dxa"/>
            </w:tcMar>
            <w:vAlign w:val="center"/>
          </w:tcPr>
          <w:p w14:paraId="647457C0" w14:textId="77777777" w:rsidR="00187E2C" w:rsidRDefault="00187E2C"/>
        </w:tc>
        <w:tc>
          <w:tcPr>
            <w:tcW w:w="7087" w:type="dxa"/>
            <w:shd w:val="clear" w:color="auto" w:fill="FFFFFF"/>
            <w:tcMar>
              <w:top w:w="70" w:type="dxa"/>
              <w:left w:w="90" w:type="dxa"/>
              <w:bottom w:w="70" w:type="dxa"/>
              <w:right w:w="90" w:type="dxa"/>
            </w:tcMar>
            <w:vAlign w:val="center"/>
          </w:tcPr>
          <w:p w14:paraId="5E574D8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46C3CF" w14:textId="77777777" w:rsidR="00187E2C" w:rsidRDefault="00000000">
            <w:pPr>
              <w:jc w:val="center"/>
            </w:pPr>
            <w:r>
              <w:rPr>
                <w:b/>
                <w:color w:val="000000"/>
              </w:rPr>
              <w:t>UČENEC</w:t>
            </w:r>
          </w:p>
        </w:tc>
      </w:tr>
      <w:tr w:rsidR="00187E2C" w14:paraId="69A9E937" w14:textId="77777777">
        <w:trPr>
          <w:jc w:val="center"/>
        </w:trPr>
        <w:tc>
          <w:tcPr>
            <w:tcW w:w="4422" w:type="dxa"/>
            <w:tcMar>
              <w:top w:w="70" w:type="dxa"/>
              <w:left w:w="90" w:type="dxa"/>
              <w:bottom w:w="70" w:type="dxa"/>
              <w:right w:w="90" w:type="dxa"/>
            </w:tcMar>
          </w:tcPr>
          <w:p w14:paraId="74879BD9" w14:textId="77777777" w:rsidR="00187E2C" w:rsidRDefault="00187E2C"/>
          <w:p w14:paraId="1172BD69" w14:textId="77777777" w:rsidR="00187E2C" w:rsidRDefault="00000000">
            <w:pPr>
              <w:spacing w:after="40" w:line="245" w:lineRule="auto"/>
            </w:pPr>
            <w:r>
              <w:rPr>
                <w:b/>
                <w:color w:val="000000"/>
              </w:rPr>
              <w:t>FORMATIVNO SPREMLJANJE</w:t>
            </w:r>
          </w:p>
          <w:p w14:paraId="79D91612"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1830A1D5"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1CBD346F"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219147D0"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5D7CC6F6" w14:textId="77777777" w:rsidR="00187E2C" w:rsidRDefault="00000000">
            <w:pPr>
              <w:spacing w:before="40" w:after="20" w:line="245" w:lineRule="auto"/>
            </w:pPr>
            <w:r>
              <w:rPr>
                <w:b/>
                <w:color w:val="000000"/>
                <w:sz w:val="17"/>
              </w:rPr>
              <w:t>VARNOST IN ODGOVORNOST</w:t>
            </w:r>
          </w:p>
          <w:p w14:paraId="16E9A163"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1BE11A86" w14:textId="77777777" w:rsidR="00187E2C" w:rsidRDefault="00000000">
            <w:pPr>
              <w:spacing w:after="20" w:line="245" w:lineRule="auto"/>
            </w:pPr>
            <w:r>
              <w:rPr>
                <w:b/>
                <w:color w:val="000000"/>
                <w:sz w:val="17"/>
              </w:rPr>
              <w:t>EVIDENCA PO IZVEDBI</w:t>
            </w:r>
          </w:p>
          <w:p w14:paraId="25C34C11"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5049E34B"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BA37ED7" w14:textId="77777777">
              <w:trPr>
                <w:jc w:val="center"/>
              </w:trPr>
              <w:tc>
                <w:tcPr>
                  <w:tcW w:w="7087" w:type="dxa"/>
                  <w:shd w:val="clear" w:color="auto" w:fill="EDC9EA"/>
                  <w:tcMar>
                    <w:top w:w="45" w:type="dxa"/>
                    <w:left w:w="70" w:type="dxa"/>
                    <w:bottom w:w="45" w:type="dxa"/>
                    <w:right w:w="70" w:type="dxa"/>
                  </w:tcMar>
                </w:tcPr>
                <w:p w14:paraId="3DA19A26" w14:textId="77777777" w:rsidR="00187E2C" w:rsidRDefault="00000000">
                  <w:pPr>
                    <w:keepNext/>
                  </w:pPr>
                  <w:r>
                    <w:rPr>
                      <w:b/>
                      <w:color w:val="000000"/>
                    </w:rPr>
                    <w:t>VPRAŠANJA V PODPORO JEZIKOVNEMU, BRALNEMU IN KNJIŽEVNEMU UČENJU</w:t>
                  </w:r>
                </w:p>
              </w:tc>
            </w:tr>
          </w:tbl>
          <w:p w14:paraId="4A45F28B" w14:textId="77777777" w:rsidR="00187E2C" w:rsidRDefault="00187E2C">
            <w:pPr>
              <w:spacing w:line="20" w:lineRule="exact"/>
            </w:pPr>
          </w:p>
          <w:p w14:paraId="7876A2D2" w14:textId="77777777" w:rsidR="00187E2C" w:rsidRDefault="00000000">
            <w:pPr>
              <w:pStyle w:val="Oznaenseznam"/>
              <w:spacing w:after="16"/>
            </w:pPr>
            <w:r>
              <w:rPr>
                <w:color w:val="000000"/>
                <w:sz w:val="16"/>
              </w:rPr>
              <w:t>Kaj ti je naslovnica, slika, predmet, zvok ali gib pomagal razumeti?</w:t>
            </w:r>
          </w:p>
          <w:p w14:paraId="7A515ACE" w14:textId="77777777" w:rsidR="00187E2C" w:rsidRDefault="00000000">
            <w:pPr>
              <w:pStyle w:val="Oznaenseznam"/>
              <w:spacing w:after="16"/>
            </w:pPr>
            <w:r>
              <w:rPr>
                <w:color w:val="000000"/>
                <w:sz w:val="16"/>
              </w:rPr>
              <w:t>Kako si našel/-la glas, črko, zlog, besedo ali bistveni podatek?</w:t>
            </w:r>
          </w:p>
          <w:p w14:paraId="1E158F3E" w14:textId="77777777" w:rsidR="00187E2C" w:rsidRDefault="00000000">
            <w:pPr>
              <w:pStyle w:val="Oznaenseznam"/>
              <w:spacing w:after="16"/>
            </w:pPr>
            <w:r>
              <w:rPr>
                <w:color w:val="000000"/>
                <w:sz w:val="16"/>
              </w:rPr>
              <w:t>Kako veš, da tvoja pripoved, branje ali zapis dosega dogovorjeni kriterij?</w:t>
            </w:r>
          </w:p>
          <w:p w14:paraId="3C25017C" w14:textId="77777777" w:rsidR="00187E2C" w:rsidRDefault="00000000">
            <w:pPr>
              <w:pStyle w:val="Oznaenseznam"/>
              <w:spacing w:after="16"/>
            </w:pPr>
            <w:r>
              <w:rPr>
                <w:color w:val="000000"/>
                <w:sz w:val="16"/>
              </w:rPr>
              <w:t>Ali lahko svoje razumevanje pokažeš še z drugim načinom – govorom, gibanjem, risbo, branjem ali zapisom?</w:t>
            </w:r>
          </w:p>
          <w:p w14:paraId="72B6C238"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57C2DD48" w14:textId="77777777">
              <w:trPr>
                <w:jc w:val="center"/>
              </w:trPr>
              <w:tc>
                <w:tcPr>
                  <w:tcW w:w="7087" w:type="dxa"/>
                  <w:shd w:val="clear" w:color="auto" w:fill="C6E7F3"/>
                  <w:tcMar>
                    <w:top w:w="45" w:type="dxa"/>
                    <w:left w:w="70" w:type="dxa"/>
                    <w:bottom w:w="45" w:type="dxa"/>
                    <w:right w:w="70" w:type="dxa"/>
                  </w:tcMar>
                </w:tcPr>
                <w:p w14:paraId="6845C5D1" w14:textId="77777777" w:rsidR="00187E2C" w:rsidRDefault="00000000">
                  <w:pPr>
                    <w:keepNext/>
                  </w:pPr>
                  <w:r>
                    <w:rPr>
                      <w:b/>
                      <w:color w:val="000000"/>
                    </w:rPr>
                    <w:t>ZAKLJUČNI DEL – UTRJEVANJE, BRALNI ODZIV IN REFLEKSIJA (10–15 min)</w:t>
                  </w:r>
                </w:p>
              </w:tc>
            </w:tr>
          </w:tbl>
          <w:p w14:paraId="69B004BF" w14:textId="77777777" w:rsidR="00187E2C" w:rsidRDefault="00187E2C">
            <w:pPr>
              <w:spacing w:line="20" w:lineRule="exact"/>
            </w:pPr>
          </w:p>
          <w:p w14:paraId="20B2FB51"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77064DC" w14:textId="77777777">
              <w:trPr>
                <w:jc w:val="center"/>
              </w:trPr>
              <w:tc>
                <w:tcPr>
                  <w:tcW w:w="7087" w:type="dxa"/>
                  <w:shd w:val="clear" w:color="auto" w:fill="EDC9EA"/>
                  <w:tcMar>
                    <w:top w:w="45" w:type="dxa"/>
                    <w:left w:w="70" w:type="dxa"/>
                    <w:bottom w:w="45" w:type="dxa"/>
                    <w:right w:w="70" w:type="dxa"/>
                  </w:tcMar>
                </w:tcPr>
                <w:p w14:paraId="0D60036F" w14:textId="77777777" w:rsidR="00187E2C" w:rsidRDefault="00000000">
                  <w:pPr>
                    <w:keepNext/>
                  </w:pPr>
                  <w:r>
                    <w:rPr>
                      <w:b/>
                      <w:color w:val="000000"/>
                    </w:rPr>
                    <w:t>SAMOVREDNOTENJE</w:t>
                  </w:r>
                </w:p>
              </w:tc>
            </w:tr>
          </w:tbl>
          <w:p w14:paraId="6DDA13DA" w14:textId="77777777" w:rsidR="00187E2C" w:rsidRDefault="00187E2C">
            <w:pPr>
              <w:spacing w:line="20" w:lineRule="exact"/>
            </w:pPr>
          </w:p>
          <w:p w14:paraId="62387A6B"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86D4FD2" w14:textId="77777777">
              <w:trPr>
                <w:jc w:val="center"/>
              </w:trPr>
              <w:tc>
                <w:tcPr>
                  <w:tcW w:w="7087" w:type="dxa"/>
                  <w:shd w:val="clear" w:color="auto" w:fill="EDC9EA"/>
                  <w:tcMar>
                    <w:top w:w="45" w:type="dxa"/>
                    <w:left w:w="70" w:type="dxa"/>
                    <w:bottom w:w="45" w:type="dxa"/>
                    <w:right w:w="70" w:type="dxa"/>
                  </w:tcMar>
                </w:tcPr>
                <w:p w14:paraId="2BBD4E30" w14:textId="77777777" w:rsidR="00187E2C" w:rsidRDefault="00000000">
                  <w:pPr>
                    <w:keepNext/>
                  </w:pPr>
                  <w:r>
                    <w:rPr>
                      <w:b/>
                      <w:color w:val="000000"/>
                    </w:rPr>
                    <w:t>VRSTNIŠKO VREDNOTENJE</w:t>
                  </w:r>
                </w:p>
              </w:tc>
            </w:tr>
          </w:tbl>
          <w:p w14:paraId="349BF099" w14:textId="77777777" w:rsidR="00187E2C" w:rsidRDefault="00187E2C">
            <w:pPr>
              <w:spacing w:line="20" w:lineRule="exact"/>
            </w:pPr>
          </w:p>
          <w:p w14:paraId="5D69F818"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7FC045AF" w14:textId="77777777">
              <w:trPr>
                <w:jc w:val="center"/>
              </w:trPr>
              <w:tc>
                <w:tcPr>
                  <w:tcW w:w="7087" w:type="dxa"/>
                  <w:shd w:val="clear" w:color="auto" w:fill="EDC9EA"/>
                  <w:tcMar>
                    <w:top w:w="45" w:type="dxa"/>
                    <w:left w:w="70" w:type="dxa"/>
                    <w:bottom w:w="45" w:type="dxa"/>
                    <w:right w:w="70" w:type="dxa"/>
                  </w:tcMar>
                </w:tcPr>
                <w:p w14:paraId="455F9ABE" w14:textId="77777777" w:rsidR="00187E2C" w:rsidRDefault="00000000">
                  <w:pPr>
                    <w:keepNext/>
                  </w:pPr>
                  <w:r>
                    <w:rPr>
                      <w:b/>
                      <w:color w:val="000000"/>
                    </w:rPr>
                    <w:t>SKUPNI POVZETEK</w:t>
                  </w:r>
                </w:p>
              </w:tc>
            </w:tr>
          </w:tbl>
          <w:p w14:paraId="0E3E428A" w14:textId="77777777" w:rsidR="00187E2C" w:rsidRDefault="00187E2C"/>
          <w:p w14:paraId="058B5445" w14:textId="77777777" w:rsidR="00187E2C" w:rsidRDefault="00000000">
            <w:pPr>
              <w:spacing w:before="20" w:after="40" w:line="245" w:lineRule="auto"/>
            </w:pPr>
            <w:r>
              <w:rPr>
                <w:b/>
                <w:color w:val="000000"/>
                <w:sz w:val="16"/>
              </w:rPr>
              <w:t>Prepoznam glas /n/ in črko N,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4D2C8E04" w14:textId="77777777" w:rsidR="00187E2C" w:rsidRDefault="00187E2C"/>
          <w:p w14:paraId="41511D13" w14:textId="77777777" w:rsidR="00187E2C" w:rsidRDefault="00000000">
            <w:pPr>
              <w:spacing w:after="100" w:line="245" w:lineRule="auto"/>
            </w:pPr>
            <w:r>
              <w:rPr>
                <w:color w:val="000000"/>
                <w:sz w:val="16"/>
              </w:rPr>
              <w:t>Odgovarja na podporna vprašanja ter se sklicuje na poslušano besedilo, sliko, govor, bralni list ali zapis.</w:t>
            </w:r>
          </w:p>
          <w:p w14:paraId="5FD531C6" w14:textId="77777777" w:rsidR="00187E2C" w:rsidRDefault="00000000">
            <w:pPr>
              <w:spacing w:after="100" w:line="245" w:lineRule="auto"/>
            </w:pPr>
            <w:r>
              <w:rPr>
                <w:color w:val="000000"/>
                <w:sz w:val="16"/>
              </w:rPr>
              <w:t>Primerja začetni odziv z novim dokazom in pojasni, kaj se je naučil/-a.</w:t>
            </w:r>
          </w:p>
          <w:p w14:paraId="10E36AE6" w14:textId="77777777" w:rsidR="00187E2C" w:rsidRDefault="00000000">
            <w:pPr>
              <w:spacing w:after="100" w:line="245" w:lineRule="auto"/>
            </w:pPr>
            <w:r>
              <w:rPr>
                <w:color w:val="000000"/>
                <w:sz w:val="16"/>
              </w:rPr>
              <w:t>Izbere raven samostojnosti in določi naslednji korak.</w:t>
            </w:r>
          </w:p>
          <w:p w14:paraId="7F88B797" w14:textId="77777777" w:rsidR="00187E2C" w:rsidRDefault="00000000">
            <w:pPr>
              <w:spacing w:after="100" w:line="245" w:lineRule="auto"/>
            </w:pPr>
            <w:r>
              <w:rPr>
                <w:color w:val="000000"/>
                <w:sz w:val="16"/>
              </w:rPr>
              <w:t>Sošolcu poda prijazen in konkreten odziv, vezan na kriterij.</w:t>
            </w:r>
          </w:p>
          <w:p w14:paraId="3AF82B58" w14:textId="77777777" w:rsidR="00187E2C" w:rsidRDefault="00000000">
            <w:pPr>
              <w:spacing w:after="20" w:line="245" w:lineRule="auto"/>
            </w:pPr>
            <w:r>
              <w:rPr>
                <w:b/>
                <w:color w:val="D95BC6"/>
                <w:sz w:val="17"/>
              </w:rPr>
              <w:t>DOKAZ O UČENJU</w:t>
            </w:r>
          </w:p>
          <w:p w14:paraId="5DA3A2D0"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3664D32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42F91B2D" w14:textId="77777777">
        <w:trPr>
          <w:cantSplit/>
          <w:jc w:val="center"/>
        </w:trPr>
        <w:tc>
          <w:tcPr>
            <w:tcW w:w="14060" w:type="dxa"/>
            <w:gridSpan w:val="6"/>
            <w:tcMar>
              <w:top w:w="70" w:type="dxa"/>
              <w:left w:w="90" w:type="dxa"/>
              <w:bottom w:w="70" w:type="dxa"/>
              <w:right w:w="90" w:type="dxa"/>
            </w:tcMar>
            <w:vAlign w:val="center"/>
          </w:tcPr>
          <w:p w14:paraId="55052F6C" w14:textId="77777777" w:rsidR="00187E2C" w:rsidRDefault="00000000">
            <w:pPr>
              <w:jc w:val="center"/>
            </w:pPr>
            <w:r>
              <w:rPr>
                <w:b/>
                <w:color w:val="000000"/>
                <w:sz w:val="24"/>
              </w:rPr>
              <w:lastRenderedPageBreak/>
              <w:t>UČNA PRIPRAVA 13/39</w:t>
            </w:r>
          </w:p>
        </w:tc>
      </w:tr>
      <w:tr w:rsidR="00187E2C" w14:paraId="47CD3CE3" w14:textId="77777777">
        <w:trPr>
          <w:jc w:val="center"/>
        </w:trPr>
        <w:tc>
          <w:tcPr>
            <w:tcW w:w="2665" w:type="dxa"/>
            <w:tcMar>
              <w:top w:w="70" w:type="dxa"/>
              <w:left w:w="90" w:type="dxa"/>
              <w:bottom w:w="70" w:type="dxa"/>
              <w:right w:w="90" w:type="dxa"/>
            </w:tcMar>
            <w:vAlign w:val="center"/>
          </w:tcPr>
          <w:p w14:paraId="69945820"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B05A81A"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230EDD8A"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C55C6C9" w14:textId="77777777" w:rsidR="00187E2C" w:rsidRDefault="00000000">
            <w:r>
              <w:rPr>
                <w:b/>
                <w:color w:val="000000"/>
                <w:sz w:val="16"/>
              </w:rPr>
              <w:t xml:space="preserve">NAČRTOVANI TERMIN: </w:t>
            </w:r>
            <w:r>
              <w:rPr>
                <w:color w:val="000000"/>
                <w:sz w:val="16"/>
              </w:rPr>
              <w:t>13. teden • 30. 11.–4. 12. 2026</w:t>
            </w:r>
          </w:p>
        </w:tc>
        <w:tc>
          <w:tcPr>
            <w:tcW w:w="2268" w:type="dxa"/>
            <w:tcMar>
              <w:top w:w="70" w:type="dxa"/>
              <w:left w:w="90" w:type="dxa"/>
              <w:bottom w:w="70" w:type="dxa"/>
              <w:right w:w="90" w:type="dxa"/>
            </w:tcMar>
            <w:vAlign w:val="center"/>
          </w:tcPr>
          <w:p w14:paraId="51B7C3B7"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1DC3440" w14:textId="77777777" w:rsidR="00187E2C" w:rsidRDefault="00000000">
            <w:r>
              <w:rPr>
                <w:b/>
                <w:color w:val="000000"/>
                <w:sz w:val="16"/>
              </w:rPr>
              <w:t xml:space="preserve">ŠTEVILO UR: </w:t>
            </w:r>
            <w:r>
              <w:rPr>
                <w:color w:val="000000"/>
                <w:sz w:val="16"/>
              </w:rPr>
              <w:t>6</w:t>
            </w:r>
          </w:p>
        </w:tc>
      </w:tr>
      <w:tr w:rsidR="00187E2C" w14:paraId="1A2FBC40" w14:textId="77777777">
        <w:trPr>
          <w:jc w:val="center"/>
        </w:trPr>
        <w:tc>
          <w:tcPr>
            <w:tcW w:w="14061" w:type="dxa"/>
            <w:gridSpan w:val="6"/>
            <w:tcMar>
              <w:top w:w="70" w:type="dxa"/>
              <w:left w:w="90" w:type="dxa"/>
              <w:bottom w:w="70" w:type="dxa"/>
              <w:right w:w="90" w:type="dxa"/>
            </w:tcMar>
            <w:vAlign w:val="center"/>
          </w:tcPr>
          <w:p w14:paraId="27A5AECD"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748C3484" w14:textId="77777777">
        <w:trPr>
          <w:cantSplit/>
          <w:jc w:val="center"/>
        </w:trPr>
        <w:tc>
          <w:tcPr>
            <w:tcW w:w="14060" w:type="dxa"/>
            <w:gridSpan w:val="6"/>
            <w:tcMar>
              <w:top w:w="70" w:type="dxa"/>
              <w:left w:w="90" w:type="dxa"/>
              <w:bottom w:w="70" w:type="dxa"/>
              <w:right w:w="90" w:type="dxa"/>
            </w:tcMar>
            <w:vAlign w:val="center"/>
          </w:tcPr>
          <w:p w14:paraId="3455AB8F" w14:textId="77777777" w:rsidR="00187E2C" w:rsidRDefault="00187E2C"/>
          <w:p w14:paraId="55A34B4A" w14:textId="77777777" w:rsidR="00187E2C" w:rsidRDefault="00000000">
            <w:pPr>
              <w:spacing w:line="245" w:lineRule="auto"/>
            </w:pPr>
            <w:r>
              <w:rPr>
                <w:b/>
                <w:color w:val="000000"/>
                <w:sz w:val="16"/>
              </w:rPr>
              <w:t xml:space="preserve">UČNI SKLOP: </w:t>
            </w:r>
            <w:r>
              <w:rPr>
                <w:color w:val="000000"/>
                <w:sz w:val="16"/>
              </w:rPr>
              <w:t>MOJA DRUŽINA, SKUPNOST IN PRAZNOVANJA</w:t>
            </w:r>
          </w:p>
        </w:tc>
      </w:tr>
      <w:tr w:rsidR="00187E2C" w14:paraId="76C77EEE" w14:textId="77777777">
        <w:trPr>
          <w:cantSplit/>
          <w:jc w:val="center"/>
        </w:trPr>
        <w:tc>
          <w:tcPr>
            <w:tcW w:w="14060" w:type="dxa"/>
            <w:gridSpan w:val="6"/>
            <w:tcMar>
              <w:top w:w="70" w:type="dxa"/>
              <w:left w:w="90" w:type="dxa"/>
              <w:bottom w:w="70" w:type="dxa"/>
              <w:right w:w="90" w:type="dxa"/>
            </w:tcMar>
            <w:vAlign w:val="center"/>
          </w:tcPr>
          <w:p w14:paraId="41C7959A" w14:textId="77777777" w:rsidR="00187E2C" w:rsidRDefault="00187E2C"/>
          <w:p w14:paraId="20C31348" w14:textId="77777777" w:rsidR="00187E2C" w:rsidRDefault="00000000">
            <w:pPr>
              <w:spacing w:line="245" w:lineRule="auto"/>
            </w:pPr>
            <w:r>
              <w:rPr>
                <w:b/>
                <w:color w:val="000000"/>
                <w:sz w:val="16"/>
              </w:rPr>
              <w:t xml:space="preserve">UČNA TEMA: </w:t>
            </w:r>
            <w:r>
              <w:rPr>
                <w:color w:val="000000"/>
                <w:sz w:val="16"/>
              </w:rPr>
              <w:t>OPIS SEBE • VELIKA TISKANA ČRKA M</w:t>
            </w:r>
          </w:p>
        </w:tc>
      </w:tr>
      <w:tr w:rsidR="00187E2C" w14:paraId="7DDB99CD" w14:textId="77777777">
        <w:trPr>
          <w:cantSplit/>
          <w:jc w:val="center"/>
        </w:trPr>
        <w:tc>
          <w:tcPr>
            <w:tcW w:w="14060" w:type="dxa"/>
            <w:gridSpan w:val="6"/>
            <w:tcMar>
              <w:top w:w="70" w:type="dxa"/>
              <w:left w:w="90" w:type="dxa"/>
              <w:bottom w:w="70" w:type="dxa"/>
              <w:right w:w="90" w:type="dxa"/>
            </w:tcMar>
            <w:vAlign w:val="center"/>
          </w:tcPr>
          <w:p w14:paraId="5E5D5F21" w14:textId="77777777" w:rsidR="00187E2C" w:rsidRDefault="00187E2C"/>
          <w:p w14:paraId="3F1759C4" w14:textId="77777777" w:rsidR="00187E2C" w:rsidRDefault="00000000">
            <w:pPr>
              <w:spacing w:line="245" w:lineRule="auto"/>
            </w:pPr>
            <w:r>
              <w:rPr>
                <w:b/>
                <w:color w:val="000000"/>
                <w:sz w:val="16"/>
              </w:rPr>
              <w:t xml:space="preserve">KNJIŽEVNO IZHODIŠČE IN MOTIV: </w:t>
            </w:r>
            <w:r>
              <w:rPr>
                <w:color w:val="000000"/>
                <w:sz w:val="16"/>
              </w:rPr>
              <w:t>»Moj dežnik je lahko balon« – Ela Peroci • družina, domišljija in pot v drugačen svet</w:t>
            </w:r>
          </w:p>
        </w:tc>
      </w:tr>
      <w:tr w:rsidR="00187E2C" w14:paraId="6F50A998" w14:textId="77777777">
        <w:trPr>
          <w:cantSplit/>
          <w:jc w:val="center"/>
        </w:trPr>
        <w:tc>
          <w:tcPr>
            <w:tcW w:w="14060" w:type="dxa"/>
            <w:gridSpan w:val="6"/>
            <w:tcMar>
              <w:top w:w="70" w:type="dxa"/>
              <w:left w:w="90" w:type="dxa"/>
              <w:bottom w:w="70" w:type="dxa"/>
              <w:right w:w="90" w:type="dxa"/>
            </w:tcMar>
            <w:vAlign w:val="center"/>
          </w:tcPr>
          <w:p w14:paraId="6CA8595D" w14:textId="77777777" w:rsidR="00187E2C" w:rsidRDefault="00187E2C"/>
          <w:p w14:paraId="1179236C" w14:textId="77777777" w:rsidR="00187E2C" w:rsidRDefault="00000000">
            <w:pPr>
              <w:spacing w:line="245" w:lineRule="auto"/>
            </w:pPr>
            <w:r>
              <w:rPr>
                <w:b/>
                <w:color w:val="000000"/>
                <w:sz w:val="16"/>
              </w:rPr>
              <w:t xml:space="preserve">BRALNI LIST / ČRKA: </w:t>
            </w:r>
            <w:r>
              <w:rPr>
                <w:color w:val="000000"/>
                <w:sz w:val="16"/>
              </w:rPr>
              <w:t>ČRKA M • BRALNI LIST 13 – Berem črko M in zloge ter besede: glas /m/ znane črke: A, E, I, O, U, N, M; slišim glas; prepoznam črko; navpična, dve poševni in navpična poteza; berem in zapišem</w:t>
            </w:r>
          </w:p>
        </w:tc>
      </w:tr>
      <w:tr w:rsidR="00187E2C" w14:paraId="6F1096E1" w14:textId="77777777">
        <w:trPr>
          <w:cantSplit/>
          <w:jc w:val="center"/>
        </w:trPr>
        <w:tc>
          <w:tcPr>
            <w:tcW w:w="14060" w:type="dxa"/>
            <w:gridSpan w:val="6"/>
            <w:tcMar>
              <w:top w:w="70" w:type="dxa"/>
              <w:left w:w="90" w:type="dxa"/>
              <w:bottom w:w="70" w:type="dxa"/>
              <w:right w:w="90" w:type="dxa"/>
            </w:tcMar>
            <w:vAlign w:val="center"/>
          </w:tcPr>
          <w:p w14:paraId="04871160" w14:textId="77777777" w:rsidR="00187E2C" w:rsidRDefault="00187E2C"/>
          <w:p w14:paraId="4CB24BBE" w14:textId="77777777" w:rsidR="00187E2C" w:rsidRDefault="00000000">
            <w:pPr>
              <w:spacing w:line="245" w:lineRule="auto"/>
            </w:pPr>
            <w:r>
              <w:rPr>
                <w:b/>
                <w:color w:val="000000"/>
                <w:sz w:val="16"/>
              </w:rPr>
              <w:t xml:space="preserve">UČNE ENOTE: </w:t>
            </w:r>
            <w:r>
              <w:rPr>
                <w:color w:val="000000"/>
                <w:sz w:val="16"/>
              </w:rPr>
              <w:t>1. ura – Opis sebe – Poslušam in doživljam • 2. ura – Opis sebe – Govorim in pojasnjujem • 3. ura – Opis sebe – Razčlenjujem jezik • 4. ura – SLIŠIM GLAS /m/ IN ODKRIVAM ČRKO M • 5. ura – Oblikujem in pišem črko M • 6. ura – Berem in uporabim črko M</w:t>
            </w:r>
          </w:p>
        </w:tc>
      </w:tr>
      <w:tr w:rsidR="00187E2C" w14:paraId="65979A5F" w14:textId="77777777">
        <w:trPr>
          <w:cantSplit/>
          <w:jc w:val="center"/>
        </w:trPr>
        <w:tc>
          <w:tcPr>
            <w:tcW w:w="14060" w:type="dxa"/>
            <w:gridSpan w:val="6"/>
            <w:tcMar>
              <w:top w:w="70" w:type="dxa"/>
              <w:left w:w="90" w:type="dxa"/>
              <w:bottom w:w="70" w:type="dxa"/>
              <w:right w:w="90" w:type="dxa"/>
            </w:tcMar>
            <w:vAlign w:val="center"/>
          </w:tcPr>
          <w:p w14:paraId="6A79344A" w14:textId="77777777" w:rsidR="00187E2C" w:rsidRDefault="00187E2C"/>
          <w:p w14:paraId="46D7F325"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1BD4F88C" w14:textId="77777777">
        <w:trPr>
          <w:cantSplit/>
          <w:jc w:val="center"/>
        </w:trPr>
        <w:tc>
          <w:tcPr>
            <w:tcW w:w="14060" w:type="dxa"/>
            <w:gridSpan w:val="6"/>
            <w:tcMar>
              <w:top w:w="70" w:type="dxa"/>
              <w:left w:w="90" w:type="dxa"/>
              <w:bottom w:w="70" w:type="dxa"/>
              <w:right w:w="90" w:type="dxa"/>
            </w:tcMar>
            <w:vAlign w:val="center"/>
          </w:tcPr>
          <w:p w14:paraId="040A16BE" w14:textId="77777777" w:rsidR="00187E2C" w:rsidRDefault="00187E2C"/>
          <w:p w14:paraId="12171D8A"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4CA5F65C" w14:textId="77777777">
        <w:trPr>
          <w:cantSplit/>
          <w:jc w:val="center"/>
        </w:trPr>
        <w:tc>
          <w:tcPr>
            <w:tcW w:w="14060" w:type="dxa"/>
            <w:gridSpan w:val="6"/>
            <w:tcMar>
              <w:top w:w="70" w:type="dxa"/>
              <w:left w:w="90" w:type="dxa"/>
              <w:bottom w:w="70" w:type="dxa"/>
              <w:right w:w="90" w:type="dxa"/>
            </w:tcMar>
            <w:vAlign w:val="center"/>
          </w:tcPr>
          <w:p w14:paraId="544FDC4A" w14:textId="77777777" w:rsidR="00187E2C" w:rsidRDefault="00187E2C"/>
          <w:p w14:paraId="16C2DD06"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025C4E37" w14:textId="77777777">
        <w:trPr>
          <w:cantSplit/>
          <w:jc w:val="center"/>
        </w:trPr>
        <w:tc>
          <w:tcPr>
            <w:tcW w:w="14060" w:type="dxa"/>
            <w:gridSpan w:val="6"/>
            <w:tcMar>
              <w:top w:w="70" w:type="dxa"/>
              <w:left w:w="90" w:type="dxa"/>
              <w:bottom w:w="70" w:type="dxa"/>
              <w:right w:w="90" w:type="dxa"/>
            </w:tcMar>
            <w:vAlign w:val="center"/>
          </w:tcPr>
          <w:p w14:paraId="15E916B1" w14:textId="77777777" w:rsidR="00187E2C" w:rsidRDefault="00187E2C"/>
          <w:p w14:paraId="2A185407" w14:textId="77777777" w:rsidR="00187E2C" w:rsidRDefault="00000000">
            <w:pPr>
              <w:spacing w:line="245" w:lineRule="auto"/>
            </w:pPr>
            <w:r>
              <w:rPr>
                <w:b/>
                <w:color w:val="000000"/>
                <w:sz w:val="16"/>
              </w:rPr>
              <w:t xml:space="preserve">MEDPREDMETNE POVEZAVE: </w:t>
            </w:r>
            <w:r>
              <w:rPr>
                <w:color w:val="000000"/>
                <w:sz w:val="16"/>
              </w:rPr>
              <w:t>SPO – družina, domišljija in pot v drugačen svet; GUM – ritem, zvočnost in glas; LUM – ilustracija, črta in grafomotorika; ŠPO – gibalna pripoved, dramatizacija in postaje; MAT – smer, zaporedje in orientacija</w:t>
            </w:r>
          </w:p>
        </w:tc>
      </w:tr>
      <w:tr w:rsidR="00187E2C" w14:paraId="03C82A48" w14:textId="77777777">
        <w:trPr>
          <w:cantSplit/>
          <w:jc w:val="center"/>
        </w:trPr>
        <w:tc>
          <w:tcPr>
            <w:tcW w:w="14060" w:type="dxa"/>
            <w:gridSpan w:val="6"/>
            <w:tcMar>
              <w:top w:w="70" w:type="dxa"/>
              <w:left w:w="90" w:type="dxa"/>
              <w:bottom w:w="70" w:type="dxa"/>
              <w:right w:w="90" w:type="dxa"/>
            </w:tcMar>
            <w:vAlign w:val="center"/>
          </w:tcPr>
          <w:p w14:paraId="2A3133E7" w14:textId="77777777" w:rsidR="00187E2C" w:rsidRDefault="00187E2C"/>
          <w:p w14:paraId="3CA0E6EF" w14:textId="77777777" w:rsidR="00187E2C" w:rsidRDefault="00000000">
            <w:pPr>
              <w:spacing w:line="245" w:lineRule="auto"/>
            </w:pPr>
            <w:r>
              <w:rPr>
                <w:b/>
                <w:color w:val="000000"/>
                <w:sz w:val="16"/>
              </w:rPr>
              <w:t xml:space="preserve">UČNA SREDSTVA IN PRIPOMOČKI: </w:t>
            </w:r>
            <w:r>
              <w:rPr>
                <w:color w:val="000000"/>
                <w:sz w:val="16"/>
              </w:rPr>
              <w:t>ČRKA M • BRALNI LIST 13, povečano besedilo oziroma kartice, slikanica ali odlomek, slikovno zaporedje, kartice besed in glasov, talne črke ali zlogi, ogledala, vrvice ali modelirna masa, mini tabla, zvezek oziroma jezikovna mapa</w:t>
            </w:r>
          </w:p>
        </w:tc>
      </w:tr>
      <w:tr w:rsidR="00187E2C" w14:paraId="083CFFFE" w14:textId="77777777">
        <w:trPr>
          <w:cantSplit/>
          <w:jc w:val="center"/>
        </w:trPr>
        <w:tc>
          <w:tcPr>
            <w:tcW w:w="14060" w:type="dxa"/>
            <w:gridSpan w:val="6"/>
            <w:tcMar>
              <w:top w:w="70" w:type="dxa"/>
              <w:left w:w="90" w:type="dxa"/>
              <w:bottom w:w="70" w:type="dxa"/>
              <w:right w:w="90" w:type="dxa"/>
            </w:tcMar>
            <w:vAlign w:val="center"/>
          </w:tcPr>
          <w:p w14:paraId="310ABC43" w14:textId="77777777" w:rsidR="00187E2C" w:rsidRDefault="00187E2C"/>
          <w:p w14:paraId="03E52159"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512C9331" w14:textId="77777777">
        <w:trPr>
          <w:cantSplit/>
          <w:jc w:val="center"/>
        </w:trPr>
        <w:tc>
          <w:tcPr>
            <w:tcW w:w="14060" w:type="dxa"/>
            <w:gridSpan w:val="6"/>
            <w:tcMar>
              <w:top w:w="70" w:type="dxa"/>
              <w:left w:w="90" w:type="dxa"/>
              <w:bottom w:w="70" w:type="dxa"/>
              <w:right w:w="90" w:type="dxa"/>
            </w:tcMar>
            <w:vAlign w:val="center"/>
          </w:tcPr>
          <w:p w14:paraId="273570A4" w14:textId="77777777" w:rsidR="00187E2C" w:rsidRDefault="00187E2C"/>
          <w:p w14:paraId="482F145A"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4C7B9468" w14:textId="77777777">
        <w:trPr>
          <w:cantSplit/>
          <w:jc w:val="center"/>
        </w:trPr>
        <w:tc>
          <w:tcPr>
            <w:tcW w:w="14060" w:type="dxa"/>
            <w:gridSpan w:val="6"/>
            <w:tcMar>
              <w:top w:w="70" w:type="dxa"/>
              <w:left w:w="90" w:type="dxa"/>
              <w:bottom w:w="70" w:type="dxa"/>
              <w:right w:w="90" w:type="dxa"/>
            </w:tcMar>
            <w:vAlign w:val="center"/>
          </w:tcPr>
          <w:p w14:paraId="3617981E" w14:textId="77777777" w:rsidR="00187E2C" w:rsidRDefault="00187E2C"/>
          <w:p w14:paraId="42337E28"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BF9256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FC8EF2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01C050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DF8E07D" w14:textId="77777777" w:rsidR="00187E2C" w:rsidRDefault="00000000">
            <w:pPr>
              <w:jc w:val="center"/>
            </w:pPr>
            <w:r>
              <w:rPr>
                <w:b/>
                <w:color w:val="000000"/>
                <w:sz w:val="20"/>
              </w:rPr>
              <w:t>UČNE DEJAVNOSTI, METODE IN FORMATIVNO SPREMLJANJE</w:t>
            </w:r>
          </w:p>
        </w:tc>
      </w:tr>
      <w:tr w:rsidR="00187E2C" w14:paraId="3D2D230F" w14:textId="77777777">
        <w:trPr>
          <w:tblHeader/>
          <w:jc w:val="center"/>
        </w:trPr>
        <w:tc>
          <w:tcPr>
            <w:tcW w:w="4422" w:type="dxa"/>
            <w:vMerge/>
            <w:tcMar>
              <w:top w:w="70" w:type="dxa"/>
              <w:left w:w="90" w:type="dxa"/>
              <w:bottom w:w="70" w:type="dxa"/>
              <w:right w:w="90" w:type="dxa"/>
            </w:tcMar>
            <w:vAlign w:val="center"/>
          </w:tcPr>
          <w:p w14:paraId="1A8C9466" w14:textId="77777777" w:rsidR="00187E2C" w:rsidRDefault="00187E2C"/>
        </w:tc>
        <w:tc>
          <w:tcPr>
            <w:tcW w:w="7087" w:type="dxa"/>
            <w:shd w:val="clear" w:color="auto" w:fill="FFFFFF"/>
            <w:tcMar>
              <w:top w:w="70" w:type="dxa"/>
              <w:left w:w="90" w:type="dxa"/>
              <w:bottom w:w="70" w:type="dxa"/>
              <w:right w:w="90" w:type="dxa"/>
            </w:tcMar>
            <w:vAlign w:val="center"/>
          </w:tcPr>
          <w:p w14:paraId="1E25DAF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D4EA56D" w14:textId="77777777" w:rsidR="00187E2C" w:rsidRDefault="00000000">
            <w:pPr>
              <w:jc w:val="center"/>
            </w:pPr>
            <w:r>
              <w:rPr>
                <w:b/>
                <w:color w:val="000000"/>
              </w:rPr>
              <w:t>UČENEC</w:t>
            </w:r>
          </w:p>
        </w:tc>
      </w:tr>
      <w:tr w:rsidR="00187E2C" w14:paraId="4EE3A752" w14:textId="77777777">
        <w:trPr>
          <w:jc w:val="center"/>
        </w:trPr>
        <w:tc>
          <w:tcPr>
            <w:tcW w:w="4422" w:type="dxa"/>
            <w:tcMar>
              <w:top w:w="70" w:type="dxa"/>
              <w:left w:w="90" w:type="dxa"/>
              <w:bottom w:w="70" w:type="dxa"/>
              <w:right w:w="90" w:type="dxa"/>
            </w:tcMar>
          </w:tcPr>
          <w:p w14:paraId="07A6D5D6" w14:textId="77777777" w:rsidR="00187E2C" w:rsidRDefault="00187E2C"/>
          <w:p w14:paraId="26662EFD" w14:textId="77777777" w:rsidR="00187E2C" w:rsidRDefault="00000000">
            <w:pPr>
              <w:spacing w:after="60" w:line="245" w:lineRule="auto"/>
            </w:pPr>
            <w:r>
              <w:rPr>
                <w:b/>
                <w:color w:val="000000"/>
              </w:rPr>
              <w:t>UČNI CILJI</w:t>
            </w:r>
          </w:p>
          <w:p w14:paraId="392554E3" w14:textId="77777777" w:rsidR="00187E2C" w:rsidRDefault="00000000">
            <w:pPr>
              <w:spacing w:after="20" w:line="245" w:lineRule="auto"/>
            </w:pPr>
            <w:r>
              <w:rPr>
                <w:b/>
                <w:color w:val="000000"/>
                <w:sz w:val="17"/>
              </w:rPr>
              <w:t>SPLOŠNI</w:t>
            </w:r>
          </w:p>
          <w:p w14:paraId="68364C0C"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0610626C" w14:textId="77777777" w:rsidR="00187E2C" w:rsidRDefault="00000000">
            <w:pPr>
              <w:pStyle w:val="Oznaenseznam"/>
              <w:spacing w:after="16"/>
            </w:pPr>
            <w:r>
              <w:rPr>
                <w:color w:val="000000"/>
                <w:sz w:val="16"/>
              </w:rPr>
              <w:t>doživlja književno besedilo ter se nanj odziva z govorom, gibanjem, dramatizacijo, risbo ali zapisom</w:t>
            </w:r>
          </w:p>
          <w:p w14:paraId="3D9C7897" w14:textId="77777777" w:rsidR="00187E2C" w:rsidRDefault="00000000">
            <w:pPr>
              <w:pStyle w:val="Oznaenseznam"/>
              <w:spacing w:after="16"/>
            </w:pPr>
            <w:r>
              <w:rPr>
                <w:color w:val="000000"/>
                <w:sz w:val="16"/>
              </w:rPr>
              <w:t>razvija glasovno zavedanje, povezavo glas–črka in začetno branje ter pisanje po individualnem napredku</w:t>
            </w:r>
          </w:p>
          <w:p w14:paraId="36CB0AE7" w14:textId="77777777" w:rsidR="00187E2C" w:rsidRDefault="00000000">
            <w:pPr>
              <w:pStyle w:val="Oznaenseznam"/>
              <w:spacing w:after="16"/>
            </w:pPr>
            <w:r>
              <w:rPr>
                <w:color w:val="000000"/>
                <w:sz w:val="16"/>
              </w:rPr>
              <w:t>ob namenih in kriterijih spremlja svoje učenje ter uporabi opisno povratno informacijo</w:t>
            </w:r>
          </w:p>
          <w:p w14:paraId="266E15CA" w14:textId="77777777" w:rsidR="00187E2C" w:rsidRDefault="00000000">
            <w:pPr>
              <w:spacing w:before="40" w:after="20" w:line="245" w:lineRule="auto"/>
            </w:pPr>
            <w:r>
              <w:rPr>
                <w:b/>
                <w:color w:val="000000"/>
                <w:sz w:val="17"/>
              </w:rPr>
              <w:t>OPERATIVNI</w:t>
            </w:r>
          </w:p>
          <w:p w14:paraId="6846A000" w14:textId="77777777" w:rsidR="00187E2C" w:rsidRDefault="00000000">
            <w:pPr>
              <w:pStyle w:val="Oznaenseznam"/>
              <w:spacing w:after="16"/>
            </w:pPr>
            <w:r>
              <w:rPr>
                <w:color w:val="000000"/>
                <w:sz w:val="16"/>
              </w:rPr>
              <w:t>razume preprost opis osebe</w:t>
            </w:r>
          </w:p>
          <w:p w14:paraId="787513FC" w14:textId="77777777" w:rsidR="00187E2C" w:rsidRDefault="00000000">
            <w:pPr>
              <w:pStyle w:val="Oznaenseznam"/>
              <w:spacing w:after="16"/>
            </w:pPr>
            <w:r>
              <w:rPr>
                <w:color w:val="000000"/>
                <w:sz w:val="16"/>
              </w:rPr>
              <w:t>v govornem nastopu opiše samega sebe</w:t>
            </w:r>
          </w:p>
          <w:p w14:paraId="3E8CB1A5" w14:textId="77777777" w:rsidR="00187E2C" w:rsidRDefault="00000000">
            <w:pPr>
              <w:pStyle w:val="Oznaenseznam"/>
              <w:spacing w:after="16"/>
            </w:pPr>
            <w:r>
              <w:rPr>
                <w:color w:val="000000"/>
                <w:sz w:val="16"/>
              </w:rPr>
              <w:t>uporablja razumljive povedi</w:t>
            </w:r>
          </w:p>
          <w:p w14:paraId="3687CD9A" w14:textId="77777777" w:rsidR="00187E2C" w:rsidRDefault="00000000">
            <w:pPr>
              <w:pStyle w:val="Oznaenseznam"/>
              <w:spacing w:after="16"/>
            </w:pPr>
            <w:r>
              <w:rPr>
                <w:color w:val="000000"/>
                <w:sz w:val="16"/>
              </w:rPr>
              <w:t>prepozna in poimenuje veliko tiskano črko M ter jo poveže z glasom /m/</w:t>
            </w:r>
          </w:p>
          <w:p w14:paraId="12E74B70" w14:textId="77777777" w:rsidR="00187E2C" w:rsidRDefault="00000000">
            <w:pPr>
              <w:pStyle w:val="Oznaenseznam"/>
              <w:spacing w:after="16"/>
            </w:pPr>
            <w:r>
              <w:rPr>
                <w:color w:val="000000"/>
                <w:sz w:val="16"/>
              </w:rPr>
              <w:t>veččutno oblikuje in čitljivo zapiše veliko tiskano črko M</w:t>
            </w:r>
          </w:p>
          <w:p w14:paraId="4E45CDE5" w14:textId="77777777" w:rsidR="00187E2C" w:rsidRDefault="00000000">
            <w:pPr>
              <w:pStyle w:val="Oznaenseznam"/>
              <w:spacing w:after="16"/>
            </w:pPr>
            <w:r>
              <w:rPr>
                <w:color w:val="000000"/>
                <w:sz w:val="16"/>
              </w:rPr>
              <w:t>bere in sestavlja zloge oziroma besede z znanimi črkami: MAMA • MAMI • IMAM • MIMO</w:t>
            </w:r>
          </w:p>
          <w:p w14:paraId="66F8AB99" w14:textId="77777777" w:rsidR="00187E2C" w:rsidRDefault="00000000">
            <w:pPr>
              <w:spacing w:before="40" w:after="20" w:line="245" w:lineRule="auto"/>
            </w:pPr>
            <w:r>
              <w:rPr>
                <w:b/>
                <w:color w:val="000000"/>
                <w:sz w:val="17"/>
              </w:rPr>
              <w:t>PRIČAKOVANI DOSEŽKI / MINIMALNI POUDARKI</w:t>
            </w:r>
          </w:p>
          <w:p w14:paraId="6CDBEB84" w14:textId="77777777" w:rsidR="00187E2C" w:rsidRDefault="00000000">
            <w:pPr>
              <w:pStyle w:val="Oznaenseznam"/>
              <w:spacing w:after="16"/>
            </w:pPr>
            <w:r>
              <w:rPr>
                <w:color w:val="000000"/>
                <w:sz w:val="15"/>
              </w:rPr>
              <w:t>samostojno oziroma z dogovorjeno oporo razume preprost opis osebe</w:t>
            </w:r>
          </w:p>
          <w:p w14:paraId="4BE7061D" w14:textId="77777777" w:rsidR="00187E2C" w:rsidRDefault="00000000">
            <w:pPr>
              <w:pStyle w:val="Oznaenseznam"/>
              <w:spacing w:after="16"/>
            </w:pPr>
            <w:r>
              <w:rPr>
                <w:color w:val="000000"/>
                <w:sz w:val="15"/>
              </w:rPr>
              <w:t>samostojno oziroma z dogovorjeno oporo v govornem nastopu opiše samega sebe</w:t>
            </w:r>
          </w:p>
          <w:p w14:paraId="78E25462" w14:textId="77777777" w:rsidR="00187E2C" w:rsidRDefault="00000000">
            <w:pPr>
              <w:pStyle w:val="Oznaenseznam"/>
              <w:spacing w:after="16"/>
            </w:pPr>
            <w:r>
              <w:rPr>
                <w:color w:val="000000"/>
                <w:sz w:val="15"/>
              </w:rPr>
              <w:t>samostojno oziroma z dogovorjeno oporo uporablja razumljive povedi</w:t>
            </w:r>
          </w:p>
          <w:p w14:paraId="1DCC293E" w14:textId="77777777" w:rsidR="00187E2C" w:rsidRDefault="00000000">
            <w:pPr>
              <w:pStyle w:val="Oznaenseznam"/>
              <w:spacing w:after="16"/>
            </w:pPr>
            <w:r>
              <w:rPr>
                <w:color w:val="000000"/>
                <w:sz w:val="15"/>
              </w:rPr>
              <w:t>samostojno oziroma z dogovorjeno oporo prepozna in poimenuje veliko tiskano črko M ter jo poveže z glasom /m/</w:t>
            </w:r>
          </w:p>
          <w:p w14:paraId="3C56E9E5" w14:textId="77777777" w:rsidR="00187E2C" w:rsidRDefault="00000000">
            <w:pPr>
              <w:pStyle w:val="Oznaenseznam"/>
              <w:spacing w:after="16"/>
            </w:pPr>
            <w:r>
              <w:rPr>
                <w:color w:val="000000"/>
                <w:sz w:val="15"/>
              </w:rPr>
              <w:t>samostojno oziroma z dogovorjeno oporo veččutno oblikuje in čitljivo zapiše veliko tiskano črko M</w:t>
            </w:r>
          </w:p>
        </w:tc>
        <w:tc>
          <w:tcPr>
            <w:tcW w:w="7087" w:type="dxa"/>
            <w:tcMar>
              <w:top w:w="70" w:type="dxa"/>
              <w:left w:w="90" w:type="dxa"/>
              <w:bottom w:w="70" w:type="dxa"/>
              <w:right w:w="90" w:type="dxa"/>
            </w:tcMar>
          </w:tcPr>
          <w:p w14:paraId="6D57BCC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DA47D55" w14:textId="77777777">
              <w:trPr>
                <w:jc w:val="center"/>
              </w:trPr>
              <w:tc>
                <w:tcPr>
                  <w:tcW w:w="7087" w:type="dxa"/>
                  <w:shd w:val="clear" w:color="auto" w:fill="C6E7F3"/>
                  <w:tcMar>
                    <w:top w:w="45" w:type="dxa"/>
                    <w:left w:w="70" w:type="dxa"/>
                    <w:bottom w:w="45" w:type="dxa"/>
                    <w:right w:w="70" w:type="dxa"/>
                  </w:tcMar>
                </w:tcPr>
                <w:p w14:paraId="59F1D5D0" w14:textId="77777777" w:rsidR="00187E2C" w:rsidRDefault="00000000">
                  <w:pPr>
                    <w:keepNext/>
                  </w:pPr>
                  <w:r>
                    <w:rPr>
                      <w:b/>
                      <w:color w:val="000000"/>
                    </w:rPr>
                    <w:t>UVODNI DEL – motivacija, aktivacija predznanja in namen učenja (15–20 min)</w:t>
                  </w:r>
                </w:p>
              </w:tc>
            </w:tr>
          </w:tbl>
          <w:p w14:paraId="1A68E785" w14:textId="77777777" w:rsidR="00187E2C" w:rsidRDefault="00187E2C">
            <w:pPr>
              <w:spacing w:line="20" w:lineRule="exact"/>
            </w:pPr>
          </w:p>
          <w:p w14:paraId="4586914A" w14:textId="77777777" w:rsidR="00187E2C" w:rsidRDefault="00000000">
            <w:pPr>
              <w:spacing w:before="40" w:after="60" w:line="245" w:lineRule="auto"/>
            </w:pPr>
            <w:r>
              <w:rPr>
                <w:color w:val="000000"/>
                <w:sz w:val="16"/>
              </w:rPr>
              <w:t>Učenci ob naslovnici, odlomku ali ilustraciji dela »Moj dežnik je lahko balon« – Ela Peroci doživljajsko vstopijo v motiv družina, domišljija in pot v drugačen svet. S kretnjo, predmetom, sliko, glasom ali kratko povedjo pokažejo predznanje in napoved. Izhodiščni odziv povežejo z dejavnostjo ČRKA M • BRALNI LIST 13 – Berem črko M in zloge ter besede.</w:t>
            </w:r>
          </w:p>
          <w:tbl>
            <w:tblPr>
              <w:tblStyle w:val="Tabelamrea"/>
              <w:tblW w:w="0" w:type="auto"/>
              <w:jc w:val="center"/>
              <w:tblLayout w:type="fixed"/>
              <w:tblLook w:val="04A0" w:firstRow="1" w:lastRow="0" w:firstColumn="1" w:lastColumn="0" w:noHBand="0" w:noVBand="1"/>
            </w:tblPr>
            <w:tblGrid>
              <w:gridCol w:w="7087"/>
            </w:tblGrid>
            <w:tr w:rsidR="00187E2C" w14:paraId="1D60C8B4" w14:textId="77777777">
              <w:trPr>
                <w:jc w:val="center"/>
              </w:trPr>
              <w:tc>
                <w:tcPr>
                  <w:tcW w:w="7087" w:type="dxa"/>
                  <w:shd w:val="clear" w:color="auto" w:fill="EDC9EA"/>
                  <w:tcMar>
                    <w:top w:w="45" w:type="dxa"/>
                    <w:left w:w="70" w:type="dxa"/>
                    <w:bottom w:w="45" w:type="dxa"/>
                    <w:right w:w="70" w:type="dxa"/>
                  </w:tcMar>
                </w:tcPr>
                <w:p w14:paraId="568091A8" w14:textId="77777777" w:rsidR="00187E2C" w:rsidRDefault="00000000">
                  <w:pPr>
                    <w:keepNext/>
                  </w:pPr>
                  <w:r>
                    <w:rPr>
                      <w:b/>
                      <w:color w:val="000000"/>
                    </w:rPr>
                    <w:t>NAMENI UČENJA</w:t>
                  </w:r>
                </w:p>
              </w:tc>
            </w:tr>
          </w:tbl>
          <w:p w14:paraId="25005FBC" w14:textId="77777777" w:rsidR="00187E2C" w:rsidRDefault="00187E2C">
            <w:pPr>
              <w:spacing w:line="20" w:lineRule="exact"/>
            </w:pPr>
          </w:p>
          <w:p w14:paraId="1A656792"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3F430F53" w14:textId="77777777" w:rsidR="00187E2C" w:rsidRDefault="00000000">
            <w:pPr>
              <w:pStyle w:val="Oznaenseznam"/>
              <w:spacing w:after="16"/>
            </w:pPr>
            <w:r>
              <w:rPr>
                <w:color w:val="000000"/>
                <w:sz w:val="16"/>
              </w:rPr>
              <w:t>razumem preprost opis osebe</w:t>
            </w:r>
          </w:p>
          <w:p w14:paraId="0AAFC157" w14:textId="77777777" w:rsidR="00187E2C" w:rsidRDefault="00000000">
            <w:pPr>
              <w:pStyle w:val="Oznaenseznam"/>
              <w:spacing w:after="16"/>
            </w:pPr>
            <w:r>
              <w:rPr>
                <w:color w:val="000000"/>
                <w:sz w:val="16"/>
              </w:rPr>
              <w:t>v govornem nastopu opišem samega sebe</w:t>
            </w:r>
          </w:p>
          <w:p w14:paraId="1398E673" w14:textId="77777777" w:rsidR="00187E2C" w:rsidRDefault="00000000">
            <w:pPr>
              <w:pStyle w:val="Oznaenseznam"/>
              <w:spacing w:after="16"/>
            </w:pPr>
            <w:r>
              <w:rPr>
                <w:color w:val="000000"/>
                <w:sz w:val="16"/>
              </w:rPr>
              <w:t>uporabljam razumljive povedi</w:t>
            </w:r>
          </w:p>
          <w:p w14:paraId="6BCD73F6" w14:textId="77777777" w:rsidR="00187E2C" w:rsidRDefault="00000000">
            <w:pPr>
              <w:pStyle w:val="Oznaenseznam"/>
              <w:spacing w:after="16"/>
            </w:pPr>
            <w:r>
              <w:rPr>
                <w:color w:val="000000"/>
                <w:sz w:val="16"/>
              </w:rPr>
              <w:t>prepoznam in poimenujem veliko tiskano črko M ter jo povežem z glasom /m/</w:t>
            </w:r>
          </w:p>
          <w:p w14:paraId="43E68852" w14:textId="77777777" w:rsidR="00187E2C" w:rsidRDefault="00000000">
            <w:pPr>
              <w:pStyle w:val="Oznaenseznam"/>
              <w:spacing w:after="16"/>
            </w:pPr>
            <w:r>
              <w:rPr>
                <w:color w:val="000000"/>
                <w:sz w:val="16"/>
              </w:rPr>
              <w:t>veččutno oblikujem in čitljivo zapišem veliko tiskano črko M</w:t>
            </w:r>
          </w:p>
          <w:p w14:paraId="7E08979D" w14:textId="77777777" w:rsidR="00187E2C" w:rsidRDefault="00000000">
            <w:pPr>
              <w:pStyle w:val="Oznaenseznam"/>
              <w:spacing w:after="16"/>
            </w:pPr>
            <w:r>
              <w:rPr>
                <w:color w:val="000000"/>
                <w:sz w:val="16"/>
              </w:rPr>
              <w:t>berem in sestavlja zloge oziroma besede z znanimi črkami: MAMA • MAMI • IMAM • MIMO</w:t>
            </w:r>
          </w:p>
          <w:tbl>
            <w:tblPr>
              <w:tblStyle w:val="Tabelamrea"/>
              <w:tblW w:w="0" w:type="auto"/>
              <w:jc w:val="center"/>
              <w:tblLayout w:type="fixed"/>
              <w:tblLook w:val="04A0" w:firstRow="1" w:lastRow="0" w:firstColumn="1" w:lastColumn="0" w:noHBand="0" w:noVBand="1"/>
            </w:tblPr>
            <w:tblGrid>
              <w:gridCol w:w="7087"/>
            </w:tblGrid>
            <w:tr w:rsidR="00187E2C" w14:paraId="57C139F0" w14:textId="77777777">
              <w:trPr>
                <w:jc w:val="center"/>
              </w:trPr>
              <w:tc>
                <w:tcPr>
                  <w:tcW w:w="7087" w:type="dxa"/>
                  <w:shd w:val="clear" w:color="auto" w:fill="EDC9EA"/>
                  <w:tcMar>
                    <w:top w:w="45" w:type="dxa"/>
                    <w:left w:w="70" w:type="dxa"/>
                    <w:bottom w:w="45" w:type="dxa"/>
                    <w:right w:w="70" w:type="dxa"/>
                  </w:tcMar>
                </w:tcPr>
                <w:p w14:paraId="2AAD5C78" w14:textId="77777777" w:rsidR="00187E2C" w:rsidRDefault="00000000">
                  <w:pPr>
                    <w:keepNext/>
                  </w:pPr>
                  <w:r>
                    <w:rPr>
                      <w:b/>
                      <w:color w:val="000000"/>
                    </w:rPr>
                    <w:t>PREVERJANJE PREDZNANJA</w:t>
                  </w:r>
                </w:p>
              </w:tc>
            </w:tr>
          </w:tbl>
          <w:p w14:paraId="2AD89DEE" w14:textId="77777777" w:rsidR="00187E2C" w:rsidRDefault="00187E2C">
            <w:pPr>
              <w:spacing w:line="20" w:lineRule="exact"/>
            </w:pPr>
          </w:p>
          <w:p w14:paraId="532F82F6" w14:textId="77777777" w:rsidR="00187E2C" w:rsidRDefault="00000000">
            <w:pPr>
              <w:pStyle w:val="Oznaenseznam"/>
              <w:spacing w:after="16"/>
            </w:pPr>
            <w:r>
              <w:rPr>
                <w:color w:val="000000"/>
                <w:sz w:val="16"/>
              </w:rPr>
              <w:t>Kaj mi naslovnica, ilustracija ali naslov pove o motivu družina, domišljija in pot v drugačen svet?</w:t>
            </w:r>
          </w:p>
          <w:p w14:paraId="60BFE67D" w14:textId="77777777" w:rsidR="00187E2C" w:rsidRDefault="00000000">
            <w:pPr>
              <w:pStyle w:val="Oznaenseznam"/>
              <w:spacing w:after="16"/>
            </w:pPr>
            <w:r>
              <w:rPr>
                <w:color w:val="000000"/>
                <w:sz w:val="16"/>
              </w:rPr>
              <w:t>Kje v besedah slišim glas /m/ in po katerih potezah prepoznam črko M?</w:t>
            </w:r>
          </w:p>
          <w:p w14:paraId="3CFA426B"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216C8CA4" w14:textId="77777777">
              <w:trPr>
                <w:jc w:val="center"/>
              </w:trPr>
              <w:tc>
                <w:tcPr>
                  <w:tcW w:w="7087" w:type="dxa"/>
                  <w:shd w:val="clear" w:color="auto" w:fill="EDC9EA"/>
                  <w:tcMar>
                    <w:top w:w="45" w:type="dxa"/>
                    <w:left w:w="70" w:type="dxa"/>
                    <w:bottom w:w="45" w:type="dxa"/>
                    <w:right w:w="70" w:type="dxa"/>
                  </w:tcMar>
                </w:tcPr>
                <w:p w14:paraId="67D2EA1F" w14:textId="77777777" w:rsidR="00187E2C" w:rsidRDefault="00000000">
                  <w:pPr>
                    <w:keepNext/>
                  </w:pPr>
                  <w:r>
                    <w:rPr>
                      <w:b/>
                      <w:color w:val="000000"/>
                    </w:rPr>
                    <w:t>KRITERIJI USPEŠNOSTI</w:t>
                  </w:r>
                </w:p>
              </w:tc>
            </w:tr>
          </w:tbl>
          <w:p w14:paraId="5C5C4033" w14:textId="77777777" w:rsidR="00187E2C" w:rsidRDefault="00187E2C"/>
          <w:p w14:paraId="5A17CF73" w14:textId="77777777" w:rsidR="00187E2C" w:rsidRDefault="00000000">
            <w:pPr>
              <w:spacing w:before="20" w:after="20" w:line="245" w:lineRule="auto"/>
            </w:pPr>
            <w:r>
              <w:rPr>
                <w:b/>
                <w:color w:val="000000"/>
                <w:sz w:val="16"/>
              </w:rPr>
              <w:t>Uspešen/-na bom, ko:</w:t>
            </w:r>
          </w:p>
          <w:p w14:paraId="5E7E5055" w14:textId="77777777" w:rsidR="00187E2C" w:rsidRDefault="00000000">
            <w:pPr>
              <w:pStyle w:val="Oznaenseznam"/>
              <w:spacing w:after="16"/>
            </w:pPr>
            <w:r>
              <w:rPr>
                <w:color w:val="000000"/>
                <w:sz w:val="16"/>
              </w:rPr>
              <w:t>razumem preprost opis osebe</w:t>
            </w:r>
          </w:p>
          <w:p w14:paraId="2EDCB9C0" w14:textId="77777777" w:rsidR="00187E2C" w:rsidRDefault="00000000">
            <w:pPr>
              <w:pStyle w:val="Oznaenseznam"/>
              <w:spacing w:after="16"/>
            </w:pPr>
            <w:r>
              <w:rPr>
                <w:color w:val="000000"/>
                <w:sz w:val="16"/>
              </w:rPr>
              <w:t>v govornem nastopu opišem samega sebe</w:t>
            </w:r>
          </w:p>
          <w:p w14:paraId="64CED1AA" w14:textId="77777777" w:rsidR="00187E2C" w:rsidRDefault="00000000">
            <w:pPr>
              <w:pStyle w:val="Oznaenseznam"/>
              <w:spacing w:after="16"/>
            </w:pPr>
            <w:r>
              <w:rPr>
                <w:color w:val="000000"/>
                <w:sz w:val="16"/>
              </w:rPr>
              <w:t>uporabljam razumljive povedi</w:t>
            </w:r>
          </w:p>
          <w:p w14:paraId="6D4E5B92" w14:textId="77777777" w:rsidR="00187E2C" w:rsidRDefault="00000000">
            <w:pPr>
              <w:pStyle w:val="Oznaenseznam"/>
              <w:spacing w:after="16"/>
            </w:pPr>
            <w:r>
              <w:rPr>
                <w:color w:val="000000"/>
                <w:sz w:val="16"/>
              </w:rPr>
              <w:t>prepoznam in poimenujem veliko tiskano črko M ter jo povežem z glasom /m/</w:t>
            </w:r>
          </w:p>
          <w:p w14:paraId="721BD0B2" w14:textId="77777777" w:rsidR="00187E2C" w:rsidRDefault="00000000">
            <w:pPr>
              <w:pStyle w:val="Oznaenseznam"/>
              <w:spacing w:after="16"/>
            </w:pPr>
            <w:r>
              <w:rPr>
                <w:color w:val="000000"/>
                <w:sz w:val="16"/>
              </w:rPr>
              <w:t>veččutno oblikujem in čitljivo zapišem veliko tiskano črko M</w:t>
            </w:r>
          </w:p>
          <w:p w14:paraId="302222CB" w14:textId="77777777" w:rsidR="00187E2C" w:rsidRDefault="00000000">
            <w:pPr>
              <w:pStyle w:val="Oznaenseznam"/>
              <w:spacing w:after="16"/>
            </w:pPr>
            <w:r>
              <w:rPr>
                <w:color w:val="000000"/>
                <w:sz w:val="16"/>
              </w:rPr>
              <w:t>berem in sestavlja zloge oziroma besede z znanimi črkami: MAMA • MAMI • IMAM • MIMO</w:t>
            </w:r>
          </w:p>
          <w:p w14:paraId="289D8F67"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F932B19" w14:textId="77777777" w:rsidR="00187E2C" w:rsidRDefault="00187E2C"/>
          <w:p w14:paraId="0BE93F44"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E2CDDBC" w14:textId="77777777" w:rsidR="00187E2C" w:rsidRDefault="00000000">
            <w:pPr>
              <w:spacing w:after="80" w:line="245" w:lineRule="auto"/>
            </w:pPr>
            <w:r>
              <w:rPr>
                <w:color w:val="000000"/>
                <w:sz w:val="16"/>
              </w:rPr>
              <w:t>Pove, pokaže ali nariše, kaj že ve in katero strategijo bi uporabil.</w:t>
            </w:r>
          </w:p>
          <w:p w14:paraId="6A433A74" w14:textId="77777777" w:rsidR="00187E2C" w:rsidRDefault="00000000">
            <w:pPr>
              <w:spacing w:after="100" w:line="245" w:lineRule="auto"/>
            </w:pPr>
            <w:r>
              <w:rPr>
                <w:color w:val="000000"/>
                <w:sz w:val="16"/>
              </w:rPr>
              <w:t>Sodeluje pri razumevanju namenov in kriterijev uspešnosti.</w:t>
            </w:r>
          </w:p>
          <w:p w14:paraId="30266715" w14:textId="77777777" w:rsidR="00187E2C" w:rsidRDefault="00000000">
            <w:pPr>
              <w:spacing w:after="20" w:line="245" w:lineRule="auto"/>
            </w:pPr>
            <w:r>
              <w:rPr>
                <w:b/>
                <w:color w:val="D95BC6"/>
                <w:sz w:val="17"/>
              </w:rPr>
              <w:t>DOKAZ O UČENJU</w:t>
            </w:r>
          </w:p>
          <w:p w14:paraId="4C4D5C88"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0E96CD6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67B098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A53CA3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B820809" w14:textId="77777777" w:rsidR="00187E2C" w:rsidRDefault="00000000">
            <w:pPr>
              <w:jc w:val="center"/>
            </w:pPr>
            <w:r>
              <w:rPr>
                <w:b/>
                <w:color w:val="000000"/>
                <w:sz w:val="20"/>
              </w:rPr>
              <w:t>UČNE DEJAVNOSTI, METODE IN FORMATIVNO SPREMLJANJE</w:t>
            </w:r>
          </w:p>
        </w:tc>
      </w:tr>
      <w:tr w:rsidR="00187E2C" w14:paraId="7E9800D7" w14:textId="77777777">
        <w:trPr>
          <w:tblHeader/>
          <w:jc w:val="center"/>
        </w:trPr>
        <w:tc>
          <w:tcPr>
            <w:tcW w:w="4422" w:type="dxa"/>
            <w:vMerge/>
            <w:tcMar>
              <w:top w:w="70" w:type="dxa"/>
              <w:left w:w="90" w:type="dxa"/>
              <w:bottom w:w="70" w:type="dxa"/>
              <w:right w:w="90" w:type="dxa"/>
            </w:tcMar>
            <w:vAlign w:val="center"/>
          </w:tcPr>
          <w:p w14:paraId="0928513D" w14:textId="77777777" w:rsidR="00187E2C" w:rsidRDefault="00187E2C"/>
        </w:tc>
        <w:tc>
          <w:tcPr>
            <w:tcW w:w="7087" w:type="dxa"/>
            <w:shd w:val="clear" w:color="auto" w:fill="FFFFFF"/>
            <w:tcMar>
              <w:top w:w="70" w:type="dxa"/>
              <w:left w:w="90" w:type="dxa"/>
              <w:bottom w:w="70" w:type="dxa"/>
              <w:right w:w="90" w:type="dxa"/>
            </w:tcMar>
            <w:vAlign w:val="center"/>
          </w:tcPr>
          <w:p w14:paraId="6AC14D8D"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C90380" w14:textId="77777777" w:rsidR="00187E2C" w:rsidRDefault="00000000">
            <w:pPr>
              <w:jc w:val="center"/>
            </w:pPr>
            <w:r>
              <w:rPr>
                <w:b/>
                <w:color w:val="000000"/>
              </w:rPr>
              <w:t>UČENEC</w:t>
            </w:r>
          </w:p>
        </w:tc>
      </w:tr>
      <w:tr w:rsidR="00187E2C" w14:paraId="08D5988D" w14:textId="77777777">
        <w:trPr>
          <w:jc w:val="center"/>
        </w:trPr>
        <w:tc>
          <w:tcPr>
            <w:tcW w:w="4422" w:type="dxa"/>
            <w:tcMar>
              <w:top w:w="70" w:type="dxa"/>
              <w:left w:w="90" w:type="dxa"/>
              <w:bottom w:w="70" w:type="dxa"/>
              <w:right w:w="90" w:type="dxa"/>
            </w:tcMar>
          </w:tcPr>
          <w:p w14:paraId="286532EA" w14:textId="77777777" w:rsidR="00187E2C" w:rsidRDefault="00187E2C"/>
          <w:p w14:paraId="4D5F09C2" w14:textId="77777777" w:rsidR="00187E2C" w:rsidRDefault="00000000">
            <w:pPr>
              <w:spacing w:after="40" w:line="245" w:lineRule="auto"/>
            </w:pPr>
            <w:r>
              <w:rPr>
                <w:b/>
                <w:color w:val="000000"/>
              </w:rPr>
              <w:t>KLJUČNI POJMI</w:t>
            </w:r>
          </w:p>
          <w:p w14:paraId="52062DA5" w14:textId="77777777" w:rsidR="00187E2C" w:rsidRDefault="00000000">
            <w:pPr>
              <w:spacing w:after="60" w:line="245" w:lineRule="auto"/>
            </w:pPr>
            <w:r>
              <w:rPr>
                <w:color w:val="000000"/>
                <w:sz w:val="15"/>
              </w:rPr>
              <w:t>glas /m/, črka M, zlog, beseda, poved, smer poteze, bralna strategija, naslov, avtor, ilustrator, književna oseba</w:t>
            </w:r>
          </w:p>
          <w:p w14:paraId="5211E86F" w14:textId="77777777" w:rsidR="00187E2C" w:rsidRDefault="00000000">
            <w:pPr>
              <w:spacing w:after="20" w:line="245" w:lineRule="auto"/>
            </w:pPr>
            <w:r>
              <w:rPr>
                <w:b/>
                <w:color w:val="000000"/>
                <w:sz w:val="17"/>
              </w:rPr>
              <w:t>DOKAZI O UČENJU</w:t>
            </w:r>
          </w:p>
          <w:p w14:paraId="140ECDD5" w14:textId="77777777" w:rsidR="00187E2C" w:rsidRDefault="00000000">
            <w:pPr>
              <w:pStyle w:val="Oznaenseznam"/>
              <w:spacing w:after="9"/>
            </w:pPr>
            <w:r>
              <w:rPr>
                <w:color w:val="000000"/>
                <w:sz w:val="15"/>
              </w:rPr>
              <w:t>odziv med poslušanjem, izbrana slika in ena poved o doživetju.</w:t>
            </w:r>
          </w:p>
          <w:p w14:paraId="16FB2040" w14:textId="77777777" w:rsidR="00187E2C" w:rsidRDefault="00000000">
            <w:pPr>
              <w:pStyle w:val="Oznaenseznam"/>
              <w:spacing w:after="9"/>
            </w:pPr>
            <w:r>
              <w:rPr>
                <w:color w:val="000000"/>
                <w:sz w:val="15"/>
              </w:rPr>
              <w:t>zvočni posnetek ali anekdotski zapis kratke izmenjave.</w:t>
            </w:r>
          </w:p>
          <w:p w14:paraId="3B10EFBF" w14:textId="77777777" w:rsidR="00187E2C" w:rsidRDefault="00000000">
            <w:pPr>
              <w:pStyle w:val="Oznaenseznam"/>
              <w:spacing w:after="9"/>
            </w:pPr>
            <w:r>
              <w:rPr>
                <w:color w:val="000000"/>
                <w:sz w:val="15"/>
              </w:rPr>
              <w:t>pravilno sestavljen primer in učenčeva ustna razlaga postopka.</w:t>
            </w:r>
          </w:p>
          <w:p w14:paraId="13CA4A95" w14:textId="77777777" w:rsidR="00187E2C" w:rsidRDefault="00000000">
            <w:pPr>
              <w:pStyle w:val="Oznaenseznam"/>
              <w:spacing w:after="9"/>
            </w:pPr>
            <w:r>
              <w:rPr>
                <w:color w:val="000000"/>
                <w:sz w:val="15"/>
              </w:rPr>
              <w:t>štiri pravilne glasovne odločitve, izbor črke M in kratka učenčeva razlaga.</w:t>
            </w:r>
          </w:p>
          <w:p w14:paraId="529BE196" w14:textId="77777777" w:rsidR="00187E2C" w:rsidRDefault="00000000">
            <w:pPr>
              <w:pStyle w:val="Oznaenseznam"/>
              <w:spacing w:after="9"/>
            </w:pPr>
            <w:r>
              <w:rPr>
                <w:color w:val="000000"/>
                <w:sz w:val="15"/>
              </w:rPr>
              <w:t>fotografija konstrukcije črke M, opazovalni zapis smeri potez in datirana vrstica treh zapisov.</w:t>
            </w:r>
          </w:p>
          <w:p w14:paraId="412A1ED2" w14:textId="77777777" w:rsidR="00187E2C" w:rsidRDefault="00000000">
            <w:pPr>
              <w:pStyle w:val="Oznaenseznam"/>
              <w:spacing w:after="9"/>
            </w:pPr>
            <w:r>
              <w:rPr>
                <w:color w:val="000000"/>
                <w:sz w:val="15"/>
              </w:rPr>
              <w:t>izpolnjen Bralni list 13, individualni bralni zapis, sestavljen ali zapisan primer s črko M in samovrednotenje.</w:t>
            </w:r>
          </w:p>
          <w:p w14:paraId="07ED2447" w14:textId="77777777" w:rsidR="00187E2C" w:rsidRDefault="00000000">
            <w:pPr>
              <w:spacing w:before="40" w:after="20" w:line="245" w:lineRule="auto"/>
            </w:pPr>
            <w:r>
              <w:rPr>
                <w:b/>
                <w:color w:val="000000"/>
                <w:sz w:val="17"/>
              </w:rPr>
              <w:t>KNJIŽEVNO DOŽIVETJE IN IZKUŠENJSKI POUK</w:t>
            </w:r>
          </w:p>
          <w:p w14:paraId="2F955DEF"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10415EC3" w14:textId="77777777" w:rsidR="00187E2C" w:rsidRDefault="00000000">
            <w:pPr>
              <w:spacing w:after="20" w:line="245" w:lineRule="auto"/>
            </w:pPr>
            <w:r>
              <w:rPr>
                <w:b/>
                <w:color w:val="000000"/>
                <w:sz w:val="17"/>
              </w:rPr>
              <w:t>POUČEVANJE V GIBANJU</w:t>
            </w:r>
          </w:p>
          <w:p w14:paraId="36DD1683"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5AB577DB" w14:textId="77777777" w:rsidR="00187E2C" w:rsidRDefault="00000000">
            <w:pPr>
              <w:spacing w:after="20" w:line="245" w:lineRule="auto"/>
            </w:pPr>
            <w:r>
              <w:rPr>
                <w:b/>
                <w:color w:val="000000"/>
                <w:sz w:val="17"/>
              </w:rPr>
              <w:t>DELO PO POSTAJAH</w:t>
            </w:r>
          </w:p>
          <w:p w14:paraId="7EC3E558" w14:textId="77777777" w:rsidR="00187E2C" w:rsidRDefault="00000000">
            <w:pPr>
              <w:spacing w:after="60" w:line="245" w:lineRule="auto"/>
            </w:pPr>
            <w:r>
              <w:rPr>
                <w:color w:val="000000"/>
                <w:sz w:val="15"/>
              </w:rPr>
              <w:t>1. doživljajsko-književna – poslušanje, pogovor, igra vlog in predmetno/slikovno izhodišče; 2. glasovno-gibalna – slišim glas /m/, razvrščam besede in sestavljam žive zloge; 3. bralna – ČRKA M • BRALNI LIST 13, modelirano, vodeno ali ponovljeno branje; 4. tipno-grafomotorična – črko M oblikujem, hodim po njeni poti in jo zapišem ter izbor dokaza, povratna informacija in naslednji korak.</w:t>
            </w:r>
          </w:p>
          <w:p w14:paraId="3C426A8A" w14:textId="77777777" w:rsidR="00187E2C" w:rsidRDefault="00000000">
            <w:pPr>
              <w:spacing w:after="20" w:line="245" w:lineRule="auto"/>
            </w:pPr>
            <w:r>
              <w:rPr>
                <w:b/>
                <w:color w:val="000000"/>
                <w:sz w:val="17"/>
              </w:rPr>
              <w:t>DIFERENCIACIJA IN VKLJUČEVANJE</w:t>
            </w:r>
          </w:p>
          <w:p w14:paraId="5AFDF67D"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5BE608C1" w14:textId="77777777" w:rsidR="00187E2C" w:rsidRDefault="00000000">
            <w:pPr>
              <w:spacing w:after="20" w:line="245" w:lineRule="auto"/>
            </w:pPr>
            <w:r>
              <w:rPr>
                <w:b/>
                <w:color w:val="000000"/>
                <w:sz w:val="17"/>
              </w:rPr>
              <w:t>SPREMLJANJE</w:t>
            </w:r>
          </w:p>
          <w:p w14:paraId="22EAAACF"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1FA780B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24018DA" w14:textId="77777777">
              <w:trPr>
                <w:jc w:val="center"/>
              </w:trPr>
              <w:tc>
                <w:tcPr>
                  <w:tcW w:w="7087" w:type="dxa"/>
                  <w:shd w:val="clear" w:color="auto" w:fill="C6E7F3"/>
                  <w:tcMar>
                    <w:top w:w="45" w:type="dxa"/>
                    <w:left w:w="70" w:type="dxa"/>
                    <w:bottom w:w="45" w:type="dxa"/>
                    <w:right w:w="70" w:type="dxa"/>
                  </w:tcMar>
                </w:tcPr>
                <w:p w14:paraId="7802E60A" w14:textId="77777777" w:rsidR="00187E2C" w:rsidRDefault="00000000">
                  <w:pPr>
                    <w:keepNext/>
                  </w:pPr>
                  <w:r>
                    <w:rPr>
                      <w:b/>
                      <w:color w:val="000000"/>
                      <w:sz w:val="17"/>
                    </w:rPr>
                    <w:t>GLAVNI DEL – DOŽIVLJAJSKO, JEZIKOVNO IN OPISMENJEVALNO UČENJE (6 šolskih ur)</w:t>
                  </w:r>
                </w:p>
              </w:tc>
            </w:tr>
          </w:tbl>
          <w:p w14:paraId="1006298E" w14:textId="77777777" w:rsidR="00187E2C" w:rsidRDefault="00187E2C">
            <w:pPr>
              <w:spacing w:line="20" w:lineRule="exact"/>
            </w:pPr>
          </w:p>
          <w:p w14:paraId="5774F591" w14:textId="77777777" w:rsidR="00187E2C" w:rsidRDefault="00000000">
            <w:pPr>
              <w:keepNext/>
              <w:spacing w:before="22" w:after="6" w:line="245" w:lineRule="auto"/>
            </w:pPr>
            <w:r>
              <w:rPr>
                <w:b/>
                <w:color w:val="000000"/>
                <w:sz w:val="15"/>
              </w:rPr>
              <w:t>1. URA – Opis sebe – Poslušam in doživljam</w:t>
            </w:r>
          </w:p>
          <w:p w14:paraId="3CFD925E"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»opis sebe • velika tiskana črka m • bralni list 13«; sproti zbira individualne dokaze in prilagodi oporo.</w:t>
            </w:r>
          </w:p>
          <w:p w14:paraId="66E5000E"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»razume preprost opis osebe«.</w:t>
            </w:r>
          </w:p>
          <w:p w14:paraId="7A40061A" w14:textId="77777777" w:rsidR="00187E2C" w:rsidRDefault="00000000">
            <w:pPr>
              <w:spacing w:after="15" w:line="245" w:lineRule="auto"/>
            </w:pPr>
            <w:r>
              <w:rPr>
                <w:i/>
                <w:color w:val="D95BC6"/>
                <w:sz w:val="14"/>
              </w:rPr>
              <w:t>Predvideni dokaz: odziv med poslušanjem, izbrana slika in ena poved o doživetju..</w:t>
            </w:r>
          </w:p>
          <w:p w14:paraId="05371EAA" w14:textId="77777777" w:rsidR="00187E2C" w:rsidRDefault="00000000">
            <w:pPr>
              <w:keepNext/>
              <w:spacing w:before="22" w:after="6" w:line="245" w:lineRule="auto"/>
            </w:pPr>
            <w:r>
              <w:rPr>
                <w:b/>
                <w:color w:val="000000"/>
                <w:sz w:val="15"/>
              </w:rPr>
              <w:t>2. URA – Opis sebe – Govorim in pojasnjujem</w:t>
            </w:r>
          </w:p>
          <w:p w14:paraId="2EA0261E"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50E315E1"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»v govornem nastopu opiše samega sebe«.</w:t>
            </w:r>
          </w:p>
          <w:p w14:paraId="32CB2F6E" w14:textId="77777777" w:rsidR="00187E2C" w:rsidRDefault="00000000">
            <w:pPr>
              <w:spacing w:after="15" w:line="245" w:lineRule="auto"/>
            </w:pPr>
            <w:r>
              <w:rPr>
                <w:i/>
                <w:color w:val="D95BC6"/>
                <w:sz w:val="14"/>
              </w:rPr>
              <w:t>Predvideni dokaz: zvočni posnetek ali anekdotski zapis kratke izmenjave..</w:t>
            </w:r>
          </w:p>
          <w:p w14:paraId="37E76EDF" w14:textId="77777777" w:rsidR="00187E2C" w:rsidRDefault="00000000">
            <w:pPr>
              <w:keepNext/>
              <w:spacing w:before="22" w:after="6" w:line="245" w:lineRule="auto"/>
            </w:pPr>
            <w:r>
              <w:rPr>
                <w:b/>
                <w:color w:val="000000"/>
                <w:sz w:val="15"/>
              </w:rPr>
              <w:t>3. URA – Opis sebe – Razčlenjujem jezik</w:t>
            </w:r>
          </w:p>
          <w:p w14:paraId="449527AB"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291FAFFA"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»uporablja razumljive povedi«.</w:t>
            </w:r>
          </w:p>
          <w:p w14:paraId="3FAED007" w14:textId="77777777" w:rsidR="00187E2C" w:rsidRDefault="00000000">
            <w:pPr>
              <w:spacing w:after="15" w:line="245" w:lineRule="auto"/>
            </w:pPr>
            <w:r>
              <w:rPr>
                <w:i/>
                <w:color w:val="D95BC6"/>
                <w:sz w:val="14"/>
              </w:rPr>
              <w:t>Predvideni dokaz: pravilno sestavljen primer in učenčeva ustna razlaga postopka..</w:t>
            </w:r>
          </w:p>
          <w:p w14:paraId="306F7DF3" w14:textId="77777777" w:rsidR="00187E2C" w:rsidRDefault="00000000">
            <w:pPr>
              <w:keepNext/>
              <w:spacing w:before="22" w:after="6" w:line="245" w:lineRule="auto"/>
            </w:pPr>
            <w:r>
              <w:rPr>
                <w:b/>
                <w:color w:val="000000"/>
                <w:sz w:val="15"/>
              </w:rPr>
              <w:t>4. URA – SLIŠIM GLAS /m/ IN ODKRIVAM ČRKO M</w:t>
            </w:r>
          </w:p>
          <w:p w14:paraId="403FB236"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(muca, mama, dom, sem); učenci se premikajo v kote začetek–sredina–konec, nato med črkami poiščejo M in jo oblikujejo s telesom.</w:t>
            </w:r>
          </w:p>
          <w:p w14:paraId="66A4A0C6"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M ter jo predstavi s telesom ali vrvjo.</w:t>
            </w:r>
          </w:p>
          <w:p w14:paraId="54B8BFFE" w14:textId="77777777" w:rsidR="00187E2C" w:rsidRDefault="00000000">
            <w:pPr>
              <w:spacing w:after="15" w:line="245" w:lineRule="auto"/>
            </w:pPr>
            <w:r>
              <w:rPr>
                <w:i/>
                <w:color w:val="D95BC6"/>
                <w:sz w:val="14"/>
              </w:rPr>
              <w:t>Predvideni dokaz: štiri pravilne glasovne odločitve, izbor črke M in kratka učenčeva razlaga..</w:t>
            </w:r>
          </w:p>
          <w:p w14:paraId="4EAA5AF9" w14:textId="77777777" w:rsidR="00187E2C" w:rsidRDefault="00000000">
            <w:pPr>
              <w:keepNext/>
              <w:spacing w:before="22" w:after="6" w:line="245" w:lineRule="auto"/>
            </w:pPr>
            <w:r>
              <w:rPr>
                <w:b/>
                <w:color w:val="000000"/>
                <w:sz w:val="15"/>
              </w:rPr>
              <w:t>5. URA – Oblikujem in pišem črko M</w:t>
            </w:r>
          </w:p>
          <w:p w14:paraId="7870EB47"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1EFF076B" w14:textId="77777777" w:rsidR="00187E2C" w:rsidRDefault="00000000">
            <w:pPr>
              <w:spacing w:after="7" w:line="245" w:lineRule="auto"/>
            </w:pPr>
            <w:r>
              <w:rPr>
                <w:b/>
                <w:color w:val="000000"/>
                <w:sz w:val="14"/>
              </w:rPr>
              <w:t xml:space="preserve">Dejavnost učencev: </w:t>
            </w:r>
            <w:r>
              <w:rPr>
                <w:color w:val="000000"/>
                <w:sz w:val="14"/>
              </w:rPr>
              <w:t>Črko M gradi in zapisuje na različnih podlagah, nato preide na manjši format; po povratni informaciji ponovi isti zapis.</w:t>
            </w:r>
          </w:p>
          <w:p w14:paraId="38CC5AD4" w14:textId="77777777" w:rsidR="00187E2C" w:rsidRDefault="00000000">
            <w:pPr>
              <w:spacing w:after="15" w:line="245" w:lineRule="auto"/>
            </w:pPr>
            <w:r>
              <w:rPr>
                <w:i/>
                <w:color w:val="D95BC6"/>
                <w:sz w:val="14"/>
              </w:rPr>
              <w:t>Predvideni dokaz: fotografija konstrukcije črke M, opazovalni zapis smeri potez in datirana vrstica treh zapisov..</w:t>
            </w:r>
          </w:p>
          <w:p w14:paraId="12C55162" w14:textId="77777777" w:rsidR="00187E2C" w:rsidRDefault="00000000">
            <w:pPr>
              <w:keepNext/>
              <w:spacing w:before="22" w:after="6" w:line="245" w:lineRule="auto"/>
            </w:pPr>
            <w:r>
              <w:rPr>
                <w:b/>
                <w:color w:val="000000"/>
                <w:sz w:val="15"/>
              </w:rPr>
              <w:t>6. URA – Berem in uporabim črko M</w:t>
            </w:r>
          </w:p>
          <w:p w14:paraId="36CFD253"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M in Bralni list 13; gradivo omeji na znane črke A, E, I, O, U, N, M.</w:t>
            </w:r>
          </w:p>
          <w:p w14:paraId="5DC49D0E" w14:textId="77777777" w:rsidR="00187E2C" w:rsidRDefault="00000000">
            <w:pPr>
              <w:spacing w:after="7" w:line="245" w:lineRule="auto"/>
            </w:pPr>
            <w:r>
              <w:rPr>
                <w:b/>
                <w:color w:val="000000"/>
                <w:sz w:val="14"/>
              </w:rPr>
              <w:t xml:space="preserve">Dejavnost učencev: </w:t>
            </w:r>
            <w:r>
              <w:rPr>
                <w:color w:val="000000"/>
                <w:sz w:val="14"/>
              </w:rPr>
              <w:t>Sestavlja, premešča in bere MA • ME • MI • MO • MU • AM • EM • IM • OM • UM ter MAMA • MAMI • IMAM • MIMO; izbere zahtevnost in rešuje Bralni list 13.</w:t>
            </w:r>
          </w:p>
          <w:p w14:paraId="5ACA194C" w14:textId="77777777" w:rsidR="00187E2C" w:rsidRDefault="00000000">
            <w:pPr>
              <w:spacing w:after="15" w:line="245" w:lineRule="auto"/>
            </w:pPr>
            <w:r>
              <w:rPr>
                <w:i/>
                <w:color w:val="D95BC6"/>
                <w:sz w:val="14"/>
              </w:rPr>
              <w:t>Predvideni dokaz: izpolnjen Bralni list 13, individualni bralni zapis, sestavljen ali zapisan primer s črko M in samovrednotenje..</w:t>
            </w:r>
          </w:p>
          <w:tbl>
            <w:tblPr>
              <w:tblStyle w:val="Tabelamrea"/>
              <w:tblW w:w="0" w:type="auto"/>
              <w:jc w:val="center"/>
              <w:tblLayout w:type="fixed"/>
              <w:tblLook w:val="04A0" w:firstRow="1" w:lastRow="0" w:firstColumn="1" w:lastColumn="0" w:noHBand="0" w:noVBand="1"/>
            </w:tblPr>
            <w:tblGrid>
              <w:gridCol w:w="7087"/>
            </w:tblGrid>
            <w:tr w:rsidR="00187E2C" w14:paraId="300E7819" w14:textId="77777777">
              <w:trPr>
                <w:jc w:val="center"/>
              </w:trPr>
              <w:tc>
                <w:tcPr>
                  <w:tcW w:w="7087" w:type="dxa"/>
                  <w:shd w:val="clear" w:color="auto" w:fill="EDC9EA"/>
                  <w:tcMar>
                    <w:top w:w="45" w:type="dxa"/>
                    <w:left w:w="70" w:type="dxa"/>
                    <w:bottom w:w="45" w:type="dxa"/>
                    <w:right w:w="70" w:type="dxa"/>
                  </w:tcMar>
                </w:tcPr>
                <w:p w14:paraId="16395214" w14:textId="77777777" w:rsidR="00187E2C" w:rsidRDefault="00000000">
                  <w:pPr>
                    <w:keepNext/>
                  </w:pPr>
                  <w:r>
                    <w:rPr>
                      <w:b/>
                      <w:color w:val="000000"/>
                      <w:sz w:val="17"/>
                    </w:rPr>
                    <w:t>POVRATNA INFORMACIJA UČITELJICE MED DELOM</w:t>
                  </w:r>
                </w:p>
              </w:tc>
            </w:tr>
          </w:tbl>
          <w:p w14:paraId="36221EB7" w14:textId="77777777" w:rsidR="00187E2C" w:rsidRDefault="00187E2C"/>
          <w:p w14:paraId="56011ED5"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0408AEBE" w14:textId="77777777" w:rsidR="00187E2C" w:rsidRDefault="00187E2C"/>
          <w:p w14:paraId="5C246EF0" w14:textId="77777777" w:rsidR="00187E2C" w:rsidRDefault="00000000">
            <w:pPr>
              <w:spacing w:after="4" w:line="245" w:lineRule="auto"/>
            </w:pPr>
            <w:r>
              <w:rPr>
                <w:b/>
                <w:color w:val="000000"/>
                <w:sz w:val="15"/>
              </w:rPr>
              <w:t>1. URA – Opis sebe – Poslušam in doživljam</w:t>
            </w:r>
          </w:p>
          <w:p w14:paraId="7CC0C4B3" w14:textId="77777777" w:rsidR="00187E2C" w:rsidRDefault="00000000">
            <w:pPr>
              <w:spacing w:after="7" w:line="245" w:lineRule="auto"/>
            </w:pPr>
            <w:r>
              <w:rPr>
                <w:color w:val="000000"/>
                <w:sz w:val="14"/>
              </w:rPr>
              <w:t>Napoveduje ob naslovu/sliki, med poslušanjem pokaže dogovorjen znak in po poslušanju izbere sliko občutja.</w:t>
            </w:r>
          </w:p>
          <w:p w14:paraId="0A470D3A" w14:textId="77777777" w:rsidR="00187E2C" w:rsidRDefault="00000000">
            <w:pPr>
              <w:spacing w:after="15" w:line="245" w:lineRule="auto"/>
            </w:pPr>
            <w:r>
              <w:rPr>
                <w:color w:val="D95BC6"/>
                <w:sz w:val="13"/>
              </w:rPr>
              <w:t>Dokaz: odziv med poslušanjem, izbrana slika in ena poved o doživetju.</w:t>
            </w:r>
          </w:p>
          <w:p w14:paraId="62D329D5" w14:textId="77777777" w:rsidR="00187E2C" w:rsidRDefault="00000000">
            <w:pPr>
              <w:spacing w:after="4" w:line="245" w:lineRule="auto"/>
            </w:pPr>
            <w:r>
              <w:rPr>
                <w:b/>
                <w:color w:val="000000"/>
                <w:sz w:val="15"/>
              </w:rPr>
              <w:t>2. URA – Opis sebe – Govorim in pojasnjujem</w:t>
            </w:r>
          </w:p>
          <w:p w14:paraId="59F8C052" w14:textId="77777777" w:rsidR="00187E2C" w:rsidRDefault="00000000">
            <w:pPr>
              <w:spacing w:after="7" w:line="245" w:lineRule="auto"/>
            </w:pPr>
            <w:r>
              <w:rPr>
                <w:color w:val="000000"/>
                <w:sz w:val="14"/>
              </w:rPr>
              <w:t>V paru govori in posluša, zamenja vlogo, postavi vprašanje ter uporabi besedo iz tedenske besedne banke.</w:t>
            </w:r>
          </w:p>
          <w:p w14:paraId="36F6F1DE" w14:textId="77777777" w:rsidR="00187E2C" w:rsidRDefault="00000000">
            <w:pPr>
              <w:spacing w:after="15" w:line="245" w:lineRule="auto"/>
            </w:pPr>
            <w:r>
              <w:rPr>
                <w:color w:val="D95BC6"/>
                <w:sz w:val="13"/>
              </w:rPr>
              <w:t>Dokaz: zvočni posnetek ali anekdotski zapis kratke izmenjave.</w:t>
            </w:r>
          </w:p>
          <w:p w14:paraId="3AA99097" w14:textId="77777777" w:rsidR="00187E2C" w:rsidRDefault="00000000">
            <w:pPr>
              <w:spacing w:after="4" w:line="245" w:lineRule="auto"/>
            </w:pPr>
            <w:r>
              <w:rPr>
                <w:b/>
                <w:color w:val="000000"/>
                <w:sz w:val="15"/>
              </w:rPr>
              <w:t>3. URA – Opis sebe – Razčlenjujem jezik</w:t>
            </w:r>
          </w:p>
          <w:p w14:paraId="161CBA83" w14:textId="77777777" w:rsidR="00187E2C" w:rsidRDefault="00000000">
            <w:pPr>
              <w:spacing w:after="7" w:line="245" w:lineRule="auto"/>
            </w:pPr>
            <w:r>
              <w:rPr>
                <w:color w:val="000000"/>
                <w:sz w:val="14"/>
              </w:rPr>
              <w:t>Ploska, stopa, razstavlja in sestavlja; primer razvrsti ter svojo rešitev preveri s sošolcem.</w:t>
            </w:r>
          </w:p>
          <w:p w14:paraId="672BFC45" w14:textId="77777777" w:rsidR="00187E2C" w:rsidRDefault="00000000">
            <w:pPr>
              <w:spacing w:after="15" w:line="245" w:lineRule="auto"/>
            </w:pPr>
            <w:r>
              <w:rPr>
                <w:color w:val="D95BC6"/>
                <w:sz w:val="13"/>
              </w:rPr>
              <w:t>Dokaz: pravilno sestavljen primer in učenčeva ustna razlaga postopka.</w:t>
            </w:r>
          </w:p>
          <w:p w14:paraId="1D79C440" w14:textId="77777777" w:rsidR="00187E2C" w:rsidRDefault="00000000">
            <w:pPr>
              <w:spacing w:after="4" w:line="245" w:lineRule="auto"/>
            </w:pPr>
            <w:r>
              <w:rPr>
                <w:b/>
                <w:color w:val="000000"/>
                <w:sz w:val="15"/>
              </w:rPr>
              <w:t>4. URA – SLIŠIM GLAS /m/ IN ODKRIVAM ČRKO M</w:t>
            </w:r>
          </w:p>
          <w:p w14:paraId="636A9547" w14:textId="77777777" w:rsidR="00187E2C" w:rsidRDefault="00000000">
            <w:pPr>
              <w:spacing w:after="7" w:line="245" w:lineRule="auto"/>
            </w:pPr>
            <w:r>
              <w:rPr>
                <w:color w:val="000000"/>
                <w:sz w:val="14"/>
              </w:rPr>
              <w:t>Besede razvršča z gibanjem, za vsak glas položi žeton, med znaki poišče M ter jo predstavi s telesom ali vrvjo.</w:t>
            </w:r>
          </w:p>
          <w:p w14:paraId="0AEDB052" w14:textId="77777777" w:rsidR="00187E2C" w:rsidRDefault="00000000">
            <w:pPr>
              <w:spacing w:after="15" w:line="245" w:lineRule="auto"/>
            </w:pPr>
            <w:r>
              <w:rPr>
                <w:color w:val="D95BC6"/>
                <w:sz w:val="13"/>
              </w:rPr>
              <w:t>Dokaz: štiri pravilne glasovne odločitve, izbor črke M in kratka učenčeva razlaga.</w:t>
            </w:r>
          </w:p>
          <w:p w14:paraId="5B91E000" w14:textId="77777777" w:rsidR="00187E2C" w:rsidRDefault="00000000">
            <w:pPr>
              <w:spacing w:after="4" w:line="245" w:lineRule="auto"/>
            </w:pPr>
            <w:r>
              <w:rPr>
                <w:b/>
                <w:color w:val="000000"/>
                <w:sz w:val="15"/>
              </w:rPr>
              <w:t>5. URA – Oblikujem in pišem črko M</w:t>
            </w:r>
          </w:p>
          <w:p w14:paraId="064B5245" w14:textId="77777777" w:rsidR="00187E2C" w:rsidRDefault="00000000">
            <w:pPr>
              <w:spacing w:after="7" w:line="245" w:lineRule="auto"/>
            </w:pPr>
            <w:r>
              <w:rPr>
                <w:color w:val="000000"/>
                <w:sz w:val="14"/>
              </w:rPr>
              <w:t>Črko M gradi in zapisuje na različnih podlagah, nato preide na manjši format.</w:t>
            </w:r>
          </w:p>
          <w:p w14:paraId="129FD49F" w14:textId="77777777" w:rsidR="00187E2C" w:rsidRDefault="00000000">
            <w:pPr>
              <w:spacing w:after="15" w:line="245" w:lineRule="auto"/>
            </w:pPr>
            <w:r>
              <w:rPr>
                <w:color w:val="D95BC6"/>
                <w:sz w:val="13"/>
              </w:rPr>
              <w:t>Dokaz: fotografija konstrukcije črke M, opazovalni zapis smeri potez in datirana.</w:t>
            </w:r>
          </w:p>
          <w:p w14:paraId="18AC8A0B" w14:textId="77777777" w:rsidR="00187E2C" w:rsidRDefault="00000000">
            <w:pPr>
              <w:spacing w:after="4" w:line="245" w:lineRule="auto"/>
            </w:pPr>
            <w:r>
              <w:rPr>
                <w:b/>
                <w:color w:val="000000"/>
                <w:sz w:val="15"/>
              </w:rPr>
              <w:t>6. URA – Berem in uporabim črko M</w:t>
            </w:r>
          </w:p>
          <w:p w14:paraId="2E3876E7" w14:textId="77777777" w:rsidR="00187E2C" w:rsidRDefault="00000000">
            <w:pPr>
              <w:spacing w:after="7" w:line="245" w:lineRule="auto"/>
            </w:pPr>
            <w:r>
              <w:rPr>
                <w:color w:val="000000"/>
                <w:sz w:val="14"/>
              </w:rPr>
              <w:t>Sestavlja, premešča in bere MA • ME • MI • MO • MU • AM • EM • IM • OM • UM ter MAMA • MAMI • IMAM • MIMO.</w:t>
            </w:r>
          </w:p>
          <w:p w14:paraId="47364A85" w14:textId="77777777" w:rsidR="00187E2C" w:rsidRDefault="00000000">
            <w:pPr>
              <w:spacing w:after="15" w:line="245" w:lineRule="auto"/>
            </w:pPr>
            <w:r>
              <w:rPr>
                <w:color w:val="D95BC6"/>
                <w:sz w:val="13"/>
              </w:rPr>
              <w:t>Dokaz: izpolnjen Bralni list 13, individualni bralni zapis.</w:t>
            </w:r>
          </w:p>
        </w:tc>
      </w:tr>
    </w:tbl>
    <w:p w14:paraId="054A109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1949DA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56B79F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7332EBC" w14:textId="77777777" w:rsidR="00187E2C" w:rsidRDefault="00000000">
            <w:pPr>
              <w:jc w:val="center"/>
            </w:pPr>
            <w:r>
              <w:rPr>
                <w:b/>
                <w:color w:val="000000"/>
                <w:sz w:val="20"/>
              </w:rPr>
              <w:t>UČNE DEJAVNOSTI, METODE IN FORMATIVNO SPREMLJANJE</w:t>
            </w:r>
          </w:p>
        </w:tc>
      </w:tr>
      <w:tr w:rsidR="00187E2C" w14:paraId="669D952A" w14:textId="77777777">
        <w:trPr>
          <w:tblHeader/>
          <w:jc w:val="center"/>
        </w:trPr>
        <w:tc>
          <w:tcPr>
            <w:tcW w:w="4422" w:type="dxa"/>
            <w:vMerge/>
            <w:tcMar>
              <w:top w:w="70" w:type="dxa"/>
              <w:left w:w="90" w:type="dxa"/>
              <w:bottom w:w="70" w:type="dxa"/>
              <w:right w:w="90" w:type="dxa"/>
            </w:tcMar>
            <w:vAlign w:val="center"/>
          </w:tcPr>
          <w:p w14:paraId="4D707106" w14:textId="77777777" w:rsidR="00187E2C" w:rsidRDefault="00187E2C"/>
        </w:tc>
        <w:tc>
          <w:tcPr>
            <w:tcW w:w="7087" w:type="dxa"/>
            <w:shd w:val="clear" w:color="auto" w:fill="FFFFFF"/>
            <w:tcMar>
              <w:top w:w="70" w:type="dxa"/>
              <w:left w:w="90" w:type="dxa"/>
              <w:bottom w:w="70" w:type="dxa"/>
              <w:right w:w="90" w:type="dxa"/>
            </w:tcMar>
            <w:vAlign w:val="center"/>
          </w:tcPr>
          <w:p w14:paraId="6DACC1D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795BDC3" w14:textId="77777777" w:rsidR="00187E2C" w:rsidRDefault="00000000">
            <w:pPr>
              <w:jc w:val="center"/>
            </w:pPr>
            <w:r>
              <w:rPr>
                <w:b/>
                <w:color w:val="000000"/>
              </w:rPr>
              <w:t>UČENEC</w:t>
            </w:r>
          </w:p>
        </w:tc>
      </w:tr>
      <w:tr w:rsidR="00187E2C" w14:paraId="5DFA10DF" w14:textId="77777777">
        <w:trPr>
          <w:jc w:val="center"/>
        </w:trPr>
        <w:tc>
          <w:tcPr>
            <w:tcW w:w="4422" w:type="dxa"/>
            <w:tcMar>
              <w:top w:w="70" w:type="dxa"/>
              <w:left w:w="90" w:type="dxa"/>
              <w:bottom w:w="70" w:type="dxa"/>
              <w:right w:w="90" w:type="dxa"/>
            </w:tcMar>
          </w:tcPr>
          <w:p w14:paraId="4670565B" w14:textId="77777777" w:rsidR="00187E2C" w:rsidRDefault="00187E2C"/>
          <w:p w14:paraId="5EADC2B0" w14:textId="77777777" w:rsidR="00187E2C" w:rsidRDefault="00000000">
            <w:pPr>
              <w:spacing w:after="40" w:line="245" w:lineRule="auto"/>
            </w:pPr>
            <w:r>
              <w:rPr>
                <w:b/>
                <w:color w:val="000000"/>
              </w:rPr>
              <w:t>FORMATIVNO SPREMLJANJE</w:t>
            </w:r>
          </w:p>
          <w:p w14:paraId="4B12CDC7"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2B6D1E17"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1428272F"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373ECD8"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71521234" w14:textId="77777777" w:rsidR="00187E2C" w:rsidRDefault="00000000">
            <w:pPr>
              <w:spacing w:before="40" w:after="20" w:line="245" w:lineRule="auto"/>
            </w:pPr>
            <w:r>
              <w:rPr>
                <w:b/>
                <w:color w:val="000000"/>
                <w:sz w:val="17"/>
              </w:rPr>
              <w:t>VARNOST IN ODGOVORNOST</w:t>
            </w:r>
          </w:p>
          <w:p w14:paraId="749138C4"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023BBC5B" w14:textId="77777777" w:rsidR="00187E2C" w:rsidRDefault="00000000">
            <w:pPr>
              <w:spacing w:after="20" w:line="245" w:lineRule="auto"/>
            </w:pPr>
            <w:r>
              <w:rPr>
                <w:b/>
                <w:color w:val="000000"/>
                <w:sz w:val="17"/>
              </w:rPr>
              <w:t>EVIDENCA PO IZVEDBI</w:t>
            </w:r>
          </w:p>
          <w:p w14:paraId="48B599FE"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79E1822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716319C" w14:textId="77777777">
              <w:trPr>
                <w:jc w:val="center"/>
              </w:trPr>
              <w:tc>
                <w:tcPr>
                  <w:tcW w:w="7087" w:type="dxa"/>
                  <w:shd w:val="clear" w:color="auto" w:fill="EDC9EA"/>
                  <w:tcMar>
                    <w:top w:w="45" w:type="dxa"/>
                    <w:left w:w="70" w:type="dxa"/>
                    <w:bottom w:w="45" w:type="dxa"/>
                    <w:right w:w="70" w:type="dxa"/>
                  </w:tcMar>
                </w:tcPr>
                <w:p w14:paraId="5B4C3EE8" w14:textId="77777777" w:rsidR="00187E2C" w:rsidRDefault="00000000">
                  <w:pPr>
                    <w:keepNext/>
                  </w:pPr>
                  <w:r>
                    <w:rPr>
                      <w:b/>
                      <w:color w:val="000000"/>
                    </w:rPr>
                    <w:t>VPRAŠANJA V PODPORO JEZIKOVNEMU, BRALNEMU IN KNJIŽEVNEMU UČENJU</w:t>
                  </w:r>
                </w:p>
              </w:tc>
            </w:tr>
          </w:tbl>
          <w:p w14:paraId="4979F3A8" w14:textId="77777777" w:rsidR="00187E2C" w:rsidRDefault="00187E2C">
            <w:pPr>
              <w:spacing w:line="20" w:lineRule="exact"/>
            </w:pPr>
          </w:p>
          <w:p w14:paraId="66854088" w14:textId="77777777" w:rsidR="00187E2C" w:rsidRDefault="00000000">
            <w:pPr>
              <w:pStyle w:val="Oznaenseznam"/>
              <w:spacing w:after="16"/>
            </w:pPr>
            <w:r>
              <w:rPr>
                <w:color w:val="000000"/>
                <w:sz w:val="16"/>
              </w:rPr>
              <w:t>Kaj ti je naslovnica, slika, predmet, zvok ali gib pomagal razumeti?</w:t>
            </w:r>
          </w:p>
          <w:p w14:paraId="21098CB5" w14:textId="77777777" w:rsidR="00187E2C" w:rsidRDefault="00000000">
            <w:pPr>
              <w:pStyle w:val="Oznaenseznam"/>
              <w:spacing w:after="16"/>
            </w:pPr>
            <w:r>
              <w:rPr>
                <w:color w:val="000000"/>
                <w:sz w:val="16"/>
              </w:rPr>
              <w:t>Kako si našel/-la glas, črko, zlog, besedo ali bistveni podatek?</w:t>
            </w:r>
          </w:p>
          <w:p w14:paraId="0667B36E" w14:textId="77777777" w:rsidR="00187E2C" w:rsidRDefault="00000000">
            <w:pPr>
              <w:pStyle w:val="Oznaenseznam"/>
              <w:spacing w:after="16"/>
            </w:pPr>
            <w:r>
              <w:rPr>
                <w:color w:val="000000"/>
                <w:sz w:val="16"/>
              </w:rPr>
              <w:t>Kako veš, da tvoja pripoved, branje ali zapis dosega dogovorjeni kriterij?</w:t>
            </w:r>
          </w:p>
          <w:p w14:paraId="535B34DD" w14:textId="77777777" w:rsidR="00187E2C" w:rsidRDefault="00000000">
            <w:pPr>
              <w:pStyle w:val="Oznaenseznam"/>
              <w:spacing w:after="16"/>
            </w:pPr>
            <w:r>
              <w:rPr>
                <w:color w:val="000000"/>
                <w:sz w:val="16"/>
              </w:rPr>
              <w:t>Ali lahko svoje razumevanje pokažeš še z drugim načinom – govorom, gibanjem, risbo, branjem ali zapisom?</w:t>
            </w:r>
          </w:p>
          <w:p w14:paraId="6D07DB13"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128A3788" w14:textId="77777777">
              <w:trPr>
                <w:jc w:val="center"/>
              </w:trPr>
              <w:tc>
                <w:tcPr>
                  <w:tcW w:w="7087" w:type="dxa"/>
                  <w:shd w:val="clear" w:color="auto" w:fill="C6E7F3"/>
                  <w:tcMar>
                    <w:top w:w="45" w:type="dxa"/>
                    <w:left w:w="70" w:type="dxa"/>
                    <w:bottom w:w="45" w:type="dxa"/>
                    <w:right w:w="70" w:type="dxa"/>
                  </w:tcMar>
                </w:tcPr>
                <w:p w14:paraId="616C4B1B" w14:textId="77777777" w:rsidR="00187E2C" w:rsidRDefault="00000000">
                  <w:pPr>
                    <w:keepNext/>
                  </w:pPr>
                  <w:r>
                    <w:rPr>
                      <w:b/>
                      <w:color w:val="000000"/>
                    </w:rPr>
                    <w:t>ZAKLJUČNI DEL – UTRJEVANJE, BRALNI ODZIV IN REFLEKSIJA (10–15 min)</w:t>
                  </w:r>
                </w:p>
              </w:tc>
            </w:tr>
          </w:tbl>
          <w:p w14:paraId="5B812563" w14:textId="77777777" w:rsidR="00187E2C" w:rsidRDefault="00187E2C">
            <w:pPr>
              <w:spacing w:line="20" w:lineRule="exact"/>
            </w:pPr>
          </w:p>
          <w:p w14:paraId="04841DA9"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55EF0535" w14:textId="77777777">
              <w:trPr>
                <w:jc w:val="center"/>
              </w:trPr>
              <w:tc>
                <w:tcPr>
                  <w:tcW w:w="7087" w:type="dxa"/>
                  <w:shd w:val="clear" w:color="auto" w:fill="EDC9EA"/>
                  <w:tcMar>
                    <w:top w:w="45" w:type="dxa"/>
                    <w:left w:w="70" w:type="dxa"/>
                    <w:bottom w:w="45" w:type="dxa"/>
                    <w:right w:w="70" w:type="dxa"/>
                  </w:tcMar>
                </w:tcPr>
                <w:p w14:paraId="5B7295F0" w14:textId="77777777" w:rsidR="00187E2C" w:rsidRDefault="00000000">
                  <w:pPr>
                    <w:keepNext/>
                  </w:pPr>
                  <w:r>
                    <w:rPr>
                      <w:b/>
                      <w:color w:val="000000"/>
                    </w:rPr>
                    <w:t>SAMOVREDNOTENJE</w:t>
                  </w:r>
                </w:p>
              </w:tc>
            </w:tr>
          </w:tbl>
          <w:p w14:paraId="4DA7A71B" w14:textId="77777777" w:rsidR="00187E2C" w:rsidRDefault="00187E2C">
            <w:pPr>
              <w:spacing w:line="20" w:lineRule="exact"/>
            </w:pPr>
          </w:p>
          <w:p w14:paraId="33C2A361"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790015DF" w14:textId="77777777">
              <w:trPr>
                <w:jc w:val="center"/>
              </w:trPr>
              <w:tc>
                <w:tcPr>
                  <w:tcW w:w="7087" w:type="dxa"/>
                  <w:shd w:val="clear" w:color="auto" w:fill="EDC9EA"/>
                  <w:tcMar>
                    <w:top w:w="45" w:type="dxa"/>
                    <w:left w:w="70" w:type="dxa"/>
                    <w:bottom w:w="45" w:type="dxa"/>
                    <w:right w:w="70" w:type="dxa"/>
                  </w:tcMar>
                </w:tcPr>
                <w:p w14:paraId="4D02A1A5" w14:textId="77777777" w:rsidR="00187E2C" w:rsidRDefault="00000000">
                  <w:pPr>
                    <w:keepNext/>
                  </w:pPr>
                  <w:r>
                    <w:rPr>
                      <w:b/>
                      <w:color w:val="000000"/>
                    </w:rPr>
                    <w:t>VRSTNIŠKO VREDNOTENJE</w:t>
                  </w:r>
                </w:p>
              </w:tc>
            </w:tr>
          </w:tbl>
          <w:p w14:paraId="13541189" w14:textId="77777777" w:rsidR="00187E2C" w:rsidRDefault="00187E2C">
            <w:pPr>
              <w:spacing w:line="20" w:lineRule="exact"/>
            </w:pPr>
          </w:p>
          <w:p w14:paraId="1B31829F"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C6882DA" w14:textId="77777777">
              <w:trPr>
                <w:jc w:val="center"/>
              </w:trPr>
              <w:tc>
                <w:tcPr>
                  <w:tcW w:w="7087" w:type="dxa"/>
                  <w:shd w:val="clear" w:color="auto" w:fill="EDC9EA"/>
                  <w:tcMar>
                    <w:top w:w="45" w:type="dxa"/>
                    <w:left w:w="70" w:type="dxa"/>
                    <w:bottom w:w="45" w:type="dxa"/>
                    <w:right w:w="70" w:type="dxa"/>
                  </w:tcMar>
                </w:tcPr>
                <w:p w14:paraId="556CDD09" w14:textId="77777777" w:rsidR="00187E2C" w:rsidRDefault="00000000">
                  <w:pPr>
                    <w:keepNext/>
                  </w:pPr>
                  <w:r>
                    <w:rPr>
                      <w:b/>
                      <w:color w:val="000000"/>
                    </w:rPr>
                    <w:t>SKUPNI POVZETEK</w:t>
                  </w:r>
                </w:p>
              </w:tc>
            </w:tr>
          </w:tbl>
          <w:p w14:paraId="6070C434" w14:textId="77777777" w:rsidR="00187E2C" w:rsidRDefault="00187E2C"/>
          <w:p w14:paraId="6123E504" w14:textId="77777777" w:rsidR="00187E2C" w:rsidRDefault="00000000">
            <w:pPr>
              <w:spacing w:before="20" w:after="40" w:line="245" w:lineRule="auto"/>
            </w:pPr>
            <w:r>
              <w:rPr>
                <w:b/>
                <w:color w:val="000000"/>
                <w:sz w:val="16"/>
              </w:rPr>
              <w:t>Prepoznam glas /m/ in črko M,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3915BA66" w14:textId="77777777" w:rsidR="00187E2C" w:rsidRDefault="00187E2C"/>
          <w:p w14:paraId="119C9CC5" w14:textId="77777777" w:rsidR="00187E2C" w:rsidRDefault="00000000">
            <w:pPr>
              <w:spacing w:after="100" w:line="245" w:lineRule="auto"/>
            </w:pPr>
            <w:r>
              <w:rPr>
                <w:color w:val="000000"/>
                <w:sz w:val="16"/>
              </w:rPr>
              <w:t>Odgovarja na podporna vprašanja ter se sklicuje na poslušano besedilo, sliko, govor, bralni list ali zapis.</w:t>
            </w:r>
          </w:p>
          <w:p w14:paraId="4036F082" w14:textId="77777777" w:rsidR="00187E2C" w:rsidRDefault="00000000">
            <w:pPr>
              <w:spacing w:after="100" w:line="245" w:lineRule="auto"/>
            </w:pPr>
            <w:r>
              <w:rPr>
                <w:color w:val="000000"/>
                <w:sz w:val="16"/>
              </w:rPr>
              <w:t>Primerja začetni odziv z novim dokazom in pojasni, kaj se je naučil/-a.</w:t>
            </w:r>
          </w:p>
          <w:p w14:paraId="16B574E2" w14:textId="77777777" w:rsidR="00187E2C" w:rsidRDefault="00000000">
            <w:pPr>
              <w:spacing w:after="100" w:line="245" w:lineRule="auto"/>
            </w:pPr>
            <w:r>
              <w:rPr>
                <w:color w:val="000000"/>
                <w:sz w:val="16"/>
              </w:rPr>
              <w:t>Izbere raven samostojnosti in določi naslednji korak.</w:t>
            </w:r>
          </w:p>
          <w:p w14:paraId="4A51CAC8" w14:textId="77777777" w:rsidR="00187E2C" w:rsidRDefault="00000000">
            <w:pPr>
              <w:spacing w:after="100" w:line="245" w:lineRule="auto"/>
            </w:pPr>
            <w:r>
              <w:rPr>
                <w:color w:val="000000"/>
                <w:sz w:val="16"/>
              </w:rPr>
              <w:t>Sošolcu poda prijazen in konkreten odziv, vezan na kriterij.</w:t>
            </w:r>
          </w:p>
          <w:p w14:paraId="3EDD3BD7" w14:textId="77777777" w:rsidR="00187E2C" w:rsidRDefault="00000000">
            <w:pPr>
              <w:spacing w:after="20" w:line="245" w:lineRule="auto"/>
            </w:pPr>
            <w:r>
              <w:rPr>
                <w:b/>
                <w:color w:val="D95BC6"/>
                <w:sz w:val="17"/>
              </w:rPr>
              <w:t>DOKAZ O UČENJU</w:t>
            </w:r>
          </w:p>
          <w:p w14:paraId="484D7122"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5D662DF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272A6F69" w14:textId="77777777">
        <w:trPr>
          <w:cantSplit/>
          <w:jc w:val="center"/>
        </w:trPr>
        <w:tc>
          <w:tcPr>
            <w:tcW w:w="14060" w:type="dxa"/>
            <w:gridSpan w:val="6"/>
            <w:tcMar>
              <w:top w:w="70" w:type="dxa"/>
              <w:left w:w="90" w:type="dxa"/>
              <w:bottom w:w="70" w:type="dxa"/>
              <w:right w:w="90" w:type="dxa"/>
            </w:tcMar>
            <w:vAlign w:val="center"/>
          </w:tcPr>
          <w:p w14:paraId="33FDB58B" w14:textId="77777777" w:rsidR="00187E2C" w:rsidRDefault="00000000">
            <w:pPr>
              <w:jc w:val="center"/>
            </w:pPr>
            <w:r>
              <w:rPr>
                <w:b/>
                <w:color w:val="000000"/>
                <w:sz w:val="24"/>
              </w:rPr>
              <w:lastRenderedPageBreak/>
              <w:t>UČNA PRIPRAVA 14/39</w:t>
            </w:r>
          </w:p>
        </w:tc>
      </w:tr>
      <w:tr w:rsidR="00187E2C" w14:paraId="64D68662" w14:textId="77777777">
        <w:trPr>
          <w:jc w:val="center"/>
        </w:trPr>
        <w:tc>
          <w:tcPr>
            <w:tcW w:w="2665" w:type="dxa"/>
            <w:tcMar>
              <w:top w:w="70" w:type="dxa"/>
              <w:left w:w="90" w:type="dxa"/>
              <w:bottom w:w="70" w:type="dxa"/>
              <w:right w:w="90" w:type="dxa"/>
            </w:tcMar>
            <w:vAlign w:val="center"/>
          </w:tcPr>
          <w:p w14:paraId="2200E7C9"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7C8DF4A"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102AE87C"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925A547" w14:textId="77777777" w:rsidR="00187E2C" w:rsidRDefault="00000000">
            <w:r>
              <w:rPr>
                <w:b/>
                <w:color w:val="000000"/>
                <w:sz w:val="16"/>
              </w:rPr>
              <w:t xml:space="preserve">NAČRTOVANI TERMIN: </w:t>
            </w:r>
            <w:r>
              <w:rPr>
                <w:color w:val="000000"/>
                <w:sz w:val="16"/>
              </w:rPr>
              <w:t>14. teden • 7.–11. 12. 2026</w:t>
            </w:r>
          </w:p>
        </w:tc>
        <w:tc>
          <w:tcPr>
            <w:tcW w:w="2268" w:type="dxa"/>
            <w:tcMar>
              <w:top w:w="70" w:type="dxa"/>
              <w:left w:w="90" w:type="dxa"/>
              <w:bottom w:w="70" w:type="dxa"/>
              <w:right w:w="90" w:type="dxa"/>
            </w:tcMar>
            <w:vAlign w:val="center"/>
          </w:tcPr>
          <w:p w14:paraId="14427288"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43087CC" w14:textId="77777777" w:rsidR="00187E2C" w:rsidRDefault="00000000">
            <w:r>
              <w:rPr>
                <w:b/>
                <w:color w:val="000000"/>
                <w:sz w:val="16"/>
              </w:rPr>
              <w:t xml:space="preserve">ŠTEVILO UR: </w:t>
            </w:r>
            <w:r>
              <w:rPr>
                <w:color w:val="000000"/>
                <w:sz w:val="16"/>
              </w:rPr>
              <w:t>6</w:t>
            </w:r>
          </w:p>
        </w:tc>
      </w:tr>
      <w:tr w:rsidR="00187E2C" w14:paraId="12FF8E25" w14:textId="77777777">
        <w:trPr>
          <w:jc w:val="center"/>
        </w:trPr>
        <w:tc>
          <w:tcPr>
            <w:tcW w:w="14061" w:type="dxa"/>
            <w:gridSpan w:val="6"/>
            <w:tcMar>
              <w:top w:w="70" w:type="dxa"/>
              <w:left w:w="90" w:type="dxa"/>
              <w:bottom w:w="70" w:type="dxa"/>
              <w:right w:w="90" w:type="dxa"/>
            </w:tcMar>
            <w:vAlign w:val="center"/>
          </w:tcPr>
          <w:p w14:paraId="14EE3F50"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05B65EC6" w14:textId="77777777">
        <w:trPr>
          <w:cantSplit/>
          <w:jc w:val="center"/>
        </w:trPr>
        <w:tc>
          <w:tcPr>
            <w:tcW w:w="14060" w:type="dxa"/>
            <w:gridSpan w:val="6"/>
            <w:tcMar>
              <w:top w:w="70" w:type="dxa"/>
              <w:left w:w="90" w:type="dxa"/>
              <w:bottom w:w="70" w:type="dxa"/>
              <w:right w:w="90" w:type="dxa"/>
            </w:tcMar>
            <w:vAlign w:val="center"/>
          </w:tcPr>
          <w:p w14:paraId="70FCF01D" w14:textId="77777777" w:rsidR="00187E2C" w:rsidRDefault="00187E2C"/>
          <w:p w14:paraId="32947E19" w14:textId="77777777" w:rsidR="00187E2C" w:rsidRDefault="00000000">
            <w:pPr>
              <w:spacing w:line="245" w:lineRule="auto"/>
            </w:pPr>
            <w:r>
              <w:rPr>
                <w:b/>
                <w:color w:val="000000"/>
                <w:sz w:val="16"/>
              </w:rPr>
              <w:t xml:space="preserve">UČNI SKLOP: </w:t>
            </w:r>
            <w:r>
              <w:rPr>
                <w:color w:val="000000"/>
                <w:sz w:val="16"/>
              </w:rPr>
              <w:t>MOJA DRUŽINA, SKUPNOST IN PRAZNOVANJA</w:t>
            </w:r>
          </w:p>
        </w:tc>
      </w:tr>
      <w:tr w:rsidR="00187E2C" w14:paraId="32D0D5CE" w14:textId="77777777">
        <w:trPr>
          <w:cantSplit/>
          <w:jc w:val="center"/>
        </w:trPr>
        <w:tc>
          <w:tcPr>
            <w:tcW w:w="14060" w:type="dxa"/>
            <w:gridSpan w:val="6"/>
            <w:tcMar>
              <w:top w:w="70" w:type="dxa"/>
              <w:left w:w="90" w:type="dxa"/>
              <w:bottom w:w="70" w:type="dxa"/>
              <w:right w:w="90" w:type="dxa"/>
            </w:tcMar>
            <w:vAlign w:val="center"/>
          </w:tcPr>
          <w:p w14:paraId="405E95AA" w14:textId="77777777" w:rsidR="00187E2C" w:rsidRDefault="00187E2C"/>
          <w:p w14:paraId="07A07C65" w14:textId="77777777" w:rsidR="00187E2C" w:rsidRDefault="00000000">
            <w:pPr>
              <w:spacing w:line="245" w:lineRule="auto"/>
            </w:pPr>
            <w:r>
              <w:rPr>
                <w:b/>
                <w:color w:val="000000"/>
                <w:sz w:val="16"/>
              </w:rPr>
              <w:t xml:space="preserve">UČNA TEMA: </w:t>
            </w:r>
            <w:r>
              <w:rPr>
                <w:color w:val="000000"/>
                <w:sz w:val="16"/>
              </w:rPr>
              <w:t>POVED • VELIKA TISKANA ČRKA T</w:t>
            </w:r>
          </w:p>
        </w:tc>
      </w:tr>
      <w:tr w:rsidR="00187E2C" w14:paraId="52348CFC" w14:textId="77777777">
        <w:trPr>
          <w:cantSplit/>
          <w:jc w:val="center"/>
        </w:trPr>
        <w:tc>
          <w:tcPr>
            <w:tcW w:w="14060" w:type="dxa"/>
            <w:gridSpan w:val="6"/>
            <w:tcMar>
              <w:top w:w="70" w:type="dxa"/>
              <w:left w:w="90" w:type="dxa"/>
              <w:bottom w:w="70" w:type="dxa"/>
              <w:right w:w="90" w:type="dxa"/>
            </w:tcMar>
            <w:vAlign w:val="center"/>
          </w:tcPr>
          <w:p w14:paraId="10A712A3" w14:textId="77777777" w:rsidR="00187E2C" w:rsidRDefault="00187E2C"/>
          <w:p w14:paraId="74829FAC" w14:textId="77777777" w:rsidR="00187E2C" w:rsidRDefault="00000000">
            <w:pPr>
              <w:spacing w:line="245" w:lineRule="auto"/>
            </w:pPr>
            <w:r>
              <w:rPr>
                <w:b/>
                <w:color w:val="000000"/>
                <w:sz w:val="16"/>
              </w:rPr>
              <w:t xml:space="preserve">KNJIŽEVNO IZHODIŠČE IN MOTIV: </w:t>
            </w:r>
            <w:r>
              <w:rPr>
                <w:color w:val="000000"/>
                <w:sz w:val="16"/>
              </w:rPr>
              <w:t>»Pekarna Mišmaš« – Svetlana Makarovič • delo v skupnosti, odgovornost in pravična delitev</w:t>
            </w:r>
          </w:p>
        </w:tc>
      </w:tr>
      <w:tr w:rsidR="00187E2C" w14:paraId="38399EDA" w14:textId="77777777">
        <w:trPr>
          <w:cantSplit/>
          <w:jc w:val="center"/>
        </w:trPr>
        <w:tc>
          <w:tcPr>
            <w:tcW w:w="14060" w:type="dxa"/>
            <w:gridSpan w:val="6"/>
            <w:tcMar>
              <w:top w:w="70" w:type="dxa"/>
              <w:left w:w="90" w:type="dxa"/>
              <w:bottom w:w="70" w:type="dxa"/>
              <w:right w:w="90" w:type="dxa"/>
            </w:tcMar>
            <w:vAlign w:val="center"/>
          </w:tcPr>
          <w:p w14:paraId="451170FE" w14:textId="77777777" w:rsidR="00187E2C" w:rsidRDefault="00187E2C"/>
          <w:p w14:paraId="4928AB1F" w14:textId="77777777" w:rsidR="00187E2C" w:rsidRDefault="00000000">
            <w:pPr>
              <w:spacing w:line="245" w:lineRule="auto"/>
            </w:pPr>
            <w:r>
              <w:rPr>
                <w:b/>
                <w:color w:val="000000"/>
                <w:sz w:val="16"/>
              </w:rPr>
              <w:t xml:space="preserve">BRALNI LIST / ČRKA: </w:t>
            </w:r>
            <w:r>
              <w:rPr>
                <w:color w:val="000000"/>
                <w:sz w:val="16"/>
              </w:rPr>
              <w:t>ČRKA T • BRALNI LIST 14 – Berem črko T in zloge ter besede: glas /t/ znane črke: A, E, I, O, U, N, M, T; slišim glas; prepoznam črko; zgornja vodoravna in sredinska navpična poteza; berem in zapišem</w:t>
            </w:r>
          </w:p>
        </w:tc>
      </w:tr>
      <w:tr w:rsidR="00187E2C" w14:paraId="1B3AC423" w14:textId="77777777">
        <w:trPr>
          <w:cantSplit/>
          <w:jc w:val="center"/>
        </w:trPr>
        <w:tc>
          <w:tcPr>
            <w:tcW w:w="14060" w:type="dxa"/>
            <w:gridSpan w:val="6"/>
            <w:tcMar>
              <w:top w:w="70" w:type="dxa"/>
              <w:left w:w="90" w:type="dxa"/>
              <w:bottom w:w="70" w:type="dxa"/>
              <w:right w:w="90" w:type="dxa"/>
            </w:tcMar>
            <w:vAlign w:val="center"/>
          </w:tcPr>
          <w:p w14:paraId="158FDBD4" w14:textId="77777777" w:rsidR="00187E2C" w:rsidRDefault="00187E2C"/>
          <w:p w14:paraId="4AF10432" w14:textId="77777777" w:rsidR="00187E2C" w:rsidRDefault="00000000">
            <w:pPr>
              <w:spacing w:line="245" w:lineRule="auto"/>
            </w:pPr>
            <w:r>
              <w:rPr>
                <w:b/>
                <w:color w:val="000000"/>
                <w:sz w:val="16"/>
              </w:rPr>
              <w:t xml:space="preserve">UČNE ENOTE: </w:t>
            </w:r>
            <w:r>
              <w:rPr>
                <w:color w:val="000000"/>
                <w:sz w:val="16"/>
              </w:rPr>
              <w:t>1. ura – Poved – Poslušam in doživljam • 2. ura – Poved – Govorim in pojasnjujem • 3. ura – Poved – Razčlenjujem jezik • 4. ura – SLIŠIM GLAS /t/ IN ODKRIVAM ČRKO T • 5. ura – Oblikujem in pišem črko T • 6. ura – Berem in uporabim črko T</w:t>
            </w:r>
          </w:p>
        </w:tc>
      </w:tr>
      <w:tr w:rsidR="00187E2C" w14:paraId="243A1A55" w14:textId="77777777">
        <w:trPr>
          <w:cantSplit/>
          <w:jc w:val="center"/>
        </w:trPr>
        <w:tc>
          <w:tcPr>
            <w:tcW w:w="14060" w:type="dxa"/>
            <w:gridSpan w:val="6"/>
            <w:tcMar>
              <w:top w:w="70" w:type="dxa"/>
              <w:left w:w="90" w:type="dxa"/>
              <w:bottom w:w="70" w:type="dxa"/>
              <w:right w:w="90" w:type="dxa"/>
            </w:tcMar>
            <w:vAlign w:val="center"/>
          </w:tcPr>
          <w:p w14:paraId="3883419D" w14:textId="77777777" w:rsidR="00187E2C" w:rsidRDefault="00187E2C"/>
          <w:p w14:paraId="1E790824"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6753F420" w14:textId="77777777">
        <w:trPr>
          <w:cantSplit/>
          <w:jc w:val="center"/>
        </w:trPr>
        <w:tc>
          <w:tcPr>
            <w:tcW w:w="14060" w:type="dxa"/>
            <w:gridSpan w:val="6"/>
            <w:tcMar>
              <w:top w:w="70" w:type="dxa"/>
              <w:left w:w="90" w:type="dxa"/>
              <w:bottom w:w="70" w:type="dxa"/>
              <w:right w:w="90" w:type="dxa"/>
            </w:tcMar>
            <w:vAlign w:val="center"/>
          </w:tcPr>
          <w:p w14:paraId="6410ECC5" w14:textId="77777777" w:rsidR="00187E2C" w:rsidRDefault="00187E2C"/>
          <w:p w14:paraId="78581CC0"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B98AB3F" w14:textId="77777777">
        <w:trPr>
          <w:cantSplit/>
          <w:jc w:val="center"/>
        </w:trPr>
        <w:tc>
          <w:tcPr>
            <w:tcW w:w="14060" w:type="dxa"/>
            <w:gridSpan w:val="6"/>
            <w:tcMar>
              <w:top w:w="70" w:type="dxa"/>
              <w:left w:w="90" w:type="dxa"/>
              <w:bottom w:w="70" w:type="dxa"/>
              <w:right w:w="90" w:type="dxa"/>
            </w:tcMar>
            <w:vAlign w:val="center"/>
          </w:tcPr>
          <w:p w14:paraId="1AC94B91" w14:textId="77777777" w:rsidR="00187E2C" w:rsidRDefault="00187E2C"/>
          <w:p w14:paraId="3764A848"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0CB9AD8E" w14:textId="77777777">
        <w:trPr>
          <w:cantSplit/>
          <w:jc w:val="center"/>
        </w:trPr>
        <w:tc>
          <w:tcPr>
            <w:tcW w:w="14060" w:type="dxa"/>
            <w:gridSpan w:val="6"/>
            <w:tcMar>
              <w:top w:w="70" w:type="dxa"/>
              <w:left w:w="90" w:type="dxa"/>
              <w:bottom w:w="70" w:type="dxa"/>
              <w:right w:w="90" w:type="dxa"/>
            </w:tcMar>
            <w:vAlign w:val="center"/>
          </w:tcPr>
          <w:p w14:paraId="1AEE689B" w14:textId="77777777" w:rsidR="00187E2C" w:rsidRDefault="00187E2C"/>
          <w:p w14:paraId="472FB82F" w14:textId="77777777" w:rsidR="00187E2C" w:rsidRDefault="00000000">
            <w:pPr>
              <w:spacing w:line="245" w:lineRule="auto"/>
            </w:pPr>
            <w:r>
              <w:rPr>
                <w:b/>
                <w:color w:val="000000"/>
                <w:sz w:val="16"/>
              </w:rPr>
              <w:t xml:space="preserve">MEDPREDMETNE POVEZAVE: </w:t>
            </w:r>
            <w:r>
              <w:rPr>
                <w:color w:val="000000"/>
                <w:sz w:val="16"/>
              </w:rPr>
              <w:t>SPO – delo v skupnosti, odgovornost in pravična delitev; GUM – ritem, zvočnost in glas; LUM – ilustracija, črta in grafomotorika; ŠPO – gibalna pripoved, dramatizacija in postaje; MAT – smer, zaporedje in orientacija</w:t>
            </w:r>
          </w:p>
        </w:tc>
      </w:tr>
      <w:tr w:rsidR="00187E2C" w14:paraId="3A26829B" w14:textId="77777777">
        <w:trPr>
          <w:cantSplit/>
          <w:jc w:val="center"/>
        </w:trPr>
        <w:tc>
          <w:tcPr>
            <w:tcW w:w="14060" w:type="dxa"/>
            <w:gridSpan w:val="6"/>
            <w:tcMar>
              <w:top w:w="70" w:type="dxa"/>
              <w:left w:w="90" w:type="dxa"/>
              <w:bottom w:w="70" w:type="dxa"/>
              <w:right w:w="90" w:type="dxa"/>
            </w:tcMar>
            <w:vAlign w:val="center"/>
          </w:tcPr>
          <w:p w14:paraId="4A43E931" w14:textId="77777777" w:rsidR="00187E2C" w:rsidRDefault="00187E2C"/>
          <w:p w14:paraId="2A55D704" w14:textId="77777777" w:rsidR="00187E2C" w:rsidRDefault="00000000">
            <w:pPr>
              <w:spacing w:line="245" w:lineRule="auto"/>
            </w:pPr>
            <w:r>
              <w:rPr>
                <w:b/>
                <w:color w:val="000000"/>
                <w:sz w:val="16"/>
              </w:rPr>
              <w:t xml:space="preserve">UČNA SREDSTVA IN PRIPOMOČKI: </w:t>
            </w:r>
            <w:r>
              <w:rPr>
                <w:color w:val="000000"/>
                <w:sz w:val="16"/>
              </w:rPr>
              <w:t>ČRKA T • BRALNI LIST 14, povečano besedilo oziroma kartice, slikanica ali odlomek, slikovno zaporedje, kartice besed in glasov, talne črke ali zlogi, ogledala, vrvice ali modelirna masa, mini tabla, zvezek oziroma jezikovna mapa</w:t>
            </w:r>
          </w:p>
        </w:tc>
      </w:tr>
      <w:tr w:rsidR="00187E2C" w14:paraId="6168BB82" w14:textId="77777777">
        <w:trPr>
          <w:cantSplit/>
          <w:jc w:val="center"/>
        </w:trPr>
        <w:tc>
          <w:tcPr>
            <w:tcW w:w="14060" w:type="dxa"/>
            <w:gridSpan w:val="6"/>
            <w:tcMar>
              <w:top w:w="70" w:type="dxa"/>
              <w:left w:w="90" w:type="dxa"/>
              <w:bottom w:w="70" w:type="dxa"/>
              <w:right w:w="90" w:type="dxa"/>
            </w:tcMar>
            <w:vAlign w:val="center"/>
          </w:tcPr>
          <w:p w14:paraId="726D3917" w14:textId="77777777" w:rsidR="00187E2C" w:rsidRDefault="00187E2C"/>
          <w:p w14:paraId="63341DD1"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60D215AD" w14:textId="77777777">
        <w:trPr>
          <w:cantSplit/>
          <w:jc w:val="center"/>
        </w:trPr>
        <w:tc>
          <w:tcPr>
            <w:tcW w:w="14060" w:type="dxa"/>
            <w:gridSpan w:val="6"/>
            <w:tcMar>
              <w:top w:w="70" w:type="dxa"/>
              <w:left w:w="90" w:type="dxa"/>
              <w:bottom w:w="70" w:type="dxa"/>
              <w:right w:w="90" w:type="dxa"/>
            </w:tcMar>
            <w:vAlign w:val="center"/>
          </w:tcPr>
          <w:p w14:paraId="09EE493D" w14:textId="77777777" w:rsidR="00187E2C" w:rsidRDefault="00187E2C"/>
          <w:p w14:paraId="157C68ED"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210B7D4A" w14:textId="77777777">
        <w:trPr>
          <w:cantSplit/>
          <w:jc w:val="center"/>
        </w:trPr>
        <w:tc>
          <w:tcPr>
            <w:tcW w:w="14060" w:type="dxa"/>
            <w:gridSpan w:val="6"/>
            <w:tcMar>
              <w:top w:w="70" w:type="dxa"/>
              <w:left w:w="90" w:type="dxa"/>
              <w:bottom w:w="70" w:type="dxa"/>
              <w:right w:w="90" w:type="dxa"/>
            </w:tcMar>
            <w:vAlign w:val="center"/>
          </w:tcPr>
          <w:p w14:paraId="769675EC" w14:textId="77777777" w:rsidR="00187E2C" w:rsidRDefault="00187E2C"/>
          <w:p w14:paraId="0536C40B"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50D2489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C98C5C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E369D7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044DB2C" w14:textId="77777777" w:rsidR="00187E2C" w:rsidRDefault="00000000">
            <w:pPr>
              <w:jc w:val="center"/>
            </w:pPr>
            <w:r>
              <w:rPr>
                <w:b/>
                <w:color w:val="000000"/>
                <w:sz w:val="20"/>
              </w:rPr>
              <w:t>UČNE DEJAVNOSTI, METODE IN FORMATIVNO SPREMLJANJE</w:t>
            </w:r>
          </w:p>
        </w:tc>
      </w:tr>
      <w:tr w:rsidR="00187E2C" w14:paraId="722B5C32" w14:textId="77777777">
        <w:trPr>
          <w:tblHeader/>
          <w:jc w:val="center"/>
        </w:trPr>
        <w:tc>
          <w:tcPr>
            <w:tcW w:w="4422" w:type="dxa"/>
            <w:vMerge/>
            <w:tcMar>
              <w:top w:w="70" w:type="dxa"/>
              <w:left w:w="90" w:type="dxa"/>
              <w:bottom w:w="70" w:type="dxa"/>
              <w:right w:w="90" w:type="dxa"/>
            </w:tcMar>
            <w:vAlign w:val="center"/>
          </w:tcPr>
          <w:p w14:paraId="3BE8563C" w14:textId="77777777" w:rsidR="00187E2C" w:rsidRDefault="00187E2C"/>
        </w:tc>
        <w:tc>
          <w:tcPr>
            <w:tcW w:w="7087" w:type="dxa"/>
            <w:shd w:val="clear" w:color="auto" w:fill="FFFFFF"/>
            <w:tcMar>
              <w:top w:w="70" w:type="dxa"/>
              <w:left w:w="90" w:type="dxa"/>
              <w:bottom w:w="70" w:type="dxa"/>
              <w:right w:w="90" w:type="dxa"/>
            </w:tcMar>
            <w:vAlign w:val="center"/>
          </w:tcPr>
          <w:p w14:paraId="5B411616"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AF91F1C" w14:textId="77777777" w:rsidR="00187E2C" w:rsidRDefault="00000000">
            <w:pPr>
              <w:jc w:val="center"/>
            </w:pPr>
            <w:r>
              <w:rPr>
                <w:b/>
                <w:color w:val="000000"/>
              </w:rPr>
              <w:t>UČENEC</w:t>
            </w:r>
          </w:p>
        </w:tc>
      </w:tr>
      <w:tr w:rsidR="00187E2C" w14:paraId="46BD040A" w14:textId="77777777">
        <w:trPr>
          <w:jc w:val="center"/>
        </w:trPr>
        <w:tc>
          <w:tcPr>
            <w:tcW w:w="4422" w:type="dxa"/>
            <w:tcMar>
              <w:top w:w="70" w:type="dxa"/>
              <w:left w:w="90" w:type="dxa"/>
              <w:bottom w:w="70" w:type="dxa"/>
              <w:right w:w="90" w:type="dxa"/>
            </w:tcMar>
          </w:tcPr>
          <w:p w14:paraId="047CE114" w14:textId="77777777" w:rsidR="00187E2C" w:rsidRDefault="00187E2C"/>
          <w:p w14:paraId="45D379EE" w14:textId="77777777" w:rsidR="00187E2C" w:rsidRDefault="00000000">
            <w:pPr>
              <w:spacing w:after="60" w:line="245" w:lineRule="auto"/>
            </w:pPr>
            <w:r>
              <w:rPr>
                <w:b/>
                <w:color w:val="000000"/>
              </w:rPr>
              <w:t>UČNI CILJI</w:t>
            </w:r>
          </w:p>
          <w:p w14:paraId="5CF98C1B" w14:textId="77777777" w:rsidR="00187E2C" w:rsidRDefault="00000000">
            <w:pPr>
              <w:spacing w:after="20" w:line="245" w:lineRule="auto"/>
            </w:pPr>
            <w:r>
              <w:rPr>
                <w:b/>
                <w:color w:val="000000"/>
                <w:sz w:val="17"/>
              </w:rPr>
              <w:t>SPLOŠNI</w:t>
            </w:r>
          </w:p>
          <w:p w14:paraId="6C80D02E"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24BF75E4" w14:textId="77777777" w:rsidR="00187E2C" w:rsidRDefault="00000000">
            <w:pPr>
              <w:pStyle w:val="Oznaenseznam"/>
              <w:spacing w:after="16"/>
            </w:pPr>
            <w:r>
              <w:rPr>
                <w:color w:val="000000"/>
                <w:sz w:val="16"/>
              </w:rPr>
              <w:t>doživlja književno besedilo ter se nanj odziva z govorom, gibanjem, dramatizacijo, risbo ali zapisom</w:t>
            </w:r>
          </w:p>
          <w:p w14:paraId="601A64FF" w14:textId="77777777" w:rsidR="00187E2C" w:rsidRDefault="00000000">
            <w:pPr>
              <w:pStyle w:val="Oznaenseznam"/>
              <w:spacing w:after="16"/>
            </w:pPr>
            <w:r>
              <w:rPr>
                <w:color w:val="000000"/>
                <w:sz w:val="16"/>
              </w:rPr>
              <w:t>razvija glasovno zavedanje, povezavo glas–črka in začetno branje ter pisanje po individualnem napredku</w:t>
            </w:r>
          </w:p>
          <w:p w14:paraId="6FA17B2D" w14:textId="77777777" w:rsidR="00187E2C" w:rsidRDefault="00000000">
            <w:pPr>
              <w:pStyle w:val="Oznaenseznam"/>
              <w:spacing w:after="16"/>
            </w:pPr>
            <w:r>
              <w:rPr>
                <w:color w:val="000000"/>
                <w:sz w:val="16"/>
              </w:rPr>
              <w:t>ob namenih in kriterijih spremlja svoje učenje ter uporabi opisno povratno informacijo</w:t>
            </w:r>
          </w:p>
          <w:p w14:paraId="20FF66CF" w14:textId="77777777" w:rsidR="00187E2C" w:rsidRDefault="00000000">
            <w:pPr>
              <w:spacing w:before="40" w:after="20" w:line="245" w:lineRule="auto"/>
            </w:pPr>
            <w:r>
              <w:rPr>
                <w:b/>
                <w:color w:val="000000"/>
                <w:sz w:val="17"/>
              </w:rPr>
              <w:t>OPERATIVNI</w:t>
            </w:r>
          </w:p>
          <w:p w14:paraId="0117D79D" w14:textId="77777777" w:rsidR="00187E2C" w:rsidRDefault="00000000">
            <w:pPr>
              <w:pStyle w:val="Oznaenseznam"/>
              <w:spacing w:after="16"/>
            </w:pPr>
            <w:r>
              <w:rPr>
                <w:color w:val="000000"/>
                <w:sz w:val="16"/>
              </w:rPr>
              <w:t>razume, da poved nekaj sporoča</w:t>
            </w:r>
          </w:p>
          <w:p w14:paraId="0AB74F4C" w14:textId="77777777" w:rsidR="00187E2C" w:rsidRDefault="00000000">
            <w:pPr>
              <w:pStyle w:val="Oznaenseznam"/>
              <w:spacing w:after="16"/>
            </w:pPr>
            <w:r>
              <w:rPr>
                <w:color w:val="000000"/>
                <w:sz w:val="16"/>
              </w:rPr>
              <w:t>bere in z obravnavanimi velikimi tiskanimi črkami zapiše poved</w:t>
            </w:r>
          </w:p>
          <w:p w14:paraId="3569BEFF" w14:textId="77777777" w:rsidR="00187E2C" w:rsidRDefault="00000000">
            <w:pPr>
              <w:pStyle w:val="Oznaenseznam"/>
              <w:spacing w:after="16"/>
            </w:pPr>
            <w:r>
              <w:rPr>
                <w:color w:val="000000"/>
                <w:sz w:val="16"/>
              </w:rPr>
              <w:t>uporabi piko po vzoru</w:t>
            </w:r>
          </w:p>
          <w:p w14:paraId="34D11E4F" w14:textId="77777777" w:rsidR="00187E2C" w:rsidRDefault="00000000">
            <w:pPr>
              <w:pStyle w:val="Oznaenseznam"/>
              <w:spacing w:after="16"/>
            </w:pPr>
            <w:r>
              <w:rPr>
                <w:color w:val="000000"/>
                <w:sz w:val="16"/>
              </w:rPr>
              <w:t>prepozna in poimenuje veliko tiskano črko T ter jo poveže z glasom /t/</w:t>
            </w:r>
          </w:p>
          <w:p w14:paraId="55847A70" w14:textId="77777777" w:rsidR="00187E2C" w:rsidRDefault="00000000">
            <w:pPr>
              <w:pStyle w:val="Oznaenseznam"/>
              <w:spacing w:after="16"/>
            </w:pPr>
            <w:r>
              <w:rPr>
                <w:color w:val="000000"/>
                <w:sz w:val="16"/>
              </w:rPr>
              <w:t>veččutno oblikuje in čitljivo zapiše veliko tiskano črko T</w:t>
            </w:r>
          </w:p>
          <w:p w14:paraId="565A0E4D" w14:textId="77777777" w:rsidR="00187E2C" w:rsidRDefault="00000000">
            <w:pPr>
              <w:pStyle w:val="Oznaenseznam"/>
              <w:spacing w:after="16"/>
            </w:pPr>
            <w:r>
              <w:rPr>
                <w:color w:val="000000"/>
                <w:sz w:val="16"/>
              </w:rPr>
              <w:t>bere in sestavlja zloge oziroma besede z znanimi črkami: TETA • META • TIM • MAMA</w:t>
            </w:r>
          </w:p>
          <w:p w14:paraId="57E3843A" w14:textId="77777777" w:rsidR="00187E2C" w:rsidRDefault="00000000">
            <w:pPr>
              <w:spacing w:before="40" w:after="20" w:line="245" w:lineRule="auto"/>
            </w:pPr>
            <w:r>
              <w:rPr>
                <w:b/>
                <w:color w:val="000000"/>
                <w:sz w:val="17"/>
              </w:rPr>
              <w:t>PRIČAKOVANI DOSEŽKI / MINIMALNI POUDARKI</w:t>
            </w:r>
          </w:p>
          <w:p w14:paraId="4E548042" w14:textId="77777777" w:rsidR="00187E2C" w:rsidRDefault="00000000">
            <w:pPr>
              <w:pStyle w:val="Oznaenseznam"/>
              <w:spacing w:after="16"/>
            </w:pPr>
            <w:r>
              <w:rPr>
                <w:color w:val="000000"/>
                <w:sz w:val="15"/>
              </w:rPr>
              <w:t>samostojno oziroma z dogovorjeno oporo razume, da poved nekaj sporoča</w:t>
            </w:r>
          </w:p>
          <w:p w14:paraId="1AC93FFE" w14:textId="77777777" w:rsidR="00187E2C" w:rsidRDefault="00000000">
            <w:pPr>
              <w:pStyle w:val="Oznaenseznam"/>
              <w:spacing w:after="16"/>
            </w:pPr>
            <w:r>
              <w:rPr>
                <w:color w:val="000000"/>
                <w:sz w:val="15"/>
              </w:rPr>
              <w:t>samostojno oziroma z dogovorjeno oporo bere in z obravnavanimi velikimi tiskanimi črkami zapiše poved</w:t>
            </w:r>
          </w:p>
          <w:p w14:paraId="35A8A8D9" w14:textId="77777777" w:rsidR="00187E2C" w:rsidRDefault="00000000">
            <w:pPr>
              <w:pStyle w:val="Oznaenseznam"/>
              <w:spacing w:after="16"/>
            </w:pPr>
            <w:r>
              <w:rPr>
                <w:color w:val="000000"/>
                <w:sz w:val="15"/>
              </w:rPr>
              <w:t>samostojno oziroma z dogovorjeno oporo uporabi piko po vzoru</w:t>
            </w:r>
          </w:p>
          <w:p w14:paraId="226261CE" w14:textId="77777777" w:rsidR="00187E2C" w:rsidRDefault="00000000">
            <w:pPr>
              <w:pStyle w:val="Oznaenseznam"/>
              <w:spacing w:after="16"/>
            </w:pPr>
            <w:r>
              <w:rPr>
                <w:color w:val="000000"/>
                <w:sz w:val="15"/>
              </w:rPr>
              <w:t>samostojno oziroma z dogovorjeno oporo prepozna in poimenuje veliko tiskano črko T ter jo poveže z glasom /t/</w:t>
            </w:r>
          </w:p>
          <w:p w14:paraId="334ECE90" w14:textId="77777777" w:rsidR="00187E2C" w:rsidRDefault="00000000">
            <w:pPr>
              <w:pStyle w:val="Oznaenseznam"/>
              <w:spacing w:after="16"/>
            </w:pPr>
            <w:r>
              <w:rPr>
                <w:color w:val="000000"/>
                <w:sz w:val="15"/>
              </w:rPr>
              <w:t>samostojno oziroma z dogovorjeno oporo veččutno oblikuje in čitljivo zapiše veliko tiskano črko T</w:t>
            </w:r>
          </w:p>
        </w:tc>
        <w:tc>
          <w:tcPr>
            <w:tcW w:w="7087" w:type="dxa"/>
            <w:tcMar>
              <w:top w:w="70" w:type="dxa"/>
              <w:left w:w="90" w:type="dxa"/>
              <w:bottom w:w="70" w:type="dxa"/>
              <w:right w:w="90" w:type="dxa"/>
            </w:tcMar>
          </w:tcPr>
          <w:p w14:paraId="7157430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6A2A635" w14:textId="77777777">
              <w:trPr>
                <w:jc w:val="center"/>
              </w:trPr>
              <w:tc>
                <w:tcPr>
                  <w:tcW w:w="7087" w:type="dxa"/>
                  <w:shd w:val="clear" w:color="auto" w:fill="C6E7F3"/>
                  <w:tcMar>
                    <w:top w:w="45" w:type="dxa"/>
                    <w:left w:w="70" w:type="dxa"/>
                    <w:bottom w:w="45" w:type="dxa"/>
                    <w:right w:w="70" w:type="dxa"/>
                  </w:tcMar>
                </w:tcPr>
                <w:p w14:paraId="3BB33FC8" w14:textId="77777777" w:rsidR="00187E2C" w:rsidRDefault="00000000">
                  <w:pPr>
                    <w:keepNext/>
                  </w:pPr>
                  <w:r>
                    <w:rPr>
                      <w:b/>
                      <w:color w:val="000000"/>
                    </w:rPr>
                    <w:t>UVODNI DEL – motivacija, aktivacija predznanja in namen učenja (15–20 min)</w:t>
                  </w:r>
                </w:p>
              </w:tc>
            </w:tr>
          </w:tbl>
          <w:p w14:paraId="08CF3532" w14:textId="77777777" w:rsidR="00187E2C" w:rsidRDefault="00187E2C">
            <w:pPr>
              <w:spacing w:line="20" w:lineRule="exact"/>
            </w:pPr>
          </w:p>
          <w:p w14:paraId="10386EE6" w14:textId="77777777" w:rsidR="00187E2C" w:rsidRDefault="00000000">
            <w:pPr>
              <w:spacing w:before="40" w:after="60" w:line="245" w:lineRule="auto"/>
            </w:pPr>
            <w:r>
              <w:rPr>
                <w:color w:val="000000"/>
                <w:sz w:val="16"/>
              </w:rPr>
              <w:t>Učenci ob naslovnici, odlomku ali ilustraciji dela »Pekarna Mišmaš« – Svetlana Makarovič doživljajsko vstopijo v motiv delo v skupnosti, odgovornost in pravična delitev. S kretnjo, predmetom, sliko, glasom ali kratko povedjo pokažejo predznanje in napoved. Izhodiščni odziv povežejo z dejavnostjo ČRKA T • BRALNI LIST 14 – Berem črko T in zloge ter besede.</w:t>
            </w:r>
          </w:p>
          <w:tbl>
            <w:tblPr>
              <w:tblStyle w:val="Tabelamrea"/>
              <w:tblW w:w="0" w:type="auto"/>
              <w:jc w:val="center"/>
              <w:tblLayout w:type="fixed"/>
              <w:tblLook w:val="04A0" w:firstRow="1" w:lastRow="0" w:firstColumn="1" w:lastColumn="0" w:noHBand="0" w:noVBand="1"/>
            </w:tblPr>
            <w:tblGrid>
              <w:gridCol w:w="7087"/>
            </w:tblGrid>
            <w:tr w:rsidR="00187E2C" w14:paraId="7164F51B" w14:textId="77777777">
              <w:trPr>
                <w:jc w:val="center"/>
              </w:trPr>
              <w:tc>
                <w:tcPr>
                  <w:tcW w:w="7087" w:type="dxa"/>
                  <w:shd w:val="clear" w:color="auto" w:fill="EDC9EA"/>
                  <w:tcMar>
                    <w:top w:w="45" w:type="dxa"/>
                    <w:left w:w="70" w:type="dxa"/>
                    <w:bottom w:w="45" w:type="dxa"/>
                    <w:right w:w="70" w:type="dxa"/>
                  </w:tcMar>
                </w:tcPr>
                <w:p w14:paraId="600315B7" w14:textId="77777777" w:rsidR="00187E2C" w:rsidRDefault="00000000">
                  <w:pPr>
                    <w:keepNext/>
                  </w:pPr>
                  <w:r>
                    <w:rPr>
                      <w:b/>
                      <w:color w:val="000000"/>
                    </w:rPr>
                    <w:t>NAMENI UČENJA</w:t>
                  </w:r>
                </w:p>
              </w:tc>
            </w:tr>
          </w:tbl>
          <w:p w14:paraId="491BEEAA" w14:textId="77777777" w:rsidR="00187E2C" w:rsidRDefault="00187E2C">
            <w:pPr>
              <w:spacing w:line="20" w:lineRule="exact"/>
            </w:pPr>
          </w:p>
          <w:p w14:paraId="4F9FD24A"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41533541" w14:textId="77777777" w:rsidR="00187E2C" w:rsidRDefault="00000000">
            <w:pPr>
              <w:pStyle w:val="Oznaenseznam"/>
              <w:spacing w:after="16"/>
            </w:pPr>
            <w:r>
              <w:rPr>
                <w:color w:val="000000"/>
                <w:sz w:val="16"/>
              </w:rPr>
              <w:t>razumem, da poved nekaj sporoča</w:t>
            </w:r>
          </w:p>
          <w:p w14:paraId="302EC652" w14:textId="77777777" w:rsidR="00187E2C" w:rsidRDefault="00000000">
            <w:pPr>
              <w:pStyle w:val="Oznaenseznam"/>
              <w:spacing w:after="16"/>
            </w:pPr>
            <w:r>
              <w:rPr>
                <w:color w:val="000000"/>
                <w:sz w:val="16"/>
              </w:rPr>
              <w:t>berem in z obravnavanimi velikimi tiskanimi črkami zapišem poved</w:t>
            </w:r>
          </w:p>
          <w:p w14:paraId="0D7B0B1D" w14:textId="77777777" w:rsidR="00187E2C" w:rsidRDefault="00000000">
            <w:pPr>
              <w:pStyle w:val="Oznaenseznam"/>
              <w:spacing w:after="16"/>
            </w:pPr>
            <w:r>
              <w:rPr>
                <w:color w:val="000000"/>
                <w:sz w:val="16"/>
              </w:rPr>
              <w:t>uporabim piko po vzoru</w:t>
            </w:r>
          </w:p>
          <w:p w14:paraId="44660A69" w14:textId="77777777" w:rsidR="00187E2C" w:rsidRDefault="00000000">
            <w:pPr>
              <w:pStyle w:val="Oznaenseznam"/>
              <w:spacing w:after="16"/>
            </w:pPr>
            <w:r>
              <w:rPr>
                <w:color w:val="000000"/>
                <w:sz w:val="16"/>
              </w:rPr>
              <w:t>prepoznam in poimenujem veliko tiskano črko T ter jo povežem z glasom /t/</w:t>
            </w:r>
          </w:p>
          <w:p w14:paraId="19AA44CD" w14:textId="77777777" w:rsidR="00187E2C" w:rsidRDefault="00000000">
            <w:pPr>
              <w:pStyle w:val="Oznaenseznam"/>
              <w:spacing w:after="16"/>
            </w:pPr>
            <w:r>
              <w:rPr>
                <w:color w:val="000000"/>
                <w:sz w:val="16"/>
              </w:rPr>
              <w:t>veččutno oblikujem in čitljivo zapišem veliko tiskano črko T</w:t>
            </w:r>
          </w:p>
          <w:p w14:paraId="341E1A1B" w14:textId="77777777" w:rsidR="00187E2C" w:rsidRDefault="00000000">
            <w:pPr>
              <w:pStyle w:val="Oznaenseznam"/>
              <w:spacing w:after="16"/>
            </w:pPr>
            <w:r>
              <w:rPr>
                <w:color w:val="000000"/>
                <w:sz w:val="16"/>
              </w:rPr>
              <w:t>berem in sestavlja zloge oziroma besede z znanimi črkami: TETA • META • TIM • MAMA</w:t>
            </w:r>
          </w:p>
          <w:tbl>
            <w:tblPr>
              <w:tblStyle w:val="Tabelamrea"/>
              <w:tblW w:w="0" w:type="auto"/>
              <w:jc w:val="center"/>
              <w:tblLayout w:type="fixed"/>
              <w:tblLook w:val="04A0" w:firstRow="1" w:lastRow="0" w:firstColumn="1" w:lastColumn="0" w:noHBand="0" w:noVBand="1"/>
            </w:tblPr>
            <w:tblGrid>
              <w:gridCol w:w="7087"/>
            </w:tblGrid>
            <w:tr w:rsidR="00187E2C" w14:paraId="7AEAC631" w14:textId="77777777">
              <w:trPr>
                <w:jc w:val="center"/>
              </w:trPr>
              <w:tc>
                <w:tcPr>
                  <w:tcW w:w="7087" w:type="dxa"/>
                  <w:shd w:val="clear" w:color="auto" w:fill="EDC9EA"/>
                  <w:tcMar>
                    <w:top w:w="45" w:type="dxa"/>
                    <w:left w:w="70" w:type="dxa"/>
                    <w:bottom w:w="45" w:type="dxa"/>
                    <w:right w:w="70" w:type="dxa"/>
                  </w:tcMar>
                </w:tcPr>
                <w:p w14:paraId="01DC490A" w14:textId="77777777" w:rsidR="00187E2C" w:rsidRDefault="00000000">
                  <w:pPr>
                    <w:keepNext/>
                  </w:pPr>
                  <w:r>
                    <w:rPr>
                      <w:b/>
                      <w:color w:val="000000"/>
                    </w:rPr>
                    <w:t>PREVERJANJE PREDZNANJA</w:t>
                  </w:r>
                </w:p>
              </w:tc>
            </w:tr>
          </w:tbl>
          <w:p w14:paraId="1BC24389" w14:textId="77777777" w:rsidR="00187E2C" w:rsidRDefault="00187E2C">
            <w:pPr>
              <w:spacing w:line="20" w:lineRule="exact"/>
            </w:pPr>
          </w:p>
          <w:p w14:paraId="06A5A162" w14:textId="77777777" w:rsidR="00187E2C" w:rsidRDefault="00000000">
            <w:pPr>
              <w:pStyle w:val="Oznaenseznam"/>
              <w:spacing w:after="16"/>
            </w:pPr>
            <w:r>
              <w:rPr>
                <w:color w:val="000000"/>
                <w:sz w:val="16"/>
              </w:rPr>
              <w:t>Kaj mi naslovnica, ilustracija ali naslov pove o motivu delo v skupnosti, odgovornost in pravična delitev?</w:t>
            </w:r>
          </w:p>
          <w:p w14:paraId="1B2CF270" w14:textId="77777777" w:rsidR="00187E2C" w:rsidRDefault="00000000">
            <w:pPr>
              <w:pStyle w:val="Oznaenseznam"/>
              <w:spacing w:after="16"/>
            </w:pPr>
            <w:r>
              <w:rPr>
                <w:color w:val="000000"/>
                <w:sz w:val="16"/>
              </w:rPr>
              <w:t>Kje v besedah slišim glas /t/ in po katerih potezah prepoznam črko T?</w:t>
            </w:r>
          </w:p>
          <w:p w14:paraId="265D7141"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35A1FDAB" w14:textId="77777777">
              <w:trPr>
                <w:jc w:val="center"/>
              </w:trPr>
              <w:tc>
                <w:tcPr>
                  <w:tcW w:w="7087" w:type="dxa"/>
                  <w:shd w:val="clear" w:color="auto" w:fill="EDC9EA"/>
                  <w:tcMar>
                    <w:top w:w="45" w:type="dxa"/>
                    <w:left w:w="70" w:type="dxa"/>
                    <w:bottom w:w="45" w:type="dxa"/>
                    <w:right w:w="70" w:type="dxa"/>
                  </w:tcMar>
                </w:tcPr>
                <w:p w14:paraId="69CE97CA" w14:textId="77777777" w:rsidR="00187E2C" w:rsidRDefault="00000000">
                  <w:pPr>
                    <w:keepNext/>
                  </w:pPr>
                  <w:r>
                    <w:rPr>
                      <w:b/>
                      <w:color w:val="000000"/>
                    </w:rPr>
                    <w:t>KRITERIJI USPEŠNOSTI</w:t>
                  </w:r>
                </w:p>
              </w:tc>
            </w:tr>
          </w:tbl>
          <w:p w14:paraId="228D686F" w14:textId="77777777" w:rsidR="00187E2C" w:rsidRDefault="00187E2C"/>
          <w:p w14:paraId="25EC1F9A" w14:textId="77777777" w:rsidR="00187E2C" w:rsidRDefault="00000000">
            <w:pPr>
              <w:spacing w:before="20" w:after="20" w:line="245" w:lineRule="auto"/>
            </w:pPr>
            <w:r>
              <w:rPr>
                <w:b/>
                <w:color w:val="000000"/>
                <w:sz w:val="16"/>
              </w:rPr>
              <w:t>Uspešen/-na bom, ko:</w:t>
            </w:r>
          </w:p>
          <w:p w14:paraId="6E85100A" w14:textId="77777777" w:rsidR="00187E2C" w:rsidRDefault="00000000">
            <w:pPr>
              <w:pStyle w:val="Oznaenseznam"/>
              <w:spacing w:after="16"/>
            </w:pPr>
            <w:r>
              <w:rPr>
                <w:color w:val="000000"/>
                <w:sz w:val="16"/>
              </w:rPr>
              <w:t>razumem, da poved nekaj sporoča</w:t>
            </w:r>
          </w:p>
          <w:p w14:paraId="01C53936" w14:textId="77777777" w:rsidR="00187E2C" w:rsidRDefault="00000000">
            <w:pPr>
              <w:pStyle w:val="Oznaenseznam"/>
              <w:spacing w:after="16"/>
            </w:pPr>
            <w:r>
              <w:rPr>
                <w:color w:val="000000"/>
                <w:sz w:val="16"/>
              </w:rPr>
              <w:t>berem in z obravnavanimi velikimi tiskanimi črkami zapišem poved</w:t>
            </w:r>
          </w:p>
          <w:p w14:paraId="06307D8D" w14:textId="77777777" w:rsidR="00187E2C" w:rsidRDefault="00000000">
            <w:pPr>
              <w:pStyle w:val="Oznaenseznam"/>
              <w:spacing w:after="16"/>
            </w:pPr>
            <w:r>
              <w:rPr>
                <w:color w:val="000000"/>
                <w:sz w:val="16"/>
              </w:rPr>
              <w:t>uporabim piko po vzoru</w:t>
            </w:r>
          </w:p>
          <w:p w14:paraId="0D4D2ECB" w14:textId="77777777" w:rsidR="00187E2C" w:rsidRDefault="00000000">
            <w:pPr>
              <w:pStyle w:val="Oznaenseznam"/>
              <w:spacing w:after="16"/>
            </w:pPr>
            <w:r>
              <w:rPr>
                <w:color w:val="000000"/>
                <w:sz w:val="16"/>
              </w:rPr>
              <w:t>prepoznam in poimenujem veliko tiskano črko T ter jo povežem z glasom /t/</w:t>
            </w:r>
          </w:p>
          <w:p w14:paraId="6508DE6D" w14:textId="77777777" w:rsidR="00187E2C" w:rsidRDefault="00000000">
            <w:pPr>
              <w:pStyle w:val="Oznaenseznam"/>
              <w:spacing w:after="16"/>
            </w:pPr>
            <w:r>
              <w:rPr>
                <w:color w:val="000000"/>
                <w:sz w:val="16"/>
              </w:rPr>
              <w:t>veččutno oblikujem in čitljivo zapišem veliko tiskano črko T</w:t>
            </w:r>
          </w:p>
          <w:p w14:paraId="2049F17D" w14:textId="77777777" w:rsidR="00187E2C" w:rsidRDefault="00000000">
            <w:pPr>
              <w:pStyle w:val="Oznaenseznam"/>
              <w:spacing w:after="16"/>
            </w:pPr>
            <w:r>
              <w:rPr>
                <w:color w:val="000000"/>
                <w:sz w:val="16"/>
              </w:rPr>
              <w:t>berem in sestavlja zloge oziroma besede z znanimi črkami: TETA • META • TIM • MAMA</w:t>
            </w:r>
          </w:p>
          <w:p w14:paraId="4FC21EF4"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652A489C" w14:textId="77777777" w:rsidR="00187E2C" w:rsidRDefault="00187E2C"/>
          <w:p w14:paraId="22307DF0"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395C1DEE" w14:textId="77777777" w:rsidR="00187E2C" w:rsidRDefault="00000000">
            <w:pPr>
              <w:spacing w:after="80" w:line="245" w:lineRule="auto"/>
            </w:pPr>
            <w:r>
              <w:rPr>
                <w:color w:val="000000"/>
                <w:sz w:val="16"/>
              </w:rPr>
              <w:t>Pove, pokaže ali nariše, kaj že ve in katero strategijo bi uporabil.</w:t>
            </w:r>
          </w:p>
          <w:p w14:paraId="1DF500B7" w14:textId="77777777" w:rsidR="00187E2C" w:rsidRDefault="00000000">
            <w:pPr>
              <w:spacing w:after="100" w:line="245" w:lineRule="auto"/>
            </w:pPr>
            <w:r>
              <w:rPr>
                <w:color w:val="000000"/>
                <w:sz w:val="16"/>
              </w:rPr>
              <w:t>Sodeluje pri razumevanju namenov in kriterijev uspešnosti.</w:t>
            </w:r>
          </w:p>
          <w:p w14:paraId="5B292A5F" w14:textId="77777777" w:rsidR="00187E2C" w:rsidRDefault="00000000">
            <w:pPr>
              <w:spacing w:after="20" w:line="245" w:lineRule="auto"/>
            </w:pPr>
            <w:r>
              <w:rPr>
                <w:b/>
                <w:color w:val="D95BC6"/>
                <w:sz w:val="17"/>
              </w:rPr>
              <w:t>DOKAZ O UČENJU</w:t>
            </w:r>
          </w:p>
          <w:p w14:paraId="554B59B3"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C50CF9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75B8CA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37E90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F2CAD1" w14:textId="77777777" w:rsidR="00187E2C" w:rsidRDefault="00000000">
            <w:pPr>
              <w:jc w:val="center"/>
            </w:pPr>
            <w:r>
              <w:rPr>
                <w:b/>
                <w:color w:val="000000"/>
                <w:sz w:val="20"/>
              </w:rPr>
              <w:t>UČNE DEJAVNOSTI, METODE IN FORMATIVNO SPREMLJANJE</w:t>
            </w:r>
          </w:p>
        </w:tc>
      </w:tr>
      <w:tr w:rsidR="00187E2C" w14:paraId="2F3608FF" w14:textId="77777777">
        <w:trPr>
          <w:tblHeader/>
          <w:jc w:val="center"/>
        </w:trPr>
        <w:tc>
          <w:tcPr>
            <w:tcW w:w="4422" w:type="dxa"/>
            <w:vMerge/>
            <w:tcMar>
              <w:top w:w="70" w:type="dxa"/>
              <w:left w:w="90" w:type="dxa"/>
              <w:bottom w:w="70" w:type="dxa"/>
              <w:right w:w="90" w:type="dxa"/>
            </w:tcMar>
            <w:vAlign w:val="center"/>
          </w:tcPr>
          <w:p w14:paraId="7E2F4BD0" w14:textId="77777777" w:rsidR="00187E2C" w:rsidRDefault="00187E2C"/>
        </w:tc>
        <w:tc>
          <w:tcPr>
            <w:tcW w:w="7087" w:type="dxa"/>
            <w:shd w:val="clear" w:color="auto" w:fill="FFFFFF"/>
            <w:tcMar>
              <w:top w:w="70" w:type="dxa"/>
              <w:left w:w="90" w:type="dxa"/>
              <w:bottom w:w="70" w:type="dxa"/>
              <w:right w:w="90" w:type="dxa"/>
            </w:tcMar>
            <w:vAlign w:val="center"/>
          </w:tcPr>
          <w:p w14:paraId="777C5B6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8CB6D89" w14:textId="77777777" w:rsidR="00187E2C" w:rsidRDefault="00000000">
            <w:pPr>
              <w:jc w:val="center"/>
            </w:pPr>
            <w:r>
              <w:rPr>
                <w:b/>
                <w:color w:val="000000"/>
              </w:rPr>
              <w:t>UČENEC</w:t>
            </w:r>
          </w:p>
        </w:tc>
      </w:tr>
      <w:tr w:rsidR="00187E2C" w14:paraId="2F79B50D" w14:textId="77777777">
        <w:trPr>
          <w:jc w:val="center"/>
        </w:trPr>
        <w:tc>
          <w:tcPr>
            <w:tcW w:w="4422" w:type="dxa"/>
            <w:tcMar>
              <w:top w:w="70" w:type="dxa"/>
              <w:left w:w="90" w:type="dxa"/>
              <w:bottom w:w="70" w:type="dxa"/>
              <w:right w:w="90" w:type="dxa"/>
            </w:tcMar>
          </w:tcPr>
          <w:p w14:paraId="4703EB97" w14:textId="77777777" w:rsidR="00187E2C" w:rsidRDefault="00187E2C"/>
          <w:p w14:paraId="7C71C83C" w14:textId="77777777" w:rsidR="00187E2C" w:rsidRDefault="00000000">
            <w:pPr>
              <w:spacing w:after="40" w:line="245" w:lineRule="auto"/>
            </w:pPr>
            <w:r>
              <w:rPr>
                <w:b/>
                <w:color w:val="000000"/>
              </w:rPr>
              <w:t>KLJUČNI POJMI</w:t>
            </w:r>
          </w:p>
          <w:p w14:paraId="341B9178" w14:textId="77777777" w:rsidR="00187E2C" w:rsidRDefault="00000000">
            <w:pPr>
              <w:spacing w:after="60" w:line="245" w:lineRule="auto"/>
            </w:pPr>
            <w:r>
              <w:rPr>
                <w:color w:val="000000"/>
                <w:sz w:val="15"/>
              </w:rPr>
              <w:t>glas /t/, črka T, zlog, beseda, poved, smer poteze, bralna strategija, naslov, avtor, ilustrator, književna oseba</w:t>
            </w:r>
          </w:p>
          <w:p w14:paraId="20A8832F" w14:textId="77777777" w:rsidR="00187E2C" w:rsidRDefault="00000000">
            <w:pPr>
              <w:spacing w:after="20" w:line="245" w:lineRule="auto"/>
            </w:pPr>
            <w:r>
              <w:rPr>
                <w:b/>
                <w:color w:val="000000"/>
                <w:sz w:val="17"/>
              </w:rPr>
              <w:t>DOKAZI O UČENJU</w:t>
            </w:r>
          </w:p>
          <w:p w14:paraId="7BBD6CB3" w14:textId="77777777" w:rsidR="00187E2C" w:rsidRDefault="00000000">
            <w:pPr>
              <w:pStyle w:val="Oznaenseznam"/>
              <w:spacing w:after="9"/>
            </w:pPr>
            <w:r>
              <w:rPr>
                <w:color w:val="000000"/>
                <w:sz w:val="15"/>
              </w:rPr>
              <w:t>odziv med poslušanjem, izbrana slika in ena poved o doživetju.</w:t>
            </w:r>
          </w:p>
          <w:p w14:paraId="2D000BEF" w14:textId="77777777" w:rsidR="00187E2C" w:rsidRDefault="00000000">
            <w:pPr>
              <w:pStyle w:val="Oznaenseznam"/>
              <w:spacing w:after="9"/>
            </w:pPr>
            <w:r>
              <w:rPr>
                <w:color w:val="000000"/>
                <w:sz w:val="15"/>
              </w:rPr>
              <w:t>zvočni posnetek ali anekdotski zapis kratke izmenjave.</w:t>
            </w:r>
          </w:p>
          <w:p w14:paraId="75D6A1DE" w14:textId="77777777" w:rsidR="00187E2C" w:rsidRDefault="00000000">
            <w:pPr>
              <w:pStyle w:val="Oznaenseznam"/>
              <w:spacing w:after="9"/>
            </w:pPr>
            <w:r>
              <w:rPr>
                <w:color w:val="000000"/>
                <w:sz w:val="15"/>
              </w:rPr>
              <w:t>pravilno sestavljen primer in učenčeva ustna razlaga postopka.</w:t>
            </w:r>
          </w:p>
          <w:p w14:paraId="460CBDE1" w14:textId="77777777" w:rsidR="00187E2C" w:rsidRDefault="00000000">
            <w:pPr>
              <w:pStyle w:val="Oznaenseznam"/>
              <w:spacing w:after="9"/>
            </w:pPr>
            <w:r>
              <w:rPr>
                <w:color w:val="000000"/>
                <w:sz w:val="15"/>
              </w:rPr>
              <w:t>štiri pravilne glasovne odločitve, izbor črke T in kratka učenčeva razlaga.</w:t>
            </w:r>
          </w:p>
          <w:p w14:paraId="71DD40DE" w14:textId="77777777" w:rsidR="00187E2C" w:rsidRDefault="00000000">
            <w:pPr>
              <w:pStyle w:val="Oznaenseznam"/>
              <w:spacing w:after="9"/>
            </w:pPr>
            <w:r>
              <w:rPr>
                <w:color w:val="000000"/>
                <w:sz w:val="15"/>
              </w:rPr>
              <w:t>fotografija konstrukcije črke T, opazovalni zapis smeri potez in datirana vrstica treh zapisov.</w:t>
            </w:r>
          </w:p>
          <w:p w14:paraId="500E8693" w14:textId="77777777" w:rsidR="00187E2C" w:rsidRDefault="00000000">
            <w:pPr>
              <w:pStyle w:val="Oznaenseznam"/>
              <w:spacing w:after="9"/>
            </w:pPr>
            <w:r>
              <w:rPr>
                <w:color w:val="000000"/>
                <w:sz w:val="15"/>
              </w:rPr>
              <w:t>izpolnjen Bralni list 14, individualni bralni zapis, sestavljen ali zapisan primer s črko T in samovrednotenje.</w:t>
            </w:r>
          </w:p>
          <w:p w14:paraId="584D8E0B" w14:textId="77777777" w:rsidR="00187E2C" w:rsidRDefault="00000000">
            <w:pPr>
              <w:spacing w:before="40" w:after="20" w:line="245" w:lineRule="auto"/>
            </w:pPr>
            <w:r>
              <w:rPr>
                <w:b/>
                <w:color w:val="000000"/>
                <w:sz w:val="17"/>
              </w:rPr>
              <w:t>KNJIŽEVNO DOŽIVETJE IN IZKUŠENJSKI POUK</w:t>
            </w:r>
          </w:p>
          <w:p w14:paraId="324F1144"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1E562C4E" w14:textId="77777777" w:rsidR="00187E2C" w:rsidRDefault="00000000">
            <w:pPr>
              <w:spacing w:after="20" w:line="245" w:lineRule="auto"/>
            </w:pPr>
            <w:r>
              <w:rPr>
                <w:b/>
                <w:color w:val="000000"/>
                <w:sz w:val="17"/>
              </w:rPr>
              <w:t>POUČEVANJE V GIBANJU</w:t>
            </w:r>
          </w:p>
          <w:p w14:paraId="6AEE7491"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58FABC69" w14:textId="77777777" w:rsidR="00187E2C" w:rsidRDefault="00000000">
            <w:pPr>
              <w:spacing w:after="20" w:line="245" w:lineRule="auto"/>
            </w:pPr>
            <w:r>
              <w:rPr>
                <w:b/>
                <w:color w:val="000000"/>
                <w:sz w:val="17"/>
              </w:rPr>
              <w:t>DELO PO POSTAJAH</w:t>
            </w:r>
          </w:p>
          <w:p w14:paraId="261AEAFA" w14:textId="77777777" w:rsidR="00187E2C" w:rsidRDefault="00000000">
            <w:pPr>
              <w:spacing w:after="60" w:line="245" w:lineRule="auto"/>
            </w:pPr>
            <w:r>
              <w:rPr>
                <w:color w:val="000000"/>
                <w:sz w:val="15"/>
              </w:rPr>
              <w:t>1. doživljajsko-književna – poslušanje, pogovor, igra vlog in predmetno/slikovno izhodišče; 2. glasovno-gibalna – slišim glas /t/, razvrščam besede in sestavljam žive zloge; 3. bralna – ČRKA T • BRALNI LIST 14, modelirano, vodeno ali ponovljeno branje; 4. tipno-grafomotorična – črko T oblikujem, hodim po njeni poti in jo zapišem ter izbor dokaza, povratna informacija in naslednji korak.</w:t>
            </w:r>
          </w:p>
          <w:p w14:paraId="71B542B2" w14:textId="77777777" w:rsidR="00187E2C" w:rsidRDefault="00000000">
            <w:pPr>
              <w:spacing w:after="20" w:line="245" w:lineRule="auto"/>
            </w:pPr>
            <w:r>
              <w:rPr>
                <w:b/>
                <w:color w:val="000000"/>
                <w:sz w:val="17"/>
              </w:rPr>
              <w:t>DIFERENCIACIJA IN VKLJUČEVANJE</w:t>
            </w:r>
          </w:p>
          <w:p w14:paraId="51CCAA9D"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33BA1DEE" w14:textId="77777777" w:rsidR="00187E2C" w:rsidRDefault="00000000">
            <w:pPr>
              <w:spacing w:after="20" w:line="245" w:lineRule="auto"/>
            </w:pPr>
            <w:r>
              <w:rPr>
                <w:b/>
                <w:color w:val="000000"/>
                <w:sz w:val="17"/>
              </w:rPr>
              <w:t>SPREMLJANJE</w:t>
            </w:r>
          </w:p>
          <w:p w14:paraId="061B0596"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55B201F7"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5DB6138" w14:textId="77777777">
              <w:trPr>
                <w:jc w:val="center"/>
              </w:trPr>
              <w:tc>
                <w:tcPr>
                  <w:tcW w:w="7087" w:type="dxa"/>
                  <w:shd w:val="clear" w:color="auto" w:fill="C6E7F3"/>
                  <w:tcMar>
                    <w:top w:w="45" w:type="dxa"/>
                    <w:left w:w="70" w:type="dxa"/>
                    <w:bottom w:w="45" w:type="dxa"/>
                    <w:right w:w="70" w:type="dxa"/>
                  </w:tcMar>
                </w:tcPr>
                <w:p w14:paraId="29023C98" w14:textId="77777777" w:rsidR="00187E2C" w:rsidRDefault="00000000">
                  <w:pPr>
                    <w:keepNext/>
                  </w:pPr>
                  <w:r>
                    <w:rPr>
                      <w:b/>
                      <w:color w:val="000000"/>
                      <w:sz w:val="17"/>
                    </w:rPr>
                    <w:t>GLAVNI DEL – DOŽIVLJAJSKO, JEZIKOVNO IN OPISMENJEVALNO UČENJE (6 šolskih ur)</w:t>
                  </w:r>
                </w:p>
              </w:tc>
            </w:tr>
          </w:tbl>
          <w:p w14:paraId="5C2D7E8E" w14:textId="77777777" w:rsidR="00187E2C" w:rsidRDefault="00187E2C">
            <w:pPr>
              <w:spacing w:line="20" w:lineRule="exact"/>
            </w:pPr>
          </w:p>
          <w:p w14:paraId="585CE5ED" w14:textId="77777777" w:rsidR="00187E2C" w:rsidRDefault="00000000">
            <w:pPr>
              <w:keepNext/>
              <w:spacing w:before="22" w:after="6" w:line="245" w:lineRule="auto"/>
            </w:pPr>
            <w:r>
              <w:rPr>
                <w:b/>
                <w:color w:val="000000"/>
                <w:sz w:val="15"/>
              </w:rPr>
              <w:t>1. URA – Poved – Poslušam in doživljam</w:t>
            </w:r>
          </w:p>
          <w:p w14:paraId="7EED94DA"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»poved • velika tiskana črka t • bralni list 14«; sproti zbira individualne dokaze in prilagodi oporo.</w:t>
            </w:r>
          </w:p>
          <w:p w14:paraId="7B7474A4"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»razume, da poved nekaj sporoča«.</w:t>
            </w:r>
          </w:p>
          <w:p w14:paraId="3DABA4C0" w14:textId="77777777" w:rsidR="00187E2C" w:rsidRDefault="00000000">
            <w:pPr>
              <w:spacing w:after="15" w:line="245" w:lineRule="auto"/>
            </w:pPr>
            <w:r>
              <w:rPr>
                <w:i/>
                <w:color w:val="D95BC6"/>
                <w:sz w:val="14"/>
              </w:rPr>
              <w:t>Predvideni dokaz: odziv med poslušanjem, izbrana slika in ena poved o doživetju..</w:t>
            </w:r>
          </w:p>
          <w:p w14:paraId="7CDC2640" w14:textId="77777777" w:rsidR="00187E2C" w:rsidRDefault="00000000">
            <w:pPr>
              <w:keepNext/>
              <w:spacing w:before="22" w:after="6" w:line="245" w:lineRule="auto"/>
            </w:pPr>
            <w:r>
              <w:rPr>
                <w:b/>
                <w:color w:val="000000"/>
                <w:sz w:val="15"/>
              </w:rPr>
              <w:t>2. URA – Poved – Govorim in pojasnjujem</w:t>
            </w:r>
          </w:p>
          <w:p w14:paraId="24B4508D"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3482E8E5"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w:t>
            </w:r>
          </w:p>
          <w:p w14:paraId="1D2D7176" w14:textId="77777777" w:rsidR="00187E2C" w:rsidRDefault="00000000">
            <w:pPr>
              <w:spacing w:after="15" w:line="245" w:lineRule="auto"/>
            </w:pPr>
            <w:r>
              <w:rPr>
                <w:i/>
                <w:color w:val="D95BC6"/>
                <w:sz w:val="14"/>
              </w:rPr>
              <w:t>Predvideni dokaz: zvočni posnetek ali anekdotski zapis kratke izmenjave..</w:t>
            </w:r>
          </w:p>
          <w:p w14:paraId="73666E4B" w14:textId="77777777" w:rsidR="00187E2C" w:rsidRDefault="00000000">
            <w:pPr>
              <w:keepNext/>
              <w:spacing w:before="22" w:after="6" w:line="245" w:lineRule="auto"/>
            </w:pPr>
            <w:r>
              <w:rPr>
                <w:b/>
                <w:color w:val="000000"/>
                <w:sz w:val="15"/>
              </w:rPr>
              <w:t>3. URA – Poved – Razčlenjujem jezik</w:t>
            </w:r>
          </w:p>
          <w:p w14:paraId="3BA21674"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5444267F"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»uporabi piko po vzoru«.</w:t>
            </w:r>
          </w:p>
          <w:p w14:paraId="5585C57B" w14:textId="77777777" w:rsidR="00187E2C" w:rsidRDefault="00000000">
            <w:pPr>
              <w:spacing w:after="15" w:line="245" w:lineRule="auto"/>
            </w:pPr>
            <w:r>
              <w:rPr>
                <w:i/>
                <w:color w:val="D95BC6"/>
                <w:sz w:val="14"/>
              </w:rPr>
              <w:t>Predvideni dokaz: pravilno sestavljen primer in učenčeva ustna razlaga postopka..</w:t>
            </w:r>
          </w:p>
          <w:p w14:paraId="07F5D661" w14:textId="77777777" w:rsidR="00187E2C" w:rsidRDefault="00000000">
            <w:pPr>
              <w:keepNext/>
              <w:spacing w:before="22" w:after="6" w:line="245" w:lineRule="auto"/>
            </w:pPr>
            <w:r>
              <w:rPr>
                <w:b/>
                <w:color w:val="000000"/>
                <w:sz w:val="15"/>
              </w:rPr>
              <w:t>4. URA – SLIŠIM GLAS /t/ IN ODKRIVAM ČRKO T</w:t>
            </w:r>
          </w:p>
          <w:p w14:paraId="7D2E00C8"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(torba, avto, pet, metla); učenci se premikajo v kote začetek–sredina–konec, nato med črkami poiščejo T in jo oblikujejo s telesom.</w:t>
            </w:r>
          </w:p>
          <w:p w14:paraId="68E0E5AD"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T ter jo predstavi s telesom ali vrvjo.</w:t>
            </w:r>
          </w:p>
          <w:p w14:paraId="16D802C7" w14:textId="77777777" w:rsidR="00187E2C" w:rsidRDefault="00000000">
            <w:pPr>
              <w:spacing w:after="15" w:line="245" w:lineRule="auto"/>
            </w:pPr>
            <w:r>
              <w:rPr>
                <w:i/>
                <w:color w:val="D95BC6"/>
                <w:sz w:val="14"/>
              </w:rPr>
              <w:t>Predvideni dokaz: štiri pravilne glasovne odločitve, izbor črke T in kratka učenčeva razlaga..</w:t>
            </w:r>
          </w:p>
          <w:p w14:paraId="77EF5977" w14:textId="77777777" w:rsidR="00187E2C" w:rsidRDefault="00000000">
            <w:pPr>
              <w:keepNext/>
              <w:spacing w:before="22" w:after="6" w:line="245" w:lineRule="auto"/>
            </w:pPr>
            <w:r>
              <w:rPr>
                <w:b/>
                <w:color w:val="000000"/>
                <w:sz w:val="15"/>
              </w:rPr>
              <w:t>5. URA – Oblikujem in pišem črko T</w:t>
            </w:r>
          </w:p>
          <w:p w14:paraId="34482DE1"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5014F01F" w14:textId="77777777" w:rsidR="00187E2C" w:rsidRDefault="00000000">
            <w:pPr>
              <w:spacing w:after="7" w:line="245" w:lineRule="auto"/>
            </w:pPr>
            <w:r>
              <w:rPr>
                <w:b/>
                <w:color w:val="000000"/>
                <w:sz w:val="14"/>
              </w:rPr>
              <w:t xml:space="preserve">Dejavnost učencev: </w:t>
            </w:r>
            <w:r>
              <w:rPr>
                <w:color w:val="000000"/>
                <w:sz w:val="14"/>
              </w:rPr>
              <w:t>Črko T gradi in zapisuje na različnih podlagah, nato preide na manjši format; po povratni informaciji ponovi isti zapis.</w:t>
            </w:r>
          </w:p>
          <w:p w14:paraId="4E4CB7DE" w14:textId="77777777" w:rsidR="00187E2C" w:rsidRDefault="00000000">
            <w:pPr>
              <w:spacing w:after="15" w:line="245" w:lineRule="auto"/>
            </w:pPr>
            <w:r>
              <w:rPr>
                <w:i/>
                <w:color w:val="D95BC6"/>
                <w:sz w:val="14"/>
              </w:rPr>
              <w:t>Predvideni dokaz: fotografija konstrukcije črke T, opazovalni zapis smeri potez in datirana vrstica treh zapisov..</w:t>
            </w:r>
          </w:p>
          <w:p w14:paraId="70369AFC" w14:textId="77777777" w:rsidR="00187E2C" w:rsidRDefault="00000000">
            <w:pPr>
              <w:keepNext/>
              <w:spacing w:before="22" w:after="6" w:line="245" w:lineRule="auto"/>
            </w:pPr>
            <w:r>
              <w:rPr>
                <w:b/>
                <w:color w:val="000000"/>
                <w:sz w:val="15"/>
              </w:rPr>
              <w:t>6. URA – Berem in uporabim črko T</w:t>
            </w:r>
          </w:p>
          <w:p w14:paraId="79E49F7E"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T in Bralni list 14; gradivo omeji na znane črke A, E, I, O, U, N, M, T.</w:t>
            </w:r>
          </w:p>
          <w:p w14:paraId="52C79EFB" w14:textId="77777777" w:rsidR="00187E2C" w:rsidRDefault="00000000">
            <w:pPr>
              <w:spacing w:after="7" w:line="245" w:lineRule="auto"/>
            </w:pPr>
            <w:r>
              <w:rPr>
                <w:b/>
                <w:color w:val="000000"/>
                <w:sz w:val="14"/>
              </w:rPr>
              <w:t xml:space="preserve">Dejavnost učencev: </w:t>
            </w:r>
            <w:r>
              <w:rPr>
                <w:color w:val="000000"/>
                <w:sz w:val="14"/>
              </w:rPr>
              <w:t>Sestavlja, premešča in bere TA • TE • TI • TO • TU • AT • ET • IT • OT • UT ter TETA • TEMA • META • TINA; izbere zahtevnost in rešuje Bralni list 14.</w:t>
            </w:r>
          </w:p>
          <w:p w14:paraId="4F2AE6EA" w14:textId="77777777" w:rsidR="00187E2C" w:rsidRDefault="00000000">
            <w:pPr>
              <w:spacing w:after="15" w:line="245" w:lineRule="auto"/>
            </w:pPr>
            <w:r>
              <w:rPr>
                <w:i/>
                <w:color w:val="D95BC6"/>
                <w:sz w:val="14"/>
              </w:rPr>
              <w:t>Predvideni dokaz: izpolnjen Bralni list 14, individualni bralni zapis, sestavljen ali zapisan primer s črko T in samovrednotenje..</w:t>
            </w:r>
          </w:p>
          <w:tbl>
            <w:tblPr>
              <w:tblStyle w:val="Tabelamrea"/>
              <w:tblW w:w="0" w:type="auto"/>
              <w:jc w:val="center"/>
              <w:tblLayout w:type="fixed"/>
              <w:tblLook w:val="04A0" w:firstRow="1" w:lastRow="0" w:firstColumn="1" w:lastColumn="0" w:noHBand="0" w:noVBand="1"/>
            </w:tblPr>
            <w:tblGrid>
              <w:gridCol w:w="7087"/>
            </w:tblGrid>
            <w:tr w:rsidR="00187E2C" w14:paraId="05721E28" w14:textId="77777777">
              <w:trPr>
                <w:jc w:val="center"/>
              </w:trPr>
              <w:tc>
                <w:tcPr>
                  <w:tcW w:w="7087" w:type="dxa"/>
                  <w:shd w:val="clear" w:color="auto" w:fill="EDC9EA"/>
                  <w:tcMar>
                    <w:top w:w="45" w:type="dxa"/>
                    <w:left w:w="70" w:type="dxa"/>
                    <w:bottom w:w="45" w:type="dxa"/>
                    <w:right w:w="70" w:type="dxa"/>
                  </w:tcMar>
                </w:tcPr>
                <w:p w14:paraId="3BE96FC8" w14:textId="77777777" w:rsidR="00187E2C" w:rsidRDefault="00000000">
                  <w:pPr>
                    <w:keepNext/>
                  </w:pPr>
                  <w:r>
                    <w:rPr>
                      <w:b/>
                      <w:color w:val="000000"/>
                      <w:sz w:val="17"/>
                    </w:rPr>
                    <w:t>POVRATNA INFORMACIJA UČITELJICE MED DELOM</w:t>
                  </w:r>
                </w:p>
              </w:tc>
            </w:tr>
          </w:tbl>
          <w:p w14:paraId="05FB977D" w14:textId="77777777" w:rsidR="00187E2C" w:rsidRDefault="00187E2C"/>
          <w:p w14:paraId="1FEF374E"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37297B36" w14:textId="77777777" w:rsidR="00187E2C" w:rsidRDefault="00187E2C"/>
          <w:p w14:paraId="4D689238" w14:textId="77777777" w:rsidR="00187E2C" w:rsidRDefault="00000000">
            <w:pPr>
              <w:spacing w:after="4" w:line="245" w:lineRule="auto"/>
            </w:pPr>
            <w:r>
              <w:rPr>
                <w:b/>
                <w:color w:val="000000"/>
                <w:sz w:val="15"/>
              </w:rPr>
              <w:t>1. URA – Poved – Poslušam in doživljam</w:t>
            </w:r>
          </w:p>
          <w:p w14:paraId="3FBE52BF" w14:textId="77777777" w:rsidR="00187E2C" w:rsidRDefault="00000000">
            <w:pPr>
              <w:spacing w:after="7" w:line="245" w:lineRule="auto"/>
            </w:pPr>
            <w:r>
              <w:rPr>
                <w:color w:val="000000"/>
                <w:sz w:val="14"/>
              </w:rPr>
              <w:t>Napoveduje ob naslovu/sliki, med poslušanjem pokaže dogovorjen znak in po poslušanju izbere sliko občutja.</w:t>
            </w:r>
          </w:p>
          <w:p w14:paraId="03795284" w14:textId="77777777" w:rsidR="00187E2C" w:rsidRDefault="00000000">
            <w:pPr>
              <w:spacing w:after="15" w:line="245" w:lineRule="auto"/>
            </w:pPr>
            <w:r>
              <w:rPr>
                <w:color w:val="D95BC6"/>
                <w:sz w:val="13"/>
              </w:rPr>
              <w:t>Dokaz: odziv med poslušanjem, izbrana slika in ena poved o doživetju.</w:t>
            </w:r>
          </w:p>
          <w:p w14:paraId="605F3F5C" w14:textId="77777777" w:rsidR="00187E2C" w:rsidRDefault="00000000">
            <w:pPr>
              <w:spacing w:after="4" w:line="245" w:lineRule="auto"/>
            </w:pPr>
            <w:r>
              <w:rPr>
                <w:b/>
                <w:color w:val="000000"/>
                <w:sz w:val="15"/>
              </w:rPr>
              <w:t>2. URA – Poved – Govorim in pojasnjujem</w:t>
            </w:r>
          </w:p>
          <w:p w14:paraId="410E891C" w14:textId="77777777" w:rsidR="00187E2C" w:rsidRDefault="00000000">
            <w:pPr>
              <w:spacing w:after="7" w:line="245" w:lineRule="auto"/>
            </w:pPr>
            <w:r>
              <w:rPr>
                <w:color w:val="000000"/>
                <w:sz w:val="14"/>
              </w:rPr>
              <w:t>V paru govori in posluša, zamenja vlogo, postavi vprašanje ter uporabi besedo iz tedenske besedne banke.</w:t>
            </w:r>
          </w:p>
          <w:p w14:paraId="65AEC518" w14:textId="77777777" w:rsidR="00187E2C" w:rsidRDefault="00000000">
            <w:pPr>
              <w:spacing w:after="15" w:line="245" w:lineRule="auto"/>
            </w:pPr>
            <w:r>
              <w:rPr>
                <w:color w:val="D95BC6"/>
                <w:sz w:val="13"/>
              </w:rPr>
              <w:t>Dokaz: zvočni posnetek ali anekdotski zapis kratke izmenjave.</w:t>
            </w:r>
          </w:p>
          <w:p w14:paraId="7CCC2652" w14:textId="77777777" w:rsidR="00187E2C" w:rsidRDefault="00000000">
            <w:pPr>
              <w:spacing w:after="4" w:line="245" w:lineRule="auto"/>
            </w:pPr>
            <w:r>
              <w:rPr>
                <w:b/>
                <w:color w:val="000000"/>
                <w:sz w:val="15"/>
              </w:rPr>
              <w:t>3. URA – Poved – Razčlenjujem jezik</w:t>
            </w:r>
          </w:p>
          <w:p w14:paraId="3EE71A9D" w14:textId="77777777" w:rsidR="00187E2C" w:rsidRDefault="00000000">
            <w:pPr>
              <w:spacing w:after="7" w:line="245" w:lineRule="auto"/>
            </w:pPr>
            <w:r>
              <w:rPr>
                <w:color w:val="000000"/>
                <w:sz w:val="14"/>
              </w:rPr>
              <w:t>Ploska, stopa, razstavlja in sestavlja; primer razvrsti ter svojo rešitev preveri s sošolcem.</w:t>
            </w:r>
          </w:p>
          <w:p w14:paraId="42F4D892" w14:textId="77777777" w:rsidR="00187E2C" w:rsidRDefault="00000000">
            <w:pPr>
              <w:spacing w:after="15" w:line="245" w:lineRule="auto"/>
            </w:pPr>
            <w:r>
              <w:rPr>
                <w:color w:val="D95BC6"/>
                <w:sz w:val="13"/>
              </w:rPr>
              <w:t>Dokaz: pravilno sestavljen primer in učenčeva ustna razlaga postopka.</w:t>
            </w:r>
          </w:p>
          <w:p w14:paraId="46252338" w14:textId="77777777" w:rsidR="00187E2C" w:rsidRDefault="00000000">
            <w:pPr>
              <w:spacing w:after="4" w:line="245" w:lineRule="auto"/>
            </w:pPr>
            <w:r>
              <w:rPr>
                <w:b/>
                <w:color w:val="000000"/>
                <w:sz w:val="15"/>
              </w:rPr>
              <w:t>4. URA – SLIŠIM GLAS /t/ IN ODKRIVAM ČRKO T</w:t>
            </w:r>
          </w:p>
          <w:p w14:paraId="19C4EE71" w14:textId="77777777" w:rsidR="00187E2C" w:rsidRDefault="00000000">
            <w:pPr>
              <w:spacing w:after="7" w:line="245" w:lineRule="auto"/>
            </w:pPr>
            <w:r>
              <w:rPr>
                <w:color w:val="000000"/>
                <w:sz w:val="14"/>
              </w:rPr>
              <w:t>Besede razvršča z gibanjem, za vsak glas položi žeton, med znaki poišče T ter jo predstavi s telesom ali vrvjo.</w:t>
            </w:r>
          </w:p>
          <w:p w14:paraId="32FC2963" w14:textId="77777777" w:rsidR="00187E2C" w:rsidRDefault="00000000">
            <w:pPr>
              <w:spacing w:after="15" w:line="245" w:lineRule="auto"/>
            </w:pPr>
            <w:r>
              <w:rPr>
                <w:color w:val="D95BC6"/>
                <w:sz w:val="13"/>
              </w:rPr>
              <w:t>Dokaz: štiri pravilne glasovne odločitve, izbor črke T in kratka učenčeva razlaga.</w:t>
            </w:r>
          </w:p>
          <w:p w14:paraId="0ECC879F" w14:textId="77777777" w:rsidR="00187E2C" w:rsidRDefault="00000000">
            <w:pPr>
              <w:spacing w:after="4" w:line="245" w:lineRule="auto"/>
            </w:pPr>
            <w:r>
              <w:rPr>
                <w:b/>
                <w:color w:val="000000"/>
                <w:sz w:val="15"/>
              </w:rPr>
              <w:t>5. URA – Oblikujem in pišem črko T</w:t>
            </w:r>
          </w:p>
          <w:p w14:paraId="577B8B45" w14:textId="77777777" w:rsidR="00187E2C" w:rsidRDefault="00000000">
            <w:pPr>
              <w:spacing w:after="7" w:line="245" w:lineRule="auto"/>
            </w:pPr>
            <w:r>
              <w:rPr>
                <w:color w:val="000000"/>
                <w:sz w:val="14"/>
              </w:rPr>
              <w:t>Črko T gradi in zapisuje na različnih podlagah, nato preide na manjši format.</w:t>
            </w:r>
          </w:p>
          <w:p w14:paraId="399AABDC" w14:textId="77777777" w:rsidR="00187E2C" w:rsidRDefault="00000000">
            <w:pPr>
              <w:spacing w:after="15" w:line="245" w:lineRule="auto"/>
            </w:pPr>
            <w:r>
              <w:rPr>
                <w:color w:val="D95BC6"/>
                <w:sz w:val="13"/>
              </w:rPr>
              <w:t>Dokaz: fotografija konstrukcije črke T, opazovalni zapis smeri potez in datirana.</w:t>
            </w:r>
          </w:p>
          <w:p w14:paraId="7DBFEFEF" w14:textId="77777777" w:rsidR="00187E2C" w:rsidRDefault="00000000">
            <w:pPr>
              <w:spacing w:after="4" w:line="245" w:lineRule="auto"/>
            </w:pPr>
            <w:r>
              <w:rPr>
                <w:b/>
                <w:color w:val="000000"/>
                <w:sz w:val="15"/>
              </w:rPr>
              <w:t>6. URA – Berem in uporabim črko T</w:t>
            </w:r>
          </w:p>
          <w:p w14:paraId="47649BEF" w14:textId="77777777" w:rsidR="00187E2C" w:rsidRDefault="00000000">
            <w:pPr>
              <w:spacing w:after="7" w:line="245" w:lineRule="auto"/>
            </w:pPr>
            <w:r>
              <w:rPr>
                <w:color w:val="000000"/>
                <w:sz w:val="14"/>
              </w:rPr>
              <w:t>Sestavlja, premešča in bere TA • TE • TI • TO • TU • AT • ET • IT • OT • UT ter TETA • TEMA • META • TINA.</w:t>
            </w:r>
          </w:p>
          <w:p w14:paraId="79BF0041" w14:textId="77777777" w:rsidR="00187E2C" w:rsidRDefault="00000000">
            <w:pPr>
              <w:spacing w:after="15" w:line="245" w:lineRule="auto"/>
            </w:pPr>
            <w:r>
              <w:rPr>
                <w:color w:val="D95BC6"/>
                <w:sz w:val="13"/>
              </w:rPr>
              <w:t>Dokaz: izpolnjen Bralni list 14, individualni bralni zapis.</w:t>
            </w:r>
          </w:p>
        </w:tc>
      </w:tr>
    </w:tbl>
    <w:p w14:paraId="6B237BE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7D34F4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B543D8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9C864E3" w14:textId="77777777" w:rsidR="00187E2C" w:rsidRDefault="00000000">
            <w:pPr>
              <w:jc w:val="center"/>
            </w:pPr>
            <w:r>
              <w:rPr>
                <w:b/>
                <w:color w:val="000000"/>
                <w:sz w:val="20"/>
              </w:rPr>
              <w:t>UČNE DEJAVNOSTI, METODE IN FORMATIVNO SPREMLJANJE</w:t>
            </w:r>
          </w:p>
        </w:tc>
      </w:tr>
      <w:tr w:rsidR="00187E2C" w14:paraId="597BF695" w14:textId="77777777">
        <w:trPr>
          <w:tblHeader/>
          <w:jc w:val="center"/>
        </w:trPr>
        <w:tc>
          <w:tcPr>
            <w:tcW w:w="4422" w:type="dxa"/>
            <w:vMerge/>
            <w:tcMar>
              <w:top w:w="70" w:type="dxa"/>
              <w:left w:w="90" w:type="dxa"/>
              <w:bottom w:w="70" w:type="dxa"/>
              <w:right w:w="90" w:type="dxa"/>
            </w:tcMar>
            <w:vAlign w:val="center"/>
          </w:tcPr>
          <w:p w14:paraId="20961A1C" w14:textId="77777777" w:rsidR="00187E2C" w:rsidRDefault="00187E2C"/>
        </w:tc>
        <w:tc>
          <w:tcPr>
            <w:tcW w:w="7087" w:type="dxa"/>
            <w:shd w:val="clear" w:color="auto" w:fill="FFFFFF"/>
            <w:tcMar>
              <w:top w:w="70" w:type="dxa"/>
              <w:left w:w="90" w:type="dxa"/>
              <w:bottom w:w="70" w:type="dxa"/>
              <w:right w:w="90" w:type="dxa"/>
            </w:tcMar>
            <w:vAlign w:val="center"/>
          </w:tcPr>
          <w:p w14:paraId="3974758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3CE3960" w14:textId="77777777" w:rsidR="00187E2C" w:rsidRDefault="00000000">
            <w:pPr>
              <w:jc w:val="center"/>
            </w:pPr>
            <w:r>
              <w:rPr>
                <w:b/>
                <w:color w:val="000000"/>
              </w:rPr>
              <w:t>UČENEC</w:t>
            </w:r>
          </w:p>
        </w:tc>
      </w:tr>
      <w:tr w:rsidR="00187E2C" w14:paraId="33DFF1A6" w14:textId="77777777">
        <w:trPr>
          <w:jc w:val="center"/>
        </w:trPr>
        <w:tc>
          <w:tcPr>
            <w:tcW w:w="4422" w:type="dxa"/>
            <w:tcMar>
              <w:top w:w="70" w:type="dxa"/>
              <w:left w:w="90" w:type="dxa"/>
              <w:bottom w:w="70" w:type="dxa"/>
              <w:right w:w="90" w:type="dxa"/>
            </w:tcMar>
          </w:tcPr>
          <w:p w14:paraId="03AFA2C0" w14:textId="77777777" w:rsidR="00187E2C" w:rsidRDefault="00187E2C"/>
          <w:p w14:paraId="04035374" w14:textId="77777777" w:rsidR="00187E2C" w:rsidRDefault="00000000">
            <w:pPr>
              <w:spacing w:after="40" w:line="245" w:lineRule="auto"/>
            </w:pPr>
            <w:r>
              <w:rPr>
                <w:b/>
                <w:color w:val="000000"/>
              </w:rPr>
              <w:t>FORMATIVNO SPREMLJANJE</w:t>
            </w:r>
          </w:p>
          <w:p w14:paraId="0EA5495C"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75FBF515"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5DF61C57"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45AA1D3B"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2A30424B" w14:textId="77777777" w:rsidR="00187E2C" w:rsidRDefault="00000000">
            <w:pPr>
              <w:spacing w:before="40" w:after="20" w:line="245" w:lineRule="auto"/>
            </w:pPr>
            <w:r>
              <w:rPr>
                <w:b/>
                <w:color w:val="000000"/>
                <w:sz w:val="17"/>
              </w:rPr>
              <w:t>VARNOST IN ODGOVORNOST</w:t>
            </w:r>
          </w:p>
          <w:p w14:paraId="186BF344"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00603E24" w14:textId="77777777" w:rsidR="00187E2C" w:rsidRDefault="00000000">
            <w:pPr>
              <w:spacing w:after="20" w:line="245" w:lineRule="auto"/>
            </w:pPr>
            <w:r>
              <w:rPr>
                <w:b/>
                <w:color w:val="000000"/>
                <w:sz w:val="17"/>
              </w:rPr>
              <w:t>EVIDENCA PO IZVEDBI</w:t>
            </w:r>
          </w:p>
          <w:p w14:paraId="073C94AB"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3A20105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C1374C3" w14:textId="77777777">
              <w:trPr>
                <w:jc w:val="center"/>
              </w:trPr>
              <w:tc>
                <w:tcPr>
                  <w:tcW w:w="7087" w:type="dxa"/>
                  <w:shd w:val="clear" w:color="auto" w:fill="EDC9EA"/>
                  <w:tcMar>
                    <w:top w:w="45" w:type="dxa"/>
                    <w:left w:w="70" w:type="dxa"/>
                    <w:bottom w:w="45" w:type="dxa"/>
                    <w:right w:w="70" w:type="dxa"/>
                  </w:tcMar>
                </w:tcPr>
                <w:p w14:paraId="7B1F552C" w14:textId="77777777" w:rsidR="00187E2C" w:rsidRDefault="00000000">
                  <w:pPr>
                    <w:keepNext/>
                  </w:pPr>
                  <w:r>
                    <w:rPr>
                      <w:b/>
                      <w:color w:val="000000"/>
                    </w:rPr>
                    <w:t>VPRAŠANJA V PODPORO JEZIKOVNEMU, BRALNEMU IN KNJIŽEVNEMU UČENJU</w:t>
                  </w:r>
                </w:p>
              </w:tc>
            </w:tr>
          </w:tbl>
          <w:p w14:paraId="11735FBE" w14:textId="77777777" w:rsidR="00187E2C" w:rsidRDefault="00187E2C">
            <w:pPr>
              <w:spacing w:line="20" w:lineRule="exact"/>
            </w:pPr>
          </w:p>
          <w:p w14:paraId="122CBC17" w14:textId="77777777" w:rsidR="00187E2C" w:rsidRDefault="00000000">
            <w:pPr>
              <w:pStyle w:val="Oznaenseznam"/>
              <w:spacing w:after="16"/>
            </w:pPr>
            <w:r>
              <w:rPr>
                <w:color w:val="000000"/>
                <w:sz w:val="16"/>
              </w:rPr>
              <w:t>Kaj ti je naslovnica, slika, predmet, zvok ali gib pomagal razumeti?</w:t>
            </w:r>
          </w:p>
          <w:p w14:paraId="59387D72" w14:textId="77777777" w:rsidR="00187E2C" w:rsidRDefault="00000000">
            <w:pPr>
              <w:pStyle w:val="Oznaenseznam"/>
              <w:spacing w:after="16"/>
            </w:pPr>
            <w:r>
              <w:rPr>
                <w:color w:val="000000"/>
                <w:sz w:val="16"/>
              </w:rPr>
              <w:t>Kako si našel/-la glas, črko, zlog, besedo ali bistveni podatek?</w:t>
            </w:r>
          </w:p>
          <w:p w14:paraId="67315601" w14:textId="77777777" w:rsidR="00187E2C" w:rsidRDefault="00000000">
            <w:pPr>
              <w:pStyle w:val="Oznaenseznam"/>
              <w:spacing w:after="16"/>
            </w:pPr>
            <w:r>
              <w:rPr>
                <w:color w:val="000000"/>
                <w:sz w:val="16"/>
              </w:rPr>
              <w:t>Kako veš, da tvoja pripoved, branje ali zapis dosega dogovorjeni kriterij?</w:t>
            </w:r>
          </w:p>
          <w:p w14:paraId="6ABD4B2A" w14:textId="77777777" w:rsidR="00187E2C" w:rsidRDefault="00000000">
            <w:pPr>
              <w:pStyle w:val="Oznaenseznam"/>
              <w:spacing w:after="16"/>
            </w:pPr>
            <w:r>
              <w:rPr>
                <w:color w:val="000000"/>
                <w:sz w:val="16"/>
              </w:rPr>
              <w:t>Ali lahko svoje razumevanje pokažeš še z drugim načinom – govorom, gibanjem, risbo, branjem ali zapisom?</w:t>
            </w:r>
          </w:p>
          <w:p w14:paraId="7AF96C30"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33E645D8" w14:textId="77777777">
              <w:trPr>
                <w:jc w:val="center"/>
              </w:trPr>
              <w:tc>
                <w:tcPr>
                  <w:tcW w:w="7087" w:type="dxa"/>
                  <w:shd w:val="clear" w:color="auto" w:fill="C6E7F3"/>
                  <w:tcMar>
                    <w:top w:w="45" w:type="dxa"/>
                    <w:left w:w="70" w:type="dxa"/>
                    <w:bottom w:w="45" w:type="dxa"/>
                    <w:right w:w="70" w:type="dxa"/>
                  </w:tcMar>
                </w:tcPr>
                <w:p w14:paraId="4DB856C9" w14:textId="77777777" w:rsidR="00187E2C" w:rsidRDefault="00000000">
                  <w:pPr>
                    <w:keepNext/>
                  </w:pPr>
                  <w:r>
                    <w:rPr>
                      <w:b/>
                      <w:color w:val="000000"/>
                    </w:rPr>
                    <w:t>ZAKLJUČNI DEL – UTRJEVANJE, BRALNI ODZIV IN REFLEKSIJA (10–15 min)</w:t>
                  </w:r>
                </w:p>
              </w:tc>
            </w:tr>
          </w:tbl>
          <w:p w14:paraId="24124DBB" w14:textId="77777777" w:rsidR="00187E2C" w:rsidRDefault="00187E2C">
            <w:pPr>
              <w:spacing w:line="20" w:lineRule="exact"/>
            </w:pPr>
          </w:p>
          <w:p w14:paraId="6D3CC5BD"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681DE1B" w14:textId="77777777">
              <w:trPr>
                <w:jc w:val="center"/>
              </w:trPr>
              <w:tc>
                <w:tcPr>
                  <w:tcW w:w="7087" w:type="dxa"/>
                  <w:shd w:val="clear" w:color="auto" w:fill="EDC9EA"/>
                  <w:tcMar>
                    <w:top w:w="45" w:type="dxa"/>
                    <w:left w:w="70" w:type="dxa"/>
                    <w:bottom w:w="45" w:type="dxa"/>
                    <w:right w:w="70" w:type="dxa"/>
                  </w:tcMar>
                </w:tcPr>
                <w:p w14:paraId="4F7AD673" w14:textId="77777777" w:rsidR="00187E2C" w:rsidRDefault="00000000">
                  <w:pPr>
                    <w:keepNext/>
                  </w:pPr>
                  <w:r>
                    <w:rPr>
                      <w:b/>
                      <w:color w:val="000000"/>
                    </w:rPr>
                    <w:t>SAMOVREDNOTENJE</w:t>
                  </w:r>
                </w:p>
              </w:tc>
            </w:tr>
          </w:tbl>
          <w:p w14:paraId="2F3293F7" w14:textId="77777777" w:rsidR="00187E2C" w:rsidRDefault="00187E2C">
            <w:pPr>
              <w:spacing w:line="20" w:lineRule="exact"/>
            </w:pPr>
          </w:p>
          <w:p w14:paraId="4263429F"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F2C6C5A" w14:textId="77777777">
              <w:trPr>
                <w:jc w:val="center"/>
              </w:trPr>
              <w:tc>
                <w:tcPr>
                  <w:tcW w:w="7087" w:type="dxa"/>
                  <w:shd w:val="clear" w:color="auto" w:fill="EDC9EA"/>
                  <w:tcMar>
                    <w:top w:w="45" w:type="dxa"/>
                    <w:left w:w="70" w:type="dxa"/>
                    <w:bottom w:w="45" w:type="dxa"/>
                    <w:right w:w="70" w:type="dxa"/>
                  </w:tcMar>
                </w:tcPr>
                <w:p w14:paraId="74FFAA12" w14:textId="77777777" w:rsidR="00187E2C" w:rsidRDefault="00000000">
                  <w:pPr>
                    <w:keepNext/>
                  </w:pPr>
                  <w:r>
                    <w:rPr>
                      <w:b/>
                      <w:color w:val="000000"/>
                    </w:rPr>
                    <w:t>VRSTNIŠKO VREDNOTENJE</w:t>
                  </w:r>
                </w:p>
              </w:tc>
            </w:tr>
          </w:tbl>
          <w:p w14:paraId="36457D41" w14:textId="77777777" w:rsidR="00187E2C" w:rsidRDefault="00187E2C">
            <w:pPr>
              <w:spacing w:line="20" w:lineRule="exact"/>
            </w:pPr>
          </w:p>
          <w:p w14:paraId="22E3082C"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A4626B1" w14:textId="77777777">
              <w:trPr>
                <w:jc w:val="center"/>
              </w:trPr>
              <w:tc>
                <w:tcPr>
                  <w:tcW w:w="7087" w:type="dxa"/>
                  <w:shd w:val="clear" w:color="auto" w:fill="EDC9EA"/>
                  <w:tcMar>
                    <w:top w:w="45" w:type="dxa"/>
                    <w:left w:w="70" w:type="dxa"/>
                    <w:bottom w:w="45" w:type="dxa"/>
                    <w:right w:w="70" w:type="dxa"/>
                  </w:tcMar>
                </w:tcPr>
                <w:p w14:paraId="7ABD467D" w14:textId="77777777" w:rsidR="00187E2C" w:rsidRDefault="00000000">
                  <w:pPr>
                    <w:keepNext/>
                  </w:pPr>
                  <w:r>
                    <w:rPr>
                      <w:b/>
                      <w:color w:val="000000"/>
                    </w:rPr>
                    <w:t>SKUPNI POVZETEK</w:t>
                  </w:r>
                </w:p>
              </w:tc>
            </w:tr>
          </w:tbl>
          <w:p w14:paraId="004722C1" w14:textId="77777777" w:rsidR="00187E2C" w:rsidRDefault="00187E2C"/>
          <w:p w14:paraId="440D0068" w14:textId="77777777" w:rsidR="00187E2C" w:rsidRDefault="00000000">
            <w:pPr>
              <w:spacing w:before="20" w:after="40" w:line="245" w:lineRule="auto"/>
            </w:pPr>
            <w:r>
              <w:rPr>
                <w:b/>
                <w:color w:val="000000"/>
                <w:sz w:val="16"/>
              </w:rPr>
              <w:t>Prepoznam glas /t/ in črko T,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41D57BC3" w14:textId="77777777" w:rsidR="00187E2C" w:rsidRDefault="00187E2C"/>
          <w:p w14:paraId="35F9B1DF" w14:textId="77777777" w:rsidR="00187E2C" w:rsidRDefault="00000000">
            <w:pPr>
              <w:spacing w:after="100" w:line="245" w:lineRule="auto"/>
            </w:pPr>
            <w:r>
              <w:rPr>
                <w:color w:val="000000"/>
                <w:sz w:val="16"/>
              </w:rPr>
              <w:t>Odgovarja na podporna vprašanja ter se sklicuje na poslušano besedilo, sliko, govor, bralni list ali zapis.</w:t>
            </w:r>
          </w:p>
          <w:p w14:paraId="47297D2C" w14:textId="77777777" w:rsidR="00187E2C" w:rsidRDefault="00000000">
            <w:pPr>
              <w:spacing w:after="100" w:line="245" w:lineRule="auto"/>
            </w:pPr>
            <w:r>
              <w:rPr>
                <w:color w:val="000000"/>
                <w:sz w:val="16"/>
              </w:rPr>
              <w:t>Primerja začetni odziv z novim dokazom in pojasni, kaj se je naučil/-a.</w:t>
            </w:r>
          </w:p>
          <w:p w14:paraId="1DB3CD90" w14:textId="77777777" w:rsidR="00187E2C" w:rsidRDefault="00000000">
            <w:pPr>
              <w:spacing w:after="100" w:line="245" w:lineRule="auto"/>
            </w:pPr>
            <w:r>
              <w:rPr>
                <w:color w:val="000000"/>
                <w:sz w:val="16"/>
              </w:rPr>
              <w:t>Izbere raven samostojnosti in določi naslednji korak.</w:t>
            </w:r>
          </w:p>
          <w:p w14:paraId="15E1D938" w14:textId="77777777" w:rsidR="00187E2C" w:rsidRDefault="00000000">
            <w:pPr>
              <w:spacing w:after="100" w:line="245" w:lineRule="auto"/>
            </w:pPr>
            <w:r>
              <w:rPr>
                <w:color w:val="000000"/>
                <w:sz w:val="16"/>
              </w:rPr>
              <w:t>Sošolcu poda prijazen in konkreten odziv, vezan na kriterij.</w:t>
            </w:r>
          </w:p>
          <w:p w14:paraId="1456ECE6" w14:textId="77777777" w:rsidR="00187E2C" w:rsidRDefault="00000000">
            <w:pPr>
              <w:spacing w:after="20" w:line="245" w:lineRule="auto"/>
            </w:pPr>
            <w:r>
              <w:rPr>
                <w:b/>
                <w:color w:val="D95BC6"/>
                <w:sz w:val="17"/>
              </w:rPr>
              <w:t>DOKAZ O UČENJU</w:t>
            </w:r>
          </w:p>
          <w:p w14:paraId="65CAE5D4"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31463BE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18E1AE54" w14:textId="77777777">
        <w:trPr>
          <w:cantSplit/>
          <w:jc w:val="center"/>
        </w:trPr>
        <w:tc>
          <w:tcPr>
            <w:tcW w:w="14060" w:type="dxa"/>
            <w:gridSpan w:val="6"/>
            <w:tcMar>
              <w:top w:w="70" w:type="dxa"/>
              <w:left w:w="90" w:type="dxa"/>
              <w:bottom w:w="70" w:type="dxa"/>
              <w:right w:w="90" w:type="dxa"/>
            </w:tcMar>
            <w:vAlign w:val="center"/>
          </w:tcPr>
          <w:p w14:paraId="6E74FB82" w14:textId="77777777" w:rsidR="00187E2C" w:rsidRDefault="00000000">
            <w:pPr>
              <w:jc w:val="center"/>
            </w:pPr>
            <w:r>
              <w:rPr>
                <w:b/>
                <w:color w:val="000000"/>
                <w:sz w:val="24"/>
              </w:rPr>
              <w:lastRenderedPageBreak/>
              <w:t>UČNA PRIPRAVA 15/39</w:t>
            </w:r>
          </w:p>
        </w:tc>
      </w:tr>
      <w:tr w:rsidR="00187E2C" w14:paraId="1751DA75" w14:textId="77777777">
        <w:trPr>
          <w:jc w:val="center"/>
        </w:trPr>
        <w:tc>
          <w:tcPr>
            <w:tcW w:w="2665" w:type="dxa"/>
            <w:tcMar>
              <w:top w:w="70" w:type="dxa"/>
              <w:left w:w="90" w:type="dxa"/>
              <w:bottom w:w="70" w:type="dxa"/>
              <w:right w:w="90" w:type="dxa"/>
            </w:tcMar>
            <w:vAlign w:val="center"/>
          </w:tcPr>
          <w:p w14:paraId="24E988FC"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E38F56D"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5A2C342F"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CDAC3E4" w14:textId="77777777" w:rsidR="00187E2C" w:rsidRDefault="00000000">
            <w:r>
              <w:rPr>
                <w:b/>
                <w:color w:val="000000"/>
                <w:sz w:val="16"/>
              </w:rPr>
              <w:t xml:space="preserve">NAČRTOVANI TERMIN: </w:t>
            </w:r>
            <w:r>
              <w:rPr>
                <w:color w:val="000000"/>
                <w:sz w:val="16"/>
              </w:rPr>
              <w:t>15. teden • 14.–18. 12. 2026</w:t>
            </w:r>
          </w:p>
        </w:tc>
        <w:tc>
          <w:tcPr>
            <w:tcW w:w="2268" w:type="dxa"/>
            <w:tcMar>
              <w:top w:w="70" w:type="dxa"/>
              <w:left w:w="90" w:type="dxa"/>
              <w:bottom w:w="70" w:type="dxa"/>
              <w:right w:w="90" w:type="dxa"/>
            </w:tcMar>
            <w:vAlign w:val="center"/>
          </w:tcPr>
          <w:p w14:paraId="1F99F359"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0195800" w14:textId="77777777" w:rsidR="00187E2C" w:rsidRDefault="00000000">
            <w:r>
              <w:rPr>
                <w:b/>
                <w:color w:val="000000"/>
                <w:sz w:val="16"/>
              </w:rPr>
              <w:t xml:space="preserve">ŠTEVILO UR: </w:t>
            </w:r>
            <w:r>
              <w:rPr>
                <w:color w:val="000000"/>
                <w:sz w:val="16"/>
              </w:rPr>
              <w:t>6</w:t>
            </w:r>
          </w:p>
        </w:tc>
      </w:tr>
      <w:tr w:rsidR="00187E2C" w14:paraId="590E5AD9" w14:textId="77777777">
        <w:trPr>
          <w:jc w:val="center"/>
        </w:trPr>
        <w:tc>
          <w:tcPr>
            <w:tcW w:w="14061" w:type="dxa"/>
            <w:gridSpan w:val="6"/>
            <w:tcMar>
              <w:top w:w="70" w:type="dxa"/>
              <w:left w:w="90" w:type="dxa"/>
              <w:bottom w:w="70" w:type="dxa"/>
              <w:right w:w="90" w:type="dxa"/>
            </w:tcMar>
            <w:vAlign w:val="center"/>
          </w:tcPr>
          <w:p w14:paraId="3A36880E" w14:textId="77777777" w:rsidR="00187E2C" w:rsidRDefault="00000000">
            <w:r>
              <w:rPr>
                <w:b/>
                <w:color w:val="000000"/>
                <w:sz w:val="17"/>
              </w:rPr>
              <w:t xml:space="preserve">TIP UČNE URE: </w:t>
            </w:r>
            <w:r>
              <w:rPr>
                <w:color w:val="000000"/>
                <w:sz w:val="17"/>
              </w:rPr>
              <w:t>ustno oziroma praktično preverjanje in opisno ocenjevanje z individualnim dokazom</w:t>
            </w:r>
          </w:p>
        </w:tc>
      </w:tr>
      <w:tr w:rsidR="00187E2C" w14:paraId="5488DA06" w14:textId="77777777">
        <w:trPr>
          <w:cantSplit/>
          <w:jc w:val="center"/>
        </w:trPr>
        <w:tc>
          <w:tcPr>
            <w:tcW w:w="14060" w:type="dxa"/>
            <w:gridSpan w:val="6"/>
            <w:tcMar>
              <w:top w:w="70" w:type="dxa"/>
              <w:left w:w="90" w:type="dxa"/>
              <w:bottom w:w="70" w:type="dxa"/>
              <w:right w:w="90" w:type="dxa"/>
            </w:tcMar>
            <w:vAlign w:val="center"/>
          </w:tcPr>
          <w:p w14:paraId="16C027E7" w14:textId="77777777" w:rsidR="00187E2C" w:rsidRDefault="00187E2C"/>
          <w:p w14:paraId="64C78010" w14:textId="77777777" w:rsidR="00187E2C" w:rsidRDefault="00000000">
            <w:pPr>
              <w:spacing w:line="245" w:lineRule="auto"/>
            </w:pPr>
            <w:r>
              <w:rPr>
                <w:b/>
                <w:color w:val="000000"/>
                <w:sz w:val="16"/>
              </w:rPr>
              <w:t xml:space="preserve">UČNI SKLOP: </w:t>
            </w:r>
            <w:r>
              <w:rPr>
                <w:color w:val="000000"/>
                <w:sz w:val="16"/>
              </w:rPr>
              <w:t>MOJA DRUŽINA, SKUPNOST IN PRAZNOVANJA</w:t>
            </w:r>
          </w:p>
        </w:tc>
      </w:tr>
      <w:tr w:rsidR="00187E2C" w14:paraId="2626B93D" w14:textId="77777777">
        <w:trPr>
          <w:cantSplit/>
          <w:jc w:val="center"/>
        </w:trPr>
        <w:tc>
          <w:tcPr>
            <w:tcW w:w="14060" w:type="dxa"/>
            <w:gridSpan w:val="6"/>
            <w:tcMar>
              <w:top w:w="70" w:type="dxa"/>
              <w:left w:w="90" w:type="dxa"/>
              <w:bottom w:w="70" w:type="dxa"/>
              <w:right w:w="90" w:type="dxa"/>
            </w:tcMar>
            <w:vAlign w:val="center"/>
          </w:tcPr>
          <w:p w14:paraId="21210DD2" w14:textId="77777777" w:rsidR="00187E2C" w:rsidRDefault="00187E2C"/>
          <w:p w14:paraId="0C1BEB83" w14:textId="77777777" w:rsidR="00187E2C" w:rsidRDefault="00000000">
            <w:pPr>
              <w:spacing w:line="245" w:lineRule="auto"/>
            </w:pPr>
            <w:r>
              <w:rPr>
                <w:b/>
                <w:color w:val="000000"/>
                <w:sz w:val="16"/>
              </w:rPr>
              <w:t xml:space="preserve">UČNA TEMA: </w:t>
            </w:r>
            <w:r>
              <w:rPr>
                <w:color w:val="000000"/>
                <w:sz w:val="16"/>
              </w:rPr>
              <w:t>VOŠČILO IN PRIPOVED • VELIKA TISKANA ČRKA J</w:t>
            </w:r>
          </w:p>
        </w:tc>
      </w:tr>
      <w:tr w:rsidR="00187E2C" w14:paraId="6B30A5EC" w14:textId="77777777">
        <w:trPr>
          <w:cantSplit/>
          <w:jc w:val="center"/>
        </w:trPr>
        <w:tc>
          <w:tcPr>
            <w:tcW w:w="14060" w:type="dxa"/>
            <w:gridSpan w:val="6"/>
            <w:tcMar>
              <w:top w:w="70" w:type="dxa"/>
              <w:left w:w="90" w:type="dxa"/>
              <w:bottom w:w="70" w:type="dxa"/>
              <w:right w:w="90" w:type="dxa"/>
            </w:tcMar>
            <w:vAlign w:val="center"/>
          </w:tcPr>
          <w:p w14:paraId="369D18ED" w14:textId="77777777" w:rsidR="00187E2C" w:rsidRDefault="00187E2C"/>
          <w:p w14:paraId="43D205AD" w14:textId="77777777" w:rsidR="00187E2C" w:rsidRDefault="00000000">
            <w:pPr>
              <w:spacing w:line="245" w:lineRule="auto"/>
            </w:pPr>
            <w:r>
              <w:rPr>
                <w:b/>
                <w:color w:val="000000"/>
                <w:sz w:val="16"/>
              </w:rPr>
              <w:t xml:space="preserve">KNJIŽEVNO IZHODIŠČE IN MOTIV: </w:t>
            </w:r>
            <w:r>
              <w:rPr>
                <w:color w:val="000000"/>
                <w:sz w:val="16"/>
              </w:rPr>
              <w:t>»Zvezdica Zaspanka« – Frane Milčinski – Ježek • gledališče, praznovanje, odgovornost in prijaznost</w:t>
            </w:r>
          </w:p>
        </w:tc>
      </w:tr>
      <w:tr w:rsidR="00187E2C" w14:paraId="1D553891" w14:textId="77777777">
        <w:trPr>
          <w:cantSplit/>
          <w:jc w:val="center"/>
        </w:trPr>
        <w:tc>
          <w:tcPr>
            <w:tcW w:w="14060" w:type="dxa"/>
            <w:gridSpan w:val="6"/>
            <w:tcMar>
              <w:top w:w="70" w:type="dxa"/>
              <w:left w:w="90" w:type="dxa"/>
              <w:bottom w:w="70" w:type="dxa"/>
              <w:right w:w="90" w:type="dxa"/>
            </w:tcMar>
            <w:vAlign w:val="center"/>
          </w:tcPr>
          <w:p w14:paraId="445A340A" w14:textId="77777777" w:rsidR="00187E2C" w:rsidRDefault="00187E2C"/>
          <w:p w14:paraId="538B2D49" w14:textId="77777777" w:rsidR="00187E2C" w:rsidRDefault="00000000">
            <w:pPr>
              <w:spacing w:line="245" w:lineRule="auto"/>
            </w:pPr>
            <w:r>
              <w:rPr>
                <w:b/>
                <w:color w:val="000000"/>
                <w:sz w:val="16"/>
              </w:rPr>
              <w:t xml:space="preserve">BRALNI LIST / ČRKA: </w:t>
            </w:r>
            <w:r>
              <w:rPr>
                <w:color w:val="000000"/>
                <w:sz w:val="16"/>
              </w:rPr>
              <w:t>ČRKA J • BRALNI LIST 15 – Berem črko J in zloge ter besede: glas /j/ znane črke: A, E, I, O, U, N, M, T, J; slišim glas; prepoznam črko; navpična poteza z zavojem in zgornja prečka po šolskem zapisu; berem in zapišem</w:t>
            </w:r>
          </w:p>
        </w:tc>
      </w:tr>
      <w:tr w:rsidR="00187E2C" w14:paraId="06A775C9" w14:textId="77777777">
        <w:trPr>
          <w:cantSplit/>
          <w:jc w:val="center"/>
        </w:trPr>
        <w:tc>
          <w:tcPr>
            <w:tcW w:w="14060" w:type="dxa"/>
            <w:gridSpan w:val="6"/>
            <w:tcMar>
              <w:top w:w="70" w:type="dxa"/>
              <w:left w:w="90" w:type="dxa"/>
              <w:bottom w:w="70" w:type="dxa"/>
              <w:right w:w="90" w:type="dxa"/>
            </w:tcMar>
            <w:vAlign w:val="center"/>
          </w:tcPr>
          <w:p w14:paraId="6967CD7E" w14:textId="77777777" w:rsidR="00187E2C" w:rsidRDefault="00187E2C"/>
          <w:p w14:paraId="4E434B2A" w14:textId="77777777" w:rsidR="00187E2C" w:rsidRDefault="00000000">
            <w:pPr>
              <w:spacing w:line="245" w:lineRule="auto"/>
            </w:pPr>
            <w:r>
              <w:rPr>
                <w:b/>
                <w:color w:val="000000"/>
                <w:sz w:val="16"/>
              </w:rPr>
              <w:t xml:space="preserve">UČNE ENOTE: </w:t>
            </w:r>
            <w:r>
              <w:rPr>
                <w:color w:val="000000"/>
                <w:sz w:val="16"/>
              </w:rPr>
              <w:t>1. ura – Voščilo in pripoved – Poslušam in doživljam • 2. ura – Voščilo in pripoved – Govorim in pojasnjujem • 3. ura – Voščilo in pripoved – Razčlenjujem jezik • 4. ura – SLIŠIM GLAS /j/ IN ODKRIVAM ČRKO J • 5. ura – Oblikujem in pišem črko J • 6. ura – Berem in uporabim črko J</w:t>
            </w:r>
          </w:p>
        </w:tc>
      </w:tr>
      <w:tr w:rsidR="00187E2C" w14:paraId="749AA7F0" w14:textId="77777777">
        <w:trPr>
          <w:cantSplit/>
          <w:jc w:val="center"/>
        </w:trPr>
        <w:tc>
          <w:tcPr>
            <w:tcW w:w="14060" w:type="dxa"/>
            <w:gridSpan w:val="6"/>
            <w:tcMar>
              <w:top w:w="70" w:type="dxa"/>
              <w:left w:w="90" w:type="dxa"/>
              <w:bottom w:w="70" w:type="dxa"/>
              <w:right w:w="90" w:type="dxa"/>
            </w:tcMar>
            <w:vAlign w:val="center"/>
          </w:tcPr>
          <w:p w14:paraId="615E463B" w14:textId="77777777" w:rsidR="00187E2C" w:rsidRDefault="00187E2C"/>
          <w:p w14:paraId="78B937B2"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37A12316" w14:textId="77777777">
        <w:trPr>
          <w:cantSplit/>
          <w:jc w:val="center"/>
        </w:trPr>
        <w:tc>
          <w:tcPr>
            <w:tcW w:w="14060" w:type="dxa"/>
            <w:gridSpan w:val="6"/>
            <w:tcMar>
              <w:top w:w="70" w:type="dxa"/>
              <w:left w:w="90" w:type="dxa"/>
              <w:bottom w:w="70" w:type="dxa"/>
              <w:right w:w="90" w:type="dxa"/>
            </w:tcMar>
            <w:vAlign w:val="center"/>
          </w:tcPr>
          <w:p w14:paraId="6C29A130" w14:textId="77777777" w:rsidR="00187E2C" w:rsidRDefault="00187E2C"/>
          <w:p w14:paraId="1419AA26"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5AA9B4A6" w14:textId="77777777">
        <w:trPr>
          <w:cantSplit/>
          <w:jc w:val="center"/>
        </w:trPr>
        <w:tc>
          <w:tcPr>
            <w:tcW w:w="14060" w:type="dxa"/>
            <w:gridSpan w:val="6"/>
            <w:tcMar>
              <w:top w:w="70" w:type="dxa"/>
              <w:left w:w="90" w:type="dxa"/>
              <w:bottom w:w="70" w:type="dxa"/>
              <w:right w:w="90" w:type="dxa"/>
            </w:tcMar>
            <w:vAlign w:val="center"/>
          </w:tcPr>
          <w:p w14:paraId="3BCBCE12" w14:textId="77777777" w:rsidR="00187E2C" w:rsidRDefault="00187E2C"/>
          <w:p w14:paraId="14AD6288"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665855A0" w14:textId="77777777">
        <w:trPr>
          <w:cantSplit/>
          <w:jc w:val="center"/>
        </w:trPr>
        <w:tc>
          <w:tcPr>
            <w:tcW w:w="14060" w:type="dxa"/>
            <w:gridSpan w:val="6"/>
            <w:tcMar>
              <w:top w:w="70" w:type="dxa"/>
              <w:left w:w="90" w:type="dxa"/>
              <w:bottom w:w="70" w:type="dxa"/>
              <w:right w:w="90" w:type="dxa"/>
            </w:tcMar>
            <w:vAlign w:val="center"/>
          </w:tcPr>
          <w:p w14:paraId="3B843BD1" w14:textId="77777777" w:rsidR="00187E2C" w:rsidRDefault="00187E2C"/>
          <w:p w14:paraId="5AF78FE6" w14:textId="77777777" w:rsidR="00187E2C" w:rsidRDefault="00000000">
            <w:pPr>
              <w:spacing w:line="245" w:lineRule="auto"/>
            </w:pPr>
            <w:r>
              <w:rPr>
                <w:b/>
                <w:color w:val="000000"/>
                <w:sz w:val="16"/>
              </w:rPr>
              <w:t xml:space="preserve">MEDPREDMETNE POVEZAVE: </w:t>
            </w:r>
            <w:r>
              <w:rPr>
                <w:color w:val="000000"/>
                <w:sz w:val="16"/>
              </w:rPr>
              <w:t>SPO – gledališče, praznovanje, odgovornost in prijaznost; GUM – ritem, zvočnost in glas; LUM – ilustracija, črta in grafomotorika; ŠPO – gibalna pripoved, dramatizacija in postaje; MAT – smer, zaporedje in orientacija</w:t>
            </w:r>
          </w:p>
        </w:tc>
      </w:tr>
      <w:tr w:rsidR="00187E2C" w14:paraId="5D248835" w14:textId="77777777">
        <w:trPr>
          <w:cantSplit/>
          <w:jc w:val="center"/>
        </w:trPr>
        <w:tc>
          <w:tcPr>
            <w:tcW w:w="14060" w:type="dxa"/>
            <w:gridSpan w:val="6"/>
            <w:tcMar>
              <w:top w:w="70" w:type="dxa"/>
              <w:left w:w="90" w:type="dxa"/>
              <w:bottom w:w="70" w:type="dxa"/>
              <w:right w:w="90" w:type="dxa"/>
            </w:tcMar>
            <w:vAlign w:val="center"/>
          </w:tcPr>
          <w:p w14:paraId="65D9CA9E" w14:textId="77777777" w:rsidR="00187E2C" w:rsidRDefault="00187E2C"/>
          <w:p w14:paraId="6F3EF406" w14:textId="77777777" w:rsidR="00187E2C" w:rsidRDefault="00000000">
            <w:pPr>
              <w:spacing w:line="245" w:lineRule="auto"/>
            </w:pPr>
            <w:r>
              <w:rPr>
                <w:b/>
                <w:color w:val="000000"/>
                <w:sz w:val="16"/>
              </w:rPr>
              <w:t xml:space="preserve">UČNA SREDSTVA IN PRIPOMOČKI: </w:t>
            </w:r>
            <w:r>
              <w:rPr>
                <w:color w:val="000000"/>
                <w:sz w:val="16"/>
              </w:rPr>
              <w:t>ČRKA J • BRALNI LIST 15, povečano besedilo oziroma kartice, slikanica ali odlomek, slikovno zaporedje, kartice besed in glasov, talne črke ali zlogi, ogledala, vrvice ali modelirna masa, mini tabla, zvezek oziroma jezikovna mapa</w:t>
            </w:r>
          </w:p>
        </w:tc>
      </w:tr>
      <w:tr w:rsidR="00187E2C" w14:paraId="57AE3D6A" w14:textId="77777777">
        <w:trPr>
          <w:cantSplit/>
          <w:jc w:val="center"/>
        </w:trPr>
        <w:tc>
          <w:tcPr>
            <w:tcW w:w="14060" w:type="dxa"/>
            <w:gridSpan w:val="6"/>
            <w:tcMar>
              <w:top w:w="70" w:type="dxa"/>
              <w:left w:w="90" w:type="dxa"/>
              <w:bottom w:w="70" w:type="dxa"/>
              <w:right w:w="90" w:type="dxa"/>
            </w:tcMar>
            <w:vAlign w:val="center"/>
          </w:tcPr>
          <w:p w14:paraId="5D8A472C" w14:textId="77777777" w:rsidR="00187E2C" w:rsidRDefault="00187E2C"/>
          <w:p w14:paraId="1CD94EBC"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130ED27" w14:textId="77777777">
        <w:trPr>
          <w:cantSplit/>
          <w:jc w:val="center"/>
        </w:trPr>
        <w:tc>
          <w:tcPr>
            <w:tcW w:w="14060" w:type="dxa"/>
            <w:gridSpan w:val="6"/>
            <w:tcMar>
              <w:top w:w="70" w:type="dxa"/>
              <w:left w:w="90" w:type="dxa"/>
              <w:bottom w:w="70" w:type="dxa"/>
              <w:right w:w="90" w:type="dxa"/>
            </w:tcMar>
            <w:vAlign w:val="center"/>
          </w:tcPr>
          <w:p w14:paraId="5276F169" w14:textId="77777777" w:rsidR="00187E2C" w:rsidRDefault="00187E2C"/>
          <w:p w14:paraId="3818242F" w14:textId="77777777" w:rsidR="00187E2C" w:rsidRDefault="00000000">
            <w:pPr>
              <w:spacing w:line="245" w:lineRule="auto"/>
            </w:pPr>
            <w:r>
              <w:rPr>
                <w:b/>
                <w:color w:val="000000"/>
                <w:sz w:val="16"/>
              </w:rPr>
              <w:t xml:space="preserve">OCENJEVANJE / DAN DEJAVNOSTI: </w:t>
            </w:r>
            <w:r>
              <w:rPr>
                <w:color w:val="000000"/>
                <w:sz w:val="16"/>
              </w:rPr>
              <w:t>OCENJEVANJE 2 – DRUGE OBLIKE: kratek govorni nastop oziroma recitacija ter individualni dokaz</w:t>
            </w:r>
          </w:p>
        </w:tc>
      </w:tr>
      <w:tr w:rsidR="00187E2C" w14:paraId="09A9B857" w14:textId="77777777">
        <w:trPr>
          <w:cantSplit/>
          <w:jc w:val="center"/>
        </w:trPr>
        <w:tc>
          <w:tcPr>
            <w:tcW w:w="14060" w:type="dxa"/>
            <w:gridSpan w:val="6"/>
            <w:tcMar>
              <w:top w:w="70" w:type="dxa"/>
              <w:left w:w="90" w:type="dxa"/>
              <w:bottom w:w="70" w:type="dxa"/>
              <w:right w:w="90" w:type="dxa"/>
            </w:tcMar>
            <w:vAlign w:val="center"/>
          </w:tcPr>
          <w:p w14:paraId="1D06AEFC" w14:textId="77777777" w:rsidR="00187E2C" w:rsidRDefault="00187E2C"/>
          <w:p w14:paraId="2473CDC5"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4F1196C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627C1A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0D3355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B19ED8" w14:textId="77777777" w:rsidR="00187E2C" w:rsidRDefault="00000000">
            <w:pPr>
              <w:jc w:val="center"/>
            </w:pPr>
            <w:r>
              <w:rPr>
                <w:b/>
                <w:color w:val="000000"/>
                <w:sz w:val="20"/>
              </w:rPr>
              <w:t>UČNE DEJAVNOSTI, METODE IN FORMATIVNO SPREMLJANJE</w:t>
            </w:r>
          </w:p>
        </w:tc>
      </w:tr>
      <w:tr w:rsidR="00187E2C" w14:paraId="6C9D7C4D" w14:textId="77777777">
        <w:trPr>
          <w:tblHeader/>
          <w:jc w:val="center"/>
        </w:trPr>
        <w:tc>
          <w:tcPr>
            <w:tcW w:w="4422" w:type="dxa"/>
            <w:vMerge/>
            <w:tcMar>
              <w:top w:w="70" w:type="dxa"/>
              <w:left w:w="90" w:type="dxa"/>
              <w:bottom w:w="70" w:type="dxa"/>
              <w:right w:w="90" w:type="dxa"/>
            </w:tcMar>
            <w:vAlign w:val="center"/>
          </w:tcPr>
          <w:p w14:paraId="7E3DD167" w14:textId="77777777" w:rsidR="00187E2C" w:rsidRDefault="00187E2C"/>
        </w:tc>
        <w:tc>
          <w:tcPr>
            <w:tcW w:w="7087" w:type="dxa"/>
            <w:shd w:val="clear" w:color="auto" w:fill="FFFFFF"/>
            <w:tcMar>
              <w:top w:w="70" w:type="dxa"/>
              <w:left w:w="90" w:type="dxa"/>
              <w:bottom w:w="70" w:type="dxa"/>
              <w:right w:w="90" w:type="dxa"/>
            </w:tcMar>
            <w:vAlign w:val="center"/>
          </w:tcPr>
          <w:p w14:paraId="2497482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AB854E3" w14:textId="77777777" w:rsidR="00187E2C" w:rsidRDefault="00000000">
            <w:pPr>
              <w:jc w:val="center"/>
            </w:pPr>
            <w:r>
              <w:rPr>
                <w:b/>
                <w:color w:val="000000"/>
              </w:rPr>
              <w:t>UČENEC</w:t>
            </w:r>
          </w:p>
        </w:tc>
      </w:tr>
      <w:tr w:rsidR="00187E2C" w14:paraId="1939ACFB" w14:textId="77777777">
        <w:trPr>
          <w:jc w:val="center"/>
        </w:trPr>
        <w:tc>
          <w:tcPr>
            <w:tcW w:w="4422" w:type="dxa"/>
            <w:tcMar>
              <w:top w:w="70" w:type="dxa"/>
              <w:left w:w="90" w:type="dxa"/>
              <w:bottom w:w="70" w:type="dxa"/>
              <w:right w:w="90" w:type="dxa"/>
            </w:tcMar>
          </w:tcPr>
          <w:p w14:paraId="70B68F21" w14:textId="77777777" w:rsidR="00187E2C" w:rsidRDefault="00187E2C"/>
          <w:p w14:paraId="269DDA41" w14:textId="77777777" w:rsidR="00187E2C" w:rsidRDefault="00000000">
            <w:pPr>
              <w:spacing w:after="60" w:line="245" w:lineRule="auto"/>
            </w:pPr>
            <w:r>
              <w:rPr>
                <w:b/>
                <w:color w:val="000000"/>
              </w:rPr>
              <w:t>UČNI CILJI</w:t>
            </w:r>
          </w:p>
          <w:p w14:paraId="10CAAD6F" w14:textId="77777777" w:rsidR="00187E2C" w:rsidRDefault="00000000">
            <w:pPr>
              <w:spacing w:after="20" w:line="245" w:lineRule="auto"/>
            </w:pPr>
            <w:r>
              <w:rPr>
                <w:b/>
                <w:color w:val="000000"/>
                <w:sz w:val="17"/>
              </w:rPr>
              <w:t>SPLOŠNI</w:t>
            </w:r>
          </w:p>
          <w:p w14:paraId="4A6C292E"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3274A9D8" w14:textId="77777777" w:rsidR="00187E2C" w:rsidRDefault="00000000">
            <w:pPr>
              <w:pStyle w:val="Oznaenseznam"/>
              <w:spacing w:after="16"/>
            </w:pPr>
            <w:r>
              <w:rPr>
                <w:color w:val="000000"/>
                <w:sz w:val="16"/>
              </w:rPr>
              <w:t>doživlja književno besedilo ter se nanj odziva z govorom, gibanjem, dramatizacijo, risbo ali zapisom</w:t>
            </w:r>
          </w:p>
          <w:p w14:paraId="40A49F08" w14:textId="77777777" w:rsidR="00187E2C" w:rsidRDefault="00000000">
            <w:pPr>
              <w:pStyle w:val="Oznaenseznam"/>
              <w:spacing w:after="16"/>
            </w:pPr>
            <w:r>
              <w:rPr>
                <w:color w:val="000000"/>
                <w:sz w:val="16"/>
              </w:rPr>
              <w:t>razvija glasovno zavedanje, povezavo glas–črka in začetno branje ter pisanje po individualnem napredku</w:t>
            </w:r>
          </w:p>
          <w:p w14:paraId="0675CE67" w14:textId="77777777" w:rsidR="00187E2C" w:rsidRDefault="00000000">
            <w:pPr>
              <w:pStyle w:val="Oznaenseznam"/>
              <w:spacing w:after="16"/>
            </w:pPr>
            <w:r>
              <w:rPr>
                <w:color w:val="000000"/>
                <w:sz w:val="16"/>
              </w:rPr>
              <w:t>ob namenih in kriterijih spremlja svoje učenje ter uporabi opisno povratno informacijo</w:t>
            </w:r>
          </w:p>
          <w:p w14:paraId="707BE662" w14:textId="77777777" w:rsidR="00187E2C" w:rsidRDefault="00000000">
            <w:pPr>
              <w:spacing w:before="40" w:after="20" w:line="245" w:lineRule="auto"/>
            </w:pPr>
            <w:r>
              <w:rPr>
                <w:b/>
                <w:color w:val="000000"/>
                <w:sz w:val="17"/>
              </w:rPr>
              <w:t>OPERATIVNI</w:t>
            </w:r>
          </w:p>
          <w:p w14:paraId="5C423ACE" w14:textId="77777777" w:rsidR="00187E2C" w:rsidRDefault="00000000">
            <w:pPr>
              <w:pStyle w:val="Oznaenseznam"/>
              <w:spacing w:after="16"/>
            </w:pPr>
            <w:r>
              <w:rPr>
                <w:color w:val="000000"/>
                <w:sz w:val="16"/>
              </w:rPr>
              <w:t>razume namen voščila</w:t>
            </w:r>
          </w:p>
          <w:p w14:paraId="73D6DEC1" w14:textId="77777777" w:rsidR="00187E2C" w:rsidRDefault="00000000">
            <w:pPr>
              <w:pStyle w:val="Oznaenseznam"/>
              <w:spacing w:after="16"/>
            </w:pPr>
            <w:r>
              <w:rPr>
                <w:color w:val="000000"/>
                <w:sz w:val="16"/>
              </w:rPr>
              <w:t>ustno ali pisno oblikuje kratko sporočilo</w:t>
            </w:r>
          </w:p>
          <w:p w14:paraId="152C7DDD" w14:textId="77777777" w:rsidR="00187E2C" w:rsidRDefault="00000000">
            <w:pPr>
              <w:pStyle w:val="Oznaenseznam"/>
              <w:spacing w:after="16"/>
            </w:pPr>
            <w:r>
              <w:rPr>
                <w:color w:val="000000"/>
                <w:sz w:val="16"/>
              </w:rPr>
              <w:t>doživeto recitira pesem</w:t>
            </w:r>
          </w:p>
          <w:p w14:paraId="66E5428D" w14:textId="77777777" w:rsidR="00187E2C" w:rsidRDefault="00000000">
            <w:pPr>
              <w:pStyle w:val="Oznaenseznam"/>
              <w:spacing w:after="16"/>
            </w:pPr>
            <w:r>
              <w:rPr>
                <w:color w:val="000000"/>
                <w:sz w:val="16"/>
              </w:rPr>
              <w:t>prepozna in poimenuje veliko tiskano črko J ter jo poveže z glasom /j/</w:t>
            </w:r>
          </w:p>
          <w:p w14:paraId="04370F11" w14:textId="77777777" w:rsidR="00187E2C" w:rsidRDefault="00000000">
            <w:pPr>
              <w:pStyle w:val="Oznaenseznam"/>
              <w:spacing w:after="16"/>
            </w:pPr>
            <w:r>
              <w:rPr>
                <w:color w:val="000000"/>
                <w:sz w:val="16"/>
              </w:rPr>
              <w:t>veččutno oblikuje in čitljivo zapiše veliko tiskano črko J</w:t>
            </w:r>
          </w:p>
          <w:p w14:paraId="4F49AB9C" w14:textId="77777777" w:rsidR="00187E2C" w:rsidRDefault="00000000">
            <w:pPr>
              <w:pStyle w:val="Oznaenseznam"/>
              <w:spacing w:after="16"/>
            </w:pPr>
            <w:r>
              <w:rPr>
                <w:color w:val="000000"/>
                <w:sz w:val="16"/>
              </w:rPr>
              <w:t>bere in sestavlja zloge oziroma besede z znanimi črkami: MAJA • JANA • MOJ</w:t>
            </w:r>
          </w:p>
          <w:p w14:paraId="58494E7F" w14:textId="77777777" w:rsidR="00187E2C" w:rsidRDefault="00000000">
            <w:pPr>
              <w:spacing w:before="40" w:after="20" w:line="245" w:lineRule="auto"/>
            </w:pPr>
            <w:r>
              <w:rPr>
                <w:b/>
                <w:color w:val="000000"/>
                <w:sz w:val="17"/>
              </w:rPr>
              <w:t>PRIČAKOVANI DOSEŽKI / MINIMALNI POUDARKI</w:t>
            </w:r>
          </w:p>
          <w:p w14:paraId="0F553B47" w14:textId="77777777" w:rsidR="00187E2C" w:rsidRDefault="00000000">
            <w:pPr>
              <w:pStyle w:val="Oznaenseznam"/>
              <w:spacing w:after="16"/>
            </w:pPr>
            <w:r>
              <w:rPr>
                <w:color w:val="000000"/>
                <w:sz w:val="15"/>
              </w:rPr>
              <w:t>samostojno oziroma z dogovorjeno oporo razume namen voščila</w:t>
            </w:r>
          </w:p>
          <w:p w14:paraId="53CFBDCD" w14:textId="77777777" w:rsidR="00187E2C" w:rsidRDefault="00000000">
            <w:pPr>
              <w:pStyle w:val="Oznaenseznam"/>
              <w:spacing w:after="16"/>
            </w:pPr>
            <w:r>
              <w:rPr>
                <w:color w:val="000000"/>
                <w:sz w:val="15"/>
              </w:rPr>
              <w:t>samostojno oziroma z dogovorjeno oporo ustno ali pisno oblikuje kratko sporočilo</w:t>
            </w:r>
          </w:p>
          <w:p w14:paraId="63B1455A" w14:textId="77777777" w:rsidR="00187E2C" w:rsidRDefault="00000000">
            <w:pPr>
              <w:pStyle w:val="Oznaenseznam"/>
              <w:spacing w:after="16"/>
            </w:pPr>
            <w:r>
              <w:rPr>
                <w:color w:val="000000"/>
                <w:sz w:val="15"/>
              </w:rPr>
              <w:t>samostojno oziroma z dogovorjeno oporo doživeto recitira pesem</w:t>
            </w:r>
          </w:p>
          <w:p w14:paraId="22BE6C68" w14:textId="77777777" w:rsidR="00187E2C" w:rsidRDefault="00000000">
            <w:pPr>
              <w:pStyle w:val="Oznaenseznam"/>
              <w:spacing w:after="16"/>
            </w:pPr>
            <w:r>
              <w:rPr>
                <w:color w:val="000000"/>
                <w:sz w:val="15"/>
              </w:rPr>
              <w:t>samostojno oziroma z dogovorjeno oporo prepozna in poimenuje veliko tiskano črko J ter jo poveže z glasom /j/</w:t>
            </w:r>
          </w:p>
          <w:p w14:paraId="7E519C08" w14:textId="77777777" w:rsidR="00187E2C" w:rsidRDefault="00000000">
            <w:pPr>
              <w:pStyle w:val="Oznaenseznam"/>
              <w:spacing w:after="16"/>
            </w:pPr>
            <w:r>
              <w:rPr>
                <w:color w:val="000000"/>
                <w:sz w:val="15"/>
              </w:rPr>
              <w:t>samostojno oziroma z dogovorjeno oporo veččutno oblikuje in čitljivo zapiše veliko tiskano črko J</w:t>
            </w:r>
          </w:p>
        </w:tc>
        <w:tc>
          <w:tcPr>
            <w:tcW w:w="7087" w:type="dxa"/>
            <w:tcMar>
              <w:top w:w="70" w:type="dxa"/>
              <w:left w:w="90" w:type="dxa"/>
              <w:bottom w:w="70" w:type="dxa"/>
              <w:right w:w="90" w:type="dxa"/>
            </w:tcMar>
          </w:tcPr>
          <w:p w14:paraId="1BDBDF5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5EB6345" w14:textId="77777777">
              <w:trPr>
                <w:jc w:val="center"/>
              </w:trPr>
              <w:tc>
                <w:tcPr>
                  <w:tcW w:w="7087" w:type="dxa"/>
                  <w:shd w:val="clear" w:color="auto" w:fill="C6E7F3"/>
                  <w:tcMar>
                    <w:top w:w="45" w:type="dxa"/>
                    <w:left w:w="70" w:type="dxa"/>
                    <w:bottom w:w="45" w:type="dxa"/>
                    <w:right w:w="70" w:type="dxa"/>
                  </w:tcMar>
                </w:tcPr>
                <w:p w14:paraId="5D13A69B" w14:textId="77777777" w:rsidR="00187E2C" w:rsidRDefault="00000000">
                  <w:pPr>
                    <w:keepNext/>
                  </w:pPr>
                  <w:r>
                    <w:rPr>
                      <w:b/>
                      <w:color w:val="000000"/>
                    </w:rPr>
                    <w:t>UVODNI DEL – motivacija, aktivacija predznanja in namen učenja (15–20 min)</w:t>
                  </w:r>
                </w:p>
              </w:tc>
            </w:tr>
          </w:tbl>
          <w:p w14:paraId="424C3B89" w14:textId="77777777" w:rsidR="00187E2C" w:rsidRDefault="00187E2C">
            <w:pPr>
              <w:spacing w:line="20" w:lineRule="exact"/>
            </w:pPr>
          </w:p>
          <w:p w14:paraId="0194DF13" w14:textId="77777777" w:rsidR="00187E2C" w:rsidRDefault="00000000">
            <w:pPr>
              <w:spacing w:before="40" w:after="60" w:line="245" w:lineRule="auto"/>
            </w:pPr>
            <w:r>
              <w:rPr>
                <w:color w:val="000000"/>
                <w:sz w:val="16"/>
              </w:rPr>
              <w:t>Učenci ob naslovnici, odlomku ali ilustraciji dela »Zvezdica Zaspanka« – Frane Milčinski – Ježek doživljajsko vstopijo v motiv gledališče, praznovanje, odgovornost in prijaznost. S kretnjo, predmetom, sliko, glasom ali kratko povedjo pokažejo predznanje in napoved. Izhodiščni odziv povežejo z dejavnostjo ČRKA J • BRALNI LIST 15 – Berem črko J in zloge ter besede. Pred ocenjevanjem obnovijo kriterije, po njem pa dokaz analizirajo in določijo naslednji korak.</w:t>
            </w:r>
          </w:p>
          <w:tbl>
            <w:tblPr>
              <w:tblStyle w:val="Tabelamrea"/>
              <w:tblW w:w="0" w:type="auto"/>
              <w:jc w:val="center"/>
              <w:tblLayout w:type="fixed"/>
              <w:tblLook w:val="04A0" w:firstRow="1" w:lastRow="0" w:firstColumn="1" w:lastColumn="0" w:noHBand="0" w:noVBand="1"/>
            </w:tblPr>
            <w:tblGrid>
              <w:gridCol w:w="7087"/>
            </w:tblGrid>
            <w:tr w:rsidR="00187E2C" w14:paraId="45295842" w14:textId="77777777">
              <w:trPr>
                <w:jc w:val="center"/>
              </w:trPr>
              <w:tc>
                <w:tcPr>
                  <w:tcW w:w="7087" w:type="dxa"/>
                  <w:shd w:val="clear" w:color="auto" w:fill="EDC9EA"/>
                  <w:tcMar>
                    <w:top w:w="45" w:type="dxa"/>
                    <w:left w:w="70" w:type="dxa"/>
                    <w:bottom w:w="45" w:type="dxa"/>
                    <w:right w:w="70" w:type="dxa"/>
                  </w:tcMar>
                </w:tcPr>
                <w:p w14:paraId="473E8962" w14:textId="77777777" w:rsidR="00187E2C" w:rsidRDefault="00000000">
                  <w:pPr>
                    <w:keepNext/>
                  </w:pPr>
                  <w:r>
                    <w:rPr>
                      <w:b/>
                      <w:color w:val="000000"/>
                    </w:rPr>
                    <w:t>NAMENI UČENJA</w:t>
                  </w:r>
                </w:p>
              </w:tc>
            </w:tr>
          </w:tbl>
          <w:p w14:paraId="5E2BB13E" w14:textId="77777777" w:rsidR="00187E2C" w:rsidRDefault="00187E2C">
            <w:pPr>
              <w:spacing w:line="20" w:lineRule="exact"/>
            </w:pPr>
          </w:p>
          <w:p w14:paraId="4D3B8C7C"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00895FA5" w14:textId="77777777" w:rsidR="00187E2C" w:rsidRDefault="00000000">
            <w:pPr>
              <w:pStyle w:val="Oznaenseznam"/>
              <w:spacing w:after="16"/>
            </w:pPr>
            <w:r>
              <w:rPr>
                <w:color w:val="000000"/>
                <w:sz w:val="16"/>
              </w:rPr>
              <w:t>razumem namen voščila</w:t>
            </w:r>
          </w:p>
          <w:p w14:paraId="3126F451" w14:textId="77777777" w:rsidR="00187E2C" w:rsidRDefault="00000000">
            <w:pPr>
              <w:pStyle w:val="Oznaenseznam"/>
              <w:spacing w:after="16"/>
            </w:pPr>
            <w:r>
              <w:rPr>
                <w:color w:val="000000"/>
                <w:sz w:val="16"/>
              </w:rPr>
              <w:t>ustno ali pisno oblikujem kratko sporočilo</w:t>
            </w:r>
          </w:p>
          <w:p w14:paraId="3E7783D2" w14:textId="77777777" w:rsidR="00187E2C" w:rsidRDefault="00000000">
            <w:pPr>
              <w:pStyle w:val="Oznaenseznam"/>
              <w:spacing w:after="16"/>
            </w:pPr>
            <w:r>
              <w:rPr>
                <w:color w:val="000000"/>
                <w:sz w:val="16"/>
              </w:rPr>
              <w:t>doživeto recitiram pesem</w:t>
            </w:r>
          </w:p>
          <w:p w14:paraId="0A08DDB5" w14:textId="77777777" w:rsidR="00187E2C" w:rsidRDefault="00000000">
            <w:pPr>
              <w:pStyle w:val="Oznaenseznam"/>
              <w:spacing w:after="16"/>
            </w:pPr>
            <w:r>
              <w:rPr>
                <w:color w:val="000000"/>
                <w:sz w:val="16"/>
              </w:rPr>
              <w:t>prepoznam in poimenujem veliko tiskano črko J ter jo povežem z glasom /j/</w:t>
            </w:r>
          </w:p>
          <w:p w14:paraId="112E0C6C" w14:textId="77777777" w:rsidR="00187E2C" w:rsidRDefault="00000000">
            <w:pPr>
              <w:pStyle w:val="Oznaenseznam"/>
              <w:spacing w:after="16"/>
            </w:pPr>
            <w:r>
              <w:rPr>
                <w:color w:val="000000"/>
                <w:sz w:val="16"/>
              </w:rPr>
              <w:t>veččutno oblikujem in čitljivo zapišem veliko tiskano črko J</w:t>
            </w:r>
          </w:p>
          <w:p w14:paraId="2E9F5065" w14:textId="77777777" w:rsidR="00187E2C" w:rsidRDefault="00000000">
            <w:pPr>
              <w:pStyle w:val="Oznaenseznam"/>
              <w:spacing w:after="16"/>
            </w:pPr>
            <w:r>
              <w:rPr>
                <w:color w:val="000000"/>
                <w:sz w:val="16"/>
              </w:rPr>
              <w:t>berem in sestavlja zloge oziroma besede z znanimi črkami: MAJA • JANA • MOJ</w:t>
            </w:r>
          </w:p>
          <w:tbl>
            <w:tblPr>
              <w:tblStyle w:val="Tabelamrea"/>
              <w:tblW w:w="0" w:type="auto"/>
              <w:jc w:val="center"/>
              <w:tblLayout w:type="fixed"/>
              <w:tblLook w:val="04A0" w:firstRow="1" w:lastRow="0" w:firstColumn="1" w:lastColumn="0" w:noHBand="0" w:noVBand="1"/>
            </w:tblPr>
            <w:tblGrid>
              <w:gridCol w:w="7087"/>
            </w:tblGrid>
            <w:tr w:rsidR="00187E2C" w14:paraId="02DCC5F9" w14:textId="77777777">
              <w:trPr>
                <w:jc w:val="center"/>
              </w:trPr>
              <w:tc>
                <w:tcPr>
                  <w:tcW w:w="7087" w:type="dxa"/>
                  <w:shd w:val="clear" w:color="auto" w:fill="EDC9EA"/>
                  <w:tcMar>
                    <w:top w:w="45" w:type="dxa"/>
                    <w:left w:w="70" w:type="dxa"/>
                    <w:bottom w:w="45" w:type="dxa"/>
                    <w:right w:w="70" w:type="dxa"/>
                  </w:tcMar>
                </w:tcPr>
                <w:p w14:paraId="30DBFF45" w14:textId="77777777" w:rsidR="00187E2C" w:rsidRDefault="00000000">
                  <w:pPr>
                    <w:keepNext/>
                  </w:pPr>
                  <w:r>
                    <w:rPr>
                      <w:b/>
                      <w:color w:val="000000"/>
                    </w:rPr>
                    <w:t>PREVERJANJE PREDZNANJA</w:t>
                  </w:r>
                </w:p>
              </w:tc>
            </w:tr>
          </w:tbl>
          <w:p w14:paraId="6AA39501" w14:textId="77777777" w:rsidR="00187E2C" w:rsidRDefault="00187E2C">
            <w:pPr>
              <w:spacing w:line="20" w:lineRule="exact"/>
            </w:pPr>
          </w:p>
          <w:p w14:paraId="2098465F" w14:textId="77777777" w:rsidR="00187E2C" w:rsidRDefault="00000000">
            <w:pPr>
              <w:pStyle w:val="Oznaenseznam"/>
              <w:spacing w:after="16"/>
            </w:pPr>
            <w:r>
              <w:rPr>
                <w:color w:val="000000"/>
                <w:sz w:val="16"/>
              </w:rPr>
              <w:t>Kaj mi naslovnica, ilustracija ali naslov pove o motivu gledališče, praznovanje, odgovornost in prijaznost?</w:t>
            </w:r>
          </w:p>
          <w:p w14:paraId="0CD0706C" w14:textId="77777777" w:rsidR="00187E2C" w:rsidRDefault="00000000">
            <w:pPr>
              <w:pStyle w:val="Oznaenseznam"/>
              <w:spacing w:after="16"/>
            </w:pPr>
            <w:r>
              <w:rPr>
                <w:color w:val="000000"/>
                <w:sz w:val="16"/>
              </w:rPr>
              <w:t>Kje v besedah slišim glas /j/ in po katerih potezah prepoznam črko J?</w:t>
            </w:r>
          </w:p>
          <w:p w14:paraId="3375A4C5"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5E88CB6C" w14:textId="77777777">
              <w:trPr>
                <w:jc w:val="center"/>
              </w:trPr>
              <w:tc>
                <w:tcPr>
                  <w:tcW w:w="7087" w:type="dxa"/>
                  <w:shd w:val="clear" w:color="auto" w:fill="EDC9EA"/>
                  <w:tcMar>
                    <w:top w:w="45" w:type="dxa"/>
                    <w:left w:w="70" w:type="dxa"/>
                    <w:bottom w:w="45" w:type="dxa"/>
                    <w:right w:w="70" w:type="dxa"/>
                  </w:tcMar>
                </w:tcPr>
                <w:p w14:paraId="433EE29F" w14:textId="77777777" w:rsidR="00187E2C" w:rsidRDefault="00000000">
                  <w:pPr>
                    <w:keepNext/>
                  </w:pPr>
                  <w:r>
                    <w:rPr>
                      <w:b/>
                      <w:color w:val="000000"/>
                    </w:rPr>
                    <w:t>KRITERIJI USPEŠNOSTI</w:t>
                  </w:r>
                </w:p>
              </w:tc>
            </w:tr>
          </w:tbl>
          <w:p w14:paraId="40F0CA06" w14:textId="77777777" w:rsidR="00187E2C" w:rsidRDefault="00187E2C"/>
          <w:p w14:paraId="70830F36" w14:textId="77777777" w:rsidR="00187E2C" w:rsidRDefault="00000000">
            <w:pPr>
              <w:spacing w:before="20" w:after="20" w:line="245" w:lineRule="auto"/>
            </w:pPr>
            <w:r>
              <w:rPr>
                <w:b/>
                <w:color w:val="000000"/>
                <w:sz w:val="16"/>
              </w:rPr>
              <w:t>Uspešen/-na bom, ko:</w:t>
            </w:r>
          </w:p>
          <w:p w14:paraId="6EEB6BF2" w14:textId="77777777" w:rsidR="00187E2C" w:rsidRDefault="00000000">
            <w:pPr>
              <w:pStyle w:val="Oznaenseznam"/>
              <w:spacing w:after="16"/>
            </w:pPr>
            <w:r>
              <w:rPr>
                <w:color w:val="000000"/>
                <w:sz w:val="16"/>
              </w:rPr>
              <w:t>razumem namen voščila</w:t>
            </w:r>
          </w:p>
          <w:p w14:paraId="58992151" w14:textId="77777777" w:rsidR="00187E2C" w:rsidRDefault="00000000">
            <w:pPr>
              <w:pStyle w:val="Oznaenseznam"/>
              <w:spacing w:after="16"/>
            </w:pPr>
            <w:r>
              <w:rPr>
                <w:color w:val="000000"/>
                <w:sz w:val="16"/>
              </w:rPr>
              <w:t>ustno ali pisno oblikujem kratko sporočilo</w:t>
            </w:r>
          </w:p>
          <w:p w14:paraId="05A00AC1" w14:textId="77777777" w:rsidR="00187E2C" w:rsidRDefault="00000000">
            <w:pPr>
              <w:pStyle w:val="Oznaenseznam"/>
              <w:spacing w:after="16"/>
            </w:pPr>
            <w:r>
              <w:rPr>
                <w:color w:val="000000"/>
                <w:sz w:val="16"/>
              </w:rPr>
              <w:t>doživeto recitiram pesem</w:t>
            </w:r>
          </w:p>
          <w:p w14:paraId="67C937EC" w14:textId="77777777" w:rsidR="00187E2C" w:rsidRDefault="00000000">
            <w:pPr>
              <w:pStyle w:val="Oznaenseznam"/>
              <w:spacing w:after="16"/>
            </w:pPr>
            <w:r>
              <w:rPr>
                <w:color w:val="000000"/>
                <w:sz w:val="16"/>
              </w:rPr>
              <w:t>prepoznam in poimenujem veliko tiskano črko J ter jo povežem z glasom /j/</w:t>
            </w:r>
          </w:p>
          <w:p w14:paraId="2D734036" w14:textId="77777777" w:rsidR="00187E2C" w:rsidRDefault="00000000">
            <w:pPr>
              <w:pStyle w:val="Oznaenseznam"/>
              <w:spacing w:after="16"/>
            </w:pPr>
            <w:r>
              <w:rPr>
                <w:color w:val="000000"/>
                <w:sz w:val="16"/>
              </w:rPr>
              <w:t>veččutno oblikujem in čitljivo zapišem veliko tiskano črko J</w:t>
            </w:r>
          </w:p>
          <w:p w14:paraId="39732B8A" w14:textId="77777777" w:rsidR="00187E2C" w:rsidRDefault="00000000">
            <w:pPr>
              <w:pStyle w:val="Oznaenseznam"/>
              <w:spacing w:after="16"/>
            </w:pPr>
            <w:r>
              <w:rPr>
                <w:color w:val="000000"/>
                <w:sz w:val="16"/>
              </w:rPr>
              <w:t>berem in sestavlja zloge oziroma besede z znanimi črkami: MAJA • JANA • MOJ</w:t>
            </w:r>
          </w:p>
          <w:p w14:paraId="125A1165"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245A1560" w14:textId="77777777" w:rsidR="00187E2C" w:rsidRDefault="00187E2C"/>
          <w:p w14:paraId="2EF2DADE"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35C34C11" w14:textId="77777777" w:rsidR="00187E2C" w:rsidRDefault="00000000">
            <w:pPr>
              <w:spacing w:after="80" w:line="245" w:lineRule="auto"/>
            </w:pPr>
            <w:r>
              <w:rPr>
                <w:color w:val="000000"/>
                <w:sz w:val="16"/>
              </w:rPr>
              <w:t>Pove, pokaže ali nariše, kaj že ve in katero strategijo bi uporabil.</w:t>
            </w:r>
          </w:p>
          <w:p w14:paraId="204A04B7" w14:textId="77777777" w:rsidR="00187E2C" w:rsidRDefault="00000000">
            <w:pPr>
              <w:spacing w:after="100" w:line="245" w:lineRule="auto"/>
            </w:pPr>
            <w:r>
              <w:rPr>
                <w:color w:val="000000"/>
                <w:sz w:val="16"/>
              </w:rPr>
              <w:t>Sodeluje pri razumevanju namenov in kriterijev uspešnosti.</w:t>
            </w:r>
          </w:p>
          <w:p w14:paraId="52A3A078" w14:textId="77777777" w:rsidR="00187E2C" w:rsidRDefault="00000000">
            <w:pPr>
              <w:spacing w:after="20" w:line="245" w:lineRule="auto"/>
            </w:pPr>
            <w:r>
              <w:rPr>
                <w:b/>
                <w:color w:val="D95BC6"/>
                <w:sz w:val="17"/>
              </w:rPr>
              <w:t>DOKAZ O UČENJU</w:t>
            </w:r>
          </w:p>
          <w:p w14:paraId="6A4FFA13"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4ADD93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AD5E4F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C742B57"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FAF8031" w14:textId="77777777" w:rsidR="00187E2C" w:rsidRDefault="00000000">
            <w:pPr>
              <w:jc w:val="center"/>
            </w:pPr>
            <w:r>
              <w:rPr>
                <w:b/>
                <w:color w:val="000000"/>
                <w:sz w:val="20"/>
              </w:rPr>
              <w:t>UČNE DEJAVNOSTI, METODE IN FORMATIVNO SPREMLJANJE</w:t>
            </w:r>
          </w:p>
        </w:tc>
      </w:tr>
      <w:tr w:rsidR="00187E2C" w14:paraId="1623996E" w14:textId="77777777">
        <w:trPr>
          <w:tblHeader/>
          <w:jc w:val="center"/>
        </w:trPr>
        <w:tc>
          <w:tcPr>
            <w:tcW w:w="4422" w:type="dxa"/>
            <w:vMerge/>
            <w:tcMar>
              <w:top w:w="70" w:type="dxa"/>
              <w:left w:w="90" w:type="dxa"/>
              <w:bottom w:w="70" w:type="dxa"/>
              <w:right w:w="90" w:type="dxa"/>
            </w:tcMar>
            <w:vAlign w:val="center"/>
          </w:tcPr>
          <w:p w14:paraId="4ABDB9A9" w14:textId="77777777" w:rsidR="00187E2C" w:rsidRDefault="00187E2C"/>
        </w:tc>
        <w:tc>
          <w:tcPr>
            <w:tcW w:w="7087" w:type="dxa"/>
            <w:shd w:val="clear" w:color="auto" w:fill="FFFFFF"/>
            <w:tcMar>
              <w:top w:w="70" w:type="dxa"/>
              <w:left w:w="90" w:type="dxa"/>
              <w:bottom w:w="70" w:type="dxa"/>
              <w:right w:w="90" w:type="dxa"/>
            </w:tcMar>
            <w:vAlign w:val="center"/>
          </w:tcPr>
          <w:p w14:paraId="6B8871B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C806EB2" w14:textId="77777777" w:rsidR="00187E2C" w:rsidRDefault="00000000">
            <w:pPr>
              <w:jc w:val="center"/>
            </w:pPr>
            <w:r>
              <w:rPr>
                <w:b/>
                <w:color w:val="000000"/>
              </w:rPr>
              <w:t>UČENEC</w:t>
            </w:r>
          </w:p>
        </w:tc>
      </w:tr>
      <w:tr w:rsidR="00187E2C" w14:paraId="0896F1F2" w14:textId="77777777">
        <w:trPr>
          <w:jc w:val="center"/>
        </w:trPr>
        <w:tc>
          <w:tcPr>
            <w:tcW w:w="4422" w:type="dxa"/>
            <w:tcMar>
              <w:top w:w="70" w:type="dxa"/>
              <w:left w:w="90" w:type="dxa"/>
              <w:bottom w:w="70" w:type="dxa"/>
              <w:right w:w="90" w:type="dxa"/>
            </w:tcMar>
          </w:tcPr>
          <w:p w14:paraId="6EC1C0B0" w14:textId="77777777" w:rsidR="00187E2C" w:rsidRDefault="00187E2C"/>
          <w:p w14:paraId="1A0A14D4" w14:textId="77777777" w:rsidR="00187E2C" w:rsidRDefault="00000000">
            <w:pPr>
              <w:spacing w:after="40" w:line="245" w:lineRule="auto"/>
            </w:pPr>
            <w:r>
              <w:rPr>
                <w:b/>
                <w:color w:val="000000"/>
              </w:rPr>
              <w:t>KLJUČNI POJMI</w:t>
            </w:r>
          </w:p>
          <w:p w14:paraId="0FCDCA48" w14:textId="77777777" w:rsidR="00187E2C" w:rsidRDefault="00000000">
            <w:pPr>
              <w:spacing w:after="60" w:line="245" w:lineRule="auto"/>
            </w:pPr>
            <w:r>
              <w:rPr>
                <w:color w:val="000000"/>
                <w:sz w:val="15"/>
              </w:rPr>
              <w:t>glas /j/, črka J, zlog, beseda, poved, smer poteze, bralna strategija, naslov, avtor, ilustrator, književna oseba</w:t>
            </w:r>
          </w:p>
          <w:p w14:paraId="64D5E7A6" w14:textId="77777777" w:rsidR="00187E2C" w:rsidRDefault="00000000">
            <w:pPr>
              <w:spacing w:after="20" w:line="245" w:lineRule="auto"/>
            </w:pPr>
            <w:r>
              <w:rPr>
                <w:b/>
                <w:color w:val="000000"/>
                <w:sz w:val="17"/>
              </w:rPr>
              <w:t>DOKAZI O UČENJU</w:t>
            </w:r>
          </w:p>
          <w:p w14:paraId="7D24ADAF" w14:textId="77777777" w:rsidR="00187E2C" w:rsidRDefault="00000000">
            <w:pPr>
              <w:pStyle w:val="Oznaenseznam"/>
              <w:spacing w:after="9"/>
            </w:pPr>
            <w:r>
              <w:rPr>
                <w:color w:val="000000"/>
                <w:sz w:val="15"/>
              </w:rPr>
              <w:t>odziv med poslušanjem, izbrana slika in ena poved o doživetju.</w:t>
            </w:r>
          </w:p>
          <w:p w14:paraId="0327FF60" w14:textId="77777777" w:rsidR="00187E2C" w:rsidRDefault="00000000">
            <w:pPr>
              <w:pStyle w:val="Oznaenseznam"/>
              <w:spacing w:after="9"/>
            </w:pPr>
            <w:r>
              <w:rPr>
                <w:color w:val="000000"/>
                <w:sz w:val="15"/>
              </w:rPr>
              <w:t>zvočni posnetek ali anekdotski zapis kratke izmenjave.</w:t>
            </w:r>
          </w:p>
          <w:p w14:paraId="307CAF76" w14:textId="77777777" w:rsidR="00187E2C" w:rsidRDefault="00000000">
            <w:pPr>
              <w:pStyle w:val="Oznaenseznam"/>
              <w:spacing w:after="9"/>
            </w:pPr>
            <w:r>
              <w:rPr>
                <w:color w:val="000000"/>
                <w:sz w:val="15"/>
              </w:rPr>
              <w:t>pravilno sestavljen primer in učenčeva ustna razlaga postopka.</w:t>
            </w:r>
          </w:p>
          <w:p w14:paraId="3A641471" w14:textId="77777777" w:rsidR="00187E2C" w:rsidRDefault="00000000">
            <w:pPr>
              <w:pStyle w:val="Oznaenseznam"/>
              <w:spacing w:after="9"/>
            </w:pPr>
            <w:r>
              <w:rPr>
                <w:color w:val="000000"/>
                <w:sz w:val="15"/>
              </w:rPr>
              <w:t>štiri pravilne glasovne odločitve, izbor črke J in kratka učenčeva razlaga.</w:t>
            </w:r>
          </w:p>
          <w:p w14:paraId="2C7103FA" w14:textId="77777777" w:rsidR="00187E2C" w:rsidRDefault="00000000">
            <w:pPr>
              <w:pStyle w:val="Oznaenseznam"/>
              <w:spacing w:after="9"/>
            </w:pPr>
            <w:r>
              <w:rPr>
                <w:color w:val="000000"/>
                <w:sz w:val="15"/>
              </w:rPr>
              <w:t>fotografija konstrukcije črke J, opazovalni zapis smeri potez in datirana vrstica treh zapisov.</w:t>
            </w:r>
          </w:p>
          <w:p w14:paraId="06B247E5" w14:textId="77777777" w:rsidR="00187E2C" w:rsidRDefault="00000000">
            <w:pPr>
              <w:pStyle w:val="Oznaenseznam"/>
              <w:spacing w:after="9"/>
            </w:pPr>
            <w:r>
              <w:rPr>
                <w:color w:val="000000"/>
                <w:sz w:val="15"/>
              </w:rPr>
              <w:t>izpolnjen Bralni list 15, individualni bralni zapis, sestavljen ali zapisan primer s črko J in samovrednotenje.</w:t>
            </w:r>
          </w:p>
          <w:p w14:paraId="007CC6E8" w14:textId="77777777" w:rsidR="00187E2C" w:rsidRDefault="00000000">
            <w:pPr>
              <w:spacing w:before="40" w:after="20" w:line="245" w:lineRule="auto"/>
            </w:pPr>
            <w:r>
              <w:rPr>
                <w:b/>
                <w:color w:val="000000"/>
                <w:sz w:val="17"/>
              </w:rPr>
              <w:t>KNJIŽEVNO DOŽIVETJE IN IZKUŠENJSKI POUK</w:t>
            </w:r>
          </w:p>
          <w:p w14:paraId="4DE753EC"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3E8B73EE" w14:textId="77777777" w:rsidR="00187E2C" w:rsidRDefault="00000000">
            <w:pPr>
              <w:spacing w:after="20" w:line="245" w:lineRule="auto"/>
            </w:pPr>
            <w:r>
              <w:rPr>
                <w:b/>
                <w:color w:val="000000"/>
                <w:sz w:val="17"/>
              </w:rPr>
              <w:t>POUČEVANJE V GIBANJU</w:t>
            </w:r>
          </w:p>
          <w:p w14:paraId="06EB45AF"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0ADD0459" w14:textId="77777777" w:rsidR="00187E2C" w:rsidRDefault="00000000">
            <w:pPr>
              <w:spacing w:after="20" w:line="245" w:lineRule="auto"/>
            </w:pPr>
            <w:r>
              <w:rPr>
                <w:b/>
                <w:color w:val="000000"/>
                <w:sz w:val="17"/>
              </w:rPr>
              <w:t>DELO PO POSTAJAH</w:t>
            </w:r>
          </w:p>
          <w:p w14:paraId="5BFC7F88" w14:textId="77777777" w:rsidR="00187E2C" w:rsidRDefault="00000000">
            <w:pPr>
              <w:spacing w:after="60" w:line="245" w:lineRule="auto"/>
            </w:pPr>
            <w:r>
              <w:rPr>
                <w:color w:val="000000"/>
                <w:sz w:val="15"/>
              </w:rPr>
              <w:t>1. doživljajsko-književna – poslušanje, pogovor, igra vlog in predmetno/slikovno izhodišče; 2. glasovno-gibalna – slišim glas /j/, razvrščam besede in sestavljam žive zloge; 3. bralna – ČRKA J • BRALNI LIST 15, modelirano, vodeno ali ponovljeno branje; 4. tipno-grafomotorična – črko J oblikujem, hodim po njeni poti in jo zapišem ter izbor dokaza, povratna informacija in naslednji korak. Pri ustnem oziroma praktičnem ocenjevanju se na eni postaji zbere primerljiv individualni dokaz, druge postaje pa omogočajo samostojno vajo.</w:t>
            </w:r>
          </w:p>
          <w:p w14:paraId="00B55CE7" w14:textId="77777777" w:rsidR="00187E2C" w:rsidRDefault="00000000">
            <w:pPr>
              <w:spacing w:after="20" w:line="245" w:lineRule="auto"/>
            </w:pPr>
            <w:r>
              <w:rPr>
                <w:b/>
                <w:color w:val="000000"/>
                <w:sz w:val="17"/>
              </w:rPr>
              <w:t>DIFERENCIACIJA IN VKLJUČEVANJE</w:t>
            </w:r>
          </w:p>
          <w:p w14:paraId="48B9AAE3"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15DD9D50" w14:textId="77777777" w:rsidR="00187E2C" w:rsidRDefault="00000000">
            <w:pPr>
              <w:spacing w:after="20" w:line="245" w:lineRule="auto"/>
            </w:pPr>
            <w:r>
              <w:rPr>
                <w:b/>
                <w:color w:val="000000"/>
                <w:sz w:val="17"/>
              </w:rPr>
              <w:t>SPREMLJANJE</w:t>
            </w:r>
          </w:p>
          <w:p w14:paraId="71E8B2A4"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071A40B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6039863" w14:textId="77777777">
              <w:trPr>
                <w:jc w:val="center"/>
              </w:trPr>
              <w:tc>
                <w:tcPr>
                  <w:tcW w:w="7087" w:type="dxa"/>
                  <w:shd w:val="clear" w:color="auto" w:fill="C6E7F3"/>
                  <w:tcMar>
                    <w:top w:w="45" w:type="dxa"/>
                    <w:left w:w="70" w:type="dxa"/>
                    <w:bottom w:w="45" w:type="dxa"/>
                    <w:right w:w="70" w:type="dxa"/>
                  </w:tcMar>
                </w:tcPr>
                <w:p w14:paraId="15310E70" w14:textId="77777777" w:rsidR="00187E2C" w:rsidRDefault="00000000">
                  <w:pPr>
                    <w:keepNext/>
                  </w:pPr>
                  <w:r>
                    <w:rPr>
                      <w:b/>
                      <w:color w:val="000000"/>
                      <w:sz w:val="17"/>
                    </w:rPr>
                    <w:t>GLAVNI DEL – DOŽIVLJAJSKO, JEZIKOVNO IN OPISMENJEVALNO UČENJE (6 šolskih ur)</w:t>
                  </w:r>
                </w:p>
              </w:tc>
            </w:tr>
          </w:tbl>
          <w:p w14:paraId="22F9BC33" w14:textId="77777777" w:rsidR="00187E2C" w:rsidRDefault="00187E2C">
            <w:pPr>
              <w:spacing w:line="20" w:lineRule="exact"/>
            </w:pPr>
          </w:p>
          <w:p w14:paraId="61B5A6C6" w14:textId="77777777" w:rsidR="00187E2C" w:rsidRDefault="00000000">
            <w:pPr>
              <w:keepNext/>
              <w:spacing w:before="22" w:after="6" w:line="245" w:lineRule="auto"/>
            </w:pPr>
            <w:r>
              <w:rPr>
                <w:b/>
                <w:color w:val="000000"/>
                <w:sz w:val="15"/>
              </w:rPr>
              <w:t>1. URA – Voščilo in pripoved – Poslušam in doživljam</w:t>
            </w:r>
          </w:p>
          <w:p w14:paraId="10CBE741"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»voščilo in pripoved • velika tiskana črka j • bralni list 15«.</w:t>
            </w:r>
          </w:p>
          <w:p w14:paraId="79735C9C"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»razume namen voščila«.</w:t>
            </w:r>
          </w:p>
          <w:p w14:paraId="59B4CF1F" w14:textId="77777777" w:rsidR="00187E2C" w:rsidRDefault="00000000">
            <w:pPr>
              <w:spacing w:after="15" w:line="245" w:lineRule="auto"/>
            </w:pPr>
            <w:r>
              <w:rPr>
                <w:i/>
                <w:color w:val="D95BC6"/>
                <w:sz w:val="14"/>
              </w:rPr>
              <w:t>Predvideni dokaz: odziv med poslušanjem, izbrana slika in ena poved o doživetju..</w:t>
            </w:r>
          </w:p>
          <w:p w14:paraId="087ABB3F" w14:textId="77777777" w:rsidR="00187E2C" w:rsidRDefault="00000000">
            <w:pPr>
              <w:keepNext/>
              <w:spacing w:before="22" w:after="6" w:line="245" w:lineRule="auto"/>
            </w:pPr>
            <w:r>
              <w:rPr>
                <w:b/>
                <w:color w:val="000000"/>
                <w:sz w:val="15"/>
              </w:rPr>
              <w:t>2. URA – Voščilo in pripoved – Govorim in pojasnjujem</w:t>
            </w:r>
          </w:p>
          <w:p w14:paraId="676E1156"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049C0BF4"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»ustno ali pisno oblikuje kratko sporočilo«.</w:t>
            </w:r>
          </w:p>
          <w:p w14:paraId="71833ED8" w14:textId="77777777" w:rsidR="00187E2C" w:rsidRDefault="00000000">
            <w:pPr>
              <w:spacing w:after="15" w:line="245" w:lineRule="auto"/>
            </w:pPr>
            <w:r>
              <w:rPr>
                <w:i/>
                <w:color w:val="D95BC6"/>
                <w:sz w:val="14"/>
              </w:rPr>
              <w:t>Predvideni dokaz: zvočni posnetek ali anekdotski zapis kratke izmenjave..</w:t>
            </w:r>
          </w:p>
          <w:p w14:paraId="530ECEF1" w14:textId="77777777" w:rsidR="00187E2C" w:rsidRDefault="00000000">
            <w:pPr>
              <w:keepNext/>
              <w:spacing w:before="22" w:after="6" w:line="245" w:lineRule="auto"/>
            </w:pPr>
            <w:r>
              <w:rPr>
                <w:b/>
                <w:color w:val="000000"/>
                <w:sz w:val="15"/>
              </w:rPr>
              <w:t>3. URA – Voščilo in pripoved – Razčlenjujem jezik</w:t>
            </w:r>
          </w:p>
          <w:p w14:paraId="7A25D1BB"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17EBFF80"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»doživeto recitira pesem«.</w:t>
            </w:r>
          </w:p>
          <w:p w14:paraId="53B5A20C" w14:textId="77777777" w:rsidR="00187E2C" w:rsidRDefault="00000000">
            <w:pPr>
              <w:spacing w:after="15" w:line="245" w:lineRule="auto"/>
            </w:pPr>
            <w:r>
              <w:rPr>
                <w:i/>
                <w:color w:val="D95BC6"/>
                <w:sz w:val="14"/>
              </w:rPr>
              <w:t>Predvideni dokaz: pravilno sestavljen primer in učenčeva ustna razlaga postopka..</w:t>
            </w:r>
          </w:p>
          <w:p w14:paraId="7A168A4F" w14:textId="77777777" w:rsidR="00187E2C" w:rsidRDefault="00000000">
            <w:pPr>
              <w:keepNext/>
              <w:spacing w:before="22" w:after="6" w:line="245" w:lineRule="auto"/>
            </w:pPr>
            <w:r>
              <w:rPr>
                <w:b/>
                <w:color w:val="000000"/>
                <w:sz w:val="15"/>
              </w:rPr>
              <w:t>4. URA – SLIŠIM GLAS /j/ IN ODKRIVAM ČRKO J</w:t>
            </w:r>
          </w:p>
          <w:p w14:paraId="4DC504BD"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(jabolko, meja, noj, čaj); učenci se premikajo v kote začetek–sredina–konec, nato med črkami poiščejo J in jo oblikujejo s telesom.</w:t>
            </w:r>
          </w:p>
          <w:p w14:paraId="1A53B33C"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J ter jo predstavi s telesom ali vrvjo.</w:t>
            </w:r>
          </w:p>
          <w:p w14:paraId="180FBFD8" w14:textId="77777777" w:rsidR="00187E2C" w:rsidRDefault="00000000">
            <w:pPr>
              <w:spacing w:after="15" w:line="245" w:lineRule="auto"/>
            </w:pPr>
            <w:r>
              <w:rPr>
                <w:i/>
                <w:color w:val="D95BC6"/>
                <w:sz w:val="14"/>
              </w:rPr>
              <w:t>Predvideni dokaz: štiri pravilne glasovne odločitve, izbor črke J in kratka učenčeva razlaga..</w:t>
            </w:r>
          </w:p>
          <w:p w14:paraId="2F3F7A0A" w14:textId="77777777" w:rsidR="00187E2C" w:rsidRDefault="00000000">
            <w:pPr>
              <w:keepNext/>
              <w:spacing w:before="22" w:after="6" w:line="245" w:lineRule="auto"/>
            </w:pPr>
            <w:r>
              <w:rPr>
                <w:b/>
                <w:color w:val="000000"/>
                <w:sz w:val="15"/>
              </w:rPr>
              <w:t>5. URA – Oblikujem in pišem črko J</w:t>
            </w:r>
          </w:p>
          <w:p w14:paraId="3139B0CB"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0D402973" w14:textId="77777777" w:rsidR="00187E2C" w:rsidRDefault="00000000">
            <w:pPr>
              <w:spacing w:after="7" w:line="245" w:lineRule="auto"/>
            </w:pPr>
            <w:r>
              <w:rPr>
                <w:b/>
                <w:color w:val="000000"/>
                <w:sz w:val="14"/>
              </w:rPr>
              <w:t xml:space="preserve">Dejavnost učencev: </w:t>
            </w:r>
            <w:r>
              <w:rPr>
                <w:color w:val="000000"/>
                <w:sz w:val="14"/>
              </w:rPr>
              <w:t>Črko J gradi in zapisuje na različnih podlagah, nato preide na manjši format; po povratni informaciji ponovi isti zapis.</w:t>
            </w:r>
          </w:p>
          <w:p w14:paraId="7182E21D" w14:textId="77777777" w:rsidR="00187E2C" w:rsidRDefault="00000000">
            <w:pPr>
              <w:spacing w:after="15" w:line="245" w:lineRule="auto"/>
            </w:pPr>
            <w:r>
              <w:rPr>
                <w:i/>
                <w:color w:val="D95BC6"/>
                <w:sz w:val="14"/>
              </w:rPr>
              <w:t>Predvideni dokaz: fotografija konstrukcije črke J, opazovalni zapis smeri potez in datirana vrstica treh zapisov..</w:t>
            </w:r>
          </w:p>
          <w:p w14:paraId="45295B5C" w14:textId="77777777" w:rsidR="00187E2C" w:rsidRDefault="00000000">
            <w:pPr>
              <w:keepNext/>
              <w:spacing w:before="22" w:after="6" w:line="245" w:lineRule="auto"/>
            </w:pPr>
            <w:r>
              <w:rPr>
                <w:b/>
                <w:color w:val="000000"/>
                <w:sz w:val="15"/>
              </w:rPr>
              <w:t>6. URA – Berem in uporabim črko J</w:t>
            </w:r>
          </w:p>
          <w:p w14:paraId="5EA2B6C1"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J in Bralni list 15; gradivo omeji na znane črke A, E, I, O, U, N, M, T, J.</w:t>
            </w:r>
          </w:p>
          <w:p w14:paraId="2349FE41" w14:textId="77777777" w:rsidR="00187E2C" w:rsidRDefault="00000000">
            <w:pPr>
              <w:spacing w:after="7" w:line="245" w:lineRule="auto"/>
            </w:pPr>
            <w:r>
              <w:rPr>
                <w:b/>
                <w:color w:val="000000"/>
                <w:sz w:val="14"/>
              </w:rPr>
              <w:t xml:space="preserve">Dejavnost učencev: </w:t>
            </w:r>
            <w:r>
              <w:rPr>
                <w:color w:val="000000"/>
                <w:sz w:val="14"/>
              </w:rPr>
              <w:t>Sestavlja, premešča in bere JA • JE • JI • JO • JU • AJ • EJ • IJ • OJ • UJ ter MAJA • JANA • MOJ • TUJ; izbere zahtevnost in rešuje Bralni list 15.</w:t>
            </w:r>
          </w:p>
          <w:p w14:paraId="68ABCBEB" w14:textId="77777777" w:rsidR="00187E2C" w:rsidRDefault="00000000">
            <w:pPr>
              <w:spacing w:after="15" w:line="245" w:lineRule="auto"/>
            </w:pPr>
            <w:r>
              <w:rPr>
                <w:i/>
                <w:color w:val="D95BC6"/>
                <w:sz w:val="14"/>
              </w:rPr>
              <w:t>Predvideni dokaz: izpolnjen Bralni list 15, individualni bralni zapis, sestavljen ali zapisan primer s črko J in samovrednotenje..</w:t>
            </w:r>
          </w:p>
          <w:tbl>
            <w:tblPr>
              <w:tblStyle w:val="Tabelamrea"/>
              <w:tblW w:w="0" w:type="auto"/>
              <w:jc w:val="center"/>
              <w:tblLayout w:type="fixed"/>
              <w:tblLook w:val="04A0" w:firstRow="1" w:lastRow="0" w:firstColumn="1" w:lastColumn="0" w:noHBand="0" w:noVBand="1"/>
            </w:tblPr>
            <w:tblGrid>
              <w:gridCol w:w="7087"/>
            </w:tblGrid>
            <w:tr w:rsidR="00187E2C" w14:paraId="1873468A" w14:textId="77777777">
              <w:trPr>
                <w:jc w:val="center"/>
              </w:trPr>
              <w:tc>
                <w:tcPr>
                  <w:tcW w:w="7087" w:type="dxa"/>
                  <w:shd w:val="clear" w:color="auto" w:fill="EDC9EA"/>
                  <w:tcMar>
                    <w:top w:w="45" w:type="dxa"/>
                    <w:left w:w="70" w:type="dxa"/>
                    <w:bottom w:w="45" w:type="dxa"/>
                    <w:right w:w="70" w:type="dxa"/>
                  </w:tcMar>
                </w:tcPr>
                <w:p w14:paraId="21BADB14" w14:textId="77777777" w:rsidR="00187E2C" w:rsidRDefault="00000000">
                  <w:pPr>
                    <w:keepNext/>
                  </w:pPr>
                  <w:r>
                    <w:rPr>
                      <w:b/>
                      <w:color w:val="000000"/>
                      <w:sz w:val="17"/>
                    </w:rPr>
                    <w:t>POVRATNA INFORMACIJA UČITELJICE MED DELOM</w:t>
                  </w:r>
                </w:p>
              </w:tc>
            </w:tr>
          </w:tbl>
          <w:p w14:paraId="1965DF6C" w14:textId="77777777" w:rsidR="00187E2C" w:rsidRDefault="00187E2C"/>
          <w:p w14:paraId="7438EA0E"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4678014A" w14:textId="77777777" w:rsidR="00187E2C" w:rsidRDefault="00187E2C"/>
          <w:p w14:paraId="04D6446F" w14:textId="77777777" w:rsidR="00187E2C" w:rsidRDefault="00000000">
            <w:pPr>
              <w:spacing w:after="4" w:line="245" w:lineRule="auto"/>
            </w:pPr>
            <w:r>
              <w:rPr>
                <w:b/>
                <w:color w:val="000000"/>
                <w:sz w:val="15"/>
              </w:rPr>
              <w:t>1. URA – Voščilo in pripoved – Poslušam in doživljam</w:t>
            </w:r>
          </w:p>
          <w:p w14:paraId="2B0C13EB" w14:textId="77777777" w:rsidR="00187E2C" w:rsidRDefault="00000000">
            <w:pPr>
              <w:spacing w:after="7" w:line="245" w:lineRule="auto"/>
            </w:pPr>
            <w:r>
              <w:rPr>
                <w:color w:val="000000"/>
                <w:sz w:val="14"/>
              </w:rPr>
              <w:t>Napoveduje ob naslovu/sliki, med poslušanjem pokaže dogovorjen znak in po poslušanju izbere sliko občutja.</w:t>
            </w:r>
          </w:p>
          <w:p w14:paraId="0964DDB0" w14:textId="77777777" w:rsidR="00187E2C" w:rsidRDefault="00000000">
            <w:pPr>
              <w:spacing w:after="15" w:line="245" w:lineRule="auto"/>
            </w:pPr>
            <w:r>
              <w:rPr>
                <w:color w:val="D95BC6"/>
                <w:sz w:val="13"/>
              </w:rPr>
              <w:t>Dokaz: odziv med poslušanjem, izbrana slika in ena poved o doživetju.</w:t>
            </w:r>
          </w:p>
          <w:p w14:paraId="7D996F11" w14:textId="77777777" w:rsidR="00187E2C" w:rsidRDefault="00000000">
            <w:pPr>
              <w:spacing w:after="4" w:line="245" w:lineRule="auto"/>
            </w:pPr>
            <w:r>
              <w:rPr>
                <w:b/>
                <w:color w:val="000000"/>
                <w:sz w:val="15"/>
              </w:rPr>
              <w:t>2. URA – Voščilo in pripoved – Govorim in pojasnjujem</w:t>
            </w:r>
          </w:p>
          <w:p w14:paraId="0246DFFB" w14:textId="77777777" w:rsidR="00187E2C" w:rsidRDefault="00000000">
            <w:pPr>
              <w:spacing w:after="7" w:line="245" w:lineRule="auto"/>
            </w:pPr>
            <w:r>
              <w:rPr>
                <w:color w:val="000000"/>
                <w:sz w:val="14"/>
              </w:rPr>
              <w:t>V paru govori in posluša, zamenja vlogo, postavi vprašanje ter uporabi besedo iz tedenske besedne banke.</w:t>
            </w:r>
          </w:p>
          <w:p w14:paraId="740B5CF3" w14:textId="77777777" w:rsidR="00187E2C" w:rsidRDefault="00000000">
            <w:pPr>
              <w:spacing w:after="15" w:line="245" w:lineRule="auto"/>
            </w:pPr>
            <w:r>
              <w:rPr>
                <w:color w:val="D95BC6"/>
                <w:sz w:val="13"/>
              </w:rPr>
              <w:t>Dokaz: zvočni posnetek ali anekdotski zapis kratke izmenjave.</w:t>
            </w:r>
          </w:p>
          <w:p w14:paraId="72F9BC08" w14:textId="77777777" w:rsidR="00187E2C" w:rsidRDefault="00000000">
            <w:pPr>
              <w:spacing w:after="4" w:line="245" w:lineRule="auto"/>
            </w:pPr>
            <w:r>
              <w:rPr>
                <w:b/>
                <w:color w:val="000000"/>
                <w:sz w:val="15"/>
              </w:rPr>
              <w:t>3. URA – Voščilo in pripoved – Razčlenjujem jezik</w:t>
            </w:r>
          </w:p>
          <w:p w14:paraId="71AF6315" w14:textId="77777777" w:rsidR="00187E2C" w:rsidRDefault="00000000">
            <w:pPr>
              <w:spacing w:after="7" w:line="245" w:lineRule="auto"/>
            </w:pPr>
            <w:r>
              <w:rPr>
                <w:color w:val="000000"/>
                <w:sz w:val="14"/>
              </w:rPr>
              <w:t>Ploska, stopa, razstavlja in sestavlja; primer razvrsti ter svojo rešitev preveri s sošolcem.</w:t>
            </w:r>
          </w:p>
          <w:p w14:paraId="70791749" w14:textId="77777777" w:rsidR="00187E2C" w:rsidRDefault="00000000">
            <w:pPr>
              <w:spacing w:after="15" w:line="245" w:lineRule="auto"/>
            </w:pPr>
            <w:r>
              <w:rPr>
                <w:color w:val="D95BC6"/>
                <w:sz w:val="13"/>
              </w:rPr>
              <w:t>Dokaz: pravilno sestavljen primer in učenčeva ustna razlaga postopka.</w:t>
            </w:r>
          </w:p>
          <w:p w14:paraId="707F32B1" w14:textId="77777777" w:rsidR="00187E2C" w:rsidRDefault="00000000">
            <w:pPr>
              <w:spacing w:after="4" w:line="245" w:lineRule="auto"/>
            </w:pPr>
            <w:r>
              <w:rPr>
                <w:b/>
                <w:color w:val="000000"/>
                <w:sz w:val="15"/>
              </w:rPr>
              <w:t>4. URA – SLIŠIM GLAS /j/ IN ODKRIVAM ČRKO J</w:t>
            </w:r>
          </w:p>
          <w:p w14:paraId="5AC8B526" w14:textId="77777777" w:rsidR="00187E2C" w:rsidRDefault="00000000">
            <w:pPr>
              <w:spacing w:after="7" w:line="245" w:lineRule="auto"/>
            </w:pPr>
            <w:r>
              <w:rPr>
                <w:color w:val="000000"/>
                <w:sz w:val="14"/>
              </w:rPr>
              <w:t>Besede razvršča z gibanjem, za vsak glas položi žeton, med znaki poišče J ter jo predstavi s telesom ali vrvjo.</w:t>
            </w:r>
          </w:p>
          <w:p w14:paraId="60DA4E97" w14:textId="77777777" w:rsidR="00187E2C" w:rsidRDefault="00000000">
            <w:pPr>
              <w:spacing w:after="15" w:line="245" w:lineRule="auto"/>
            </w:pPr>
            <w:r>
              <w:rPr>
                <w:color w:val="D95BC6"/>
                <w:sz w:val="13"/>
              </w:rPr>
              <w:t>Dokaz: štiri pravilne glasovne odločitve, izbor črke J in kratka učenčeva razlaga.</w:t>
            </w:r>
          </w:p>
          <w:p w14:paraId="3205E440" w14:textId="77777777" w:rsidR="00187E2C" w:rsidRDefault="00000000">
            <w:pPr>
              <w:spacing w:after="4" w:line="245" w:lineRule="auto"/>
            </w:pPr>
            <w:r>
              <w:rPr>
                <w:b/>
                <w:color w:val="000000"/>
                <w:sz w:val="15"/>
              </w:rPr>
              <w:t>5. URA – Oblikujem in pišem črko J</w:t>
            </w:r>
          </w:p>
          <w:p w14:paraId="27124C95" w14:textId="77777777" w:rsidR="00187E2C" w:rsidRDefault="00000000">
            <w:pPr>
              <w:spacing w:after="7" w:line="245" w:lineRule="auto"/>
            </w:pPr>
            <w:r>
              <w:rPr>
                <w:color w:val="000000"/>
                <w:sz w:val="14"/>
              </w:rPr>
              <w:t>Črko J gradi in zapisuje na različnih podlagah, nato preide na manjši format.</w:t>
            </w:r>
          </w:p>
          <w:p w14:paraId="0410C819" w14:textId="77777777" w:rsidR="00187E2C" w:rsidRDefault="00000000">
            <w:pPr>
              <w:spacing w:after="15" w:line="245" w:lineRule="auto"/>
            </w:pPr>
            <w:r>
              <w:rPr>
                <w:color w:val="D95BC6"/>
                <w:sz w:val="13"/>
              </w:rPr>
              <w:t>Dokaz: fotografija konstrukcije črke J, opazovalni zapis smeri potez in datirana.</w:t>
            </w:r>
          </w:p>
          <w:p w14:paraId="12D92400" w14:textId="77777777" w:rsidR="00187E2C" w:rsidRDefault="00000000">
            <w:pPr>
              <w:spacing w:after="4" w:line="245" w:lineRule="auto"/>
            </w:pPr>
            <w:r>
              <w:rPr>
                <w:b/>
                <w:color w:val="000000"/>
                <w:sz w:val="15"/>
              </w:rPr>
              <w:t>6. URA – Berem in uporabim črko J</w:t>
            </w:r>
          </w:p>
          <w:p w14:paraId="2F46E154" w14:textId="77777777" w:rsidR="00187E2C" w:rsidRDefault="00000000">
            <w:pPr>
              <w:spacing w:after="7" w:line="245" w:lineRule="auto"/>
            </w:pPr>
            <w:r>
              <w:rPr>
                <w:color w:val="000000"/>
                <w:sz w:val="14"/>
              </w:rPr>
              <w:t>Sestavlja, premešča in bere JA • JE • JI • JO • JU • AJ • EJ • IJ • OJ • UJ ter MAJA • JANA • MOJ • TUJ.</w:t>
            </w:r>
          </w:p>
          <w:p w14:paraId="4D3F1860" w14:textId="77777777" w:rsidR="00187E2C" w:rsidRDefault="00000000">
            <w:pPr>
              <w:spacing w:after="15" w:line="245" w:lineRule="auto"/>
            </w:pPr>
            <w:r>
              <w:rPr>
                <w:color w:val="D95BC6"/>
                <w:sz w:val="13"/>
              </w:rPr>
              <w:t>Dokaz: izpolnjen Bralni list 15, individualni bralni zapis.</w:t>
            </w:r>
          </w:p>
        </w:tc>
      </w:tr>
    </w:tbl>
    <w:p w14:paraId="21CC86F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528987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E617D9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D1C63AC" w14:textId="77777777" w:rsidR="00187E2C" w:rsidRDefault="00000000">
            <w:pPr>
              <w:jc w:val="center"/>
            </w:pPr>
            <w:r>
              <w:rPr>
                <w:b/>
                <w:color w:val="000000"/>
                <w:sz w:val="20"/>
              </w:rPr>
              <w:t>UČNE DEJAVNOSTI, METODE IN FORMATIVNO SPREMLJANJE</w:t>
            </w:r>
          </w:p>
        </w:tc>
      </w:tr>
      <w:tr w:rsidR="00187E2C" w14:paraId="6AA6E875" w14:textId="77777777">
        <w:trPr>
          <w:tblHeader/>
          <w:jc w:val="center"/>
        </w:trPr>
        <w:tc>
          <w:tcPr>
            <w:tcW w:w="4422" w:type="dxa"/>
            <w:vMerge/>
            <w:tcMar>
              <w:top w:w="70" w:type="dxa"/>
              <w:left w:w="90" w:type="dxa"/>
              <w:bottom w:w="70" w:type="dxa"/>
              <w:right w:w="90" w:type="dxa"/>
            </w:tcMar>
            <w:vAlign w:val="center"/>
          </w:tcPr>
          <w:p w14:paraId="016D3AE3" w14:textId="77777777" w:rsidR="00187E2C" w:rsidRDefault="00187E2C"/>
        </w:tc>
        <w:tc>
          <w:tcPr>
            <w:tcW w:w="7087" w:type="dxa"/>
            <w:shd w:val="clear" w:color="auto" w:fill="FFFFFF"/>
            <w:tcMar>
              <w:top w:w="70" w:type="dxa"/>
              <w:left w:w="90" w:type="dxa"/>
              <w:bottom w:w="70" w:type="dxa"/>
              <w:right w:w="90" w:type="dxa"/>
            </w:tcMar>
            <w:vAlign w:val="center"/>
          </w:tcPr>
          <w:p w14:paraId="5678D86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512BB43" w14:textId="77777777" w:rsidR="00187E2C" w:rsidRDefault="00000000">
            <w:pPr>
              <w:jc w:val="center"/>
            </w:pPr>
            <w:r>
              <w:rPr>
                <w:b/>
                <w:color w:val="000000"/>
              </w:rPr>
              <w:t>UČENEC</w:t>
            </w:r>
          </w:p>
        </w:tc>
      </w:tr>
      <w:tr w:rsidR="00187E2C" w14:paraId="5926D30E" w14:textId="77777777">
        <w:trPr>
          <w:jc w:val="center"/>
        </w:trPr>
        <w:tc>
          <w:tcPr>
            <w:tcW w:w="4422" w:type="dxa"/>
            <w:tcMar>
              <w:top w:w="70" w:type="dxa"/>
              <w:left w:w="90" w:type="dxa"/>
              <w:bottom w:w="70" w:type="dxa"/>
              <w:right w:w="90" w:type="dxa"/>
            </w:tcMar>
          </w:tcPr>
          <w:p w14:paraId="2030B8BB" w14:textId="77777777" w:rsidR="00187E2C" w:rsidRDefault="00187E2C"/>
          <w:p w14:paraId="082BAAD0" w14:textId="77777777" w:rsidR="00187E2C" w:rsidRDefault="00000000">
            <w:pPr>
              <w:spacing w:after="40" w:line="245" w:lineRule="auto"/>
            </w:pPr>
            <w:r>
              <w:rPr>
                <w:b/>
                <w:color w:val="000000"/>
              </w:rPr>
              <w:t>FORMATIVNO SPREMLJANJE</w:t>
            </w:r>
          </w:p>
          <w:p w14:paraId="0E44AEFA"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7BF9763F"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2C3A4F64"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54047696"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A46285E" w14:textId="77777777" w:rsidR="00187E2C" w:rsidRDefault="00000000">
            <w:pPr>
              <w:spacing w:before="40" w:after="20" w:line="245" w:lineRule="auto"/>
            </w:pPr>
            <w:r>
              <w:rPr>
                <w:b/>
                <w:color w:val="000000"/>
                <w:sz w:val="17"/>
              </w:rPr>
              <w:t>VARNOST IN ODGOVORNOST</w:t>
            </w:r>
          </w:p>
          <w:p w14:paraId="008769C1"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65F0CF27" w14:textId="77777777" w:rsidR="00187E2C" w:rsidRDefault="00000000">
            <w:pPr>
              <w:spacing w:after="20" w:line="245" w:lineRule="auto"/>
            </w:pPr>
            <w:r>
              <w:rPr>
                <w:b/>
                <w:color w:val="000000"/>
                <w:sz w:val="17"/>
              </w:rPr>
              <w:t>EVIDENCA PO IZVEDBI</w:t>
            </w:r>
          </w:p>
          <w:p w14:paraId="6247F44B"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7D73C07A"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E09776D" w14:textId="77777777">
              <w:trPr>
                <w:jc w:val="center"/>
              </w:trPr>
              <w:tc>
                <w:tcPr>
                  <w:tcW w:w="7087" w:type="dxa"/>
                  <w:shd w:val="clear" w:color="auto" w:fill="EDC9EA"/>
                  <w:tcMar>
                    <w:top w:w="45" w:type="dxa"/>
                    <w:left w:w="70" w:type="dxa"/>
                    <w:bottom w:w="45" w:type="dxa"/>
                    <w:right w:w="70" w:type="dxa"/>
                  </w:tcMar>
                </w:tcPr>
                <w:p w14:paraId="5CAC035A" w14:textId="77777777" w:rsidR="00187E2C" w:rsidRDefault="00000000">
                  <w:pPr>
                    <w:keepNext/>
                  </w:pPr>
                  <w:r>
                    <w:rPr>
                      <w:b/>
                      <w:color w:val="000000"/>
                    </w:rPr>
                    <w:t>VPRAŠANJA V PODPORO JEZIKOVNEMU, BRALNEMU IN KNJIŽEVNEMU UČENJU</w:t>
                  </w:r>
                </w:p>
              </w:tc>
            </w:tr>
          </w:tbl>
          <w:p w14:paraId="5C37615E" w14:textId="77777777" w:rsidR="00187E2C" w:rsidRDefault="00187E2C">
            <w:pPr>
              <w:spacing w:line="20" w:lineRule="exact"/>
            </w:pPr>
          </w:p>
          <w:p w14:paraId="539F4C02" w14:textId="77777777" w:rsidR="00187E2C" w:rsidRDefault="00000000">
            <w:pPr>
              <w:pStyle w:val="Oznaenseznam"/>
              <w:spacing w:after="16"/>
            </w:pPr>
            <w:r>
              <w:rPr>
                <w:color w:val="000000"/>
                <w:sz w:val="16"/>
              </w:rPr>
              <w:t>Kaj ti je naslovnica, slika, predmet, zvok ali gib pomagal razumeti?</w:t>
            </w:r>
          </w:p>
          <w:p w14:paraId="2133C20B" w14:textId="77777777" w:rsidR="00187E2C" w:rsidRDefault="00000000">
            <w:pPr>
              <w:pStyle w:val="Oznaenseznam"/>
              <w:spacing w:after="16"/>
            </w:pPr>
            <w:r>
              <w:rPr>
                <w:color w:val="000000"/>
                <w:sz w:val="16"/>
              </w:rPr>
              <w:t>Kako si našel/-la glas, črko, zlog, besedo ali bistveni podatek?</w:t>
            </w:r>
          </w:p>
          <w:p w14:paraId="59A7E740" w14:textId="77777777" w:rsidR="00187E2C" w:rsidRDefault="00000000">
            <w:pPr>
              <w:pStyle w:val="Oznaenseznam"/>
              <w:spacing w:after="16"/>
            </w:pPr>
            <w:r>
              <w:rPr>
                <w:color w:val="000000"/>
                <w:sz w:val="16"/>
              </w:rPr>
              <w:t>Kako veš, da tvoja pripoved, branje ali zapis dosega dogovorjeni kriterij?</w:t>
            </w:r>
          </w:p>
          <w:p w14:paraId="195F787D" w14:textId="77777777" w:rsidR="00187E2C" w:rsidRDefault="00000000">
            <w:pPr>
              <w:pStyle w:val="Oznaenseznam"/>
              <w:spacing w:after="16"/>
            </w:pPr>
            <w:r>
              <w:rPr>
                <w:color w:val="000000"/>
                <w:sz w:val="16"/>
              </w:rPr>
              <w:t>Ali lahko svoje razumevanje pokažeš še z drugim načinom – govorom, gibanjem, risbo, branjem ali zapisom?</w:t>
            </w:r>
          </w:p>
          <w:p w14:paraId="7E9E1F02"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31EBBCE6" w14:textId="77777777">
              <w:trPr>
                <w:jc w:val="center"/>
              </w:trPr>
              <w:tc>
                <w:tcPr>
                  <w:tcW w:w="7087" w:type="dxa"/>
                  <w:shd w:val="clear" w:color="auto" w:fill="C6E7F3"/>
                  <w:tcMar>
                    <w:top w:w="45" w:type="dxa"/>
                    <w:left w:w="70" w:type="dxa"/>
                    <w:bottom w:w="45" w:type="dxa"/>
                    <w:right w:w="70" w:type="dxa"/>
                  </w:tcMar>
                </w:tcPr>
                <w:p w14:paraId="13189A7F" w14:textId="77777777" w:rsidR="00187E2C" w:rsidRDefault="00000000">
                  <w:pPr>
                    <w:keepNext/>
                  </w:pPr>
                  <w:r>
                    <w:rPr>
                      <w:b/>
                      <w:color w:val="000000"/>
                    </w:rPr>
                    <w:t>ZAKLJUČNI DEL – UTRJEVANJE, BRALNI ODZIV IN REFLEKSIJA (10–15 min)</w:t>
                  </w:r>
                </w:p>
              </w:tc>
            </w:tr>
          </w:tbl>
          <w:p w14:paraId="3BBA9753" w14:textId="77777777" w:rsidR="00187E2C" w:rsidRDefault="00187E2C">
            <w:pPr>
              <w:spacing w:line="20" w:lineRule="exact"/>
            </w:pPr>
          </w:p>
          <w:p w14:paraId="004C27D8"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6E2D627" w14:textId="77777777">
              <w:trPr>
                <w:jc w:val="center"/>
              </w:trPr>
              <w:tc>
                <w:tcPr>
                  <w:tcW w:w="7087" w:type="dxa"/>
                  <w:shd w:val="clear" w:color="auto" w:fill="EDC9EA"/>
                  <w:tcMar>
                    <w:top w:w="45" w:type="dxa"/>
                    <w:left w:w="70" w:type="dxa"/>
                    <w:bottom w:w="45" w:type="dxa"/>
                    <w:right w:w="70" w:type="dxa"/>
                  </w:tcMar>
                </w:tcPr>
                <w:p w14:paraId="04A13109" w14:textId="77777777" w:rsidR="00187E2C" w:rsidRDefault="00000000">
                  <w:pPr>
                    <w:keepNext/>
                  </w:pPr>
                  <w:r>
                    <w:rPr>
                      <w:b/>
                      <w:color w:val="000000"/>
                    </w:rPr>
                    <w:t>SAMOVREDNOTENJE</w:t>
                  </w:r>
                </w:p>
              </w:tc>
            </w:tr>
          </w:tbl>
          <w:p w14:paraId="373E5AA4" w14:textId="77777777" w:rsidR="00187E2C" w:rsidRDefault="00187E2C">
            <w:pPr>
              <w:spacing w:line="20" w:lineRule="exact"/>
            </w:pPr>
          </w:p>
          <w:p w14:paraId="6E280950"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67383136" w14:textId="77777777">
              <w:trPr>
                <w:jc w:val="center"/>
              </w:trPr>
              <w:tc>
                <w:tcPr>
                  <w:tcW w:w="7087" w:type="dxa"/>
                  <w:shd w:val="clear" w:color="auto" w:fill="EDC9EA"/>
                  <w:tcMar>
                    <w:top w:w="45" w:type="dxa"/>
                    <w:left w:w="70" w:type="dxa"/>
                    <w:bottom w:w="45" w:type="dxa"/>
                    <w:right w:w="70" w:type="dxa"/>
                  </w:tcMar>
                </w:tcPr>
                <w:p w14:paraId="10FA23B3" w14:textId="77777777" w:rsidR="00187E2C" w:rsidRDefault="00000000">
                  <w:pPr>
                    <w:keepNext/>
                  </w:pPr>
                  <w:r>
                    <w:rPr>
                      <w:b/>
                      <w:color w:val="000000"/>
                    </w:rPr>
                    <w:t>VRSTNIŠKO VREDNOTENJE</w:t>
                  </w:r>
                </w:p>
              </w:tc>
            </w:tr>
          </w:tbl>
          <w:p w14:paraId="71C4E4BE" w14:textId="77777777" w:rsidR="00187E2C" w:rsidRDefault="00187E2C">
            <w:pPr>
              <w:spacing w:line="20" w:lineRule="exact"/>
            </w:pPr>
          </w:p>
          <w:p w14:paraId="29883E18"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F96535E" w14:textId="77777777">
              <w:trPr>
                <w:jc w:val="center"/>
              </w:trPr>
              <w:tc>
                <w:tcPr>
                  <w:tcW w:w="7087" w:type="dxa"/>
                  <w:shd w:val="clear" w:color="auto" w:fill="EDC9EA"/>
                  <w:tcMar>
                    <w:top w:w="45" w:type="dxa"/>
                    <w:left w:w="70" w:type="dxa"/>
                    <w:bottom w:w="45" w:type="dxa"/>
                    <w:right w:w="70" w:type="dxa"/>
                  </w:tcMar>
                </w:tcPr>
                <w:p w14:paraId="6AC2D5F0" w14:textId="77777777" w:rsidR="00187E2C" w:rsidRDefault="00000000">
                  <w:pPr>
                    <w:keepNext/>
                  </w:pPr>
                  <w:r>
                    <w:rPr>
                      <w:b/>
                      <w:color w:val="000000"/>
                    </w:rPr>
                    <w:t>SKUPNI POVZETEK</w:t>
                  </w:r>
                </w:p>
              </w:tc>
            </w:tr>
          </w:tbl>
          <w:p w14:paraId="55092EAA" w14:textId="77777777" w:rsidR="00187E2C" w:rsidRDefault="00187E2C">
            <w:pPr>
              <w:spacing w:line="20" w:lineRule="exact"/>
            </w:pPr>
          </w:p>
          <w:p w14:paraId="5C5010B7" w14:textId="77777777" w:rsidR="00187E2C" w:rsidRDefault="00000000">
            <w:pPr>
              <w:spacing w:before="20" w:after="40" w:line="245" w:lineRule="auto"/>
            </w:pPr>
            <w:r>
              <w:rPr>
                <w:b/>
                <w:color w:val="000000"/>
                <w:sz w:val="16"/>
              </w:rPr>
              <w:t>Prepoznam glas /j/ in črko J, jo veččutno oblikujem, čitljivo zapišem ter uporabim pri začetnem branju in pisanju. Književno doživetje izrazim z govorom, gibanjem, risbo ali zapisom.</w:t>
            </w:r>
          </w:p>
          <w:tbl>
            <w:tblPr>
              <w:tblStyle w:val="Tabelamrea"/>
              <w:tblW w:w="0" w:type="auto"/>
              <w:jc w:val="center"/>
              <w:tblLayout w:type="fixed"/>
              <w:tblLook w:val="04A0" w:firstRow="1" w:lastRow="0" w:firstColumn="1" w:lastColumn="0" w:noHBand="0" w:noVBand="1"/>
            </w:tblPr>
            <w:tblGrid>
              <w:gridCol w:w="7087"/>
            </w:tblGrid>
            <w:tr w:rsidR="00187E2C" w14:paraId="7A0A569D" w14:textId="77777777">
              <w:trPr>
                <w:jc w:val="center"/>
              </w:trPr>
              <w:tc>
                <w:tcPr>
                  <w:tcW w:w="7087" w:type="dxa"/>
                  <w:shd w:val="clear" w:color="auto" w:fill="EDC9EA"/>
                  <w:tcMar>
                    <w:top w:w="45" w:type="dxa"/>
                    <w:left w:w="70" w:type="dxa"/>
                    <w:bottom w:w="45" w:type="dxa"/>
                    <w:right w:w="70" w:type="dxa"/>
                  </w:tcMar>
                </w:tcPr>
                <w:p w14:paraId="069E17F9" w14:textId="77777777" w:rsidR="00187E2C" w:rsidRDefault="00000000">
                  <w:pPr>
                    <w:keepNext/>
                  </w:pPr>
                  <w:r>
                    <w:rPr>
                      <w:b/>
                      <w:color w:val="000000"/>
                    </w:rPr>
                    <w:t>OPISNO OCENJEVANJE</w:t>
                  </w:r>
                </w:p>
              </w:tc>
            </w:tr>
          </w:tbl>
          <w:p w14:paraId="79A9B6D9" w14:textId="77777777" w:rsidR="00187E2C" w:rsidRDefault="00187E2C"/>
          <w:p w14:paraId="7ED89FBC" w14:textId="77777777" w:rsidR="00187E2C" w:rsidRDefault="00000000">
            <w:pPr>
              <w:spacing w:before="20" w:after="30" w:line="245" w:lineRule="auto"/>
            </w:pPr>
            <w:r>
              <w:rPr>
                <w:color w:val="000000"/>
                <w:sz w:val="16"/>
              </w:rPr>
              <w:t>OCENJEVANJE 2 – DRUGE OBLIKE: kratek govorni nastop oziroma recitacija ter individualni dokaz</w:t>
            </w:r>
          </w:p>
        </w:tc>
        <w:tc>
          <w:tcPr>
            <w:tcW w:w="2551" w:type="dxa"/>
            <w:tcMar>
              <w:top w:w="70" w:type="dxa"/>
              <w:left w:w="90" w:type="dxa"/>
              <w:bottom w:w="70" w:type="dxa"/>
              <w:right w:w="90" w:type="dxa"/>
            </w:tcMar>
          </w:tcPr>
          <w:p w14:paraId="5774E7B5" w14:textId="77777777" w:rsidR="00187E2C" w:rsidRDefault="00187E2C"/>
          <w:p w14:paraId="3AE9E0B3" w14:textId="77777777" w:rsidR="00187E2C" w:rsidRDefault="00000000">
            <w:pPr>
              <w:spacing w:after="100" w:line="245" w:lineRule="auto"/>
            </w:pPr>
            <w:r>
              <w:rPr>
                <w:color w:val="000000"/>
                <w:sz w:val="16"/>
              </w:rPr>
              <w:t>Odgovarja na podporna vprašanja ter se sklicuje na poslušano besedilo, sliko, govor, bralni list ali zapis.</w:t>
            </w:r>
          </w:p>
          <w:p w14:paraId="395DF39E" w14:textId="77777777" w:rsidR="00187E2C" w:rsidRDefault="00000000">
            <w:pPr>
              <w:spacing w:after="100" w:line="245" w:lineRule="auto"/>
            </w:pPr>
            <w:r>
              <w:rPr>
                <w:color w:val="000000"/>
                <w:sz w:val="16"/>
              </w:rPr>
              <w:t>Primerja začetni odziv z novim dokazom in pojasni, kaj se je naučil/-a.</w:t>
            </w:r>
          </w:p>
          <w:p w14:paraId="6457BDE7" w14:textId="77777777" w:rsidR="00187E2C" w:rsidRDefault="00000000">
            <w:pPr>
              <w:spacing w:after="100" w:line="245" w:lineRule="auto"/>
            </w:pPr>
            <w:r>
              <w:rPr>
                <w:color w:val="000000"/>
                <w:sz w:val="16"/>
              </w:rPr>
              <w:t>Izbere raven samostojnosti in določi naslednji korak.</w:t>
            </w:r>
          </w:p>
          <w:p w14:paraId="151D2807" w14:textId="77777777" w:rsidR="00187E2C" w:rsidRDefault="00000000">
            <w:pPr>
              <w:spacing w:after="100" w:line="245" w:lineRule="auto"/>
            </w:pPr>
            <w:r>
              <w:rPr>
                <w:color w:val="000000"/>
                <w:sz w:val="16"/>
              </w:rPr>
              <w:t>Sošolcu poda prijazen in konkreten odziv, vezan na kriterij.</w:t>
            </w:r>
          </w:p>
          <w:p w14:paraId="1A95579B" w14:textId="77777777" w:rsidR="00187E2C" w:rsidRDefault="00000000">
            <w:pPr>
              <w:spacing w:after="20" w:line="245" w:lineRule="auto"/>
            </w:pPr>
            <w:r>
              <w:rPr>
                <w:b/>
                <w:color w:val="D95BC6"/>
                <w:sz w:val="17"/>
              </w:rPr>
              <w:t>DOKAZ O UČENJU</w:t>
            </w:r>
          </w:p>
          <w:p w14:paraId="6E4E9E96"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417BB5F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14361411" w14:textId="77777777">
        <w:trPr>
          <w:cantSplit/>
          <w:jc w:val="center"/>
        </w:trPr>
        <w:tc>
          <w:tcPr>
            <w:tcW w:w="14060" w:type="dxa"/>
            <w:gridSpan w:val="6"/>
            <w:tcMar>
              <w:top w:w="70" w:type="dxa"/>
              <w:left w:w="90" w:type="dxa"/>
              <w:bottom w:w="70" w:type="dxa"/>
              <w:right w:w="90" w:type="dxa"/>
            </w:tcMar>
            <w:vAlign w:val="center"/>
          </w:tcPr>
          <w:p w14:paraId="41FFFA67" w14:textId="77777777" w:rsidR="00187E2C" w:rsidRDefault="00000000">
            <w:pPr>
              <w:jc w:val="center"/>
            </w:pPr>
            <w:r>
              <w:rPr>
                <w:b/>
                <w:color w:val="000000"/>
                <w:sz w:val="24"/>
              </w:rPr>
              <w:lastRenderedPageBreak/>
              <w:t>UČNA PRIPRAVA 16/39</w:t>
            </w:r>
          </w:p>
        </w:tc>
      </w:tr>
      <w:tr w:rsidR="00187E2C" w14:paraId="4BD616C6" w14:textId="77777777">
        <w:trPr>
          <w:jc w:val="center"/>
        </w:trPr>
        <w:tc>
          <w:tcPr>
            <w:tcW w:w="2665" w:type="dxa"/>
            <w:tcMar>
              <w:top w:w="70" w:type="dxa"/>
              <w:left w:w="90" w:type="dxa"/>
              <w:bottom w:w="70" w:type="dxa"/>
              <w:right w:w="90" w:type="dxa"/>
            </w:tcMar>
            <w:vAlign w:val="center"/>
          </w:tcPr>
          <w:p w14:paraId="79AC910F"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C45F830"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534F407F"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26A3A1B" w14:textId="77777777" w:rsidR="00187E2C" w:rsidRDefault="00000000">
            <w:r>
              <w:rPr>
                <w:b/>
                <w:color w:val="000000"/>
                <w:sz w:val="16"/>
              </w:rPr>
              <w:t xml:space="preserve">NAČRTOVANI TERMIN: </w:t>
            </w:r>
            <w:r>
              <w:rPr>
                <w:color w:val="000000"/>
                <w:sz w:val="16"/>
              </w:rPr>
              <w:t>16. teden • 21.–24. 12. 2026</w:t>
            </w:r>
          </w:p>
        </w:tc>
        <w:tc>
          <w:tcPr>
            <w:tcW w:w="2268" w:type="dxa"/>
            <w:tcMar>
              <w:top w:w="70" w:type="dxa"/>
              <w:left w:w="90" w:type="dxa"/>
              <w:bottom w:w="70" w:type="dxa"/>
              <w:right w:w="90" w:type="dxa"/>
            </w:tcMar>
            <w:vAlign w:val="center"/>
          </w:tcPr>
          <w:p w14:paraId="6043DBD9"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655FCF5" w14:textId="77777777" w:rsidR="00187E2C" w:rsidRDefault="00000000">
            <w:r>
              <w:rPr>
                <w:b/>
                <w:color w:val="000000"/>
                <w:sz w:val="16"/>
              </w:rPr>
              <w:t xml:space="preserve">ŠTEVILO UR: </w:t>
            </w:r>
            <w:r>
              <w:rPr>
                <w:color w:val="000000"/>
                <w:sz w:val="16"/>
              </w:rPr>
              <w:t>4</w:t>
            </w:r>
          </w:p>
        </w:tc>
      </w:tr>
      <w:tr w:rsidR="00187E2C" w14:paraId="4D1D2953" w14:textId="77777777">
        <w:trPr>
          <w:jc w:val="center"/>
        </w:trPr>
        <w:tc>
          <w:tcPr>
            <w:tcW w:w="14061" w:type="dxa"/>
            <w:gridSpan w:val="6"/>
            <w:tcMar>
              <w:top w:w="70" w:type="dxa"/>
              <w:left w:w="90" w:type="dxa"/>
              <w:bottom w:w="70" w:type="dxa"/>
              <w:right w:w="90" w:type="dxa"/>
            </w:tcMar>
            <w:vAlign w:val="center"/>
          </w:tcPr>
          <w:p w14:paraId="6F34869D"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5A381DB3" w14:textId="77777777">
        <w:trPr>
          <w:cantSplit/>
          <w:jc w:val="center"/>
        </w:trPr>
        <w:tc>
          <w:tcPr>
            <w:tcW w:w="14060" w:type="dxa"/>
            <w:gridSpan w:val="6"/>
            <w:tcMar>
              <w:top w:w="70" w:type="dxa"/>
              <w:left w:w="90" w:type="dxa"/>
              <w:bottom w:w="70" w:type="dxa"/>
              <w:right w:w="90" w:type="dxa"/>
            </w:tcMar>
            <w:vAlign w:val="center"/>
          </w:tcPr>
          <w:p w14:paraId="72C72B64" w14:textId="77777777" w:rsidR="00187E2C" w:rsidRDefault="00187E2C"/>
          <w:p w14:paraId="5DD89E27" w14:textId="77777777" w:rsidR="00187E2C" w:rsidRDefault="00000000">
            <w:pPr>
              <w:spacing w:line="245" w:lineRule="auto"/>
            </w:pPr>
            <w:r>
              <w:rPr>
                <w:b/>
                <w:color w:val="000000"/>
                <w:sz w:val="16"/>
              </w:rPr>
              <w:t xml:space="preserve">UČNI SKLOP: </w:t>
            </w:r>
            <w:r>
              <w:rPr>
                <w:color w:val="000000"/>
                <w:sz w:val="16"/>
              </w:rPr>
              <w:t>MOJA DRUŽINA, SKUPNOST IN PRAZNOVANJA</w:t>
            </w:r>
          </w:p>
        </w:tc>
      </w:tr>
      <w:tr w:rsidR="00187E2C" w14:paraId="4855130D" w14:textId="77777777">
        <w:trPr>
          <w:cantSplit/>
          <w:jc w:val="center"/>
        </w:trPr>
        <w:tc>
          <w:tcPr>
            <w:tcW w:w="14060" w:type="dxa"/>
            <w:gridSpan w:val="6"/>
            <w:tcMar>
              <w:top w:w="70" w:type="dxa"/>
              <w:left w:w="90" w:type="dxa"/>
              <w:bottom w:w="70" w:type="dxa"/>
              <w:right w:w="90" w:type="dxa"/>
            </w:tcMar>
            <w:vAlign w:val="center"/>
          </w:tcPr>
          <w:p w14:paraId="35D84C92" w14:textId="77777777" w:rsidR="00187E2C" w:rsidRDefault="00187E2C"/>
          <w:p w14:paraId="45FE5022" w14:textId="77777777" w:rsidR="00187E2C" w:rsidRDefault="00000000">
            <w:pPr>
              <w:spacing w:line="245" w:lineRule="auto"/>
            </w:pPr>
            <w:r>
              <w:rPr>
                <w:b/>
                <w:color w:val="000000"/>
                <w:sz w:val="16"/>
              </w:rPr>
              <w:t xml:space="preserve">UČNA TEMA: </w:t>
            </w:r>
            <w:r>
              <w:rPr>
                <w:color w:val="000000"/>
                <w:sz w:val="16"/>
              </w:rPr>
              <w:t>KAJ ŽE ZNAM • VELIKA TISKANA ČRKA V</w:t>
            </w:r>
          </w:p>
        </w:tc>
      </w:tr>
      <w:tr w:rsidR="00187E2C" w14:paraId="2A020C2F" w14:textId="77777777">
        <w:trPr>
          <w:cantSplit/>
          <w:jc w:val="center"/>
        </w:trPr>
        <w:tc>
          <w:tcPr>
            <w:tcW w:w="14060" w:type="dxa"/>
            <w:gridSpan w:val="6"/>
            <w:tcMar>
              <w:top w:w="70" w:type="dxa"/>
              <w:left w:w="90" w:type="dxa"/>
              <w:bottom w:w="70" w:type="dxa"/>
              <w:right w:w="90" w:type="dxa"/>
            </w:tcMar>
            <w:vAlign w:val="center"/>
          </w:tcPr>
          <w:p w14:paraId="02C8A661" w14:textId="77777777" w:rsidR="00187E2C" w:rsidRDefault="00187E2C"/>
          <w:p w14:paraId="66A383BE" w14:textId="77777777" w:rsidR="00187E2C" w:rsidRDefault="00000000">
            <w:pPr>
              <w:spacing w:line="245" w:lineRule="auto"/>
            </w:pPr>
            <w:r>
              <w:rPr>
                <w:b/>
                <w:color w:val="000000"/>
                <w:sz w:val="16"/>
              </w:rPr>
              <w:t xml:space="preserve">KNJIŽEVNO IZHODIŠČE IN MOTIV: </w:t>
            </w:r>
            <w:r>
              <w:rPr>
                <w:color w:val="000000"/>
                <w:sz w:val="16"/>
              </w:rPr>
              <w:t>»Enci benci na kamenci« – slovensko ljudsko izročilo • izštevanke, ritem, skupnost in praznična ustvarjalnost</w:t>
            </w:r>
          </w:p>
        </w:tc>
      </w:tr>
      <w:tr w:rsidR="00187E2C" w14:paraId="690AEE37" w14:textId="77777777">
        <w:trPr>
          <w:cantSplit/>
          <w:jc w:val="center"/>
        </w:trPr>
        <w:tc>
          <w:tcPr>
            <w:tcW w:w="14060" w:type="dxa"/>
            <w:gridSpan w:val="6"/>
            <w:tcMar>
              <w:top w:w="70" w:type="dxa"/>
              <w:left w:w="90" w:type="dxa"/>
              <w:bottom w:w="70" w:type="dxa"/>
              <w:right w:w="90" w:type="dxa"/>
            </w:tcMar>
            <w:vAlign w:val="center"/>
          </w:tcPr>
          <w:p w14:paraId="2B9A30BB" w14:textId="77777777" w:rsidR="00187E2C" w:rsidRDefault="00187E2C"/>
          <w:p w14:paraId="554C3E9D" w14:textId="77777777" w:rsidR="00187E2C" w:rsidRDefault="00000000">
            <w:pPr>
              <w:spacing w:line="245" w:lineRule="auto"/>
            </w:pPr>
            <w:r>
              <w:rPr>
                <w:b/>
                <w:color w:val="000000"/>
                <w:sz w:val="16"/>
              </w:rPr>
              <w:t xml:space="preserve">BRALNI LIST / ČRKA: </w:t>
            </w:r>
            <w:r>
              <w:rPr>
                <w:color w:val="000000"/>
                <w:sz w:val="16"/>
              </w:rPr>
              <w:t>ČRKA V • BRALNI LIST 16 – Berem črko V in zloge ter besede: glas /v/ znane črke: A, E, I, O, U, N, M, T, J, V; slišim glas; prepoznam črko; dve poševni potezi s stikom spodaj; berem in zapišem</w:t>
            </w:r>
          </w:p>
        </w:tc>
      </w:tr>
      <w:tr w:rsidR="00187E2C" w14:paraId="759971D8" w14:textId="77777777">
        <w:trPr>
          <w:cantSplit/>
          <w:jc w:val="center"/>
        </w:trPr>
        <w:tc>
          <w:tcPr>
            <w:tcW w:w="14060" w:type="dxa"/>
            <w:gridSpan w:val="6"/>
            <w:tcMar>
              <w:top w:w="70" w:type="dxa"/>
              <w:left w:w="90" w:type="dxa"/>
              <w:bottom w:w="70" w:type="dxa"/>
              <w:right w:w="90" w:type="dxa"/>
            </w:tcMar>
            <w:vAlign w:val="center"/>
          </w:tcPr>
          <w:p w14:paraId="6361A45F" w14:textId="77777777" w:rsidR="00187E2C" w:rsidRDefault="00187E2C"/>
          <w:p w14:paraId="33EBBC09" w14:textId="77777777" w:rsidR="00187E2C" w:rsidRDefault="00000000">
            <w:pPr>
              <w:spacing w:line="245" w:lineRule="auto"/>
            </w:pPr>
            <w:r>
              <w:rPr>
                <w:b/>
                <w:color w:val="000000"/>
                <w:sz w:val="16"/>
              </w:rPr>
              <w:t xml:space="preserve">UČNE ENOTE: </w:t>
            </w:r>
            <w:r>
              <w:rPr>
                <w:color w:val="000000"/>
                <w:sz w:val="16"/>
              </w:rPr>
              <w:t>1. ura – Kaj že znam – Poslušam in doživljam • 2. ura – SLIŠIM GLAS /v/ IN ODKRIVAM ČRKO V • 3. ura – Oblikujem in pišem črko V • 4. ura – Berem in uporabim črko V</w:t>
            </w:r>
          </w:p>
        </w:tc>
      </w:tr>
      <w:tr w:rsidR="00187E2C" w14:paraId="59CE0320" w14:textId="77777777">
        <w:trPr>
          <w:cantSplit/>
          <w:jc w:val="center"/>
        </w:trPr>
        <w:tc>
          <w:tcPr>
            <w:tcW w:w="14060" w:type="dxa"/>
            <w:gridSpan w:val="6"/>
            <w:tcMar>
              <w:top w:w="70" w:type="dxa"/>
              <w:left w:w="90" w:type="dxa"/>
              <w:bottom w:w="70" w:type="dxa"/>
              <w:right w:w="90" w:type="dxa"/>
            </w:tcMar>
            <w:vAlign w:val="center"/>
          </w:tcPr>
          <w:p w14:paraId="1AB15DBD" w14:textId="77777777" w:rsidR="00187E2C" w:rsidRDefault="00187E2C"/>
          <w:p w14:paraId="2165CF4A"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25EB2E03" w14:textId="77777777">
        <w:trPr>
          <w:cantSplit/>
          <w:jc w:val="center"/>
        </w:trPr>
        <w:tc>
          <w:tcPr>
            <w:tcW w:w="14060" w:type="dxa"/>
            <w:gridSpan w:val="6"/>
            <w:tcMar>
              <w:top w:w="70" w:type="dxa"/>
              <w:left w:w="90" w:type="dxa"/>
              <w:bottom w:w="70" w:type="dxa"/>
              <w:right w:w="90" w:type="dxa"/>
            </w:tcMar>
            <w:vAlign w:val="center"/>
          </w:tcPr>
          <w:p w14:paraId="4F5ADA23" w14:textId="77777777" w:rsidR="00187E2C" w:rsidRDefault="00187E2C"/>
          <w:p w14:paraId="6B6F3FB0"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331BBC04" w14:textId="77777777">
        <w:trPr>
          <w:cantSplit/>
          <w:jc w:val="center"/>
        </w:trPr>
        <w:tc>
          <w:tcPr>
            <w:tcW w:w="14060" w:type="dxa"/>
            <w:gridSpan w:val="6"/>
            <w:tcMar>
              <w:top w:w="70" w:type="dxa"/>
              <w:left w:w="90" w:type="dxa"/>
              <w:bottom w:w="70" w:type="dxa"/>
              <w:right w:w="90" w:type="dxa"/>
            </w:tcMar>
            <w:vAlign w:val="center"/>
          </w:tcPr>
          <w:p w14:paraId="4A50F24B" w14:textId="77777777" w:rsidR="00187E2C" w:rsidRDefault="00187E2C"/>
          <w:p w14:paraId="1E6C12D8"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4B986E1C" w14:textId="77777777">
        <w:trPr>
          <w:cantSplit/>
          <w:jc w:val="center"/>
        </w:trPr>
        <w:tc>
          <w:tcPr>
            <w:tcW w:w="14060" w:type="dxa"/>
            <w:gridSpan w:val="6"/>
            <w:tcMar>
              <w:top w:w="70" w:type="dxa"/>
              <w:left w:w="90" w:type="dxa"/>
              <w:bottom w:w="70" w:type="dxa"/>
              <w:right w:w="90" w:type="dxa"/>
            </w:tcMar>
            <w:vAlign w:val="center"/>
          </w:tcPr>
          <w:p w14:paraId="4A08AD3C" w14:textId="77777777" w:rsidR="00187E2C" w:rsidRDefault="00187E2C"/>
          <w:p w14:paraId="49EAB116" w14:textId="77777777" w:rsidR="00187E2C" w:rsidRDefault="00000000">
            <w:pPr>
              <w:spacing w:line="245" w:lineRule="auto"/>
            </w:pPr>
            <w:r>
              <w:rPr>
                <w:b/>
                <w:color w:val="000000"/>
                <w:sz w:val="16"/>
              </w:rPr>
              <w:t xml:space="preserve">MEDPREDMETNE POVEZAVE: </w:t>
            </w:r>
            <w:r>
              <w:rPr>
                <w:color w:val="000000"/>
                <w:sz w:val="16"/>
              </w:rPr>
              <w:t>SPO – izštevanke, ritem, skupnost in praznična ustvarjalnost; GUM – ritem, zvočnost in glas; LUM – ilustracija, črta in grafomotorika; ŠPO – gibalna pripoved, dramatizacija in postaje; MAT – smer, zaporedje in orientacija</w:t>
            </w:r>
          </w:p>
        </w:tc>
      </w:tr>
      <w:tr w:rsidR="00187E2C" w14:paraId="3BA524FD" w14:textId="77777777">
        <w:trPr>
          <w:cantSplit/>
          <w:jc w:val="center"/>
        </w:trPr>
        <w:tc>
          <w:tcPr>
            <w:tcW w:w="14060" w:type="dxa"/>
            <w:gridSpan w:val="6"/>
            <w:tcMar>
              <w:top w:w="70" w:type="dxa"/>
              <w:left w:w="90" w:type="dxa"/>
              <w:bottom w:w="70" w:type="dxa"/>
              <w:right w:w="90" w:type="dxa"/>
            </w:tcMar>
            <w:vAlign w:val="center"/>
          </w:tcPr>
          <w:p w14:paraId="31C50F33" w14:textId="77777777" w:rsidR="00187E2C" w:rsidRDefault="00187E2C"/>
          <w:p w14:paraId="6FE4E7FF" w14:textId="77777777" w:rsidR="00187E2C" w:rsidRDefault="00000000">
            <w:pPr>
              <w:spacing w:line="245" w:lineRule="auto"/>
            </w:pPr>
            <w:r>
              <w:rPr>
                <w:b/>
                <w:color w:val="000000"/>
                <w:sz w:val="16"/>
              </w:rPr>
              <w:t xml:space="preserve">UČNA SREDSTVA IN PRIPOMOČKI: </w:t>
            </w:r>
            <w:r>
              <w:rPr>
                <w:color w:val="000000"/>
                <w:sz w:val="16"/>
              </w:rPr>
              <w:t>ČRKA V • BRALNI LIST 16, povečano besedilo oziroma kartice, slikanica ali odlomek, slikovno zaporedje, kartice besed in glasov, talne črke ali zlogi, ogledala, vrvice ali modelirna masa, mini tabla, zvezek oziroma jezikovna mapa</w:t>
            </w:r>
          </w:p>
        </w:tc>
      </w:tr>
      <w:tr w:rsidR="00187E2C" w14:paraId="73D76F34" w14:textId="77777777">
        <w:trPr>
          <w:cantSplit/>
          <w:jc w:val="center"/>
        </w:trPr>
        <w:tc>
          <w:tcPr>
            <w:tcW w:w="14060" w:type="dxa"/>
            <w:gridSpan w:val="6"/>
            <w:tcMar>
              <w:top w:w="70" w:type="dxa"/>
              <w:left w:w="90" w:type="dxa"/>
              <w:bottom w:w="70" w:type="dxa"/>
              <w:right w:w="90" w:type="dxa"/>
            </w:tcMar>
            <w:vAlign w:val="center"/>
          </w:tcPr>
          <w:p w14:paraId="4988C16C" w14:textId="77777777" w:rsidR="00187E2C" w:rsidRDefault="00187E2C"/>
          <w:p w14:paraId="1E7118F7"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0CF88F61" w14:textId="77777777">
        <w:trPr>
          <w:cantSplit/>
          <w:jc w:val="center"/>
        </w:trPr>
        <w:tc>
          <w:tcPr>
            <w:tcW w:w="14060" w:type="dxa"/>
            <w:gridSpan w:val="6"/>
            <w:tcMar>
              <w:top w:w="70" w:type="dxa"/>
              <w:left w:w="90" w:type="dxa"/>
              <w:bottom w:w="70" w:type="dxa"/>
              <w:right w:w="90" w:type="dxa"/>
            </w:tcMar>
            <w:vAlign w:val="center"/>
          </w:tcPr>
          <w:p w14:paraId="2AD215ED" w14:textId="77777777" w:rsidR="00187E2C" w:rsidRDefault="00187E2C"/>
          <w:p w14:paraId="589FFEA3"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 • TEHNIŠKI DAN</w:t>
            </w:r>
          </w:p>
        </w:tc>
      </w:tr>
      <w:tr w:rsidR="00187E2C" w14:paraId="1602A32A" w14:textId="77777777">
        <w:trPr>
          <w:cantSplit/>
          <w:jc w:val="center"/>
        </w:trPr>
        <w:tc>
          <w:tcPr>
            <w:tcW w:w="14060" w:type="dxa"/>
            <w:gridSpan w:val="6"/>
            <w:tcMar>
              <w:top w:w="70" w:type="dxa"/>
              <w:left w:w="90" w:type="dxa"/>
              <w:bottom w:w="70" w:type="dxa"/>
              <w:right w:w="90" w:type="dxa"/>
            </w:tcMar>
            <w:vAlign w:val="center"/>
          </w:tcPr>
          <w:p w14:paraId="36A13FC0" w14:textId="77777777" w:rsidR="00187E2C" w:rsidRDefault="00187E2C"/>
          <w:p w14:paraId="6317757A"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7E3A2D9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9C3E20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F2ED1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A7D737A" w14:textId="77777777" w:rsidR="00187E2C" w:rsidRDefault="00000000">
            <w:pPr>
              <w:jc w:val="center"/>
            </w:pPr>
            <w:r>
              <w:rPr>
                <w:b/>
                <w:color w:val="000000"/>
                <w:sz w:val="20"/>
              </w:rPr>
              <w:t>UČNE DEJAVNOSTI, METODE IN FORMATIVNO SPREMLJANJE</w:t>
            </w:r>
          </w:p>
        </w:tc>
      </w:tr>
      <w:tr w:rsidR="00187E2C" w14:paraId="664BA601" w14:textId="77777777">
        <w:trPr>
          <w:tblHeader/>
          <w:jc w:val="center"/>
        </w:trPr>
        <w:tc>
          <w:tcPr>
            <w:tcW w:w="4422" w:type="dxa"/>
            <w:vMerge/>
            <w:tcMar>
              <w:top w:w="70" w:type="dxa"/>
              <w:left w:w="90" w:type="dxa"/>
              <w:bottom w:w="70" w:type="dxa"/>
              <w:right w:w="90" w:type="dxa"/>
            </w:tcMar>
            <w:vAlign w:val="center"/>
          </w:tcPr>
          <w:p w14:paraId="6AC387DA" w14:textId="77777777" w:rsidR="00187E2C" w:rsidRDefault="00187E2C"/>
        </w:tc>
        <w:tc>
          <w:tcPr>
            <w:tcW w:w="7087" w:type="dxa"/>
            <w:shd w:val="clear" w:color="auto" w:fill="FFFFFF"/>
            <w:tcMar>
              <w:top w:w="70" w:type="dxa"/>
              <w:left w:w="90" w:type="dxa"/>
              <w:bottom w:w="70" w:type="dxa"/>
              <w:right w:w="90" w:type="dxa"/>
            </w:tcMar>
            <w:vAlign w:val="center"/>
          </w:tcPr>
          <w:p w14:paraId="6A3F9786"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4A4EE03" w14:textId="77777777" w:rsidR="00187E2C" w:rsidRDefault="00000000">
            <w:pPr>
              <w:jc w:val="center"/>
            </w:pPr>
            <w:r>
              <w:rPr>
                <w:b/>
                <w:color w:val="000000"/>
              </w:rPr>
              <w:t>UČENEC</w:t>
            </w:r>
          </w:p>
        </w:tc>
      </w:tr>
      <w:tr w:rsidR="00187E2C" w14:paraId="60878B45" w14:textId="77777777">
        <w:trPr>
          <w:jc w:val="center"/>
        </w:trPr>
        <w:tc>
          <w:tcPr>
            <w:tcW w:w="4422" w:type="dxa"/>
            <w:tcMar>
              <w:top w:w="70" w:type="dxa"/>
              <w:left w:w="90" w:type="dxa"/>
              <w:bottom w:w="70" w:type="dxa"/>
              <w:right w:w="90" w:type="dxa"/>
            </w:tcMar>
          </w:tcPr>
          <w:p w14:paraId="7F2C680D" w14:textId="77777777" w:rsidR="00187E2C" w:rsidRDefault="00187E2C"/>
          <w:p w14:paraId="65A0A5F1" w14:textId="77777777" w:rsidR="00187E2C" w:rsidRDefault="00000000">
            <w:pPr>
              <w:spacing w:after="60" w:line="245" w:lineRule="auto"/>
            </w:pPr>
            <w:r>
              <w:rPr>
                <w:b/>
                <w:color w:val="000000"/>
              </w:rPr>
              <w:t>UČNI CILJI</w:t>
            </w:r>
          </w:p>
          <w:p w14:paraId="5F0B0C0E" w14:textId="77777777" w:rsidR="00187E2C" w:rsidRDefault="00000000">
            <w:pPr>
              <w:spacing w:after="20" w:line="245" w:lineRule="auto"/>
            </w:pPr>
            <w:r>
              <w:rPr>
                <w:b/>
                <w:color w:val="000000"/>
                <w:sz w:val="17"/>
              </w:rPr>
              <w:t>SPLOŠNI</w:t>
            </w:r>
          </w:p>
          <w:p w14:paraId="45DA5871"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647FBB58" w14:textId="77777777" w:rsidR="00187E2C" w:rsidRDefault="00000000">
            <w:pPr>
              <w:pStyle w:val="Oznaenseznam"/>
              <w:spacing w:after="16"/>
            </w:pPr>
            <w:r>
              <w:rPr>
                <w:color w:val="000000"/>
                <w:sz w:val="16"/>
              </w:rPr>
              <w:t>doživlja književno besedilo ter se nanj odziva z govorom, gibanjem, dramatizacijo, risbo ali zapisom</w:t>
            </w:r>
          </w:p>
          <w:p w14:paraId="13430613" w14:textId="77777777" w:rsidR="00187E2C" w:rsidRDefault="00000000">
            <w:pPr>
              <w:pStyle w:val="Oznaenseznam"/>
              <w:spacing w:after="16"/>
            </w:pPr>
            <w:r>
              <w:rPr>
                <w:color w:val="000000"/>
                <w:sz w:val="16"/>
              </w:rPr>
              <w:t>razvija glasovno zavedanje, povezavo glas–črka in začetno branje ter pisanje po individualnem napredku</w:t>
            </w:r>
          </w:p>
          <w:p w14:paraId="0D4CB7FC" w14:textId="77777777" w:rsidR="00187E2C" w:rsidRDefault="00000000">
            <w:pPr>
              <w:pStyle w:val="Oznaenseznam"/>
              <w:spacing w:after="16"/>
            </w:pPr>
            <w:r>
              <w:rPr>
                <w:color w:val="000000"/>
                <w:sz w:val="16"/>
              </w:rPr>
              <w:t>ob namenih in kriterijih spremlja svoje učenje ter uporabi opisno povratno informacijo</w:t>
            </w:r>
          </w:p>
          <w:p w14:paraId="533AF10C" w14:textId="77777777" w:rsidR="00187E2C" w:rsidRDefault="00000000">
            <w:pPr>
              <w:spacing w:before="40" w:after="20" w:line="245" w:lineRule="auto"/>
            </w:pPr>
            <w:r>
              <w:rPr>
                <w:b/>
                <w:color w:val="000000"/>
                <w:sz w:val="17"/>
              </w:rPr>
              <w:t>OPERATIVNI</w:t>
            </w:r>
          </w:p>
          <w:p w14:paraId="173E4389" w14:textId="77777777" w:rsidR="00187E2C" w:rsidRDefault="00000000">
            <w:pPr>
              <w:pStyle w:val="Oznaenseznam"/>
              <w:spacing w:after="16"/>
            </w:pPr>
            <w:r>
              <w:rPr>
                <w:color w:val="000000"/>
                <w:sz w:val="16"/>
              </w:rPr>
              <w:t>doživeto recitira oziroma izvede kratek govorni nastop</w:t>
            </w:r>
          </w:p>
          <w:p w14:paraId="4AB1A101" w14:textId="77777777" w:rsidR="00187E2C" w:rsidRDefault="00000000">
            <w:pPr>
              <w:pStyle w:val="Oznaenseznam"/>
              <w:spacing w:after="16"/>
            </w:pPr>
            <w:r>
              <w:rPr>
                <w:color w:val="000000"/>
                <w:sz w:val="16"/>
              </w:rPr>
              <w:t>govori razločno, posluša sogovorca in se smiselno odzove</w:t>
            </w:r>
          </w:p>
          <w:p w14:paraId="1B7A9315" w14:textId="77777777" w:rsidR="00187E2C" w:rsidRDefault="00000000">
            <w:pPr>
              <w:pStyle w:val="Oznaenseznam"/>
              <w:spacing w:after="16"/>
            </w:pPr>
            <w:r>
              <w:rPr>
                <w:color w:val="000000"/>
                <w:sz w:val="16"/>
              </w:rPr>
              <w:t>prepozna in poimenuje prvih 10 obravnavanih črk</w:t>
            </w:r>
          </w:p>
          <w:p w14:paraId="48695FCD" w14:textId="77777777" w:rsidR="00187E2C" w:rsidRDefault="00000000">
            <w:pPr>
              <w:pStyle w:val="Oznaenseznam"/>
              <w:spacing w:after="16"/>
            </w:pPr>
            <w:r>
              <w:rPr>
                <w:color w:val="000000"/>
                <w:sz w:val="16"/>
              </w:rPr>
              <w:t>bere in zapiše kratke zloge ali besede z znanimi črkami</w:t>
            </w:r>
          </w:p>
          <w:p w14:paraId="0D8D06C7" w14:textId="77777777" w:rsidR="00187E2C" w:rsidRDefault="00000000">
            <w:pPr>
              <w:spacing w:before="40" w:after="20" w:line="245" w:lineRule="auto"/>
            </w:pPr>
            <w:r>
              <w:rPr>
                <w:b/>
                <w:color w:val="000000"/>
                <w:sz w:val="17"/>
              </w:rPr>
              <w:t>PRIČAKOVANI DOSEŽKI / MINIMALNI POUDARKI</w:t>
            </w:r>
          </w:p>
          <w:p w14:paraId="7649C8D2" w14:textId="77777777" w:rsidR="00187E2C" w:rsidRDefault="00000000">
            <w:pPr>
              <w:pStyle w:val="Oznaenseznam"/>
              <w:spacing w:after="16"/>
            </w:pPr>
            <w:r>
              <w:rPr>
                <w:color w:val="000000"/>
                <w:sz w:val="15"/>
              </w:rPr>
              <w:t>samostojno oziroma z dogovorjeno oporo doživeto recitira oziroma izvede kratek govorni nastop</w:t>
            </w:r>
          </w:p>
          <w:p w14:paraId="07AA19E7" w14:textId="77777777" w:rsidR="00187E2C" w:rsidRDefault="00000000">
            <w:pPr>
              <w:pStyle w:val="Oznaenseznam"/>
              <w:spacing w:after="16"/>
            </w:pPr>
            <w:r>
              <w:rPr>
                <w:color w:val="000000"/>
                <w:sz w:val="15"/>
              </w:rPr>
              <w:t>samostojno oziroma z dogovorjeno oporo govori razločno, posluša sogovorca in se smiselno odzove</w:t>
            </w:r>
          </w:p>
          <w:p w14:paraId="23B05EE7" w14:textId="77777777" w:rsidR="00187E2C" w:rsidRDefault="00000000">
            <w:pPr>
              <w:pStyle w:val="Oznaenseznam"/>
              <w:spacing w:after="16"/>
            </w:pPr>
            <w:r>
              <w:rPr>
                <w:color w:val="000000"/>
                <w:sz w:val="15"/>
              </w:rPr>
              <w:t>samostojno oziroma z dogovorjeno oporo prepozna in poimenuje prvih 10 obravnavanih črk</w:t>
            </w:r>
          </w:p>
          <w:p w14:paraId="40358F4C" w14:textId="77777777" w:rsidR="00187E2C" w:rsidRDefault="00000000">
            <w:pPr>
              <w:pStyle w:val="Oznaenseznam"/>
              <w:spacing w:after="16"/>
            </w:pPr>
            <w:r>
              <w:rPr>
                <w:color w:val="000000"/>
                <w:sz w:val="15"/>
              </w:rPr>
              <w:t>samostojno oziroma z dogovorjeno oporo bere in zapiše kratke zloge ali besede z znanimi črkami</w:t>
            </w:r>
          </w:p>
        </w:tc>
        <w:tc>
          <w:tcPr>
            <w:tcW w:w="7087" w:type="dxa"/>
            <w:tcMar>
              <w:top w:w="70" w:type="dxa"/>
              <w:left w:w="90" w:type="dxa"/>
              <w:bottom w:w="70" w:type="dxa"/>
              <w:right w:w="90" w:type="dxa"/>
            </w:tcMar>
          </w:tcPr>
          <w:p w14:paraId="61C7261B"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CD66942" w14:textId="77777777">
              <w:trPr>
                <w:jc w:val="center"/>
              </w:trPr>
              <w:tc>
                <w:tcPr>
                  <w:tcW w:w="7087" w:type="dxa"/>
                  <w:shd w:val="clear" w:color="auto" w:fill="C6E7F3"/>
                  <w:tcMar>
                    <w:top w:w="45" w:type="dxa"/>
                    <w:left w:w="70" w:type="dxa"/>
                    <w:bottom w:w="45" w:type="dxa"/>
                    <w:right w:w="70" w:type="dxa"/>
                  </w:tcMar>
                </w:tcPr>
                <w:p w14:paraId="300DCF4C" w14:textId="77777777" w:rsidR="00187E2C" w:rsidRDefault="00000000">
                  <w:pPr>
                    <w:keepNext/>
                  </w:pPr>
                  <w:r>
                    <w:rPr>
                      <w:b/>
                      <w:color w:val="000000"/>
                    </w:rPr>
                    <w:t>UVODNI DEL – motivacija, aktivacija predznanja in namen učenja (15–20 min)</w:t>
                  </w:r>
                </w:p>
              </w:tc>
            </w:tr>
          </w:tbl>
          <w:p w14:paraId="6890C9DD" w14:textId="77777777" w:rsidR="00187E2C" w:rsidRDefault="00187E2C">
            <w:pPr>
              <w:spacing w:line="20" w:lineRule="exact"/>
            </w:pPr>
          </w:p>
          <w:p w14:paraId="159D08AB" w14:textId="77777777" w:rsidR="00187E2C" w:rsidRDefault="00000000">
            <w:pPr>
              <w:spacing w:before="40" w:after="60" w:line="245" w:lineRule="auto"/>
            </w:pPr>
            <w:r>
              <w:rPr>
                <w:color w:val="000000"/>
                <w:sz w:val="16"/>
              </w:rPr>
              <w:t>Učenci ob naslovnici, odlomku ali ilustraciji dela »Enci benci na kamenci« – slovensko ljudsko izročilo doživljajsko vstopijo v motiv izštevanke, ritem, skupnost in praznična ustvarjalnost. S kretnjo, predmetom, sliko, glasom ali kratko povedjo pokažejo predznanje in napoved. Izhodiščni odziv povežejo z dejavnostjo ČRKA V • BRALNI LIST 16 – Berem črko V in zloge ter besede.</w:t>
            </w:r>
          </w:p>
          <w:tbl>
            <w:tblPr>
              <w:tblStyle w:val="Tabelamrea"/>
              <w:tblW w:w="0" w:type="auto"/>
              <w:jc w:val="center"/>
              <w:tblLayout w:type="fixed"/>
              <w:tblLook w:val="04A0" w:firstRow="1" w:lastRow="0" w:firstColumn="1" w:lastColumn="0" w:noHBand="0" w:noVBand="1"/>
            </w:tblPr>
            <w:tblGrid>
              <w:gridCol w:w="7087"/>
            </w:tblGrid>
            <w:tr w:rsidR="00187E2C" w14:paraId="06339E2A" w14:textId="77777777">
              <w:trPr>
                <w:jc w:val="center"/>
              </w:trPr>
              <w:tc>
                <w:tcPr>
                  <w:tcW w:w="7087" w:type="dxa"/>
                  <w:shd w:val="clear" w:color="auto" w:fill="EDC9EA"/>
                  <w:tcMar>
                    <w:top w:w="45" w:type="dxa"/>
                    <w:left w:w="70" w:type="dxa"/>
                    <w:bottom w:w="45" w:type="dxa"/>
                    <w:right w:w="70" w:type="dxa"/>
                  </w:tcMar>
                </w:tcPr>
                <w:p w14:paraId="44623261" w14:textId="77777777" w:rsidR="00187E2C" w:rsidRDefault="00000000">
                  <w:pPr>
                    <w:keepNext/>
                  </w:pPr>
                  <w:r>
                    <w:rPr>
                      <w:b/>
                      <w:color w:val="000000"/>
                    </w:rPr>
                    <w:t>NAMENI UČENJA</w:t>
                  </w:r>
                </w:p>
              </w:tc>
            </w:tr>
          </w:tbl>
          <w:p w14:paraId="05476C74" w14:textId="77777777" w:rsidR="00187E2C" w:rsidRDefault="00187E2C">
            <w:pPr>
              <w:spacing w:line="20" w:lineRule="exact"/>
            </w:pPr>
          </w:p>
          <w:p w14:paraId="201864A7"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2DA0B38" w14:textId="77777777" w:rsidR="00187E2C" w:rsidRDefault="00000000">
            <w:pPr>
              <w:pStyle w:val="Oznaenseznam"/>
              <w:spacing w:after="16"/>
            </w:pPr>
            <w:r>
              <w:rPr>
                <w:color w:val="000000"/>
                <w:sz w:val="16"/>
              </w:rPr>
              <w:t>doživeto recitiram oziroma izvede kratek govorni nastop</w:t>
            </w:r>
          </w:p>
          <w:p w14:paraId="61ED5828" w14:textId="77777777" w:rsidR="00187E2C" w:rsidRDefault="00000000">
            <w:pPr>
              <w:pStyle w:val="Oznaenseznam"/>
              <w:spacing w:after="16"/>
            </w:pPr>
            <w:r>
              <w:rPr>
                <w:color w:val="000000"/>
                <w:sz w:val="16"/>
              </w:rPr>
              <w:t>govorim razločno, poslušam sogovorca in se smiselno odzove</w:t>
            </w:r>
          </w:p>
          <w:p w14:paraId="695BD730" w14:textId="77777777" w:rsidR="00187E2C" w:rsidRDefault="00000000">
            <w:pPr>
              <w:pStyle w:val="Oznaenseznam"/>
              <w:spacing w:after="16"/>
            </w:pPr>
            <w:r>
              <w:rPr>
                <w:color w:val="000000"/>
                <w:sz w:val="16"/>
              </w:rPr>
              <w:t>prepoznam in poimenujem prvih 10 obravnavanih črk</w:t>
            </w:r>
          </w:p>
          <w:p w14:paraId="035B326B" w14:textId="77777777" w:rsidR="00187E2C" w:rsidRDefault="00000000">
            <w:pPr>
              <w:pStyle w:val="Oznaenseznam"/>
              <w:spacing w:after="16"/>
            </w:pPr>
            <w:r>
              <w:rPr>
                <w:color w:val="000000"/>
                <w:sz w:val="16"/>
              </w:rPr>
              <w:t>berem in zapišem kratke zloge ali besede z znanimi črkami</w:t>
            </w:r>
          </w:p>
          <w:tbl>
            <w:tblPr>
              <w:tblStyle w:val="Tabelamrea"/>
              <w:tblW w:w="0" w:type="auto"/>
              <w:jc w:val="center"/>
              <w:tblLayout w:type="fixed"/>
              <w:tblLook w:val="04A0" w:firstRow="1" w:lastRow="0" w:firstColumn="1" w:lastColumn="0" w:noHBand="0" w:noVBand="1"/>
            </w:tblPr>
            <w:tblGrid>
              <w:gridCol w:w="7087"/>
            </w:tblGrid>
            <w:tr w:rsidR="00187E2C" w14:paraId="7E3007E7" w14:textId="77777777">
              <w:trPr>
                <w:jc w:val="center"/>
              </w:trPr>
              <w:tc>
                <w:tcPr>
                  <w:tcW w:w="7087" w:type="dxa"/>
                  <w:shd w:val="clear" w:color="auto" w:fill="EDC9EA"/>
                  <w:tcMar>
                    <w:top w:w="45" w:type="dxa"/>
                    <w:left w:w="70" w:type="dxa"/>
                    <w:bottom w:w="45" w:type="dxa"/>
                    <w:right w:w="70" w:type="dxa"/>
                  </w:tcMar>
                </w:tcPr>
                <w:p w14:paraId="5CA9EE83" w14:textId="77777777" w:rsidR="00187E2C" w:rsidRDefault="00000000">
                  <w:pPr>
                    <w:keepNext/>
                  </w:pPr>
                  <w:r>
                    <w:rPr>
                      <w:b/>
                      <w:color w:val="000000"/>
                    </w:rPr>
                    <w:t>PREVERJANJE PREDZNANJA</w:t>
                  </w:r>
                </w:p>
              </w:tc>
            </w:tr>
          </w:tbl>
          <w:p w14:paraId="13AC33D7" w14:textId="77777777" w:rsidR="00187E2C" w:rsidRDefault="00187E2C">
            <w:pPr>
              <w:spacing w:line="20" w:lineRule="exact"/>
            </w:pPr>
          </w:p>
          <w:p w14:paraId="504D6997" w14:textId="77777777" w:rsidR="00187E2C" w:rsidRDefault="00000000">
            <w:pPr>
              <w:pStyle w:val="Oznaenseznam"/>
              <w:spacing w:after="16"/>
            </w:pPr>
            <w:r>
              <w:rPr>
                <w:color w:val="000000"/>
                <w:sz w:val="16"/>
              </w:rPr>
              <w:t>Kaj mi naslovnica, ilustracija ali naslov pove o motivu izštevanke, ritem, skupnost in praznična ustvarjalnost?</w:t>
            </w:r>
          </w:p>
          <w:p w14:paraId="44D89F52" w14:textId="77777777" w:rsidR="00187E2C" w:rsidRDefault="00000000">
            <w:pPr>
              <w:pStyle w:val="Oznaenseznam"/>
              <w:spacing w:after="16"/>
            </w:pPr>
            <w:r>
              <w:rPr>
                <w:color w:val="000000"/>
                <w:sz w:val="16"/>
              </w:rPr>
              <w:t>Kje v besedah slišim glas /v/ in po katerih potezah prepoznam črko V?</w:t>
            </w:r>
          </w:p>
          <w:p w14:paraId="4564E1FC"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5263D910" w14:textId="77777777">
              <w:trPr>
                <w:jc w:val="center"/>
              </w:trPr>
              <w:tc>
                <w:tcPr>
                  <w:tcW w:w="7087" w:type="dxa"/>
                  <w:shd w:val="clear" w:color="auto" w:fill="EDC9EA"/>
                  <w:tcMar>
                    <w:top w:w="45" w:type="dxa"/>
                    <w:left w:w="70" w:type="dxa"/>
                    <w:bottom w:w="45" w:type="dxa"/>
                    <w:right w:w="70" w:type="dxa"/>
                  </w:tcMar>
                </w:tcPr>
                <w:p w14:paraId="4A3E482E" w14:textId="77777777" w:rsidR="00187E2C" w:rsidRDefault="00000000">
                  <w:pPr>
                    <w:keepNext/>
                  </w:pPr>
                  <w:r>
                    <w:rPr>
                      <w:b/>
                      <w:color w:val="000000"/>
                    </w:rPr>
                    <w:t>KRITERIJI USPEŠNOSTI</w:t>
                  </w:r>
                </w:p>
              </w:tc>
            </w:tr>
          </w:tbl>
          <w:p w14:paraId="5B8B182C" w14:textId="77777777" w:rsidR="00187E2C" w:rsidRDefault="00187E2C"/>
          <w:p w14:paraId="022B3644" w14:textId="77777777" w:rsidR="00187E2C" w:rsidRDefault="00000000">
            <w:pPr>
              <w:spacing w:before="20" w:after="20" w:line="245" w:lineRule="auto"/>
            </w:pPr>
            <w:r>
              <w:rPr>
                <w:b/>
                <w:color w:val="000000"/>
                <w:sz w:val="16"/>
              </w:rPr>
              <w:t>Uspešen/-na bom, ko:</w:t>
            </w:r>
          </w:p>
          <w:p w14:paraId="4ECD7FDB" w14:textId="77777777" w:rsidR="00187E2C" w:rsidRDefault="00000000">
            <w:pPr>
              <w:pStyle w:val="Oznaenseznam"/>
              <w:spacing w:after="16"/>
            </w:pPr>
            <w:r>
              <w:rPr>
                <w:color w:val="000000"/>
                <w:sz w:val="16"/>
              </w:rPr>
              <w:t>doživeto recitiram oziroma izvede kratek govorni nastop</w:t>
            </w:r>
          </w:p>
          <w:p w14:paraId="3CAED465" w14:textId="77777777" w:rsidR="00187E2C" w:rsidRDefault="00000000">
            <w:pPr>
              <w:pStyle w:val="Oznaenseznam"/>
              <w:spacing w:after="16"/>
            </w:pPr>
            <w:r>
              <w:rPr>
                <w:color w:val="000000"/>
                <w:sz w:val="16"/>
              </w:rPr>
              <w:t>govorim razločno, poslušam sogovorca in se smiselno odzove</w:t>
            </w:r>
          </w:p>
          <w:p w14:paraId="1A16FD63" w14:textId="77777777" w:rsidR="00187E2C" w:rsidRDefault="00000000">
            <w:pPr>
              <w:pStyle w:val="Oznaenseznam"/>
              <w:spacing w:after="16"/>
            </w:pPr>
            <w:r>
              <w:rPr>
                <w:color w:val="000000"/>
                <w:sz w:val="16"/>
              </w:rPr>
              <w:t>prepoznam in poimenujem prvih 10 obravnavanih črk</w:t>
            </w:r>
          </w:p>
          <w:p w14:paraId="7F037882" w14:textId="77777777" w:rsidR="00187E2C" w:rsidRDefault="00000000">
            <w:pPr>
              <w:pStyle w:val="Oznaenseznam"/>
              <w:spacing w:after="16"/>
            </w:pPr>
            <w:r>
              <w:rPr>
                <w:color w:val="000000"/>
                <w:sz w:val="16"/>
              </w:rPr>
              <w:t>berem in zapišem kratke zloge ali besede z znanimi črkami</w:t>
            </w:r>
          </w:p>
          <w:p w14:paraId="4333003F"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169D55D1" w14:textId="77777777" w:rsidR="00187E2C" w:rsidRDefault="00187E2C"/>
          <w:p w14:paraId="2CF2001A"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5AFAC2BB" w14:textId="77777777" w:rsidR="00187E2C" w:rsidRDefault="00000000">
            <w:pPr>
              <w:spacing w:after="80" w:line="245" w:lineRule="auto"/>
            </w:pPr>
            <w:r>
              <w:rPr>
                <w:color w:val="000000"/>
                <w:sz w:val="16"/>
              </w:rPr>
              <w:t>Pove, pokaže ali nariše, kaj že ve in katero strategijo bi uporabil.</w:t>
            </w:r>
          </w:p>
          <w:p w14:paraId="610D5F3E" w14:textId="77777777" w:rsidR="00187E2C" w:rsidRDefault="00000000">
            <w:pPr>
              <w:spacing w:after="100" w:line="245" w:lineRule="auto"/>
            </w:pPr>
            <w:r>
              <w:rPr>
                <w:color w:val="000000"/>
                <w:sz w:val="16"/>
              </w:rPr>
              <w:t>Sodeluje pri razumevanju namenov in kriterijev uspešnosti.</w:t>
            </w:r>
          </w:p>
          <w:p w14:paraId="590BA929" w14:textId="77777777" w:rsidR="00187E2C" w:rsidRDefault="00000000">
            <w:pPr>
              <w:spacing w:after="20" w:line="245" w:lineRule="auto"/>
            </w:pPr>
            <w:r>
              <w:rPr>
                <w:b/>
                <w:color w:val="D95BC6"/>
                <w:sz w:val="17"/>
              </w:rPr>
              <w:t>DOKAZ O UČENJU</w:t>
            </w:r>
          </w:p>
          <w:p w14:paraId="2F65695B"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4AF6AD4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F34F42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628D7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3DA77DC" w14:textId="77777777" w:rsidR="00187E2C" w:rsidRDefault="00000000">
            <w:pPr>
              <w:jc w:val="center"/>
            </w:pPr>
            <w:r>
              <w:rPr>
                <w:b/>
                <w:color w:val="000000"/>
                <w:sz w:val="20"/>
              </w:rPr>
              <w:t>UČNE DEJAVNOSTI, METODE IN FORMATIVNO SPREMLJANJE</w:t>
            </w:r>
          </w:p>
        </w:tc>
      </w:tr>
      <w:tr w:rsidR="00187E2C" w14:paraId="631F11A5" w14:textId="77777777">
        <w:trPr>
          <w:tblHeader/>
          <w:jc w:val="center"/>
        </w:trPr>
        <w:tc>
          <w:tcPr>
            <w:tcW w:w="4422" w:type="dxa"/>
            <w:vMerge/>
            <w:tcMar>
              <w:top w:w="70" w:type="dxa"/>
              <w:left w:w="90" w:type="dxa"/>
              <w:bottom w:w="70" w:type="dxa"/>
              <w:right w:w="90" w:type="dxa"/>
            </w:tcMar>
            <w:vAlign w:val="center"/>
          </w:tcPr>
          <w:p w14:paraId="5D8890EE" w14:textId="77777777" w:rsidR="00187E2C" w:rsidRDefault="00187E2C"/>
        </w:tc>
        <w:tc>
          <w:tcPr>
            <w:tcW w:w="7087" w:type="dxa"/>
            <w:shd w:val="clear" w:color="auto" w:fill="FFFFFF"/>
            <w:tcMar>
              <w:top w:w="70" w:type="dxa"/>
              <w:left w:w="90" w:type="dxa"/>
              <w:bottom w:w="70" w:type="dxa"/>
              <w:right w:w="90" w:type="dxa"/>
            </w:tcMar>
            <w:vAlign w:val="center"/>
          </w:tcPr>
          <w:p w14:paraId="5B2CDCF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26D0A4" w14:textId="77777777" w:rsidR="00187E2C" w:rsidRDefault="00000000">
            <w:pPr>
              <w:jc w:val="center"/>
            </w:pPr>
            <w:r>
              <w:rPr>
                <w:b/>
                <w:color w:val="000000"/>
              </w:rPr>
              <w:t>UČENEC</w:t>
            </w:r>
          </w:p>
        </w:tc>
      </w:tr>
      <w:tr w:rsidR="00187E2C" w14:paraId="5E05A963" w14:textId="77777777">
        <w:trPr>
          <w:jc w:val="center"/>
        </w:trPr>
        <w:tc>
          <w:tcPr>
            <w:tcW w:w="4422" w:type="dxa"/>
            <w:tcMar>
              <w:top w:w="70" w:type="dxa"/>
              <w:left w:w="90" w:type="dxa"/>
              <w:bottom w:w="70" w:type="dxa"/>
              <w:right w:w="90" w:type="dxa"/>
            </w:tcMar>
          </w:tcPr>
          <w:p w14:paraId="39F4E0A0" w14:textId="77777777" w:rsidR="00187E2C" w:rsidRDefault="00187E2C"/>
          <w:p w14:paraId="025A335E" w14:textId="77777777" w:rsidR="00187E2C" w:rsidRDefault="00000000">
            <w:pPr>
              <w:spacing w:after="40" w:line="245" w:lineRule="auto"/>
            </w:pPr>
            <w:r>
              <w:rPr>
                <w:b/>
                <w:color w:val="000000"/>
              </w:rPr>
              <w:t>KLJUČNI POJMI</w:t>
            </w:r>
          </w:p>
          <w:p w14:paraId="59715D70" w14:textId="77777777" w:rsidR="00187E2C" w:rsidRDefault="00000000">
            <w:pPr>
              <w:spacing w:after="60" w:line="245" w:lineRule="auto"/>
            </w:pPr>
            <w:r>
              <w:rPr>
                <w:color w:val="000000"/>
                <w:sz w:val="15"/>
              </w:rPr>
              <w:t>glas /v/, črka V, zlog, beseda, poved, smer poteze, bralna strategija, naslov, avtor, ilustrator, književna oseba</w:t>
            </w:r>
          </w:p>
          <w:p w14:paraId="6D1A65AF" w14:textId="77777777" w:rsidR="00187E2C" w:rsidRDefault="00000000">
            <w:pPr>
              <w:spacing w:after="20" w:line="245" w:lineRule="auto"/>
            </w:pPr>
            <w:r>
              <w:rPr>
                <w:b/>
                <w:color w:val="000000"/>
                <w:sz w:val="17"/>
              </w:rPr>
              <w:t>DOKAZI O UČENJU</w:t>
            </w:r>
          </w:p>
          <w:p w14:paraId="28BBCCCF" w14:textId="77777777" w:rsidR="00187E2C" w:rsidRDefault="00000000">
            <w:pPr>
              <w:pStyle w:val="Oznaenseznam"/>
              <w:spacing w:after="9"/>
            </w:pPr>
            <w:r>
              <w:rPr>
                <w:color w:val="000000"/>
                <w:sz w:val="15"/>
              </w:rPr>
              <w:t>odziv med poslušanjem, izbrana slika in ena poved o doživetju.</w:t>
            </w:r>
          </w:p>
          <w:p w14:paraId="47ACD9C5" w14:textId="77777777" w:rsidR="00187E2C" w:rsidRDefault="00000000">
            <w:pPr>
              <w:pStyle w:val="Oznaenseznam"/>
              <w:spacing w:after="9"/>
            </w:pPr>
            <w:r>
              <w:rPr>
                <w:color w:val="000000"/>
                <w:sz w:val="15"/>
              </w:rPr>
              <w:t>štiri pravilne glasovne odločitve, izbor črke V in kratka učenčeva razlaga.</w:t>
            </w:r>
          </w:p>
          <w:p w14:paraId="4D2B39BA" w14:textId="77777777" w:rsidR="00187E2C" w:rsidRDefault="00000000">
            <w:pPr>
              <w:pStyle w:val="Oznaenseznam"/>
              <w:spacing w:after="9"/>
            </w:pPr>
            <w:r>
              <w:rPr>
                <w:color w:val="000000"/>
                <w:sz w:val="15"/>
              </w:rPr>
              <w:t>fotografija konstrukcije črke V, opazovalni zapis smeri potez in datirana vrstica treh zapisov.</w:t>
            </w:r>
          </w:p>
          <w:p w14:paraId="0E526246" w14:textId="77777777" w:rsidR="00187E2C" w:rsidRDefault="00000000">
            <w:pPr>
              <w:pStyle w:val="Oznaenseznam"/>
              <w:spacing w:after="9"/>
            </w:pPr>
            <w:r>
              <w:rPr>
                <w:color w:val="000000"/>
                <w:sz w:val="15"/>
              </w:rPr>
              <w:t>izpolnjen Bralni list 16, individualni bralni zapis, sestavljen ali zapisan primer s črko V in samovrednotenje.</w:t>
            </w:r>
          </w:p>
          <w:p w14:paraId="0990D8C5" w14:textId="77777777" w:rsidR="00187E2C" w:rsidRDefault="00000000">
            <w:pPr>
              <w:spacing w:before="40" w:after="20" w:line="245" w:lineRule="auto"/>
            </w:pPr>
            <w:r>
              <w:rPr>
                <w:b/>
                <w:color w:val="000000"/>
                <w:sz w:val="17"/>
              </w:rPr>
              <w:t>KNJIŽEVNO DOŽIVETJE IN IZKUŠENJSKI POUK</w:t>
            </w:r>
          </w:p>
          <w:p w14:paraId="14D8C008"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A4BAACD" w14:textId="77777777" w:rsidR="00187E2C" w:rsidRDefault="00000000">
            <w:pPr>
              <w:spacing w:after="20" w:line="245" w:lineRule="auto"/>
            </w:pPr>
            <w:r>
              <w:rPr>
                <w:b/>
                <w:color w:val="000000"/>
                <w:sz w:val="17"/>
              </w:rPr>
              <w:t>POUČEVANJE V GIBANJU</w:t>
            </w:r>
          </w:p>
          <w:p w14:paraId="23E467A5"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0C68F15F" w14:textId="77777777" w:rsidR="00187E2C" w:rsidRDefault="00000000">
            <w:pPr>
              <w:spacing w:after="20" w:line="245" w:lineRule="auto"/>
            </w:pPr>
            <w:r>
              <w:rPr>
                <w:b/>
                <w:color w:val="000000"/>
                <w:sz w:val="17"/>
              </w:rPr>
              <w:t>DELO PO POSTAJAH</w:t>
            </w:r>
          </w:p>
          <w:p w14:paraId="3100877B" w14:textId="77777777" w:rsidR="00187E2C" w:rsidRDefault="00000000">
            <w:pPr>
              <w:spacing w:after="60" w:line="245" w:lineRule="auto"/>
            </w:pPr>
            <w:r>
              <w:rPr>
                <w:color w:val="000000"/>
                <w:sz w:val="15"/>
              </w:rPr>
              <w:t>1. doživljajsko-književna – poslušanje, pogovor, igra vlog in predmetno/slikovno izhodišče; 2. glasovno-gibalna – slišim glas /v/, razvrščam besede in sestavljam žive zloge; 3. bralna – ČRKA V • BRALNI LIST 16, modelirano, vodeno ali ponovljeno branje; 4. tipno-grafomotorična – črko V oblikujem, hodim po njeni poti in jo zapišem ter izbor dokaza, povratna informacija in naslednji korak.</w:t>
            </w:r>
          </w:p>
          <w:p w14:paraId="7C5A3579" w14:textId="77777777" w:rsidR="00187E2C" w:rsidRDefault="00000000">
            <w:pPr>
              <w:spacing w:after="20" w:line="245" w:lineRule="auto"/>
            </w:pPr>
            <w:r>
              <w:rPr>
                <w:b/>
                <w:color w:val="000000"/>
                <w:sz w:val="17"/>
              </w:rPr>
              <w:t>DIFERENCIACIJA IN VKLJUČEVANJE</w:t>
            </w:r>
          </w:p>
          <w:p w14:paraId="2BC26136"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5B183101" w14:textId="77777777" w:rsidR="00187E2C" w:rsidRDefault="00000000">
            <w:pPr>
              <w:spacing w:after="20" w:line="245" w:lineRule="auto"/>
            </w:pPr>
            <w:r>
              <w:rPr>
                <w:b/>
                <w:color w:val="000000"/>
                <w:sz w:val="17"/>
              </w:rPr>
              <w:t>SPREMLJANJE</w:t>
            </w:r>
          </w:p>
          <w:p w14:paraId="4A1CCBC7"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4DC2780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C3FE9C4" w14:textId="77777777">
              <w:trPr>
                <w:jc w:val="center"/>
              </w:trPr>
              <w:tc>
                <w:tcPr>
                  <w:tcW w:w="7087" w:type="dxa"/>
                  <w:shd w:val="clear" w:color="auto" w:fill="C6E7F3"/>
                  <w:tcMar>
                    <w:top w:w="45" w:type="dxa"/>
                    <w:left w:w="70" w:type="dxa"/>
                    <w:bottom w:w="45" w:type="dxa"/>
                    <w:right w:w="70" w:type="dxa"/>
                  </w:tcMar>
                </w:tcPr>
                <w:p w14:paraId="388332C8" w14:textId="77777777" w:rsidR="00187E2C" w:rsidRDefault="00000000">
                  <w:pPr>
                    <w:keepNext/>
                  </w:pPr>
                  <w:r>
                    <w:rPr>
                      <w:b/>
                      <w:color w:val="000000"/>
                      <w:sz w:val="17"/>
                    </w:rPr>
                    <w:t>GLAVNI DEL – DOŽIVLJAJSKO, JEZIKOVNO IN OPISMENJEVALNO UČENJE (4 šolske ure)</w:t>
                  </w:r>
                </w:p>
              </w:tc>
            </w:tr>
          </w:tbl>
          <w:p w14:paraId="5AF7C624" w14:textId="77777777" w:rsidR="00187E2C" w:rsidRDefault="00187E2C">
            <w:pPr>
              <w:spacing w:line="20" w:lineRule="exact"/>
            </w:pPr>
          </w:p>
          <w:p w14:paraId="6E7926EC" w14:textId="77777777" w:rsidR="00187E2C" w:rsidRDefault="00000000">
            <w:pPr>
              <w:keepNext/>
              <w:spacing w:before="22" w:after="6" w:line="245" w:lineRule="auto"/>
            </w:pPr>
            <w:r>
              <w:rPr>
                <w:b/>
                <w:color w:val="000000"/>
                <w:sz w:val="16"/>
              </w:rPr>
              <w:t>1. URA – Kaj že znam – Poslušam in doživljam</w:t>
            </w:r>
          </w:p>
          <w:p w14:paraId="38D70F64"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»kaj že znam • velika tiskana črka v • bralni list 16«; sproti zbira individualne dokaze in prilagodi oporo.</w:t>
            </w:r>
          </w:p>
          <w:p w14:paraId="2D763949"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»pripoveduje ob zaporedju slik«.</w:t>
            </w:r>
          </w:p>
          <w:p w14:paraId="2B8063B6" w14:textId="77777777" w:rsidR="00187E2C" w:rsidRDefault="00000000">
            <w:pPr>
              <w:spacing w:after="15" w:line="245" w:lineRule="auto"/>
            </w:pPr>
            <w:r>
              <w:rPr>
                <w:i/>
                <w:color w:val="D95BC6"/>
                <w:sz w:val="14"/>
              </w:rPr>
              <w:t>Predvideni dokaz: odziv med poslušanjem, izbrana slika in ena poved o doživetju..</w:t>
            </w:r>
          </w:p>
          <w:p w14:paraId="777E0DD0" w14:textId="77777777" w:rsidR="00187E2C" w:rsidRDefault="00000000">
            <w:pPr>
              <w:keepNext/>
              <w:spacing w:before="22" w:after="6" w:line="245" w:lineRule="auto"/>
            </w:pPr>
            <w:r>
              <w:rPr>
                <w:b/>
                <w:color w:val="000000"/>
                <w:sz w:val="16"/>
              </w:rPr>
              <w:t>2. URA – SLIŠIM GLAS /v/ IN ODKRIVAM ČRKO V</w:t>
            </w:r>
          </w:p>
          <w:p w14:paraId="39E4D674"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(voda, sova, lev, trava); učenci se premikajo v kote začetek–sredina–konec, nato med črkami poiščejo V in jo oblikujejo s telesom.</w:t>
            </w:r>
          </w:p>
          <w:p w14:paraId="1B03FD94"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V ter jo predstavi s telesom ali vrvjo.</w:t>
            </w:r>
          </w:p>
          <w:p w14:paraId="0323DDA7" w14:textId="77777777" w:rsidR="00187E2C" w:rsidRDefault="00000000">
            <w:pPr>
              <w:spacing w:after="15" w:line="245" w:lineRule="auto"/>
            </w:pPr>
            <w:r>
              <w:rPr>
                <w:i/>
                <w:color w:val="D95BC6"/>
                <w:sz w:val="14"/>
              </w:rPr>
              <w:t>Predvideni dokaz: štiri pravilne glasovne odločitve, izbor črke V in kratka učenčeva razlaga..</w:t>
            </w:r>
          </w:p>
          <w:p w14:paraId="11FAFCB4" w14:textId="77777777" w:rsidR="00187E2C" w:rsidRDefault="00000000">
            <w:pPr>
              <w:keepNext/>
              <w:spacing w:before="22" w:after="6" w:line="245" w:lineRule="auto"/>
            </w:pPr>
            <w:r>
              <w:rPr>
                <w:b/>
                <w:color w:val="000000"/>
                <w:sz w:val="16"/>
              </w:rPr>
              <w:t>3. URA – Oblikujem in pišem črko V</w:t>
            </w:r>
          </w:p>
          <w:p w14:paraId="64BD3F3C" w14:textId="77777777" w:rsidR="00187E2C" w:rsidRDefault="00000000">
            <w:pPr>
              <w:spacing w:after="7" w:line="245" w:lineRule="auto"/>
            </w:pPr>
            <w:r>
              <w:rPr>
                <w:b/>
                <w:color w:val="000000"/>
                <w:sz w:val="15"/>
              </w:rPr>
              <w:t xml:space="preserve">Dejavnost učiteljice: </w:t>
            </w:r>
            <w:r>
              <w:rPr>
                <w:color w:val="000000"/>
                <w:sz w:val="15"/>
              </w:rPr>
              <w:t>Organizira veččutne postaje: telo/vrv/palčke ali plastelin – prst v pesku – trak v zraku – velika podlaga – črtovje. Opazuje smer poteze in poda eno takoj uporabno povratno informacijo.</w:t>
            </w:r>
          </w:p>
          <w:p w14:paraId="4B2FDA55" w14:textId="77777777" w:rsidR="00187E2C" w:rsidRDefault="00000000">
            <w:pPr>
              <w:spacing w:after="7" w:line="245" w:lineRule="auto"/>
            </w:pPr>
            <w:r>
              <w:rPr>
                <w:b/>
                <w:color w:val="000000"/>
                <w:sz w:val="15"/>
              </w:rPr>
              <w:t xml:space="preserve">Dejavnost učencev: </w:t>
            </w:r>
            <w:r>
              <w:rPr>
                <w:color w:val="000000"/>
                <w:sz w:val="15"/>
              </w:rPr>
              <w:t>Črko V gradi in zapisuje na različnih podlagah, nato preide na manjši format; po povratni informaciji ponovi isti zapis.</w:t>
            </w:r>
          </w:p>
          <w:p w14:paraId="05D7BA30" w14:textId="77777777" w:rsidR="00187E2C" w:rsidRDefault="00000000">
            <w:pPr>
              <w:spacing w:after="15" w:line="245" w:lineRule="auto"/>
            </w:pPr>
            <w:r>
              <w:rPr>
                <w:i/>
                <w:color w:val="D95BC6"/>
                <w:sz w:val="14"/>
              </w:rPr>
              <w:t>Predvideni dokaz: fotografija konstrukcije črke V, opazovalni zapis smeri potez in datirana vrstica treh zapisov..</w:t>
            </w:r>
          </w:p>
          <w:p w14:paraId="400E659B" w14:textId="77777777" w:rsidR="00187E2C" w:rsidRDefault="00000000">
            <w:pPr>
              <w:keepNext/>
              <w:spacing w:before="22" w:after="6" w:line="245" w:lineRule="auto"/>
            </w:pPr>
            <w:r>
              <w:rPr>
                <w:b/>
                <w:color w:val="000000"/>
                <w:sz w:val="16"/>
              </w:rPr>
              <w:t>4. URA – Berem in uporabim črko V</w:t>
            </w:r>
          </w:p>
          <w:p w14:paraId="035CBE8F" w14:textId="77777777" w:rsidR="00187E2C" w:rsidRDefault="00000000">
            <w:pPr>
              <w:spacing w:after="7" w:line="245" w:lineRule="auto"/>
            </w:pPr>
            <w:r>
              <w:rPr>
                <w:b/>
                <w:color w:val="000000"/>
                <w:sz w:val="15"/>
              </w:rPr>
              <w:t xml:space="preserve">Dejavnost učiteljice: </w:t>
            </w:r>
            <w:r>
              <w:rPr>
                <w:color w:val="000000"/>
                <w:sz w:val="15"/>
              </w:rPr>
              <w:t>Vodi bralne postaje: živi zlogi, magnetne črke, pari kartic, mini tabla, učni list za V in Bralni list 16; gradivo omeji na znane črke A, E, I, O, U, N, M, T, J, V.</w:t>
            </w:r>
          </w:p>
          <w:p w14:paraId="18071FDC" w14:textId="77777777" w:rsidR="00187E2C" w:rsidRDefault="00000000">
            <w:pPr>
              <w:spacing w:after="7" w:line="245" w:lineRule="auto"/>
            </w:pPr>
            <w:r>
              <w:rPr>
                <w:b/>
                <w:color w:val="000000"/>
                <w:sz w:val="15"/>
              </w:rPr>
              <w:t xml:space="preserve">Dejavnost učencev: </w:t>
            </w:r>
            <w:r>
              <w:rPr>
                <w:color w:val="000000"/>
                <w:sz w:val="15"/>
              </w:rPr>
              <w:t>Sestavlja, premešča in bere VA • VI • VO • VE • VU ter VITA • NOVA • VINO; izbere zahtevnost in rešuje Bralni list 16.</w:t>
            </w:r>
          </w:p>
          <w:p w14:paraId="645DFF54" w14:textId="77777777" w:rsidR="00187E2C" w:rsidRDefault="00000000">
            <w:pPr>
              <w:spacing w:after="15" w:line="245" w:lineRule="auto"/>
            </w:pPr>
            <w:r>
              <w:rPr>
                <w:i/>
                <w:color w:val="D95BC6"/>
                <w:sz w:val="14"/>
              </w:rPr>
              <w:t>Predvideni dokaz: izpolnjen Bralni list 16, individualni bralni zapis, sestavljen ali zapisan primer s črko V in samovrednotenje..</w:t>
            </w:r>
          </w:p>
          <w:tbl>
            <w:tblPr>
              <w:tblStyle w:val="Tabelamrea"/>
              <w:tblW w:w="0" w:type="auto"/>
              <w:jc w:val="center"/>
              <w:tblLayout w:type="fixed"/>
              <w:tblLook w:val="04A0" w:firstRow="1" w:lastRow="0" w:firstColumn="1" w:lastColumn="0" w:noHBand="0" w:noVBand="1"/>
            </w:tblPr>
            <w:tblGrid>
              <w:gridCol w:w="7087"/>
            </w:tblGrid>
            <w:tr w:rsidR="00187E2C" w14:paraId="32D98440" w14:textId="77777777">
              <w:trPr>
                <w:jc w:val="center"/>
              </w:trPr>
              <w:tc>
                <w:tcPr>
                  <w:tcW w:w="7087" w:type="dxa"/>
                  <w:shd w:val="clear" w:color="auto" w:fill="EDC9EA"/>
                  <w:tcMar>
                    <w:top w:w="45" w:type="dxa"/>
                    <w:left w:w="70" w:type="dxa"/>
                    <w:bottom w:w="45" w:type="dxa"/>
                    <w:right w:w="70" w:type="dxa"/>
                  </w:tcMar>
                </w:tcPr>
                <w:p w14:paraId="05193381" w14:textId="77777777" w:rsidR="00187E2C" w:rsidRDefault="00000000">
                  <w:pPr>
                    <w:keepNext/>
                  </w:pPr>
                  <w:r>
                    <w:rPr>
                      <w:b/>
                      <w:color w:val="000000"/>
                      <w:sz w:val="17"/>
                    </w:rPr>
                    <w:t>POVRATNA INFORMACIJA UČITELJICE MED DELOM</w:t>
                  </w:r>
                </w:p>
              </w:tc>
            </w:tr>
          </w:tbl>
          <w:p w14:paraId="5DB3616B" w14:textId="77777777" w:rsidR="00187E2C" w:rsidRDefault="00187E2C"/>
          <w:p w14:paraId="45AD1B5D"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1CFFA24B" w14:textId="77777777" w:rsidR="00187E2C" w:rsidRDefault="00187E2C"/>
          <w:p w14:paraId="1601D31E" w14:textId="77777777" w:rsidR="00187E2C" w:rsidRDefault="00000000">
            <w:pPr>
              <w:spacing w:after="4" w:line="245" w:lineRule="auto"/>
            </w:pPr>
            <w:r>
              <w:rPr>
                <w:b/>
                <w:color w:val="000000"/>
                <w:sz w:val="15"/>
              </w:rPr>
              <w:t>1. URA – Kaj že znam – Poslušam in doživljam</w:t>
            </w:r>
          </w:p>
          <w:p w14:paraId="5F0CDE65" w14:textId="77777777" w:rsidR="00187E2C" w:rsidRDefault="00000000">
            <w:pPr>
              <w:spacing w:after="7" w:line="245" w:lineRule="auto"/>
            </w:pPr>
            <w:r>
              <w:rPr>
                <w:color w:val="000000"/>
                <w:sz w:val="14"/>
              </w:rPr>
              <w:t>Napoveduje ob naslovu/sliki, med poslušanjem pokaže dogovorjen znak in po poslušanju izbere sliko občutja.</w:t>
            </w:r>
          </w:p>
          <w:p w14:paraId="0BBCA0E3" w14:textId="77777777" w:rsidR="00187E2C" w:rsidRDefault="00000000">
            <w:pPr>
              <w:spacing w:after="15" w:line="245" w:lineRule="auto"/>
            </w:pPr>
            <w:r>
              <w:rPr>
                <w:color w:val="D95BC6"/>
                <w:sz w:val="14"/>
              </w:rPr>
              <w:t>Dokaz: odziv med poslušanjem, izbrana slika in ena poved o doživetju.</w:t>
            </w:r>
          </w:p>
          <w:p w14:paraId="5E74CFEC" w14:textId="77777777" w:rsidR="00187E2C" w:rsidRDefault="00000000">
            <w:pPr>
              <w:spacing w:after="4" w:line="245" w:lineRule="auto"/>
            </w:pPr>
            <w:r>
              <w:rPr>
                <w:b/>
                <w:color w:val="000000"/>
                <w:sz w:val="15"/>
              </w:rPr>
              <w:t>2. URA – SLIŠIM GLAS /v/ IN ODKRIVAM ČRKO V</w:t>
            </w:r>
          </w:p>
          <w:p w14:paraId="42597810" w14:textId="77777777" w:rsidR="00187E2C" w:rsidRDefault="00000000">
            <w:pPr>
              <w:spacing w:after="7" w:line="245" w:lineRule="auto"/>
            </w:pPr>
            <w:r>
              <w:rPr>
                <w:color w:val="000000"/>
                <w:sz w:val="14"/>
              </w:rPr>
              <w:t>Besede razvršča z gibanjem, za vsak glas položi žeton, med znaki poišče V ter jo predstavi s telesom ali vrvjo.</w:t>
            </w:r>
          </w:p>
          <w:p w14:paraId="7D5FC3CB" w14:textId="77777777" w:rsidR="00187E2C" w:rsidRDefault="00000000">
            <w:pPr>
              <w:spacing w:after="15" w:line="245" w:lineRule="auto"/>
            </w:pPr>
            <w:r>
              <w:rPr>
                <w:color w:val="D95BC6"/>
                <w:sz w:val="14"/>
              </w:rPr>
              <w:t>Dokaz: štiri pravilne glasovne odločitve, izbor črke V in kratka učenčeva razlaga.</w:t>
            </w:r>
          </w:p>
          <w:p w14:paraId="5DE7359C" w14:textId="77777777" w:rsidR="00187E2C" w:rsidRDefault="00000000">
            <w:pPr>
              <w:spacing w:after="4" w:line="245" w:lineRule="auto"/>
            </w:pPr>
            <w:r>
              <w:rPr>
                <w:b/>
                <w:color w:val="000000"/>
                <w:sz w:val="15"/>
              </w:rPr>
              <w:t>3. URA – Oblikujem in pišem črko V</w:t>
            </w:r>
          </w:p>
          <w:p w14:paraId="0A008D0C" w14:textId="77777777" w:rsidR="00187E2C" w:rsidRDefault="00000000">
            <w:pPr>
              <w:spacing w:after="7" w:line="245" w:lineRule="auto"/>
            </w:pPr>
            <w:r>
              <w:rPr>
                <w:color w:val="000000"/>
                <w:sz w:val="14"/>
              </w:rPr>
              <w:t>Črko V gradi in zapisuje na različnih podlagah, nato preide na manjši format.</w:t>
            </w:r>
          </w:p>
          <w:p w14:paraId="522FC400" w14:textId="77777777" w:rsidR="00187E2C" w:rsidRDefault="00000000">
            <w:pPr>
              <w:spacing w:after="15" w:line="245" w:lineRule="auto"/>
            </w:pPr>
            <w:r>
              <w:rPr>
                <w:color w:val="D95BC6"/>
                <w:sz w:val="14"/>
              </w:rPr>
              <w:t>Dokaz: fotografija konstrukcije črke V, opazovalni zapis smeri potez in datirana.</w:t>
            </w:r>
          </w:p>
          <w:p w14:paraId="0D7F0826" w14:textId="77777777" w:rsidR="00187E2C" w:rsidRDefault="00000000">
            <w:pPr>
              <w:spacing w:after="4" w:line="245" w:lineRule="auto"/>
            </w:pPr>
            <w:r>
              <w:rPr>
                <w:b/>
                <w:color w:val="000000"/>
                <w:sz w:val="15"/>
              </w:rPr>
              <w:t>4. URA – Berem in uporabim črko V</w:t>
            </w:r>
          </w:p>
          <w:p w14:paraId="5D684C9B" w14:textId="77777777" w:rsidR="00187E2C" w:rsidRDefault="00000000">
            <w:pPr>
              <w:spacing w:after="7" w:line="245" w:lineRule="auto"/>
            </w:pPr>
            <w:r>
              <w:rPr>
                <w:color w:val="000000"/>
                <w:sz w:val="14"/>
              </w:rPr>
              <w:t>Sestavlja, premešča in bere VA • VI • VO • VE • VU ter VITA • NOVA • VINO.</w:t>
            </w:r>
          </w:p>
          <w:p w14:paraId="054FB5FF" w14:textId="77777777" w:rsidR="00187E2C" w:rsidRDefault="00000000">
            <w:pPr>
              <w:spacing w:after="15" w:line="245" w:lineRule="auto"/>
            </w:pPr>
            <w:r>
              <w:rPr>
                <w:color w:val="D95BC6"/>
                <w:sz w:val="14"/>
              </w:rPr>
              <w:t>Dokaz: izpolnjen Bralni list 16, individualni bralni zapis.</w:t>
            </w:r>
          </w:p>
        </w:tc>
      </w:tr>
    </w:tbl>
    <w:p w14:paraId="1A402C2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C7A52E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AEBCC29"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040681" w14:textId="77777777" w:rsidR="00187E2C" w:rsidRDefault="00000000">
            <w:pPr>
              <w:jc w:val="center"/>
            </w:pPr>
            <w:r>
              <w:rPr>
                <w:b/>
                <w:color w:val="000000"/>
                <w:sz w:val="20"/>
              </w:rPr>
              <w:t>UČNE DEJAVNOSTI, METODE IN FORMATIVNO SPREMLJANJE</w:t>
            </w:r>
          </w:p>
        </w:tc>
      </w:tr>
      <w:tr w:rsidR="00187E2C" w14:paraId="27B83450" w14:textId="77777777">
        <w:trPr>
          <w:tblHeader/>
          <w:jc w:val="center"/>
        </w:trPr>
        <w:tc>
          <w:tcPr>
            <w:tcW w:w="4422" w:type="dxa"/>
            <w:vMerge/>
            <w:tcMar>
              <w:top w:w="70" w:type="dxa"/>
              <w:left w:w="90" w:type="dxa"/>
              <w:bottom w:w="70" w:type="dxa"/>
              <w:right w:w="90" w:type="dxa"/>
            </w:tcMar>
            <w:vAlign w:val="center"/>
          </w:tcPr>
          <w:p w14:paraId="3BCAA801" w14:textId="77777777" w:rsidR="00187E2C" w:rsidRDefault="00187E2C"/>
        </w:tc>
        <w:tc>
          <w:tcPr>
            <w:tcW w:w="7087" w:type="dxa"/>
            <w:shd w:val="clear" w:color="auto" w:fill="FFFFFF"/>
            <w:tcMar>
              <w:top w:w="70" w:type="dxa"/>
              <w:left w:w="90" w:type="dxa"/>
              <w:bottom w:w="70" w:type="dxa"/>
              <w:right w:w="90" w:type="dxa"/>
            </w:tcMar>
            <w:vAlign w:val="center"/>
          </w:tcPr>
          <w:p w14:paraId="689C0A86"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54CA08E" w14:textId="77777777" w:rsidR="00187E2C" w:rsidRDefault="00000000">
            <w:pPr>
              <w:jc w:val="center"/>
            </w:pPr>
            <w:r>
              <w:rPr>
                <w:b/>
                <w:color w:val="000000"/>
              </w:rPr>
              <w:t>UČENEC</w:t>
            </w:r>
          </w:p>
        </w:tc>
      </w:tr>
      <w:tr w:rsidR="00187E2C" w14:paraId="39DA03D7" w14:textId="77777777">
        <w:trPr>
          <w:jc w:val="center"/>
        </w:trPr>
        <w:tc>
          <w:tcPr>
            <w:tcW w:w="4422" w:type="dxa"/>
            <w:tcMar>
              <w:top w:w="70" w:type="dxa"/>
              <w:left w:w="90" w:type="dxa"/>
              <w:bottom w:w="70" w:type="dxa"/>
              <w:right w:w="90" w:type="dxa"/>
            </w:tcMar>
          </w:tcPr>
          <w:p w14:paraId="60BBBAE6" w14:textId="77777777" w:rsidR="00187E2C" w:rsidRDefault="00187E2C"/>
          <w:p w14:paraId="1CFE0198" w14:textId="77777777" w:rsidR="00187E2C" w:rsidRDefault="00000000">
            <w:pPr>
              <w:spacing w:after="40" w:line="245" w:lineRule="auto"/>
            </w:pPr>
            <w:r>
              <w:rPr>
                <w:b/>
                <w:color w:val="000000"/>
              </w:rPr>
              <w:t>FORMATIVNO SPREMLJANJE</w:t>
            </w:r>
          </w:p>
          <w:p w14:paraId="578FD73E"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44415A1D"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1A2AD64A"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786BA0DB"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5406F8CE" w14:textId="77777777" w:rsidR="00187E2C" w:rsidRDefault="00000000">
            <w:pPr>
              <w:spacing w:before="40" w:after="20" w:line="245" w:lineRule="auto"/>
            </w:pPr>
            <w:r>
              <w:rPr>
                <w:b/>
                <w:color w:val="000000"/>
                <w:sz w:val="17"/>
              </w:rPr>
              <w:t>VARNOST IN ODGOVORNOST</w:t>
            </w:r>
          </w:p>
          <w:p w14:paraId="2A83CB6E"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1D201793" w14:textId="77777777" w:rsidR="00187E2C" w:rsidRDefault="00000000">
            <w:pPr>
              <w:spacing w:after="20" w:line="245" w:lineRule="auto"/>
            </w:pPr>
            <w:r>
              <w:rPr>
                <w:b/>
                <w:color w:val="000000"/>
                <w:sz w:val="17"/>
              </w:rPr>
              <w:t>EVIDENCA PO IZVEDBI</w:t>
            </w:r>
          </w:p>
          <w:p w14:paraId="7335295B"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598088C9"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D48A574" w14:textId="77777777">
              <w:trPr>
                <w:jc w:val="center"/>
              </w:trPr>
              <w:tc>
                <w:tcPr>
                  <w:tcW w:w="7087" w:type="dxa"/>
                  <w:shd w:val="clear" w:color="auto" w:fill="EDC9EA"/>
                  <w:tcMar>
                    <w:top w:w="45" w:type="dxa"/>
                    <w:left w:w="70" w:type="dxa"/>
                    <w:bottom w:w="45" w:type="dxa"/>
                    <w:right w:w="70" w:type="dxa"/>
                  </w:tcMar>
                </w:tcPr>
                <w:p w14:paraId="330C6342" w14:textId="77777777" w:rsidR="00187E2C" w:rsidRDefault="00000000">
                  <w:pPr>
                    <w:keepNext/>
                  </w:pPr>
                  <w:r>
                    <w:rPr>
                      <w:b/>
                      <w:color w:val="000000"/>
                    </w:rPr>
                    <w:t>VPRAŠANJA V PODPORO JEZIKOVNEMU, BRALNEMU IN KNJIŽEVNEMU UČENJU</w:t>
                  </w:r>
                </w:p>
              </w:tc>
            </w:tr>
          </w:tbl>
          <w:p w14:paraId="6700421B" w14:textId="77777777" w:rsidR="00187E2C" w:rsidRDefault="00187E2C">
            <w:pPr>
              <w:spacing w:line="20" w:lineRule="exact"/>
            </w:pPr>
          </w:p>
          <w:p w14:paraId="0FF50677" w14:textId="77777777" w:rsidR="00187E2C" w:rsidRDefault="00000000">
            <w:pPr>
              <w:pStyle w:val="Oznaenseznam"/>
              <w:spacing w:after="16"/>
            </w:pPr>
            <w:r>
              <w:rPr>
                <w:color w:val="000000"/>
                <w:sz w:val="16"/>
              </w:rPr>
              <w:t>Kaj ti je naslovnica, slika, predmet, zvok ali gib pomagal razumeti?</w:t>
            </w:r>
          </w:p>
          <w:p w14:paraId="4605B1FC" w14:textId="77777777" w:rsidR="00187E2C" w:rsidRDefault="00000000">
            <w:pPr>
              <w:pStyle w:val="Oznaenseznam"/>
              <w:spacing w:after="16"/>
            </w:pPr>
            <w:r>
              <w:rPr>
                <w:color w:val="000000"/>
                <w:sz w:val="16"/>
              </w:rPr>
              <w:t>Kako si našel/-la glas, črko, zlog, besedo ali bistveni podatek?</w:t>
            </w:r>
          </w:p>
          <w:p w14:paraId="6389F792" w14:textId="77777777" w:rsidR="00187E2C" w:rsidRDefault="00000000">
            <w:pPr>
              <w:pStyle w:val="Oznaenseznam"/>
              <w:spacing w:after="16"/>
            </w:pPr>
            <w:r>
              <w:rPr>
                <w:color w:val="000000"/>
                <w:sz w:val="16"/>
              </w:rPr>
              <w:t>Kako veš, da tvoja pripoved, branje ali zapis dosega dogovorjeni kriterij?</w:t>
            </w:r>
          </w:p>
          <w:p w14:paraId="3EEB92E0" w14:textId="77777777" w:rsidR="00187E2C" w:rsidRDefault="00000000">
            <w:pPr>
              <w:pStyle w:val="Oznaenseznam"/>
              <w:spacing w:after="16"/>
            </w:pPr>
            <w:r>
              <w:rPr>
                <w:color w:val="000000"/>
                <w:sz w:val="16"/>
              </w:rPr>
              <w:t>Ali lahko svoje razumevanje pokažeš še z drugim načinom – govorom, gibanjem, risbo, branjem ali zapisom?</w:t>
            </w:r>
          </w:p>
          <w:p w14:paraId="6E6E785C"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35AE8F77" w14:textId="77777777">
              <w:trPr>
                <w:jc w:val="center"/>
              </w:trPr>
              <w:tc>
                <w:tcPr>
                  <w:tcW w:w="7087" w:type="dxa"/>
                  <w:shd w:val="clear" w:color="auto" w:fill="C6E7F3"/>
                  <w:tcMar>
                    <w:top w:w="45" w:type="dxa"/>
                    <w:left w:w="70" w:type="dxa"/>
                    <w:bottom w:w="45" w:type="dxa"/>
                    <w:right w:w="70" w:type="dxa"/>
                  </w:tcMar>
                </w:tcPr>
                <w:p w14:paraId="1F0C4B39" w14:textId="77777777" w:rsidR="00187E2C" w:rsidRDefault="00000000">
                  <w:pPr>
                    <w:keepNext/>
                  </w:pPr>
                  <w:r>
                    <w:rPr>
                      <w:b/>
                      <w:color w:val="000000"/>
                    </w:rPr>
                    <w:t>ZAKLJUČNI DEL – UTRJEVANJE, BRALNI ODZIV IN REFLEKSIJA (10–15 min)</w:t>
                  </w:r>
                </w:p>
              </w:tc>
            </w:tr>
          </w:tbl>
          <w:p w14:paraId="04C2A632" w14:textId="77777777" w:rsidR="00187E2C" w:rsidRDefault="00187E2C">
            <w:pPr>
              <w:spacing w:line="20" w:lineRule="exact"/>
            </w:pPr>
          </w:p>
          <w:p w14:paraId="3A6E7719"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1ED3B11B" w14:textId="77777777">
              <w:trPr>
                <w:jc w:val="center"/>
              </w:trPr>
              <w:tc>
                <w:tcPr>
                  <w:tcW w:w="7087" w:type="dxa"/>
                  <w:shd w:val="clear" w:color="auto" w:fill="EDC9EA"/>
                  <w:tcMar>
                    <w:top w:w="45" w:type="dxa"/>
                    <w:left w:w="70" w:type="dxa"/>
                    <w:bottom w:w="45" w:type="dxa"/>
                    <w:right w:w="70" w:type="dxa"/>
                  </w:tcMar>
                </w:tcPr>
                <w:p w14:paraId="3ADBD6FE" w14:textId="77777777" w:rsidR="00187E2C" w:rsidRDefault="00000000">
                  <w:pPr>
                    <w:keepNext/>
                  </w:pPr>
                  <w:r>
                    <w:rPr>
                      <w:b/>
                      <w:color w:val="000000"/>
                    </w:rPr>
                    <w:t>SAMOVREDNOTENJE</w:t>
                  </w:r>
                </w:p>
              </w:tc>
            </w:tr>
          </w:tbl>
          <w:p w14:paraId="3A3E22B0" w14:textId="77777777" w:rsidR="00187E2C" w:rsidRDefault="00187E2C">
            <w:pPr>
              <w:spacing w:line="20" w:lineRule="exact"/>
            </w:pPr>
          </w:p>
          <w:p w14:paraId="7CC59785"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59492DA7" w14:textId="77777777">
              <w:trPr>
                <w:jc w:val="center"/>
              </w:trPr>
              <w:tc>
                <w:tcPr>
                  <w:tcW w:w="7087" w:type="dxa"/>
                  <w:shd w:val="clear" w:color="auto" w:fill="EDC9EA"/>
                  <w:tcMar>
                    <w:top w:w="45" w:type="dxa"/>
                    <w:left w:w="70" w:type="dxa"/>
                    <w:bottom w:w="45" w:type="dxa"/>
                    <w:right w:w="70" w:type="dxa"/>
                  </w:tcMar>
                </w:tcPr>
                <w:p w14:paraId="4352C480" w14:textId="77777777" w:rsidR="00187E2C" w:rsidRDefault="00000000">
                  <w:pPr>
                    <w:keepNext/>
                  </w:pPr>
                  <w:r>
                    <w:rPr>
                      <w:b/>
                      <w:color w:val="000000"/>
                    </w:rPr>
                    <w:t>VRSTNIŠKO VREDNOTENJE</w:t>
                  </w:r>
                </w:p>
              </w:tc>
            </w:tr>
          </w:tbl>
          <w:p w14:paraId="676940A0" w14:textId="77777777" w:rsidR="00187E2C" w:rsidRDefault="00187E2C">
            <w:pPr>
              <w:spacing w:line="20" w:lineRule="exact"/>
            </w:pPr>
          </w:p>
          <w:p w14:paraId="4BE1159D"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7A0AE67" w14:textId="77777777">
              <w:trPr>
                <w:jc w:val="center"/>
              </w:trPr>
              <w:tc>
                <w:tcPr>
                  <w:tcW w:w="7087" w:type="dxa"/>
                  <w:shd w:val="clear" w:color="auto" w:fill="EDC9EA"/>
                  <w:tcMar>
                    <w:top w:w="45" w:type="dxa"/>
                    <w:left w:w="70" w:type="dxa"/>
                    <w:bottom w:w="45" w:type="dxa"/>
                    <w:right w:w="70" w:type="dxa"/>
                  </w:tcMar>
                </w:tcPr>
                <w:p w14:paraId="1506F98F" w14:textId="77777777" w:rsidR="00187E2C" w:rsidRDefault="00000000">
                  <w:pPr>
                    <w:keepNext/>
                  </w:pPr>
                  <w:r>
                    <w:rPr>
                      <w:b/>
                      <w:color w:val="000000"/>
                    </w:rPr>
                    <w:t>SKUPNI POVZETEK</w:t>
                  </w:r>
                </w:p>
              </w:tc>
            </w:tr>
          </w:tbl>
          <w:p w14:paraId="7A4F7BE2" w14:textId="77777777" w:rsidR="00187E2C" w:rsidRDefault="00187E2C"/>
          <w:p w14:paraId="56507E78" w14:textId="77777777" w:rsidR="00187E2C" w:rsidRDefault="00000000">
            <w:pPr>
              <w:spacing w:before="20" w:after="40" w:line="245" w:lineRule="auto"/>
            </w:pPr>
            <w:r>
              <w:rPr>
                <w:b/>
                <w:color w:val="000000"/>
                <w:sz w:val="16"/>
              </w:rPr>
              <w:t>Prepoznam glas /v/ in črko V,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691094B0" w14:textId="77777777" w:rsidR="00187E2C" w:rsidRDefault="00187E2C"/>
          <w:p w14:paraId="3C250EA3" w14:textId="77777777" w:rsidR="00187E2C" w:rsidRDefault="00000000">
            <w:pPr>
              <w:spacing w:after="100" w:line="245" w:lineRule="auto"/>
            </w:pPr>
            <w:r>
              <w:rPr>
                <w:color w:val="000000"/>
                <w:sz w:val="16"/>
              </w:rPr>
              <w:t>Odgovarja na podporna vprašanja ter se sklicuje na poslušano besedilo, sliko, govor, bralni list ali zapis.</w:t>
            </w:r>
          </w:p>
          <w:p w14:paraId="74AF4FDD" w14:textId="77777777" w:rsidR="00187E2C" w:rsidRDefault="00000000">
            <w:pPr>
              <w:spacing w:after="100" w:line="245" w:lineRule="auto"/>
            </w:pPr>
            <w:r>
              <w:rPr>
                <w:color w:val="000000"/>
                <w:sz w:val="16"/>
              </w:rPr>
              <w:t>Primerja začetni odziv z novim dokazom in pojasni, kaj se je naučil/-a.</w:t>
            </w:r>
          </w:p>
          <w:p w14:paraId="0497CA86" w14:textId="77777777" w:rsidR="00187E2C" w:rsidRDefault="00000000">
            <w:pPr>
              <w:spacing w:after="100" w:line="245" w:lineRule="auto"/>
            </w:pPr>
            <w:r>
              <w:rPr>
                <w:color w:val="000000"/>
                <w:sz w:val="16"/>
              </w:rPr>
              <w:t>Izbere raven samostojnosti in določi naslednji korak.</w:t>
            </w:r>
          </w:p>
          <w:p w14:paraId="4E412642" w14:textId="77777777" w:rsidR="00187E2C" w:rsidRDefault="00000000">
            <w:pPr>
              <w:spacing w:after="100" w:line="245" w:lineRule="auto"/>
            </w:pPr>
            <w:r>
              <w:rPr>
                <w:color w:val="000000"/>
                <w:sz w:val="16"/>
              </w:rPr>
              <w:t>Sošolcu poda prijazen in konkreten odziv, vezan na kriterij.</w:t>
            </w:r>
          </w:p>
          <w:p w14:paraId="346598EE" w14:textId="77777777" w:rsidR="00187E2C" w:rsidRDefault="00000000">
            <w:pPr>
              <w:spacing w:after="20" w:line="245" w:lineRule="auto"/>
            </w:pPr>
            <w:r>
              <w:rPr>
                <w:b/>
                <w:color w:val="D95BC6"/>
                <w:sz w:val="17"/>
              </w:rPr>
              <w:t>DOKAZ O UČENJU</w:t>
            </w:r>
          </w:p>
          <w:p w14:paraId="38A8ABF7"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7BD2122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09019E46" w14:textId="77777777">
        <w:trPr>
          <w:cantSplit/>
          <w:jc w:val="center"/>
        </w:trPr>
        <w:tc>
          <w:tcPr>
            <w:tcW w:w="14060" w:type="dxa"/>
            <w:gridSpan w:val="6"/>
            <w:tcMar>
              <w:top w:w="70" w:type="dxa"/>
              <w:left w:w="90" w:type="dxa"/>
              <w:bottom w:w="70" w:type="dxa"/>
              <w:right w:w="90" w:type="dxa"/>
            </w:tcMar>
            <w:vAlign w:val="center"/>
          </w:tcPr>
          <w:p w14:paraId="450FC4E7" w14:textId="77777777" w:rsidR="00187E2C" w:rsidRDefault="00000000">
            <w:pPr>
              <w:jc w:val="center"/>
            </w:pPr>
            <w:r>
              <w:rPr>
                <w:b/>
                <w:color w:val="000000"/>
                <w:sz w:val="24"/>
              </w:rPr>
              <w:lastRenderedPageBreak/>
              <w:t>UČNA PRIPRAVA 17/39</w:t>
            </w:r>
          </w:p>
        </w:tc>
      </w:tr>
      <w:tr w:rsidR="00187E2C" w14:paraId="470E8C29" w14:textId="77777777">
        <w:trPr>
          <w:jc w:val="center"/>
        </w:trPr>
        <w:tc>
          <w:tcPr>
            <w:tcW w:w="2665" w:type="dxa"/>
            <w:tcMar>
              <w:top w:w="70" w:type="dxa"/>
              <w:left w:w="90" w:type="dxa"/>
              <w:bottom w:w="70" w:type="dxa"/>
              <w:right w:w="90" w:type="dxa"/>
            </w:tcMar>
            <w:vAlign w:val="center"/>
          </w:tcPr>
          <w:p w14:paraId="1E219A6E"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A2E2DE1"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28A2C1E5"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6F527AA" w14:textId="77777777" w:rsidR="00187E2C" w:rsidRDefault="00000000">
            <w:r>
              <w:rPr>
                <w:b/>
                <w:color w:val="000000"/>
                <w:sz w:val="16"/>
              </w:rPr>
              <w:t xml:space="preserve">NAČRTOVANI TERMIN: </w:t>
            </w:r>
            <w:r>
              <w:rPr>
                <w:color w:val="000000"/>
                <w:sz w:val="16"/>
              </w:rPr>
              <w:t>17. teden • 4.–8. 1. 2027</w:t>
            </w:r>
          </w:p>
        </w:tc>
        <w:tc>
          <w:tcPr>
            <w:tcW w:w="2268" w:type="dxa"/>
            <w:tcMar>
              <w:top w:w="70" w:type="dxa"/>
              <w:left w:w="90" w:type="dxa"/>
              <w:bottom w:w="70" w:type="dxa"/>
              <w:right w:w="90" w:type="dxa"/>
            </w:tcMar>
            <w:vAlign w:val="center"/>
          </w:tcPr>
          <w:p w14:paraId="05FF6473"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1BD5264" w14:textId="77777777" w:rsidR="00187E2C" w:rsidRDefault="00000000">
            <w:r>
              <w:rPr>
                <w:b/>
                <w:color w:val="000000"/>
                <w:sz w:val="16"/>
              </w:rPr>
              <w:t xml:space="preserve">ŠTEVILO UR: </w:t>
            </w:r>
            <w:r>
              <w:rPr>
                <w:color w:val="000000"/>
                <w:sz w:val="16"/>
              </w:rPr>
              <w:t>6</w:t>
            </w:r>
          </w:p>
        </w:tc>
      </w:tr>
      <w:tr w:rsidR="00187E2C" w14:paraId="40349CD4" w14:textId="77777777">
        <w:trPr>
          <w:jc w:val="center"/>
        </w:trPr>
        <w:tc>
          <w:tcPr>
            <w:tcW w:w="14061" w:type="dxa"/>
            <w:gridSpan w:val="6"/>
            <w:tcMar>
              <w:top w:w="70" w:type="dxa"/>
              <w:left w:w="90" w:type="dxa"/>
              <w:bottom w:w="70" w:type="dxa"/>
              <w:right w:w="90" w:type="dxa"/>
            </w:tcMar>
            <w:vAlign w:val="center"/>
          </w:tcPr>
          <w:p w14:paraId="1423E5D3"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291808CC" w14:textId="77777777">
        <w:trPr>
          <w:cantSplit/>
          <w:jc w:val="center"/>
        </w:trPr>
        <w:tc>
          <w:tcPr>
            <w:tcW w:w="14060" w:type="dxa"/>
            <w:gridSpan w:val="6"/>
            <w:tcMar>
              <w:top w:w="70" w:type="dxa"/>
              <w:left w:w="90" w:type="dxa"/>
              <w:bottom w:w="70" w:type="dxa"/>
              <w:right w:w="90" w:type="dxa"/>
            </w:tcMar>
            <w:vAlign w:val="center"/>
          </w:tcPr>
          <w:p w14:paraId="3D714E4D" w14:textId="77777777" w:rsidR="00187E2C" w:rsidRDefault="00187E2C"/>
          <w:p w14:paraId="3ED5BF48" w14:textId="77777777" w:rsidR="00187E2C" w:rsidRDefault="00000000">
            <w:pPr>
              <w:spacing w:line="245" w:lineRule="auto"/>
            </w:pPr>
            <w:r>
              <w:rPr>
                <w:b/>
                <w:color w:val="000000"/>
                <w:sz w:val="16"/>
              </w:rPr>
              <w:t xml:space="preserve">UČNI SKLOP: </w:t>
            </w:r>
            <w:r>
              <w:rPr>
                <w:color w:val="000000"/>
                <w:sz w:val="16"/>
              </w:rPr>
              <w:t>ZIMA, SNOVI IN POJAVI</w:t>
            </w:r>
          </w:p>
        </w:tc>
      </w:tr>
      <w:tr w:rsidR="00187E2C" w14:paraId="70711B72" w14:textId="77777777">
        <w:trPr>
          <w:cantSplit/>
          <w:jc w:val="center"/>
        </w:trPr>
        <w:tc>
          <w:tcPr>
            <w:tcW w:w="14060" w:type="dxa"/>
            <w:gridSpan w:val="6"/>
            <w:tcMar>
              <w:top w:w="70" w:type="dxa"/>
              <w:left w:w="90" w:type="dxa"/>
              <w:bottom w:w="70" w:type="dxa"/>
              <w:right w:w="90" w:type="dxa"/>
            </w:tcMar>
            <w:vAlign w:val="center"/>
          </w:tcPr>
          <w:p w14:paraId="1A163335" w14:textId="77777777" w:rsidR="00187E2C" w:rsidRDefault="00187E2C"/>
          <w:p w14:paraId="60B73B77" w14:textId="77777777" w:rsidR="00187E2C" w:rsidRDefault="00000000">
            <w:pPr>
              <w:spacing w:line="245" w:lineRule="auto"/>
            </w:pPr>
            <w:r>
              <w:rPr>
                <w:b/>
                <w:color w:val="000000"/>
                <w:sz w:val="16"/>
              </w:rPr>
              <w:t xml:space="preserve">UČNA TEMA: </w:t>
            </w:r>
            <w:r>
              <w:rPr>
                <w:color w:val="000000"/>
                <w:sz w:val="16"/>
              </w:rPr>
              <w:t>PRAVLJICA • VELIKA TISKANA ČRKA R</w:t>
            </w:r>
          </w:p>
        </w:tc>
      </w:tr>
      <w:tr w:rsidR="00187E2C" w14:paraId="154ACABA" w14:textId="77777777">
        <w:trPr>
          <w:cantSplit/>
          <w:jc w:val="center"/>
        </w:trPr>
        <w:tc>
          <w:tcPr>
            <w:tcW w:w="14060" w:type="dxa"/>
            <w:gridSpan w:val="6"/>
            <w:tcMar>
              <w:top w:w="70" w:type="dxa"/>
              <w:left w:w="90" w:type="dxa"/>
              <w:bottom w:w="70" w:type="dxa"/>
              <w:right w:w="90" w:type="dxa"/>
            </w:tcMar>
            <w:vAlign w:val="center"/>
          </w:tcPr>
          <w:p w14:paraId="3E36CEBD" w14:textId="77777777" w:rsidR="00187E2C" w:rsidRDefault="00187E2C"/>
          <w:p w14:paraId="57A5F8E8" w14:textId="77777777" w:rsidR="00187E2C" w:rsidRDefault="00000000">
            <w:pPr>
              <w:spacing w:line="245" w:lineRule="auto"/>
            </w:pPr>
            <w:r>
              <w:rPr>
                <w:b/>
                <w:color w:val="000000"/>
                <w:sz w:val="16"/>
              </w:rPr>
              <w:t xml:space="preserve">KNJIŽEVNO IZHODIŠČE IN MOTIV: </w:t>
            </w:r>
            <w:r>
              <w:rPr>
                <w:color w:val="000000"/>
                <w:sz w:val="16"/>
              </w:rPr>
              <w:t>»Janko in Metka« – brata Grimm • zima, gozd, varnost in pravljični prostor</w:t>
            </w:r>
          </w:p>
        </w:tc>
      </w:tr>
      <w:tr w:rsidR="00187E2C" w14:paraId="397229F8" w14:textId="77777777">
        <w:trPr>
          <w:cantSplit/>
          <w:jc w:val="center"/>
        </w:trPr>
        <w:tc>
          <w:tcPr>
            <w:tcW w:w="14060" w:type="dxa"/>
            <w:gridSpan w:val="6"/>
            <w:tcMar>
              <w:top w:w="70" w:type="dxa"/>
              <w:left w:w="90" w:type="dxa"/>
              <w:bottom w:w="70" w:type="dxa"/>
              <w:right w:w="90" w:type="dxa"/>
            </w:tcMar>
            <w:vAlign w:val="center"/>
          </w:tcPr>
          <w:p w14:paraId="7150115E" w14:textId="77777777" w:rsidR="00187E2C" w:rsidRDefault="00187E2C"/>
          <w:p w14:paraId="27B72E26" w14:textId="77777777" w:rsidR="00187E2C" w:rsidRDefault="00000000">
            <w:pPr>
              <w:spacing w:line="245" w:lineRule="auto"/>
            </w:pPr>
            <w:r>
              <w:rPr>
                <w:b/>
                <w:color w:val="000000"/>
                <w:sz w:val="16"/>
              </w:rPr>
              <w:t xml:space="preserve">BRALNI LIST / ČRKA: </w:t>
            </w:r>
            <w:r>
              <w:rPr>
                <w:color w:val="000000"/>
                <w:sz w:val="16"/>
              </w:rPr>
              <w:t>ČRKA R • BRALNI LIST 17 – Berem črko R in zloge ter besede: glas /r/ znane črke: A, E, I, O, U, N, M, T, J, V, R; slišim glas; prepoznam črko; navpična, zgornja zanka in poševna noga; berem in zapišem</w:t>
            </w:r>
          </w:p>
        </w:tc>
      </w:tr>
      <w:tr w:rsidR="00187E2C" w14:paraId="7D7D6BD2" w14:textId="77777777">
        <w:trPr>
          <w:cantSplit/>
          <w:jc w:val="center"/>
        </w:trPr>
        <w:tc>
          <w:tcPr>
            <w:tcW w:w="14060" w:type="dxa"/>
            <w:gridSpan w:val="6"/>
            <w:tcMar>
              <w:top w:w="70" w:type="dxa"/>
              <w:left w:w="90" w:type="dxa"/>
              <w:bottom w:w="70" w:type="dxa"/>
              <w:right w:w="90" w:type="dxa"/>
            </w:tcMar>
            <w:vAlign w:val="center"/>
          </w:tcPr>
          <w:p w14:paraId="6BC0D17A" w14:textId="77777777" w:rsidR="00187E2C" w:rsidRDefault="00187E2C"/>
          <w:p w14:paraId="5F3132F9" w14:textId="77777777" w:rsidR="00187E2C" w:rsidRDefault="00000000">
            <w:pPr>
              <w:spacing w:line="245" w:lineRule="auto"/>
            </w:pPr>
            <w:r>
              <w:rPr>
                <w:b/>
                <w:color w:val="000000"/>
                <w:sz w:val="16"/>
              </w:rPr>
              <w:t xml:space="preserve">UČNE ENOTE: </w:t>
            </w:r>
            <w:r>
              <w:rPr>
                <w:color w:val="000000"/>
                <w:sz w:val="16"/>
              </w:rPr>
              <w:t>1. ura – Pravljica – Poslušam in doživljam • 2. ura – Pravljica – Govorim in pojasnjujem • 3. ura – Pravljica – Razčlenjujem jezik • 4. ura – SLIŠIM GLAS /r/ IN ODKRIVAM ČRKO R • 5. ura – Oblikujem in pišem črko R • 6. ura – Berem in uporabim črko R</w:t>
            </w:r>
          </w:p>
        </w:tc>
      </w:tr>
      <w:tr w:rsidR="00187E2C" w14:paraId="49B9A0C1" w14:textId="77777777">
        <w:trPr>
          <w:cantSplit/>
          <w:jc w:val="center"/>
        </w:trPr>
        <w:tc>
          <w:tcPr>
            <w:tcW w:w="14060" w:type="dxa"/>
            <w:gridSpan w:val="6"/>
            <w:tcMar>
              <w:top w:w="70" w:type="dxa"/>
              <w:left w:w="90" w:type="dxa"/>
              <w:bottom w:w="70" w:type="dxa"/>
              <w:right w:w="90" w:type="dxa"/>
            </w:tcMar>
            <w:vAlign w:val="center"/>
          </w:tcPr>
          <w:p w14:paraId="4F9E50AC" w14:textId="77777777" w:rsidR="00187E2C" w:rsidRDefault="00187E2C"/>
          <w:p w14:paraId="0789BA38"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147DB42C" w14:textId="77777777">
        <w:trPr>
          <w:cantSplit/>
          <w:jc w:val="center"/>
        </w:trPr>
        <w:tc>
          <w:tcPr>
            <w:tcW w:w="14060" w:type="dxa"/>
            <w:gridSpan w:val="6"/>
            <w:tcMar>
              <w:top w:w="70" w:type="dxa"/>
              <w:left w:w="90" w:type="dxa"/>
              <w:bottom w:w="70" w:type="dxa"/>
              <w:right w:w="90" w:type="dxa"/>
            </w:tcMar>
            <w:vAlign w:val="center"/>
          </w:tcPr>
          <w:p w14:paraId="7158DE9B" w14:textId="77777777" w:rsidR="00187E2C" w:rsidRDefault="00187E2C"/>
          <w:p w14:paraId="7960DFFC"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0C80D4F5" w14:textId="77777777">
        <w:trPr>
          <w:cantSplit/>
          <w:jc w:val="center"/>
        </w:trPr>
        <w:tc>
          <w:tcPr>
            <w:tcW w:w="14060" w:type="dxa"/>
            <w:gridSpan w:val="6"/>
            <w:tcMar>
              <w:top w:w="70" w:type="dxa"/>
              <w:left w:w="90" w:type="dxa"/>
              <w:bottom w:w="70" w:type="dxa"/>
              <w:right w:w="90" w:type="dxa"/>
            </w:tcMar>
            <w:vAlign w:val="center"/>
          </w:tcPr>
          <w:p w14:paraId="3575A592" w14:textId="77777777" w:rsidR="00187E2C" w:rsidRDefault="00187E2C"/>
          <w:p w14:paraId="7D5DA49B"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9E9F77D" w14:textId="77777777">
        <w:trPr>
          <w:cantSplit/>
          <w:jc w:val="center"/>
        </w:trPr>
        <w:tc>
          <w:tcPr>
            <w:tcW w:w="14060" w:type="dxa"/>
            <w:gridSpan w:val="6"/>
            <w:tcMar>
              <w:top w:w="70" w:type="dxa"/>
              <w:left w:w="90" w:type="dxa"/>
              <w:bottom w:w="70" w:type="dxa"/>
              <w:right w:w="90" w:type="dxa"/>
            </w:tcMar>
            <w:vAlign w:val="center"/>
          </w:tcPr>
          <w:p w14:paraId="45767E37" w14:textId="77777777" w:rsidR="00187E2C" w:rsidRDefault="00187E2C"/>
          <w:p w14:paraId="6DD4DB32" w14:textId="77777777" w:rsidR="00187E2C" w:rsidRDefault="00000000">
            <w:pPr>
              <w:spacing w:line="245" w:lineRule="auto"/>
            </w:pPr>
            <w:r>
              <w:rPr>
                <w:b/>
                <w:color w:val="000000"/>
                <w:sz w:val="16"/>
              </w:rPr>
              <w:t xml:space="preserve">MEDPREDMETNE POVEZAVE: </w:t>
            </w:r>
            <w:r>
              <w:rPr>
                <w:color w:val="000000"/>
                <w:sz w:val="16"/>
              </w:rPr>
              <w:t>SPO – zima, gozd, varnost in pravljični prostor; GUM – ritem, zvočnost in glas; LUM – ilustracija, črta in grafomotorika; ŠPO – gibalna pripoved, dramatizacija in postaje; MAT – smer, zaporedje in orientacija</w:t>
            </w:r>
          </w:p>
        </w:tc>
      </w:tr>
      <w:tr w:rsidR="00187E2C" w14:paraId="49E5DD1E" w14:textId="77777777">
        <w:trPr>
          <w:cantSplit/>
          <w:jc w:val="center"/>
        </w:trPr>
        <w:tc>
          <w:tcPr>
            <w:tcW w:w="14060" w:type="dxa"/>
            <w:gridSpan w:val="6"/>
            <w:tcMar>
              <w:top w:w="70" w:type="dxa"/>
              <w:left w:w="90" w:type="dxa"/>
              <w:bottom w:w="70" w:type="dxa"/>
              <w:right w:w="90" w:type="dxa"/>
            </w:tcMar>
            <w:vAlign w:val="center"/>
          </w:tcPr>
          <w:p w14:paraId="3FC846A9" w14:textId="77777777" w:rsidR="00187E2C" w:rsidRDefault="00187E2C"/>
          <w:p w14:paraId="014B897B" w14:textId="77777777" w:rsidR="00187E2C" w:rsidRDefault="00000000">
            <w:pPr>
              <w:spacing w:line="245" w:lineRule="auto"/>
            </w:pPr>
            <w:r>
              <w:rPr>
                <w:b/>
                <w:color w:val="000000"/>
                <w:sz w:val="16"/>
              </w:rPr>
              <w:t xml:space="preserve">UČNA SREDSTVA IN PRIPOMOČKI: </w:t>
            </w:r>
            <w:r>
              <w:rPr>
                <w:color w:val="000000"/>
                <w:sz w:val="16"/>
              </w:rPr>
              <w:t>ČRKA R • BRALNI LIST 17, povečano besedilo oziroma kartice, slikanica ali odlomek, slikovno zaporedje, kartice besed in glasov, talne črke ali zlogi, ogledala, vrvice ali modelirna masa, mini tabla, zvezek oziroma jezikovna mapa</w:t>
            </w:r>
          </w:p>
        </w:tc>
      </w:tr>
      <w:tr w:rsidR="00187E2C" w14:paraId="1ED39872" w14:textId="77777777">
        <w:trPr>
          <w:cantSplit/>
          <w:jc w:val="center"/>
        </w:trPr>
        <w:tc>
          <w:tcPr>
            <w:tcW w:w="14060" w:type="dxa"/>
            <w:gridSpan w:val="6"/>
            <w:tcMar>
              <w:top w:w="70" w:type="dxa"/>
              <w:left w:w="90" w:type="dxa"/>
              <w:bottom w:w="70" w:type="dxa"/>
              <w:right w:w="90" w:type="dxa"/>
            </w:tcMar>
            <w:vAlign w:val="center"/>
          </w:tcPr>
          <w:p w14:paraId="1260B2E6" w14:textId="77777777" w:rsidR="00187E2C" w:rsidRDefault="00187E2C"/>
          <w:p w14:paraId="22BBEF2F"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7CA90E01" w14:textId="77777777">
        <w:trPr>
          <w:cantSplit/>
          <w:jc w:val="center"/>
        </w:trPr>
        <w:tc>
          <w:tcPr>
            <w:tcW w:w="14060" w:type="dxa"/>
            <w:gridSpan w:val="6"/>
            <w:tcMar>
              <w:top w:w="70" w:type="dxa"/>
              <w:left w:w="90" w:type="dxa"/>
              <w:bottom w:w="70" w:type="dxa"/>
              <w:right w:w="90" w:type="dxa"/>
            </w:tcMar>
            <w:vAlign w:val="center"/>
          </w:tcPr>
          <w:p w14:paraId="368C13FF" w14:textId="77777777" w:rsidR="00187E2C" w:rsidRDefault="00187E2C"/>
          <w:p w14:paraId="36E7FB86"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4A77BD2C" w14:textId="77777777">
        <w:trPr>
          <w:cantSplit/>
          <w:jc w:val="center"/>
        </w:trPr>
        <w:tc>
          <w:tcPr>
            <w:tcW w:w="14060" w:type="dxa"/>
            <w:gridSpan w:val="6"/>
            <w:tcMar>
              <w:top w:w="70" w:type="dxa"/>
              <w:left w:w="90" w:type="dxa"/>
              <w:bottom w:w="70" w:type="dxa"/>
              <w:right w:w="90" w:type="dxa"/>
            </w:tcMar>
            <w:vAlign w:val="center"/>
          </w:tcPr>
          <w:p w14:paraId="7C8B43C1" w14:textId="77777777" w:rsidR="00187E2C" w:rsidRDefault="00187E2C"/>
          <w:p w14:paraId="05B34C03"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6EA10FA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0C8CB6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3E2959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691C1E9" w14:textId="77777777" w:rsidR="00187E2C" w:rsidRDefault="00000000">
            <w:pPr>
              <w:jc w:val="center"/>
            </w:pPr>
            <w:r>
              <w:rPr>
                <w:b/>
                <w:color w:val="000000"/>
                <w:sz w:val="20"/>
              </w:rPr>
              <w:t>UČNE DEJAVNOSTI, METODE IN FORMATIVNO SPREMLJANJE</w:t>
            </w:r>
          </w:p>
        </w:tc>
      </w:tr>
      <w:tr w:rsidR="00187E2C" w14:paraId="5F7B84F8" w14:textId="77777777">
        <w:trPr>
          <w:tblHeader/>
          <w:jc w:val="center"/>
        </w:trPr>
        <w:tc>
          <w:tcPr>
            <w:tcW w:w="4422" w:type="dxa"/>
            <w:vMerge/>
            <w:tcMar>
              <w:top w:w="70" w:type="dxa"/>
              <w:left w:w="90" w:type="dxa"/>
              <w:bottom w:w="70" w:type="dxa"/>
              <w:right w:w="90" w:type="dxa"/>
            </w:tcMar>
            <w:vAlign w:val="center"/>
          </w:tcPr>
          <w:p w14:paraId="622F29DE" w14:textId="77777777" w:rsidR="00187E2C" w:rsidRDefault="00187E2C"/>
        </w:tc>
        <w:tc>
          <w:tcPr>
            <w:tcW w:w="7087" w:type="dxa"/>
            <w:shd w:val="clear" w:color="auto" w:fill="FFFFFF"/>
            <w:tcMar>
              <w:top w:w="70" w:type="dxa"/>
              <w:left w:w="90" w:type="dxa"/>
              <w:bottom w:w="70" w:type="dxa"/>
              <w:right w:w="90" w:type="dxa"/>
            </w:tcMar>
            <w:vAlign w:val="center"/>
          </w:tcPr>
          <w:p w14:paraId="46661D90"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88F713" w14:textId="77777777" w:rsidR="00187E2C" w:rsidRDefault="00000000">
            <w:pPr>
              <w:jc w:val="center"/>
            </w:pPr>
            <w:r>
              <w:rPr>
                <w:b/>
                <w:color w:val="000000"/>
              </w:rPr>
              <w:t>UČENEC</w:t>
            </w:r>
          </w:p>
        </w:tc>
      </w:tr>
      <w:tr w:rsidR="00187E2C" w14:paraId="0456B1A7" w14:textId="77777777">
        <w:trPr>
          <w:jc w:val="center"/>
        </w:trPr>
        <w:tc>
          <w:tcPr>
            <w:tcW w:w="4422" w:type="dxa"/>
            <w:tcMar>
              <w:top w:w="70" w:type="dxa"/>
              <w:left w:w="90" w:type="dxa"/>
              <w:bottom w:w="70" w:type="dxa"/>
              <w:right w:w="90" w:type="dxa"/>
            </w:tcMar>
          </w:tcPr>
          <w:p w14:paraId="20A8FB9B" w14:textId="77777777" w:rsidR="00187E2C" w:rsidRDefault="00187E2C"/>
          <w:p w14:paraId="0DC9372A" w14:textId="77777777" w:rsidR="00187E2C" w:rsidRDefault="00000000">
            <w:pPr>
              <w:spacing w:after="60" w:line="245" w:lineRule="auto"/>
            </w:pPr>
            <w:r>
              <w:rPr>
                <w:b/>
                <w:color w:val="000000"/>
              </w:rPr>
              <w:t>UČNI CILJI</w:t>
            </w:r>
          </w:p>
          <w:p w14:paraId="7B55EF2A" w14:textId="77777777" w:rsidR="00187E2C" w:rsidRDefault="00000000">
            <w:pPr>
              <w:spacing w:after="20" w:line="245" w:lineRule="auto"/>
            </w:pPr>
            <w:r>
              <w:rPr>
                <w:b/>
                <w:color w:val="000000"/>
                <w:sz w:val="17"/>
              </w:rPr>
              <w:t>SPLOŠNI</w:t>
            </w:r>
          </w:p>
          <w:p w14:paraId="2AC52535"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68311AF9" w14:textId="77777777" w:rsidR="00187E2C" w:rsidRDefault="00000000">
            <w:pPr>
              <w:pStyle w:val="Oznaenseznam"/>
              <w:spacing w:after="16"/>
            </w:pPr>
            <w:r>
              <w:rPr>
                <w:color w:val="000000"/>
                <w:sz w:val="16"/>
              </w:rPr>
              <w:t>doživlja književno besedilo ter se nanj odziva z govorom, gibanjem, dramatizacijo, risbo ali zapisom</w:t>
            </w:r>
          </w:p>
          <w:p w14:paraId="3EE4AF8E" w14:textId="77777777" w:rsidR="00187E2C" w:rsidRDefault="00000000">
            <w:pPr>
              <w:pStyle w:val="Oznaenseznam"/>
              <w:spacing w:after="16"/>
            </w:pPr>
            <w:r>
              <w:rPr>
                <w:color w:val="000000"/>
                <w:sz w:val="16"/>
              </w:rPr>
              <w:t>razvija glasovno zavedanje, povezavo glas–črka in začetno branje ter pisanje po individualnem napredku</w:t>
            </w:r>
          </w:p>
          <w:p w14:paraId="662FA00B" w14:textId="77777777" w:rsidR="00187E2C" w:rsidRDefault="00000000">
            <w:pPr>
              <w:pStyle w:val="Oznaenseznam"/>
              <w:spacing w:after="16"/>
            </w:pPr>
            <w:r>
              <w:rPr>
                <w:color w:val="000000"/>
                <w:sz w:val="16"/>
              </w:rPr>
              <w:t>ob namenih in kriterijih spremlja svoje učenje ter uporabi opisno povratno informacijo</w:t>
            </w:r>
          </w:p>
          <w:p w14:paraId="4C1BAE72" w14:textId="77777777" w:rsidR="00187E2C" w:rsidRDefault="00000000">
            <w:pPr>
              <w:spacing w:before="40" w:after="20" w:line="245" w:lineRule="auto"/>
            </w:pPr>
            <w:r>
              <w:rPr>
                <w:b/>
                <w:color w:val="000000"/>
                <w:sz w:val="17"/>
              </w:rPr>
              <w:t>OPERATIVNI</w:t>
            </w:r>
          </w:p>
          <w:p w14:paraId="5D002D32" w14:textId="77777777" w:rsidR="00187E2C" w:rsidRDefault="00000000">
            <w:pPr>
              <w:pStyle w:val="Oznaenseznam"/>
              <w:spacing w:after="16"/>
            </w:pPr>
            <w:r>
              <w:rPr>
                <w:color w:val="000000"/>
                <w:sz w:val="16"/>
              </w:rPr>
              <w:t>posluša in razume književno besedilo</w:t>
            </w:r>
          </w:p>
          <w:p w14:paraId="6AD2B293" w14:textId="77777777" w:rsidR="00187E2C" w:rsidRDefault="00000000">
            <w:pPr>
              <w:pStyle w:val="Oznaenseznam"/>
              <w:spacing w:after="16"/>
            </w:pPr>
            <w:r>
              <w:rPr>
                <w:color w:val="000000"/>
                <w:sz w:val="16"/>
              </w:rPr>
              <w:t>obnovi dogajanje</w:t>
            </w:r>
          </w:p>
          <w:p w14:paraId="3019A252" w14:textId="77777777" w:rsidR="00187E2C" w:rsidRDefault="00000000">
            <w:pPr>
              <w:pStyle w:val="Oznaenseznam"/>
              <w:spacing w:after="16"/>
            </w:pPr>
            <w:r>
              <w:rPr>
                <w:color w:val="000000"/>
                <w:sz w:val="16"/>
              </w:rPr>
              <w:t>opiše književno osebo</w:t>
            </w:r>
          </w:p>
          <w:p w14:paraId="6274F370" w14:textId="77777777" w:rsidR="00187E2C" w:rsidRDefault="00000000">
            <w:pPr>
              <w:pStyle w:val="Oznaenseznam"/>
              <w:spacing w:after="16"/>
            </w:pPr>
            <w:r>
              <w:rPr>
                <w:color w:val="000000"/>
                <w:sz w:val="16"/>
              </w:rPr>
              <w:t>prepozna in poimenuje veliko tiskano črko R ter jo poveže z glasom /r/</w:t>
            </w:r>
          </w:p>
          <w:p w14:paraId="3BABECC0" w14:textId="77777777" w:rsidR="00187E2C" w:rsidRDefault="00000000">
            <w:pPr>
              <w:pStyle w:val="Oznaenseznam"/>
              <w:spacing w:after="16"/>
            </w:pPr>
            <w:r>
              <w:rPr>
                <w:color w:val="000000"/>
                <w:sz w:val="16"/>
              </w:rPr>
              <w:t>veččutno oblikuje in čitljivo zapiše veliko tiskano črko R</w:t>
            </w:r>
          </w:p>
          <w:p w14:paraId="4DA64C27" w14:textId="77777777" w:rsidR="00187E2C" w:rsidRDefault="00000000">
            <w:pPr>
              <w:pStyle w:val="Oznaenseznam"/>
              <w:spacing w:after="16"/>
            </w:pPr>
            <w:r>
              <w:rPr>
                <w:color w:val="000000"/>
                <w:sz w:val="16"/>
              </w:rPr>
              <w:t>bere in sestavlja zloge oziroma besede z znanimi črkami: RIMA • MIR • VERA • MORJE</w:t>
            </w:r>
          </w:p>
          <w:p w14:paraId="7FC45C2A" w14:textId="77777777" w:rsidR="00187E2C" w:rsidRDefault="00000000">
            <w:pPr>
              <w:spacing w:before="40" w:after="20" w:line="245" w:lineRule="auto"/>
            </w:pPr>
            <w:r>
              <w:rPr>
                <w:b/>
                <w:color w:val="000000"/>
                <w:sz w:val="17"/>
              </w:rPr>
              <w:t>PRIČAKOVANI DOSEŽKI / MINIMALNI POUDARKI</w:t>
            </w:r>
          </w:p>
          <w:p w14:paraId="2B10BBF5" w14:textId="77777777" w:rsidR="00187E2C" w:rsidRDefault="00000000">
            <w:pPr>
              <w:pStyle w:val="Oznaenseznam"/>
              <w:spacing w:after="16"/>
            </w:pPr>
            <w:r>
              <w:rPr>
                <w:color w:val="000000"/>
                <w:sz w:val="15"/>
              </w:rPr>
              <w:t>samostojno oziroma z dogovorjeno oporo posluša in razume književno besedilo</w:t>
            </w:r>
          </w:p>
          <w:p w14:paraId="3C0773DB" w14:textId="77777777" w:rsidR="00187E2C" w:rsidRDefault="00000000">
            <w:pPr>
              <w:pStyle w:val="Oznaenseznam"/>
              <w:spacing w:after="16"/>
            </w:pPr>
            <w:r>
              <w:rPr>
                <w:color w:val="000000"/>
                <w:sz w:val="15"/>
              </w:rPr>
              <w:t>samostojno oziroma z dogovorjeno oporo obnovi dogajanje</w:t>
            </w:r>
          </w:p>
          <w:p w14:paraId="04F467D6" w14:textId="77777777" w:rsidR="00187E2C" w:rsidRDefault="00000000">
            <w:pPr>
              <w:pStyle w:val="Oznaenseznam"/>
              <w:spacing w:after="16"/>
            </w:pPr>
            <w:r>
              <w:rPr>
                <w:color w:val="000000"/>
                <w:sz w:val="15"/>
              </w:rPr>
              <w:t>samostojno oziroma z dogovorjeno oporo opiše književno osebo</w:t>
            </w:r>
          </w:p>
          <w:p w14:paraId="2F4036F6" w14:textId="77777777" w:rsidR="00187E2C" w:rsidRDefault="00000000">
            <w:pPr>
              <w:pStyle w:val="Oznaenseznam"/>
              <w:spacing w:after="16"/>
            </w:pPr>
            <w:r>
              <w:rPr>
                <w:color w:val="000000"/>
                <w:sz w:val="15"/>
              </w:rPr>
              <w:t>samostojno oziroma z dogovorjeno oporo prepozna in poimenuje veliko tiskano črko R ter jo poveže z glasom /r/</w:t>
            </w:r>
          </w:p>
          <w:p w14:paraId="4D895A60" w14:textId="77777777" w:rsidR="00187E2C" w:rsidRDefault="00000000">
            <w:pPr>
              <w:pStyle w:val="Oznaenseznam"/>
              <w:spacing w:after="16"/>
            </w:pPr>
            <w:r>
              <w:rPr>
                <w:color w:val="000000"/>
                <w:sz w:val="15"/>
              </w:rPr>
              <w:t>samostojno oziroma z dogovorjeno oporo veččutno oblikuje in čitljivo zapiše veliko tiskano črko R</w:t>
            </w:r>
          </w:p>
        </w:tc>
        <w:tc>
          <w:tcPr>
            <w:tcW w:w="7087" w:type="dxa"/>
            <w:tcMar>
              <w:top w:w="70" w:type="dxa"/>
              <w:left w:w="90" w:type="dxa"/>
              <w:bottom w:w="70" w:type="dxa"/>
              <w:right w:w="90" w:type="dxa"/>
            </w:tcMar>
          </w:tcPr>
          <w:p w14:paraId="295CFB0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EADEBA0" w14:textId="77777777">
              <w:trPr>
                <w:jc w:val="center"/>
              </w:trPr>
              <w:tc>
                <w:tcPr>
                  <w:tcW w:w="7087" w:type="dxa"/>
                  <w:shd w:val="clear" w:color="auto" w:fill="C6E7F3"/>
                  <w:tcMar>
                    <w:top w:w="45" w:type="dxa"/>
                    <w:left w:w="70" w:type="dxa"/>
                    <w:bottom w:w="45" w:type="dxa"/>
                    <w:right w:w="70" w:type="dxa"/>
                  </w:tcMar>
                </w:tcPr>
                <w:p w14:paraId="6F161EF1" w14:textId="77777777" w:rsidR="00187E2C" w:rsidRDefault="00000000">
                  <w:pPr>
                    <w:keepNext/>
                  </w:pPr>
                  <w:r>
                    <w:rPr>
                      <w:b/>
                      <w:color w:val="000000"/>
                    </w:rPr>
                    <w:t>UVODNI DEL – motivacija, aktivacija predznanja in namen učenja (15–20 min)</w:t>
                  </w:r>
                </w:p>
              </w:tc>
            </w:tr>
          </w:tbl>
          <w:p w14:paraId="31353E81" w14:textId="77777777" w:rsidR="00187E2C" w:rsidRDefault="00187E2C">
            <w:pPr>
              <w:spacing w:line="20" w:lineRule="exact"/>
            </w:pPr>
          </w:p>
          <w:p w14:paraId="62ABAB7C" w14:textId="77777777" w:rsidR="00187E2C" w:rsidRDefault="00000000">
            <w:pPr>
              <w:spacing w:before="40" w:after="60" w:line="245" w:lineRule="auto"/>
            </w:pPr>
            <w:r>
              <w:rPr>
                <w:color w:val="000000"/>
                <w:sz w:val="16"/>
              </w:rPr>
              <w:t>Učenci ob naslovnici, odlomku ali ilustraciji dela »Janko in Metka« – brata Grimm doživljajsko vstopijo v motiv zima, gozd, varnost in pravljični prostor. S kretnjo, predmetom, sliko, glasom ali kratko povedjo pokažejo predznanje in napoved. Izhodiščni odziv povežejo z dejavnostjo ČRKA R • BRALNI LIST 17 – Berem črko R in zloge ter besede.</w:t>
            </w:r>
          </w:p>
          <w:tbl>
            <w:tblPr>
              <w:tblStyle w:val="Tabelamrea"/>
              <w:tblW w:w="0" w:type="auto"/>
              <w:jc w:val="center"/>
              <w:tblLayout w:type="fixed"/>
              <w:tblLook w:val="04A0" w:firstRow="1" w:lastRow="0" w:firstColumn="1" w:lastColumn="0" w:noHBand="0" w:noVBand="1"/>
            </w:tblPr>
            <w:tblGrid>
              <w:gridCol w:w="7087"/>
            </w:tblGrid>
            <w:tr w:rsidR="00187E2C" w14:paraId="6D8571A6" w14:textId="77777777">
              <w:trPr>
                <w:jc w:val="center"/>
              </w:trPr>
              <w:tc>
                <w:tcPr>
                  <w:tcW w:w="7087" w:type="dxa"/>
                  <w:shd w:val="clear" w:color="auto" w:fill="EDC9EA"/>
                  <w:tcMar>
                    <w:top w:w="45" w:type="dxa"/>
                    <w:left w:w="70" w:type="dxa"/>
                    <w:bottom w:w="45" w:type="dxa"/>
                    <w:right w:w="70" w:type="dxa"/>
                  </w:tcMar>
                </w:tcPr>
                <w:p w14:paraId="6EDE9EF8" w14:textId="77777777" w:rsidR="00187E2C" w:rsidRDefault="00000000">
                  <w:pPr>
                    <w:keepNext/>
                  </w:pPr>
                  <w:r>
                    <w:rPr>
                      <w:b/>
                      <w:color w:val="000000"/>
                    </w:rPr>
                    <w:t>NAMENI UČENJA</w:t>
                  </w:r>
                </w:p>
              </w:tc>
            </w:tr>
          </w:tbl>
          <w:p w14:paraId="3365DA54" w14:textId="77777777" w:rsidR="00187E2C" w:rsidRDefault="00187E2C">
            <w:pPr>
              <w:spacing w:line="20" w:lineRule="exact"/>
            </w:pPr>
          </w:p>
          <w:p w14:paraId="65758714"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8CBFDCE" w14:textId="77777777" w:rsidR="00187E2C" w:rsidRDefault="00000000">
            <w:pPr>
              <w:pStyle w:val="Oznaenseznam"/>
              <w:spacing w:after="16"/>
            </w:pPr>
            <w:r>
              <w:rPr>
                <w:color w:val="000000"/>
                <w:sz w:val="16"/>
              </w:rPr>
              <w:t>poslušam in razumem književno besedilo</w:t>
            </w:r>
          </w:p>
          <w:p w14:paraId="74D4A51E" w14:textId="77777777" w:rsidR="00187E2C" w:rsidRDefault="00000000">
            <w:pPr>
              <w:pStyle w:val="Oznaenseznam"/>
              <w:spacing w:after="16"/>
            </w:pPr>
            <w:r>
              <w:rPr>
                <w:color w:val="000000"/>
                <w:sz w:val="16"/>
              </w:rPr>
              <w:t>obnovim dogajanje</w:t>
            </w:r>
          </w:p>
          <w:p w14:paraId="1CCF7593" w14:textId="77777777" w:rsidR="00187E2C" w:rsidRDefault="00000000">
            <w:pPr>
              <w:pStyle w:val="Oznaenseznam"/>
              <w:spacing w:after="16"/>
            </w:pPr>
            <w:r>
              <w:rPr>
                <w:color w:val="000000"/>
                <w:sz w:val="16"/>
              </w:rPr>
              <w:t>opišem književno osebo</w:t>
            </w:r>
          </w:p>
          <w:p w14:paraId="5DDE3DAD" w14:textId="77777777" w:rsidR="00187E2C" w:rsidRDefault="00000000">
            <w:pPr>
              <w:pStyle w:val="Oznaenseznam"/>
              <w:spacing w:after="16"/>
            </w:pPr>
            <w:r>
              <w:rPr>
                <w:color w:val="000000"/>
                <w:sz w:val="16"/>
              </w:rPr>
              <w:t>prepoznam in poimenujem veliko tiskano črko R ter jo povežem z glasom /r/</w:t>
            </w:r>
          </w:p>
          <w:p w14:paraId="31F0F54F" w14:textId="77777777" w:rsidR="00187E2C" w:rsidRDefault="00000000">
            <w:pPr>
              <w:pStyle w:val="Oznaenseznam"/>
              <w:spacing w:after="16"/>
            </w:pPr>
            <w:r>
              <w:rPr>
                <w:color w:val="000000"/>
                <w:sz w:val="16"/>
              </w:rPr>
              <w:t>veččutno oblikujem in čitljivo zapišem veliko tiskano črko R</w:t>
            </w:r>
          </w:p>
          <w:p w14:paraId="03FF9AEA" w14:textId="77777777" w:rsidR="00187E2C" w:rsidRDefault="00000000">
            <w:pPr>
              <w:pStyle w:val="Oznaenseznam"/>
              <w:spacing w:after="16"/>
            </w:pPr>
            <w:r>
              <w:rPr>
                <w:color w:val="000000"/>
                <w:sz w:val="16"/>
              </w:rPr>
              <w:t>berem in sestavlja zloge oziroma besede z znanimi črkami: RIMA • MIR • VERA • MORJE</w:t>
            </w:r>
          </w:p>
          <w:tbl>
            <w:tblPr>
              <w:tblStyle w:val="Tabelamrea"/>
              <w:tblW w:w="0" w:type="auto"/>
              <w:jc w:val="center"/>
              <w:tblLayout w:type="fixed"/>
              <w:tblLook w:val="04A0" w:firstRow="1" w:lastRow="0" w:firstColumn="1" w:lastColumn="0" w:noHBand="0" w:noVBand="1"/>
            </w:tblPr>
            <w:tblGrid>
              <w:gridCol w:w="7087"/>
            </w:tblGrid>
            <w:tr w:rsidR="00187E2C" w14:paraId="508EE93F" w14:textId="77777777">
              <w:trPr>
                <w:jc w:val="center"/>
              </w:trPr>
              <w:tc>
                <w:tcPr>
                  <w:tcW w:w="7087" w:type="dxa"/>
                  <w:shd w:val="clear" w:color="auto" w:fill="EDC9EA"/>
                  <w:tcMar>
                    <w:top w:w="45" w:type="dxa"/>
                    <w:left w:w="70" w:type="dxa"/>
                    <w:bottom w:w="45" w:type="dxa"/>
                    <w:right w:w="70" w:type="dxa"/>
                  </w:tcMar>
                </w:tcPr>
                <w:p w14:paraId="7FE6B3DC" w14:textId="77777777" w:rsidR="00187E2C" w:rsidRDefault="00000000">
                  <w:pPr>
                    <w:keepNext/>
                  </w:pPr>
                  <w:r>
                    <w:rPr>
                      <w:b/>
                      <w:color w:val="000000"/>
                    </w:rPr>
                    <w:t>PREVERJANJE PREDZNANJA</w:t>
                  </w:r>
                </w:p>
              </w:tc>
            </w:tr>
          </w:tbl>
          <w:p w14:paraId="1596E623" w14:textId="77777777" w:rsidR="00187E2C" w:rsidRDefault="00187E2C">
            <w:pPr>
              <w:spacing w:line="20" w:lineRule="exact"/>
            </w:pPr>
          </w:p>
          <w:p w14:paraId="590794CB" w14:textId="77777777" w:rsidR="00187E2C" w:rsidRDefault="00000000">
            <w:pPr>
              <w:pStyle w:val="Oznaenseznam"/>
              <w:spacing w:after="16"/>
            </w:pPr>
            <w:r>
              <w:rPr>
                <w:color w:val="000000"/>
                <w:sz w:val="16"/>
              </w:rPr>
              <w:t>Kaj mi naslovnica, ilustracija ali naslov pove o motivu zima, gozd, varnost in pravljični prostor?</w:t>
            </w:r>
          </w:p>
          <w:p w14:paraId="12E425E9" w14:textId="77777777" w:rsidR="00187E2C" w:rsidRDefault="00000000">
            <w:pPr>
              <w:pStyle w:val="Oznaenseznam"/>
              <w:spacing w:after="16"/>
            </w:pPr>
            <w:r>
              <w:rPr>
                <w:color w:val="000000"/>
                <w:sz w:val="16"/>
              </w:rPr>
              <w:t>Kje v besedah slišim glas /r/ in po katerih potezah prepoznam črko R?</w:t>
            </w:r>
          </w:p>
          <w:p w14:paraId="558F2047"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296F082D" w14:textId="77777777">
              <w:trPr>
                <w:jc w:val="center"/>
              </w:trPr>
              <w:tc>
                <w:tcPr>
                  <w:tcW w:w="7087" w:type="dxa"/>
                  <w:shd w:val="clear" w:color="auto" w:fill="EDC9EA"/>
                  <w:tcMar>
                    <w:top w:w="45" w:type="dxa"/>
                    <w:left w:w="70" w:type="dxa"/>
                    <w:bottom w:w="45" w:type="dxa"/>
                    <w:right w:w="70" w:type="dxa"/>
                  </w:tcMar>
                </w:tcPr>
                <w:p w14:paraId="6ED62C51" w14:textId="77777777" w:rsidR="00187E2C" w:rsidRDefault="00000000">
                  <w:pPr>
                    <w:keepNext/>
                  </w:pPr>
                  <w:r>
                    <w:rPr>
                      <w:b/>
                      <w:color w:val="000000"/>
                    </w:rPr>
                    <w:t>KRITERIJI USPEŠNOSTI</w:t>
                  </w:r>
                </w:p>
              </w:tc>
            </w:tr>
          </w:tbl>
          <w:p w14:paraId="23997DCB" w14:textId="77777777" w:rsidR="00187E2C" w:rsidRDefault="00187E2C"/>
          <w:p w14:paraId="527B873F" w14:textId="77777777" w:rsidR="00187E2C" w:rsidRDefault="00000000">
            <w:pPr>
              <w:spacing w:before="20" w:after="20" w:line="245" w:lineRule="auto"/>
            </w:pPr>
            <w:r>
              <w:rPr>
                <w:b/>
                <w:color w:val="000000"/>
                <w:sz w:val="16"/>
              </w:rPr>
              <w:t>Uspešen/-na bom, ko:</w:t>
            </w:r>
          </w:p>
          <w:p w14:paraId="6800660F" w14:textId="77777777" w:rsidR="00187E2C" w:rsidRDefault="00000000">
            <w:pPr>
              <w:pStyle w:val="Oznaenseznam"/>
              <w:spacing w:after="16"/>
            </w:pPr>
            <w:r>
              <w:rPr>
                <w:color w:val="000000"/>
                <w:sz w:val="16"/>
              </w:rPr>
              <w:t>poslušam in razumem književno besedilo</w:t>
            </w:r>
          </w:p>
          <w:p w14:paraId="7258360C" w14:textId="77777777" w:rsidR="00187E2C" w:rsidRDefault="00000000">
            <w:pPr>
              <w:pStyle w:val="Oznaenseznam"/>
              <w:spacing w:after="16"/>
            </w:pPr>
            <w:r>
              <w:rPr>
                <w:color w:val="000000"/>
                <w:sz w:val="16"/>
              </w:rPr>
              <w:t>obnovim dogajanje</w:t>
            </w:r>
          </w:p>
          <w:p w14:paraId="3D1E5A14" w14:textId="77777777" w:rsidR="00187E2C" w:rsidRDefault="00000000">
            <w:pPr>
              <w:pStyle w:val="Oznaenseznam"/>
              <w:spacing w:after="16"/>
            </w:pPr>
            <w:r>
              <w:rPr>
                <w:color w:val="000000"/>
                <w:sz w:val="16"/>
              </w:rPr>
              <w:t>opišem književno osebo</w:t>
            </w:r>
          </w:p>
          <w:p w14:paraId="50728483" w14:textId="77777777" w:rsidR="00187E2C" w:rsidRDefault="00000000">
            <w:pPr>
              <w:pStyle w:val="Oznaenseznam"/>
              <w:spacing w:after="16"/>
            </w:pPr>
            <w:r>
              <w:rPr>
                <w:color w:val="000000"/>
                <w:sz w:val="16"/>
              </w:rPr>
              <w:t>prepoznam in poimenujem veliko tiskano črko R ter jo povežem z glasom /r/</w:t>
            </w:r>
          </w:p>
          <w:p w14:paraId="545267DC" w14:textId="77777777" w:rsidR="00187E2C" w:rsidRDefault="00000000">
            <w:pPr>
              <w:pStyle w:val="Oznaenseznam"/>
              <w:spacing w:after="16"/>
            </w:pPr>
            <w:r>
              <w:rPr>
                <w:color w:val="000000"/>
                <w:sz w:val="16"/>
              </w:rPr>
              <w:t>veččutno oblikujem in čitljivo zapišem veliko tiskano črko R</w:t>
            </w:r>
          </w:p>
          <w:p w14:paraId="78674DB1" w14:textId="77777777" w:rsidR="00187E2C" w:rsidRDefault="00000000">
            <w:pPr>
              <w:pStyle w:val="Oznaenseznam"/>
              <w:spacing w:after="16"/>
            </w:pPr>
            <w:r>
              <w:rPr>
                <w:color w:val="000000"/>
                <w:sz w:val="16"/>
              </w:rPr>
              <w:t>berem in sestavlja zloge oziroma besede z znanimi črkami: RIMA • MIR • VERA • MORJE</w:t>
            </w:r>
          </w:p>
          <w:p w14:paraId="2E1C7949"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1565B446" w14:textId="77777777" w:rsidR="00187E2C" w:rsidRDefault="00187E2C"/>
          <w:p w14:paraId="79C1913B"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11ED804B" w14:textId="77777777" w:rsidR="00187E2C" w:rsidRDefault="00000000">
            <w:pPr>
              <w:spacing w:after="80" w:line="245" w:lineRule="auto"/>
            </w:pPr>
            <w:r>
              <w:rPr>
                <w:color w:val="000000"/>
                <w:sz w:val="16"/>
              </w:rPr>
              <w:t>Pove, pokaže ali nariše, kaj že ve in katero strategijo bi uporabil.</w:t>
            </w:r>
          </w:p>
          <w:p w14:paraId="5F5F7A76" w14:textId="77777777" w:rsidR="00187E2C" w:rsidRDefault="00000000">
            <w:pPr>
              <w:spacing w:after="100" w:line="245" w:lineRule="auto"/>
            </w:pPr>
            <w:r>
              <w:rPr>
                <w:color w:val="000000"/>
                <w:sz w:val="16"/>
              </w:rPr>
              <w:t>Sodeluje pri razumevanju namenov in kriterijev uspešnosti.</w:t>
            </w:r>
          </w:p>
          <w:p w14:paraId="6CE9EA10" w14:textId="77777777" w:rsidR="00187E2C" w:rsidRDefault="00000000">
            <w:pPr>
              <w:spacing w:after="20" w:line="245" w:lineRule="auto"/>
            </w:pPr>
            <w:r>
              <w:rPr>
                <w:b/>
                <w:color w:val="D95BC6"/>
                <w:sz w:val="17"/>
              </w:rPr>
              <w:t>DOKAZ O UČENJU</w:t>
            </w:r>
          </w:p>
          <w:p w14:paraId="64C568E9"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0CEA029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2A42AF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871900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7AE3E99" w14:textId="77777777" w:rsidR="00187E2C" w:rsidRDefault="00000000">
            <w:pPr>
              <w:jc w:val="center"/>
            </w:pPr>
            <w:r>
              <w:rPr>
                <w:b/>
                <w:color w:val="000000"/>
                <w:sz w:val="20"/>
              </w:rPr>
              <w:t>UČNE DEJAVNOSTI, METODE IN FORMATIVNO SPREMLJANJE</w:t>
            </w:r>
          </w:p>
        </w:tc>
      </w:tr>
      <w:tr w:rsidR="00187E2C" w14:paraId="3E1AFA22" w14:textId="77777777">
        <w:trPr>
          <w:tblHeader/>
          <w:jc w:val="center"/>
        </w:trPr>
        <w:tc>
          <w:tcPr>
            <w:tcW w:w="4422" w:type="dxa"/>
            <w:vMerge/>
            <w:tcMar>
              <w:top w:w="70" w:type="dxa"/>
              <w:left w:w="90" w:type="dxa"/>
              <w:bottom w:w="70" w:type="dxa"/>
              <w:right w:w="90" w:type="dxa"/>
            </w:tcMar>
            <w:vAlign w:val="center"/>
          </w:tcPr>
          <w:p w14:paraId="2F10B566" w14:textId="77777777" w:rsidR="00187E2C" w:rsidRDefault="00187E2C"/>
        </w:tc>
        <w:tc>
          <w:tcPr>
            <w:tcW w:w="7087" w:type="dxa"/>
            <w:shd w:val="clear" w:color="auto" w:fill="FFFFFF"/>
            <w:tcMar>
              <w:top w:w="70" w:type="dxa"/>
              <w:left w:w="90" w:type="dxa"/>
              <w:bottom w:w="70" w:type="dxa"/>
              <w:right w:w="90" w:type="dxa"/>
            </w:tcMar>
            <w:vAlign w:val="center"/>
          </w:tcPr>
          <w:p w14:paraId="2F0BCCF8"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C3016F" w14:textId="77777777" w:rsidR="00187E2C" w:rsidRDefault="00000000">
            <w:pPr>
              <w:jc w:val="center"/>
            </w:pPr>
            <w:r>
              <w:rPr>
                <w:b/>
                <w:color w:val="000000"/>
              </w:rPr>
              <w:t>UČENEC</w:t>
            </w:r>
          </w:p>
        </w:tc>
      </w:tr>
      <w:tr w:rsidR="00187E2C" w14:paraId="4E3FF7D8" w14:textId="77777777">
        <w:trPr>
          <w:jc w:val="center"/>
        </w:trPr>
        <w:tc>
          <w:tcPr>
            <w:tcW w:w="4422" w:type="dxa"/>
            <w:tcMar>
              <w:top w:w="70" w:type="dxa"/>
              <w:left w:w="90" w:type="dxa"/>
              <w:bottom w:w="70" w:type="dxa"/>
              <w:right w:w="90" w:type="dxa"/>
            </w:tcMar>
          </w:tcPr>
          <w:p w14:paraId="2BFAB91A" w14:textId="77777777" w:rsidR="00187E2C" w:rsidRDefault="00187E2C"/>
          <w:p w14:paraId="4C9BF09D" w14:textId="77777777" w:rsidR="00187E2C" w:rsidRDefault="00000000">
            <w:pPr>
              <w:spacing w:after="40" w:line="245" w:lineRule="auto"/>
            </w:pPr>
            <w:r>
              <w:rPr>
                <w:b/>
                <w:color w:val="000000"/>
              </w:rPr>
              <w:t>KLJUČNI POJMI</w:t>
            </w:r>
          </w:p>
          <w:p w14:paraId="156A8C88" w14:textId="77777777" w:rsidR="00187E2C" w:rsidRDefault="00000000">
            <w:pPr>
              <w:spacing w:after="60" w:line="245" w:lineRule="auto"/>
            </w:pPr>
            <w:r>
              <w:rPr>
                <w:color w:val="000000"/>
                <w:sz w:val="15"/>
              </w:rPr>
              <w:t>glas /r/, črka R, zlog, beseda, poved, smer poteze, bralna strategija, naslov, avtor, ilustrator, književna oseba</w:t>
            </w:r>
          </w:p>
          <w:p w14:paraId="339DFA8C" w14:textId="77777777" w:rsidR="00187E2C" w:rsidRDefault="00000000">
            <w:pPr>
              <w:spacing w:after="20" w:line="245" w:lineRule="auto"/>
            </w:pPr>
            <w:r>
              <w:rPr>
                <w:b/>
                <w:color w:val="000000"/>
                <w:sz w:val="17"/>
              </w:rPr>
              <w:t>DOKAZI O UČENJU</w:t>
            </w:r>
          </w:p>
          <w:p w14:paraId="4EA1AF17" w14:textId="77777777" w:rsidR="00187E2C" w:rsidRDefault="00000000">
            <w:pPr>
              <w:pStyle w:val="Oznaenseznam"/>
              <w:spacing w:after="9"/>
            </w:pPr>
            <w:r>
              <w:rPr>
                <w:color w:val="000000"/>
                <w:sz w:val="15"/>
              </w:rPr>
              <w:t>odziv med poslušanjem, izbrana slika in ena poved o doživetju.</w:t>
            </w:r>
          </w:p>
          <w:p w14:paraId="2BC6E437" w14:textId="77777777" w:rsidR="00187E2C" w:rsidRDefault="00000000">
            <w:pPr>
              <w:pStyle w:val="Oznaenseznam"/>
              <w:spacing w:after="9"/>
            </w:pPr>
            <w:r>
              <w:rPr>
                <w:color w:val="000000"/>
                <w:sz w:val="15"/>
              </w:rPr>
              <w:t>zvočni posnetek ali anekdotski zapis kratke izmenjave.</w:t>
            </w:r>
          </w:p>
          <w:p w14:paraId="082DEA2D" w14:textId="77777777" w:rsidR="00187E2C" w:rsidRDefault="00000000">
            <w:pPr>
              <w:pStyle w:val="Oznaenseznam"/>
              <w:spacing w:after="9"/>
            </w:pPr>
            <w:r>
              <w:rPr>
                <w:color w:val="000000"/>
                <w:sz w:val="15"/>
              </w:rPr>
              <w:t>pravilno sestavljen primer in učenčeva ustna razlaga postopka.</w:t>
            </w:r>
          </w:p>
          <w:p w14:paraId="647D6BCE" w14:textId="77777777" w:rsidR="00187E2C" w:rsidRDefault="00000000">
            <w:pPr>
              <w:pStyle w:val="Oznaenseznam"/>
              <w:spacing w:after="9"/>
            </w:pPr>
            <w:r>
              <w:rPr>
                <w:color w:val="000000"/>
                <w:sz w:val="15"/>
              </w:rPr>
              <w:t>štiri pravilne glasovne odločitve, izbor črke R in kratka učenčeva razlaga.</w:t>
            </w:r>
          </w:p>
          <w:p w14:paraId="3A9DA52A" w14:textId="77777777" w:rsidR="00187E2C" w:rsidRDefault="00000000">
            <w:pPr>
              <w:pStyle w:val="Oznaenseznam"/>
              <w:spacing w:after="9"/>
            </w:pPr>
            <w:r>
              <w:rPr>
                <w:color w:val="000000"/>
                <w:sz w:val="15"/>
              </w:rPr>
              <w:t>fotografija konstrukcije črke R, opazovalni zapis smeri potez in datirana vrstica treh zapisov.</w:t>
            </w:r>
          </w:p>
          <w:p w14:paraId="4CD6023E" w14:textId="77777777" w:rsidR="00187E2C" w:rsidRDefault="00000000">
            <w:pPr>
              <w:pStyle w:val="Oznaenseznam"/>
              <w:spacing w:after="9"/>
            </w:pPr>
            <w:r>
              <w:rPr>
                <w:color w:val="000000"/>
                <w:sz w:val="15"/>
              </w:rPr>
              <w:t>izpolnjen Bralni list 17, individualni bralni zapis, sestavljen ali zapisan primer s črko R in samovrednotenje.</w:t>
            </w:r>
          </w:p>
          <w:p w14:paraId="4920D106" w14:textId="77777777" w:rsidR="00187E2C" w:rsidRDefault="00000000">
            <w:pPr>
              <w:spacing w:before="40" w:after="20" w:line="245" w:lineRule="auto"/>
            </w:pPr>
            <w:r>
              <w:rPr>
                <w:b/>
                <w:color w:val="000000"/>
                <w:sz w:val="17"/>
              </w:rPr>
              <w:t>KNJIŽEVNO DOŽIVETJE IN IZKUŠENJSKI POUK</w:t>
            </w:r>
          </w:p>
          <w:p w14:paraId="0AFFBE7B"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103B2C5C" w14:textId="77777777" w:rsidR="00187E2C" w:rsidRDefault="00000000">
            <w:pPr>
              <w:spacing w:after="20" w:line="245" w:lineRule="auto"/>
            </w:pPr>
            <w:r>
              <w:rPr>
                <w:b/>
                <w:color w:val="000000"/>
                <w:sz w:val="17"/>
              </w:rPr>
              <w:t>POUČEVANJE V GIBANJU</w:t>
            </w:r>
          </w:p>
          <w:p w14:paraId="49217753"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23EB83F2" w14:textId="77777777" w:rsidR="00187E2C" w:rsidRDefault="00000000">
            <w:pPr>
              <w:spacing w:after="20" w:line="245" w:lineRule="auto"/>
            </w:pPr>
            <w:r>
              <w:rPr>
                <w:b/>
                <w:color w:val="000000"/>
                <w:sz w:val="17"/>
              </w:rPr>
              <w:t>DELO PO POSTAJAH</w:t>
            </w:r>
          </w:p>
          <w:p w14:paraId="1D3197C2" w14:textId="77777777" w:rsidR="00187E2C" w:rsidRDefault="00000000">
            <w:pPr>
              <w:spacing w:after="60" w:line="245" w:lineRule="auto"/>
            </w:pPr>
            <w:r>
              <w:rPr>
                <w:color w:val="000000"/>
                <w:sz w:val="15"/>
              </w:rPr>
              <w:t>1. doživljajsko-književna – poslušanje, pogovor, igra vlog in predmetno/slikovno izhodišče; 2. glasovno-gibalna – slišim glas /r/, razvrščam besede in sestavljam žive zloge; 3. bralna – ČRKA R • BRALNI LIST 17, modelirano, vodeno ali ponovljeno branje; 4. tipno-grafomotorična – črko R oblikujem, hodim po njeni poti in jo zapišem ter izbor dokaza, povratna informacija in naslednji korak.</w:t>
            </w:r>
          </w:p>
          <w:p w14:paraId="1297B3D6" w14:textId="77777777" w:rsidR="00187E2C" w:rsidRDefault="00000000">
            <w:pPr>
              <w:spacing w:after="20" w:line="245" w:lineRule="auto"/>
            </w:pPr>
            <w:r>
              <w:rPr>
                <w:b/>
                <w:color w:val="000000"/>
                <w:sz w:val="17"/>
              </w:rPr>
              <w:t>DIFERENCIACIJA IN VKLJUČEVANJE</w:t>
            </w:r>
          </w:p>
          <w:p w14:paraId="60DAE1B8"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48124CE6" w14:textId="77777777" w:rsidR="00187E2C" w:rsidRDefault="00000000">
            <w:pPr>
              <w:spacing w:after="20" w:line="245" w:lineRule="auto"/>
            </w:pPr>
            <w:r>
              <w:rPr>
                <w:b/>
                <w:color w:val="000000"/>
                <w:sz w:val="17"/>
              </w:rPr>
              <w:t>SPREMLJANJE</w:t>
            </w:r>
          </w:p>
          <w:p w14:paraId="011CF378"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4EB4E2E3"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6993275" w14:textId="77777777">
              <w:trPr>
                <w:jc w:val="center"/>
              </w:trPr>
              <w:tc>
                <w:tcPr>
                  <w:tcW w:w="7087" w:type="dxa"/>
                  <w:shd w:val="clear" w:color="auto" w:fill="C6E7F3"/>
                  <w:tcMar>
                    <w:top w:w="45" w:type="dxa"/>
                    <w:left w:w="70" w:type="dxa"/>
                    <w:bottom w:w="45" w:type="dxa"/>
                    <w:right w:w="70" w:type="dxa"/>
                  </w:tcMar>
                </w:tcPr>
                <w:p w14:paraId="0C710353" w14:textId="77777777" w:rsidR="00187E2C" w:rsidRDefault="00000000">
                  <w:pPr>
                    <w:keepNext/>
                  </w:pPr>
                  <w:r>
                    <w:rPr>
                      <w:b/>
                      <w:color w:val="000000"/>
                      <w:sz w:val="17"/>
                    </w:rPr>
                    <w:t>GLAVNI DEL – DOŽIVLJAJSKO, JEZIKOVNO IN OPISMENJEVALNO UČENJE (6 šolskih ur)</w:t>
                  </w:r>
                </w:p>
              </w:tc>
            </w:tr>
          </w:tbl>
          <w:p w14:paraId="1E31B242" w14:textId="77777777" w:rsidR="00187E2C" w:rsidRDefault="00187E2C">
            <w:pPr>
              <w:spacing w:line="20" w:lineRule="exact"/>
            </w:pPr>
          </w:p>
          <w:p w14:paraId="73905C33" w14:textId="77777777" w:rsidR="00187E2C" w:rsidRDefault="00000000">
            <w:pPr>
              <w:keepNext/>
              <w:spacing w:before="22" w:after="6" w:line="245" w:lineRule="auto"/>
            </w:pPr>
            <w:r>
              <w:rPr>
                <w:b/>
                <w:color w:val="000000"/>
                <w:sz w:val="15"/>
              </w:rPr>
              <w:t>1. URA – Pravljica – Poslušam in doživljam</w:t>
            </w:r>
          </w:p>
          <w:p w14:paraId="042E02A6"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»pravljica • velika tiskana črka r • bralni list 17«; sproti zbira individualne dokaze in prilagodi oporo.</w:t>
            </w:r>
          </w:p>
          <w:p w14:paraId="74283FFE"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»posluša in razume književno besedilo«.</w:t>
            </w:r>
          </w:p>
          <w:p w14:paraId="472BDB20" w14:textId="77777777" w:rsidR="00187E2C" w:rsidRDefault="00000000">
            <w:pPr>
              <w:spacing w:after="15" w:line="245" w:lineRule="auto"/>
            </w:pPr>
            <w:r>
              <w:rPr>
                <w:i/>
                <w:color w:val="D95BC6"/>
                <w:sz w:val="14"/>
              </w:rPr>
              <w:t>Predvideni dokaz: odziv med poslušanjem, izbrana slika in ena poved o doživetju..</w:t>
            </w:r>
          </w:p>
          <w:p w14:paraId="78822B2B" w14:textId="77777777" w:rsidR="00187E2C" w:rsidRDefault="00000000">
            <w:pPr>
              <w:keepNext/>
              <w:spacing w:before="22" w:after="6" w:line="245" w:lineRule="auto"/>
            </w:pPr>
            <w:r>
              <w:rPr>
                <w:b/>
                <w:color w:val="000000"/>
                <w:sz w:val="15"/>
              </w:rPr>
              <w:t>2. URA – Pravljica – Govorim in pojasnjujem</w:t>
            </w:r>
          </w:p>
          <w:p w14:paraId="34BF1AF1"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22794F04"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»obnovi dogajanje«.</w:t>
            </w:r>
          </w:p>
          <w:p w14:paraId="22D92086" w14:textId="77777777" w:rsidR="00187E2C" w:rsidRDefault="00000000">
            <w:pPr>
              <w:spacing w:after="15" w:line="245" w:lineRule="auto"/>
            </w:pPr>
            <w:r>
              <w:rPr>
                <w:i/>
                <w:color w:val="D95BC6"/>
                <w:sz w:val="14"/>
              </w:rPr>
              <w:t>Predvideni dokaz: zvočni posnetek ali anekdotski zapis kratke izmenjave..</w:t>
            </w:r>
          </w:p>
          <w:p w14:paraId="7EC186DF" w14:textId="77777777" w:rsidR="00187E2C" w:rsidRDefault="00000000">
            <w:pPr>
              <w:keepNext/>
              <w:spacing w:before="22" w:after="6" w:line="245" w:lineRule="auto"/>
            </w:pPr>
            <w:r>
              <w:rPr>
                <w:b/>
                <w:color w:val="000000"/>
                <w:sz w:val="15"/>
              </w:rPr>
              <w:t>3. URA – Pravljica – Razčlenjujem jezik</w:t>
            </w:r>
          </w:p>
          <w:p w14:paraId="6160232E"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40327374"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»opiše književno osebo«.</w:t>
            </w:r>
          </w:p>
          <w:p w14:paraId="6A83F783" w14:textId="77777777" w:rsidR="00187E2C" w:rsidRDefault="00000000">
            <w:pPr>
              <w:spacing w:after="15" w:line="245" w:lineRule="auto"/>
            </w:pPr>
            <w:r>
              <w:rPr>
                <w:i/>
                <w:color w:val="D95BC6"/>
                <w:sz w:val="14"/>
              </w:rPr>
              <w:t>Predvideni dokaz: pravilno sestavljen primer in učenčeva ustna razlaga postopka..</w:t>
            </w:r>
          </w:p>
          <w:p w14:paraId="63BB5CA4" w14:textId="77777777" w:rsidR="00187E2C" w:rsidRDefault="00000000">
            <w:pPr>
              <w:keepNext/>
              <w:spacing w:before="22" w:after="6" w:line="245" w:lineRule="auto"/>
            </w:pPr>
            <w:r>
              <w:rPr>
                <w:b/>
                <w:color w:val="000000"/>
                <w:sz w:val="15"/>
              </w:rPr>
              <w:t>4. URA – SLIŠIM GLAS /r/ IN ODKRIVAM ČRKO R</w:t>
            </w:r>
          </w:p>
          <w:p w14:paraId="25DDE9AE"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(riba, ura, sir, morje); učenci se premikajo v kote začetek–sredina–konec, nato med črkami poiščejo R in jo oblikujejo s telesom.</w:t>
            </w:r>
          </w:p>
          <w:p w14:paraId="4D5A737B"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R ter jo predstavi s telesom ali vrvjo.</w:t>
            </w:r>
          </w:p>
          <w:p w14:paraId="220D0329" w14:textId="77777777" w:rsidR="00187E2C" w:rsidRDefault="00000000">
            <w:pPr>
              <w:spacing w:after="15" w:line="245" w:lineRule="auto"/>
            </w:pPr>
            <w:r>
              <w:rPr>
                <w:i/>
                <w:color w:val="D95BC6"/>
                <w:sz w:val="14"/>
              </w:rPr>
              <w:t>Predvideni dokaz: štiri pravilne glasovne odločitve, izbor črke R in kratka učenčeva razlaga..</w:t>
            </w:r>
          </w:p>
          <w:p w14:paraId="683F0EB0" w14:textId="77777777" w:rsidR="00187E2C" w:rsidRDefault="00000000">
            <w:pPr>
              <w:keepNext/>
              <w:spacing w:before="22" w:after="6" w:line="245" w:lineRule="auto"/>
            </w:pPr>
            <w:r>
              <w:rPr>
                <w:b/>
                <w:color w:val="000000"/>
                <w:sz w:val="15"/>
              </w:rPr>
              <w:t>5. URA – Oblikujem in pišem črko R</w:t>
            </w:r>
          </w:p>
          <w:p w14:paraId="56236B20"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27D187C3" w14:textId="77777777" w:rsidR="00187E2C" w:rsidRDefault="00000000">
            <w:pPr>
              <w:spacing w:after="7" w:line="245" w:lineRule="auto"/>
            </w:pPr>
            <w:r>
              <w:rPr>
                <w:b/>
                <w:color w:val="000000"/>
                <w:sz w:val="14"/>
              </w:rPr>
              <w:t xml:space="preserve">Dejavnost učencev: </w:t>
            </w:r>
            <w:r>
              <w:rPr>
                <w:color w:val="000000"/>
                <w:sz w:val="14"/>
              </w:rPr>
              <w:t>Črko R gradi in zapisuje na različnih podlagah, nato preide na manjši format; po povratni informaciji ponovi isti zapis.</w:t>
            </w:r>
          </w:p>
          <w:p w14:paraId="2C521537" w14:textId="77777777" w:rsidR="00187E2C" w:rsidRDefault="00000000">
            <w:pPr>
              <w:spacing w:after="15" w:line="245" w:lineRule="auto"/>
            </w:pPr>
            <w:r>
              <w:rPr>
                <w:i/>
                <w:color w:val="D95BC6"/>
                <w:sz w:val="14"/>
              </w:rPr>
              <w:t>Predvideni dokaz: fotografija konstrukcije črke R, opazovalni zapis smeri potez in datirana vrstica treh zapisov..</w:t>
            </w:r>
          </w:p>
          <w:p w14:paraId="64049C7F" w14:textId="77777777" w:rsidR="00187E2C" w:rsidRDefault="00000000">
            <w:pPr>
              <w:keepNext/>
              <w:spacing w:before="22" w:after="6" w:line="245" w:lineRule="auto"/>
            </w:pPr>
            <w:r>
              <w:rPr>
                <w:b/>
                <w:color w:val="000000"/>
                <w:sz w:val="15"/>
              </w:rPr>
              <w:t>6. URA – Berem in uporabim črko R</w:t>
            </w:r>
          </w:p>
          <w:p w14:paraId="1FF492D9"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R in Bralni list 17; gradivo omeji na znane črke A, E, I, O, U, N, M, T, J, V, R.</w:t>
            </w:r>
          </w:p>
          <w:p w14:paraId="04B25917" w14:textId="77777777" w:rsidR="00187E2C" w:rsidRDefault="00000000">
            <w:pPr>
              <w:spacing w:after="7" w:line="245" w:lineRule="auto"/>
            </w:pPr>
            <w:r>
              <w:rPr>
                <w:b/>
                <w:color w:val="000000"/>
                <w:sz w:val="14"/>
              </w:rPr>
              <w:t xml:space="preserve">Dejavnost učencev: </w:t>
            </w:r>
            <w:r>
              <w:rPr>
                <w:color w:val="000000"/>
                <w:sz w:val="14"/>
              </w:rPr>
              <w:t>Sestavlja, premešča in bere RA • RI • RO • RE • RU ter RIMA • MIR • VERA • MORJE; izbere zahtevnost in rešuje Bralni list 17.</w:t>
            </w:r>
          </w:p>
          <w:p w14:paraId="49107B0E" w14:textId="77777777" w:rsidR="00187E2C" w:rsidRDefault="00000000">
            <w:pPr>
              <w:spacing w:after="15" w:line="245" w:lineRule="auto"/>
            </w:pPr>
            <w:r>
              <w:rPr>
                <w:i/>
                <w:color w:val="D95BC6"/>
                <w:sz w:val="14"/>
              </w:rPr>
              <w:t>Predvideni dokaz: izpolnjen Bralni list 17, individualni bralni zapis, sestavljen ali zapisan primer s črko R in samovrednotenje..</w:t>
            </w:r>
          </w:p>
          <w:tbl>
            <w:tblPr>
              <w:tblStyle w:val="Tabelamrea"/>
              <w:tblW w:w="0" w:type="auto"/>
              <w:jc w:val="center"/>
              <w:tblLayout w:type="fixed"/>
              <w:tblLook w:val="04A0" w:firstRow="1" w:lastRow="0" w:firstColumn="1" w:lastColumn="0" w:noHBand="0" w:noVBand="1"/>
            </w:tblPr>
            <w:tblGrid>
              <w:gridCol w:w="7087"/>
            </w:tblGrid>
            <w:tr w:rsidR="00187E2C" w14:paraId="77327CC8" w14:textId="77777777">
              <w:trPr>
                <w:jc w:val="center"/>
              </w:trPr>
              <w:tc>
                <w:tcPr>
                  <w:tcW w:w="7087" w:type="dxa"/>
                  <w:shd w:val="clear" w:color="auto" w:fill="EDC9EA"/>
                  <w:tcMar>
                    <w:top w:w="45" w:type="dxa"/>
                    <w:left w:w="70" w:type="dxa"/>
                    <w:bottom w:w="45" w:type="dxa"/>
                    <w:right w:w="70" w:type="dxa"/>
                  </w:tcMar>
                </w:tcPr>
                <w:p w14:paraId="184DAEAA" w14:textId="77777777" w:rsidR="00187E2C" w:rsidRDefault="00000000">
                  <w:pPr>
                    <w:keepNext/>
                  </w:pPr>
                  <w:r>
                    <w:rPr>
                      <w:b/>
                      <w:color w:val="000000"/>
                      <w:sz w:val="17"/>
                    </w:rPr>
                    <w:t>POVRATNA INFORMACIJA UČITELJICE MED DELOM</w:t>
                  </w:r>
                </w:p>
              </w:tc>
            </w:tr>
          </w:tbl>
          <w:p w14:paraId="66E9FA5E" w14:textId="77777777" w:rsidR="00187E2C" w:rsidRDefault="00187E2C"/>
          <w:p w14:paraId="3936CFC6"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06CDC0CA" w14:textId="77777777" w:rsidR="00187E2C" w:rsidRDefault="00187E2C"/>
          <w:p w14:paraId="1E69C167" w14:textId="77777777" w:rsidR="00187E2C" w:rsidRDefault="00000000">
            <w:pPr>
              <w:spacing w:after="4" w:line="245" w:lineRule="auto"/>
            </w:pPr>
            <w:r>
              <w:rPr>
                <w:b/>
                <w:color w:val="000000"/>
                <w:sz w:val="15"/>
              </w:rPr>
              <w:t>1. URA – Pravljica – Poslušam in doživljam</w:t>
            </w:r>
          </w:p>
          <w:p w14:paraId="5A2D52D9" w14:textId="77777777" w:rsidR="00187E2C" w:rsidRDefault="00000000">
            <w:pPr>
              <w:spacing w:after="7" w:line="245" w:lineRule="auto"/>
            </w:pPr>
            <w:r>
              <w:rPr>
                <w:color w:val="000000"/>
                <w:sz w:val="14"/>
              </w:rPr>
              <w:t>Napoveduje ob naslovu/sliki, med poslušanjem pokaže dogovorjen znak in po poslušanju izbere sliko občutja.</w:t>
            </w:r>
          </w:p>
          <w:p w14:paraId="17D04526" w14:textId="77777777" w:rsidR="00187E2C" w:rsidRDefault="00000000">
            <w:pPr>
              <w:spacing w:after="15" w:line="245" w:lineRule="auto"/>
            </w:pPr>
            <w:r>
              <w:rPr>
                <w:color w:val="D95BC6"/>
                <w:sz w:val="13"/>
              </w:rPr>
              <w:t>Dokaz: odziv med poslušanjem, izbrana slika in ena poved o doživetju.</w:t>
            </w:r>
          </w:p>
          <w:p w14:paraId="2BF96F04" w14:textId="77777777" w:rsidR="00187E2C" w:rsidRDefault="00000000">
            <w:pPr>
              <w:spacing w:after="4" w:line="245" w:lineRule="auto"/>
            </w:pPr>
            <w:r>
              <w:rPr>
                <w:b/>
                <w:color w:val="000000"/>
                <w:sz w:val="15"/>
              </w:rPr>
              <w:t>2. URA – Pravljica – Govorim in pojasnjujem</w:t>
            </w:r>
          </w:p>
          <w:p w14:paraId="1B24A660" w14:textId="77777777" w:rsidR="00187E2C" w:rsidRDefault="00000000">
            <w:pPr>
              <w:spacing w:after="7" w:line="245" w:lineRule="auto"/>
            </w:pPr>
            <w:r>
              <w:rPr>
                <w:color w:val="000000"/>
                <w:sz w:val="14"/>
              </w:rPr>
              <w:t>V paru govori in posluša, zamenja vlogo, postavi vprašanje ter uporabi besedo iz tedenske besedne banke.</w:t>
            </w:r>
          </w:p>
          <w:p w14:paraId="680F7402" w14:textId="77777777" w:rsidR="00187E2C" w:rsidRDefault="00000000">
            <w:pPr>
              <w:spacing w:after="15" w:line="245" w:lineRule="auto"/>
            </w:pPr>
            <w:r>
              <w:rPr>
                <w:color w:val="D95BC6"/>
                <w:sz w:val="13"/>
              </w:rPr>
              <w:t>Dokaz: zvočni posnetek ali anekdotski zapis kratke izmenjave.</w:t>
            </w:r>
          </w:p>
          <w:p w14:paraId="33E26757" w14:textId="77777777" w:rsidR="00187E2C" w:rsidRDefault="00000000">
            <w:pPr>
              <w:spacing w:after="4" w:line="245" w:lineRule="auto"/>
            </w:pPr>
            <w:r>
              <w:rPr>
                <w:b/>
                <w:color w:val="000000"/>
                <w:sz w:val="15"/>
              </w:rPr>
              <w:t>3. URA – Pravljica – Razčlenjujem jezik</w:t>
            </w:r>
          </w:p>
          <w:p w14:paraId="0FA33CB1" w14:textId="77777777" w:rsidR="00187E2C" w:rsidRDefault="00000000">
            <w:pPr>
              <w:spacing w:after="7" w:line="245" w:lineRule="auto"/>
            </w:pPr>
            <w:r>
              <w:rPr>
                <w:color w:val="000000"/>
                <w:sz w:val="14"/>
              </w:rPr>
              <w:t>Ploska, stopa, razstavlja in sestavlja; primer razvrsti ter svojo rešitev preveri s sošolcem.</w:t>
            </w:r>
          </w:p>
          <w:p w14:paraId="045BFBBD" w14:textId="77777777" w:rsidR="00187E2C" w:rsidRDefault="00000000">
            <w:pPr>
              <w:spacing w:after="15" w:line="245" w:lineRule="auto"/>
            </w:pPr>
            <w:r>
              <w:rPr>
                <w:color w:val="D95BC6"/>
                <w:sz w:val="13"/>
              </w:rPr>
              <w:t>Dokaz: pravilno sestavljen primer in učenčeva ustna razlaga postopka.</w:t>
            </w:r>
          </w:p>
          <w:p w14:paraId="57D5464B" w14:textId="77777777" w:rsidR="00187E2C" w:rsidRDefault="00000000">
            <w:pPr>
              <w:spacing w:after="4" w:line="245" w:lineRule="auto"/>
            </w:pPr>
            <w:r>
              <w:rPr>
                <w:b/>
                <w:color w:val="000000"/>
                <w:sz w:val="15"/>
              </w:rPr>
              <w:t>4. URA – SLIŠIM GLAS /r/ IN ODKRIVAM ČRKO R</w:t>
            </w:r>
          </w:p>
          <w:p w14:paraId="2BF693C6" w14:textId="77777777" w:rsidR="00187E2C" w:rsidRDefault="00000000">
            <w:pPr>
              <w:spacing w:after="7" w:line="245" w:lineRule="auto"/>
            </w:pPr>
            <w:r>
              <w:rPr>
                <w:color w:val="000000"/>
                <w:sz w:val="14"/>
              </w:rPr>
              <w:t>Besede razvršča z gibanjem, za vsak glas položi žeton, med znaki poišče R ter jo predstavi s telesom ali vrvjo.</w:t>
            </w:r>
          </w:p>
          <w:p w14:paraId="2D8FD551" w14:textId="77777777" w:rsidR="00187E2C" w:rsidRDefault="00000000">
            <w:pPr>
              <w:spacing w:after="15" w:line="245" w:lineRule="auto"/>
            </w:pPr>
            <w:r>
              <w:rPr>
                <w:color w:val="D95BC6"/>
                <w:sz w:val="13"/>
              </w:rPr>
              <w:t>Dokaz: štiri pravilne glasovne odločitve, izbor črke R in kratka učenčeva razlaga.</w:t>
            </w:r>
          </w:p>
          <w:p w14:paraId="01F75BB9" w14:textId="77777777" w:rsidR="00187E2C" w:rsidRDefault="00000000">
            <w:pPr>
              <w:spacing w:after="4" w:line="245" w:lineRule="auto"/>
            </w:pPr>
            <w:r>
              <w:rPr>
                <w:b/>
                <w:color w:val="000000"/>
                <w:sz w:val="15"/>
              </w:rPr>
              <w:t>5. URA – Oblikujem in pišem črko R</w:t>
            </w:r>
          </w:p>
          <w:p w14:paraId="09866CC7" w14:textId="77777777" w:rsidR="00187E2C" w:rsidRDefault="00000000">
            <w:pPr>
              <w:spacing w:after="7" w:line="245" w:lineRule="auto"/>
            </w:pPr>
            <w:r>
              <w:rPr>
                <w:color w:val="000000"/>
                <w:sz w:val="14"/>
              </w:rPr>
              <w:t>Črko R gradi in zapisuje na različnih podlagah, nato preide na manjši format.</w:t>
            </w:r>
          </w:p>
          <w:p w14:paraId="0507B3FD" w14:textId="77777777" w:rsidR="00187E2C" w:rsidRDefault="00000000">
            <w:pPr>
              <w:spacing w:after="15" w:line="245" w:lineRule="auto"/>
            </w:pPr>
            <w:r>
              <w:rPr>
                <w:color w:val="D95BC6"/>
                <w:sz w:val="13"/>
              </w:rPr>
              <w:t>Dokaz: fotografija konstrukcije črke R, opazovalni zapis smeri potez in datirana.</w:t>
            </w:r>
          </w:p>
          <w:p w14:paraId="1390A308" w14:textId="77777777" w:rsidR="00187E2C" w:rsidRDefault="00000000">
            <w:pPr>
              <w:spacing w:after="4" w:line="245" w:lineRule="auto"/>
            </w:pPr>
            <w:r>
              <w:rPr>
                <w:b/>
                <w:color w:val="000000"/>
                <w:sz w:val="15"/>
              </w:rPr>
              <w:t>6. URA – Berem in uporabim črko R</w:t>
            </w:r>
          </w:p>
          <w:p w14:paraId="2ECB21FB" w14:textId="77777777" w:rsidR="00187E2C" w:rsidRDefault="00000000">
            <w:pPr>
              <w:spacing w:after="7" w:line="245" w:lineRule="auto"/>
            </w:pPr>
            <w:r>
              <w:rPr>
                <w:color w:val="000000"/>
                <w:sz w:val="14"/>
              </w:rPr>
              <w:t>Sestavlja, premešča in bere RA • RI • RO • RE • RU ter RIMA • MIR • VERA • MORJE.</w:t>
            </w:r>
          </w:p>
          <w:p w14:paraId="41E37658" w14:textId="77777777" w:rsidR="00187E2C" w:rsidRDefault="00000000">
            <w:pPr>
              <w:spacing w:after="15" w:line="245" w:lineRule="auto"/>
            </w:pPr>
            <w:r>
              <w:rPr>
                <w:color w:val="D95BC6"/>
                <w:sz w:val="13"/>
              </w:rPr>
              <w:t>Dokaz: izpolnjen Bralni list 17, individualni bralni zapis.</w:t>
            </w:r>
          </w:p>
        </w:tc>
      </w:tr>
    </w:tbl>
    <w:p w14:paraId="0713E63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C98E0A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172E60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FEE8609" w14:textId="77777777" w:rsidR="00187E2C" w:rsidRDefault="00000000">
            <w:pPr>
              <w:jc w:val="center"/>
            </w:pPr>
            <w:r>
              <w:rPr>
                <w:b/>
                <w:color w:val="000000"/>
                <w:sz w:val="20"/>
              </w:rPr>
              <w:t>UČNE DEJAVNOSTI, METODE IN FORMATIVNO SPREMLJANJE</w:t>
            </w:r>
          </w:p>
        </w:tc>
      </w:tr>
      <w:tr w:rsidR="00187E2C" w14:paraId="15714E59" w14:textId="77777777">
        <w:trPr>
          <w:tblHeader/>
          <w:jc w:val="center"/>
        </w:trPr>
        <w:tc>
          <w:tcPr>
            <w:tcW w:w="4422" w:type="dxa"/>
            <w:vMerge/>
            <w:tcMar>
              <w:top w:w="70" w:type="dxa"/>
              <w:left w:w="90" w:type="dxa"/>
              <w:bottom w:w="70" w:type="dxa"/>
              <w:right w:w="90" w:type="dxa"/>
            </w:tcMar>
            <w:vAlign w:val="center"/>
          </w:tcPr>
          <w:p w14:paraId="5FEF819E" w14:textId="77777777" w:rsidR="00187E2C" w:rsidRDefault="00187E2C"/>
        </w:tc>
        <w:tc>
          <w:tcPr>
            <w:tcW w:w="7087" w:type="dxa"/>
            <w:shd w:val="clear" w:color="auto" w:fill="FFFFFF"/>
            <w:tcMar>
              <w:top w:w="70" w:type="dxa"/>
              <w:left w:w="90" w:type="dxa"/>
              <w:bottom w:w="70" w:type="dxa"/>
              <w:right w:w="90" w:type="dxa"/>
            </w:tcMar>
            <w:vAlign w:val="center"/>
          </w:tcPr>
          <w:p w14:paraId="024C7C85"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B519FEE" w14:textId="77777777" w:rsidR="00187E2C" w:rsidRDefault="00000000">
            <w:pPr>
              <w:jc w:val="center"/>
            </w:pPr>
            <w:r>
              <w:rPr>
                <w:b/>
                <w:color w:val="000000"/>
              </w:rPr>
              <w:t>UČENEC</w:t>
            </w:r>
          </w:p>
        </w:tc>
      </w:tr>
      <w:tr w:rsidR="00187E2C" w14:paraId="4003D2A1" w14:textId="77777777">
        <w:trPr>
          <w:jc w:val="center"/>
        </w:trPr>
        <w:tc>
          <w:tcPr>
            <w:tcW w:w="4422" w:type="dxa"/>
            <w:tcMar>
              <w:top w:w="70" w:type="dxa"/>
              <w:left w:w="90" w:type="dxa"/>
              <w:bottom w:w="70" w:type="dxa"/>
              <w:right w:w="90" w:type="dxa"/>
            </w:tcMar>
          </w:tcPr>
          <w:p w14:paraId="36D7717E" w14:textId="77777777" w:rsidR="00187E2C" w:rsidRDefault="00187E2C"/>
          <w:p w14:paraId="0229BB5B" w14:textId="77777777" w:rsidR="00187E2C" w:rsidRDefault="00000000">
            <w:pPr>
              <w:spacing w:after="40" w:line="245" w:lineRule="auto"/>
            </w:pPr>
            <w:r>
              <w:rPr>
                <w:b/>
                <w:color w:val="000000"/>
              </w:rPr>
              <w:t>FORMATIVNO SPREMLJANJE</w:t>
            </w:r>
          </w:p>
          <w:p w14:paraId="1605379A"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6132C27F"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35C71C7"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3C85D1DC"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74D0B46B" w14:textId="77777777" w:rsidR="00187E2C" w:rsidRDefault="00000000">
            <w:pPr>
              <w:spacing w:before="40" w:after="20" w:line="245" w:lineRule="auto"/>
            </w:pPr>
            <w:r>
              <w:rPr>
                <w:b/>
                <w:color w:val="000000"/>
                <w:sz w:val="17"/>
              </w:rPr>
              <w:t>VARNOST IN ODGOVORNOST</w:t>
            </w:r>
          </w:p>
          <w:p w14:paraId="05A6625D"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5B183611" w14:textId="77777777" w:rsidR="00187E2C" w:rsidRDefault="00000000">
            <w:pPr>
              <w:spacing w:after="20" w:line="245" w:lineRule="auto"/>
            </w:pPr>
            <w:r>
              <w:rPr>
                <w:b/>
                <w:color w:val="000000"/>
                <w:sz w:val="17"/>
              </w:rPr>
              <w:t>EVIDENCA PO IZVEDBI</w:t>
            </w:r>
          </w:p>
          <w:p w14:paraId="4ADF116D"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6AAC67F9"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55383F9" w14:textId="77777777">
              <w:trPr>
                <w:jc w:val="center"/>
              </w:trPr>
              <w:tc>
                <w:tcPr>
                  <w:tcW w:w="7087" w:type="dxa"/>
                  <w:shd w:val="clear" w:color="auto" w:fill="EDC9EA"/>
                  <w:tcMar>
                    <w:top w:w="45" w:type="dxa"/>
                    <w:left w:w="70" w:type="dxa"/>
                    <w:bottom w:w="45" w:type="dxa"/>
                    <w:right w:w="70" w:type="dxa"/>
                  </w:tcMar>
                </w:tcPr>
                <w:p w14:paraId="731DB271" w14:textId="77777777" w:rsidR="00187E2C" w:rsidRDefault="00000000">
                  <w:pPr>
                    <w:keepNext/>
                  </w:pPr>
                  <w:r>
                    <w:rPr>
                      <w:b/>
                      <w:color w:val="000000"/>
                    </w:rPr>
                    <w:t>VPRAŠANJA V PODPORO JEZIKOVNEMU, BRALNEMU IN KNJIŽEVNEMU UČENJU</w:t>
                  </w:r>
                </w:p>
              </w:tc>
            </w:tr>
          </w:tbl>
          <w:p w14:paraId="7FFAC916" w14:textId="77777777" w:rsidR="00187E2C" w:rsidRDefault="00187E2C">
            <w:pPr>
              <w:spacing w:line="20" w:lineRule="exact"/>
            </w:pPr>
          </w:p>
          <w:p w14:paraId="530144D5" w14:textId="77777777" w:rsidR="00187E2C" w:rsidRDefault="00000000">
            <w:pPr>
              <w:pStyle w:val="Oznaenseznam"/>
              <w:spacing w:after="16"/>
            </w:pPr>
            <w:r>
              <w:rPr>
                <w:color w:val="000000"/>
                <w:sz w:val="16"/>
              </w:rPr>
              <w:t>Kaj ti je naslovnica, slika, predmet, zvok ali gib pomagal razumeti?</w:t>
            </w:r>
          </w:p>
          <w:p w14:paraId="72BA7252" w14:textId="77777777" w:rsidR="00187E2C" w:rsidRDefault="00000000">
            <w:pPr>
              <w:pStyle w:val="Oznaenseznam"/>
              <w:spacing w:after="16"/>
            </w:pPr>
            <w:r>
              <w:rPr>
                <w:color w:val="000000"/>
                <w:sz w:val="16"/>
              </w:rPr>
              <w:t>Kako si našel/-la glas, črko, zlog, besedo ali bistveni podatek?</w:t>
            </w:r>
          </w:p>
          <w:p w14:paraId="75C0B6E9" w14:textId="77777777" w:rsidR="00187E2C" w:rsidRDefault="00000000">
            <w:pPr>
              <w:pStyle w:val="Oznaenseznam"/>
              <w:spacing w:after="16"/>
            </w:pPr>
            <w:r>
              <w:rPr>
                <w:color w:val="000000"/>
                <w:sz w:val="16"/>
              </w:rPr>
              <w:t>Kako veš, da tvoja pripoved, branje ali zapis dosega dogovorjeni kriterij?</w:t>
            </w:r>
          </w:p>
          <w:p w14:paraId="7D36040C" w14:textId="77777777" w:rsidR="00187E2C" w:rsidRDefault="00000000">
            <w:pPr>
              <w:pStyle w:val="Oznaenseznam"/>
              <w:spacing w:after="16"/>
            </w:pPr>
            <w:r>
              <w:rPr>
                <w:color w:val="000000"/>
                <w:sz w:val="16"/>
              </w:rPr>
              <w:t>Ali lahko svoje razumevanje pokažeš še z drugim načinom – govorom, gibanjem, risbo, branjem ali zapisom?</w:t>
            </w:r>
          </w:p>
          <w:p w14:paraId="1C4646DC"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11352CA0" w14:textId="77777777">
              <w:trPr>
                <w:jc w:val="center"/>
              </w:trPr>
              <w:tc>
                <w:tcPr>
                  <w:tcW w:w="7087" w:type="dxa"/>
                  <w:shd w:val="clear" w:color="auto" w:fill="C6E7F3"/>
                  <w:tcMar>
                    <w:top w:w="45" w:type="dxa"/>
                    <w:left w:w="70" w:type="dxa"/>
                    <w:bottom w:w="45" w:type="dxa"/>
                    <w:right w:w="70" w:type="dxa"/>
                  </w:tcMar>
                </w:tcPr>
                <w:p w14:paraId="4F191B32" w14:textId="77777777" w:rsidR="00187E2C" w:rsidRDefault="00000000">
                  <w:pPr>
                    <w:keepNext/>
                  </w:pPr>
                  <w:r>
                    <w:rPr>
                      <w:b/>
                      <w:color w:val="000000"/>
                    </w:rPr>
                    <w:t>ZAKLJUČNI DEL – UTRJEVANJE, BRALNI ODZIV IN REFLEKSIJA (10–15 min)</w:t>
                  </w:r>
                </w:p>
              </w:tc>
            </w:tr>
          </w:tbl>
          <w:p w14:paraId="3FFDB956" w14:textId="77777777" w:rsidR="00187E2C" w:rsidRDefault="00187E2C">
            <w:pPr>
              <w:spacing w:line="20" w:lineRule="exact"/>
            </w:pPr>
          </w:p>
          <w:p w14:paraId="03BBEF76"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7929A630" w14:textId="77777777">
              <w:trPr>
                <w:jc w:val="center"/>
              </w:trPr>
              <w:tc>
                <w:tcPr>
                  <w:tcW w:w="7087" w:type="dxa"/>
                  <w:shd w:val="clear" w:color="auto" w:fill="EDC9EA"/>
                  <w:tcMar>
                    <w:top w:w="45" w:type="dxa"/>
                    <w:left w:w="70" w:type="dxa"/>
                    <w:bottom w:w="45" w:type="dxa"/>
                    <w:right w:w="70" w:type="dxa"/>
                  </w:tcMar>
                </w:tcPr>
                <w:p w14:paraId="5BDE45D3" w14:textId="77777777" w:rsidR="00187E2C" w:rsidRDefault="00000000">
                  <w:pPr>
                    <w:keepNext/>
                  </w:pPr>
                  <w:r>
                    <w:rPr>
                      <w:b/>
                      <w:color w:val="000000"/>
                    </w:rPr>
                    <w:t>SAMOVREDNOTENJE</w:t>
                  </w:r>
                </w:p>
              </w:tc>
            </w:tr>
          </w:tbl>
          <w:p w14:paraId="4DD966EA" w14:textId="77777777" w:rsidR="00187E2C" w:rsidRDefault="00187E2C">
            <w:pPr>
              <w:spacing w:line="20" w:lineRule="exact"/>
            </w:pPr>
          </w:p>
          <w:p w14:paraId="284DF301"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5937E0C8" w14:textId="77777777">
              <w:trPr>
                <w:jc w:val="center"/>
              </w:trPr>
              <w:tc>
                <w:tcPr>
                  <w:tcW w:w="7087" w:type="dxa"/>
                  <w:shd w:val="clear" w:color="auto" w:fill="EDC9EA"/>
                  <w:tcMar>
                    <w:top w:w="45" w:type="dxa"/>
                    <w:left w:w="70" w:type="dxa"/>
                    <w:bottom w:w="45" w:type="dxa"/>
                    <w:right w:w="70" w:type="dxa"/>
                  </w:tcMar>
                </w:tcPr>
                <w:p w14:paraId="51703897" w14:textId="77777777" w:rsidR="00187E2C" w:rsidRDefault="00000000">
                  <w:pPr>
                    <w:keepNext/>
                  </w:pPr>
                  <w:r>
                    <w:rPr>
                      <w:b/>
                      <w:color w:val="000000"/>
                    </w:rPr>
                    <w:t>VRSTNIŠKO VREDNOTENJE</w:t>
                  </w:r>
                </w:p>
              </w:tc>
            </w:tr>
          </w:tbl>
          <w:p w14:paraId="4FB73006" w14:textId="77777777" w:rsidR="00187E2C" w:rsidRDefault="00187E2C">
            <w:pPr>
              <w:spacing w:line="20" w:lineRule="exact"/>
            </w:pPr>
          </w:p>
          <w:p w14:paraId="41BA2814"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2A0B1964" w14:textId="77777777">
              <w:trPr>
                <w:jc w:val="center"/>
              </w:trPr>
              <w:tc>
                <w:tcPr>
                  <w:tcW w:w="7087" w:type="dxa"/>
                  <w:shd w:val="clear" w:color="auto" w:fill="EDC9EA"/>
                  <w:tcMar>
                    <w:top w:w="45" w:type="dxa"/>
                    <w:left w:w="70" w:type="dxa"/>
                    <w:bottom w:w="45" w:type="dxa"/>
                    <w:right w:w="70" w:type="dxa"/>
                  </w:tcMar>
                </w:tcPr>
                <w:p w14:paraId="1DA04F33" w14:textId="77777777" w:rsidR="00187E2C" w:rsidRDefault="00000000">
                  <w:pPr>
                    <w:keepNext/>
                  </w:pPr>
                  <w:r>
                    <w:rPr>
                      <w:b/>
                      <w:color w:val="000000"/>
                    </w:rPr>
                    <w:t>SKUPNI POVZETEK</w:t>
                  </w:r>
                </w:p>
              </w:tc>
            </w:tr>
          </w:tbl>
          <w:p w14:paraId="06D9DE35" w14:textId="77777777" w:rsidR="00187E2C" w:rsidRDefault="00187E2C"/>
          <w:p w14:paraId="6F2E58AA" w14:textId="77777777" w:rsidR="00187E2C" w:rsidRDefault="00000000">
            <w:pPr>
              <w:spacing w:before="20" w:after="40" w:line="245" w:lineRule="auto"/>
            </w:pPr>
            <w:r>
              <w:rPr>
                <w:b/>
                <w:color w:val="000000"/>
                <w:sz w:val="16"/>
              </w:rPr>
              <w:t>Prepoznam glas /r/ in črko R,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600C618D" w14:textId="77777777" w:rsidR="00187E2C" w:rsidRDefault="00187E2C"/>
          <w:p w14:paraId="5607385C" w14:textId="77777777" w:rsidR="00187E2C" w:rsidRDefault="00000000">
            <w:pPr>
              <w:spacing w:after="100" w:line="245" w:lineRule="auto"/>
            </w:pPr>
            <w:r>
              <w:rPr>
                <w:color w:val="000000"/>
                <w:sz w:val="16"/>
              </w:rPr>
              <w:t>Odgovarja na podporna vprašanja ter se sklicuje na poslušano besedilo, sliko, govor, bralni list ali zapis.</w:t>
            </w:r>
          </w:p>
          <w:p w14:paraId="6E0A0EF7" w14:textId="77777777" w:rsidR="00187E2C" w:rsidRDefault="00000000">
            <w:pPr>
              <w:spacing w:after="100" w:line="245" w:lineRule="auto"/>
            </w:pPr>
            <w:r>
              <w:rPr>
                <w:color w:val="000000"/>
                <w:sz w:val="16"/>
              </w:rPr>
              <w:t>Primerja začetni odziv z novim dokazom in pojasni, kaj se je naučil/-a.</w:t>
            </w:r>
          </w:p>
          <w:p w14:paraId="12ED0901" w14:textId="77777777" w:rsidR="00187E2C" w:rsidRDefault="00000000">
            <w:pPr>
              <w:spacing w:after="100" w:line="245" w:lineRule="auto"/>
            </w:pPr>
            <w:r>
              <w:rPr>
                <w:color w:val="000000"/>
                <w:sz w:val="16"/>
              </w:rPr>
              <w:t>Izbere raven samostojnosti in določi naslednji korak.</w:t>
            </w:r>
          </w:p>
          <w:p w14:paraId="2A7F14CD" w14:textId="77777777" w:rsidR="00187E2C" w:rsidRDefault="00000000">
            <w:pPr>
              <w:spacing w:after="100" w:line="245" w:lineRule="auto"/>
            </w:pPr>
            <w:r>
              <w:rPr>
                <w:color w:val="000000"/>
                <w:sz w:val="16"/>
              </w:rPr>
              <w:t>Sošolcu poda prijazen in konkreten odziv, vezan na kriterij.</w:t>
            </w:r>
          </w:p>
          <w:p w14:paraId="684DC11B" w14:textId="77777777" w:rsidR="00187E2C" w:rsidRDefault="00000000">
            <w:pPr>
              <w:spacing w:after="20" w:line="245" w:lineRule="auto"/>
            </w:pPr>
            <w:r>
              <w:rPr>
                <w:b/>
                <w:color w:val="D95BC6"/>
                <w:sz w:val="17"/>
              </w:rPr>
              <w:t>DOKAZ O UČENJU</w:t>
            </w:r>
          </w:p>
          <w:p w14:paraId="09F61156"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6DB441C7"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0822268C" w14:textId="77777777">
        <w:trPr>
          <w:cantSplit/>
          <w:jc w:val="center"/>
        </w:trPr>
        <w:tc>
          <w:tcPr>
            <w:tcW w:w="14060" w:type="dxa"/>
            <w:gridSpan w:val="6"/>
            <w:tcMar>
              <w:top w:w="70" w:type="dxa"/>
              <w:left w:w="90" w:type="dxa"/>
              <w:bottom w:w="70" w:type="dxa"/>
              <w:right w:w="90" w:type="dxa"/>
            </w:tcMar>
            <w:vAlign w:val="center"/>
          </w:tcPr>
          <w:p w14:paraId="374C6096" w14:textId="77777777" w:rsidR="00187E2C" w:rsidRDefault="00000000">
            <w:pPr>
              <w:jc w:val="center"/>
            </w:pPr>
            <w:r>
              <w:rPr>
                <w:b/>
                <w:color w:val="000000"/>
                <w:sz w:val="24"/>
              </w:rPr>
              <w:lastRenderedPageBreak/>
              <w:t>UČNA PRIPRAVA 18/39</w:t>
            </w:r>
          </w:p>
        </w:tc>
      </w:tr>
      <w:tr w:rsidR="00187E2C" w14:paraId="5569B34A" w14:textId="77777777">
        <w:trPr>
          <w:jc w:val="center"/>
        </w:trPr>
        <w:tc>
          <w:tcPr>
            <w:tcW w:w="2665" w:type="dxa"/>
            <w:tcMar>
              <w:top w:w="70" w:type="dxa"/>
              <w:left w:w="90" w:type="dxa"/>
              <w:bottom w:w="70" w:type="dxa"/>
              <w:right w:w="90" w:type="dxa"/>
            </w:tcMar>
            <w:vAlign w:val="center"/>
          </w:tcPr>
          <w:p w14:paraId="212D8A59"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B2148BA"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76F003F3"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0D46F32" w14:textId="77777777" w:rsidR="00187E2C" w:rsidRDefault="00000000">
            <w:r>
              <w:rPr>
                <w:b/>
                <w:color w:val="000000"/>
                <w:sz w:val="16"/>
              </w:rPr>
              <w:t xml:space="preserve">NAČRTOVANI TERMIN: </w:t>
            </w:r>
            <w:r>
              <w:rPr>
                <w:color w:val="000000"/>
                <w:sz w:val="16"/>
              </w:rPr>
              <w:t>18. teden • 11.–15. 1. 2027</w:t>
            </w:r>
          </w:p>
        </w:tc>
        <w:tc>
          <w:tcPr>
            <w:tcW w:w="2268" w:type="dxa"/>
            <w:tcMar>
              <w:top w:w="70" w:type="dxa"/>
              <w:left w:w="90" w:type="dxa"/>
              <w:bottom w:w="70" w:type="dxa"/>
              <w:right w:w="90" w:type="dxa"/>
            </w:tcMar>
            <w:vAlign w:val="center"/>
          </w:tcPr>
          <w:p w14:paraId="20BABCFD"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6F0F813" w14:textId="77777777" w:rsidR="00187E2C" w:rsidRDefault="00000000">
            <w:r>
              <w:rPr>
                <w:b/>
                <w:color w:val="000000"/>
                <w:sz w:val="16"/>
              </w:rPr>
              <w:t xml:space="preserve">ŠTEVILO UR: </w:t>
            </w:r>
            <w:r>
              <w:rPr>
                <w:color w:val="000000"/>
                <w:sz w:val="16"/>
              </w:rPr>
              <w:t>6</w:t>
            </w:r>
          </w:p>
        </w:tc>
      </w:tr>
      <w:tr w:rsidR="00187E2C" w14:paraId="263D8A47" w14:textId="77777777">
        <w:trPr>
          <w:jc w:val="center"/>
        </w:trPr>
        <w:tc>
          <w:tcPr>
            <w:tcW w:w="14061" w:type="dxa"/>
            <w:gridSpan w:val="6"/>
            <w:tcMar>
              <w:top w:w="70" w:type="dxa"/>
              <w:left w:w="90" w:type="dxa"/>
              <w:bottom w:w="70" w:type="dxa"/>
              <w:right w:w="90" w:type="dxa"/>
            </w:tcMar>
            <w:vAlign w:val="center"/>
          </w:tcPr>
          <w:p w14:paraId="530FF52C"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274C6130" w14:textId="77777777">
        <w:trPr>
          <w:cantSplit/>
          <w:jc w:val="center"/>
        </w:trPr>
        <w:tc>
          <w:tcPr>
            <w:tcW w:w="14060" w:type="dxa"/>
            <w:gridSpan w:val="6"/>
            <w:tcMar>
              <w:top w:w="70" w:type="dxa"/>
              <w:left w:w="90" w:type="dxa"/>
              <w:bottom w:w="70" w:type="dxa"/>
              <w:right w:w="90" w:type="dxa"/>
            </w:tcMar>
            <w:vAlign w:val="center"/>
          </w:tcPr>
          <w:p w14:paraId="21EE91D9" w14:textId="77777777" w:rsidR="00187E2C" w:rsidRDefault="00187E2C"/>
          <w:p w14:paraId="585DF351" w14:textId="77777777" w:rsidR="00187E2C" w:rsidRDefault="00000000">
            <w:pPr>
              <w:spacing w:line="245" w:lineRule="auto"/>
            </w:pPr>
            <w:r>
              <w:rPr>
                <w:b/>
                <w:color w:val="000000"/>
                <w:sz w:val="16"/>
              </w:rPr>
              <w:t xml:space="preserve">UČNI SKLOP: </w:t>
            </w:r>
            <w:r>
              <w:rPr>
                <w:color w:val="000000"/>
                <w:sz w:val="16"/>
              </w:rPr>
              <w:t>ZIMA, SNOVI IN POJAVI</w:t>
            </w:r>
          </w:p>
        </w:tc>
      </w:tr>
      <w:tr w:rsidR="00187E2C" w14:paraId="1D1C9F33" w14:textId="77777777">
        <w:trPr>
          <w:cantSplit/>
          <w:jc w:val="center"/>
        </w:trPr>
        <w:tc>
          <w:tcPr>
            <w:tcW w:w="14060" w:type="dxa"/>
            <w:gridSpan w:val="6"/>
            <w:tcMar>
              <w:top w:w="70" w:type="dxa"/>
              <w:left w:w="90" w:type="dxa"/>
              <w:bottom w:w="70" w:type="dxa"/>
              <w:right w:w="90" w:type="dxa"/>
            </w:tcMar>
            <w:vAlign w:val="center"/>
          </w:tcPr>
          <w:p w14:paraId="38394475" w14:textId="77777777" w:rsidR="00187E2C" w:rsidRDefault="00187E2C"/>
          <w:p w14:paraId="08040410" w14:textId="77777777" w:rsidR="00187E2C" w:rsidRDefault="00000000">
            <w:pPr>
              <w:spacing w:line="245" w:lineRule="auto"/>
            </w:pPr>
            <w:r>
              <w:rPr>
                <w:b/>
                <w:color w:val="000000"/>
                <w:sz w:val="16"/>
              </w:rPr>
              <w:t xml:space="preserve">UČNA TEMA: </w:t>
            </w:r>
            <w:r>
              <w:rPr>
                <w:color w:val="000000"/>
                <w:sz w:val="16"/>
              </w:rPr>
              <w:t>RAZLAGALNI POGOVOR • VELIKA TISKANA ČRKA S</w:t>
            </w:r>
          </w:p>
        </w:tc>
      </w:tr>
      <w:tr w:rsidR="00187E2C" w14:paraId="365AAE82" w14:textId="77777777">
        <w:trPr>
          <w:cantSplit/>
          <w:jc w:val="center"/>
        </w:trPr>
        <w:tc>
          <w:tcPr>
            <w:tcW w:w="14060" w:type="dxa"/>
            <w:gridSpan w:val="6"/>
            <w:tcMar>
              <w:top w:w="70" w:type="dxa"/>
              <w:left w:w="90" w:type="dxa"/>
              <w:bottom w:w="70" w:type="dxa"/>
              <w:right w:w="90" w:type="dxa"/>
            </w:tcMar>
            <w:vAlign w:val="center"/>
          </w:tcPr>
          <w:p w14:paraId="6E1422A5" w14:textId="77777777" w:rsidR="00187E2C" w:rsidRDefault="00187E2C"/>
          <w:p w14:paraId="1581F9D9" w14:textId="77777777" w:rsidR="00187E2C" w:rsidRDefault="00000000">
            <w:pPr>
              <w:spacing w:line="245" w:lineRule="auto"/>
            </w:pPr>
            <w:r>
              <w:rPr>
                <w:b/>
                <w:color w:val="000000"/>
                <w:sz w:val="16"/>
              </w:rPr>
              <w:t xml:space="preserve">KNJIŽEVNO IZHODIŠČE IN MOTIV: </w:t>
            </w:r>
            <w:r>
              <w:rPr>
                <w:color w:val="000000"/>
                <w:sz w:val="16"/>
              </w:rPr>
              <w:t>»Mehurčki« – Oton Župančič • voda, igra besed, zvočnost in spreminjanje snovi</w:t>
            </w:r>
          </w:p>
        </w:tc>
      </w:tr>
      <w:tr w:rsidR="00187E2C" w14:paraId="7E3A5962" w14:textId="77777777">
        <w:trPr>
          <w:cantSplit/>
          <w:jc w:val="center"/>
        </w:trPr>
        <w:tc>
          <w:tcPr>
            <w:tcW w:w="14060" w:type="dxa"/>
            <w:gridSpan w:val="6"/>
            <w:tcMar>
              <w:top w:w="70" w:type="dxa"/>
              <w:left w:w="90" w:type="dxa"/>
              <w:bottom w:w="70" w:type="dxa"/>
              <w:right w:w="90" w:type="dxa"/>
            </w:tcMar>
            <w:vAlign w:val="center"/>
          </w:tcPr>
          <w:p w14:paraId="4FE57F4D" w14:textId="77777777" w:rsidR="00187E2C" w:rsidRDefault="00187E2C"/>
          <w:p w14:paraId="32519127" w14:textId="77777777" w:rsidR="00187E2C" w:rsidRDefault="00000000">
            <w:pPr>
              <w:spacing w:line="245" w:lineRule="auto"/>
            </w:pPr>
            <w:r>
              <w:rPr>
                <w:b/>
                <w:color w:val="000000"/>
                <w:sz w:val="16"/>
              </w:rPr>
              <w:t xml:space="preserve">BRALNI LIST / ČRKA: </w:t>
            </w:r>
            <w:r>
              <w:rPr>
                <w:color w:val="000000"/>
                <w:sz w:val="16"/>
              </w:rPr>
              <w:t>ČRKA S • BRALNI LIST 18 – Berem črko S in zloge ter besede: glas /s/ znane črke: A, E, I, O, U, N, M, T, J, V, R, S; slišim glas; prepoznam črko; neprekinjena ukrivljena poteza; berem in zapišem</w:t>
            </w:r>
          </w:p>
        </w:tc>
      </w:tr>
      <w:tr w:rsidR="00187E2C" w14:paraId="56D8074D" w14:textId="77777777">
        <w:trPr>
          <w:cantSplit/>
          <w:jc w:val="center"/>
        </w:trPr>
        <w:tc>
          <w:tcPr>
            <w:tcW w:w="14060" w:type="dxa"/>
            <w:gridSpan w:val="6"/>
            <w:tcMar>
              <w:top w:w="70" w:type="dxa"/>
              <w:left w:w="90" w:type="dxa"/>
              <w:bottom w:w="70" w:type="dxa"/>
              <w:right w:w="90" w:type="dxa"/>
            </w:tcMar>
            <w:vAlign w:val="center"/>
          </w:tcPr>
          <w:p w14:paraId="1F840B1A" w14:textId="77777777" w:rsidR="00187E2C" w:rsidRDefault="00187E2C"/>
          <w:p w14:paraId="27AA99B9" w14:textId="77777777" w:rsidR="00187E2C" w:rsidRDefault="00000000">
            <w:pPr>
              <w:spacing w:line="245" w:lineRule="auto"/>
            </w:pPr>
            <w:r>
              <w:rPr>
                <w:b/>
                <w:color w:val="000000"/>
                <w:sz w:val="16"/>
              </w:rPr>
              <w:t xml:space="preserve">UČNE ENOTE: </w:t>
            </w:r>
            <w:r>
              <w:rPr>
                <w:color w:val="000000"/>
                <w:sz w:val="16"/>
              </w:rPr>
              <w:t>1. ura – Razlagalni pogovor – Poslušam in doživljam • 2. ura – Razlagalni pogovor – Govorim in pojasnjujem • 3. ura – SLIŠIM GLAS /s/ IN ODKRIVAM ČRKO S • 4. ura – Oblikujem in pišem črko S • 5. ura – Berem in uporabim črko S • 6. ura – Razlagalni pogovor – Ocenjevanje</w:t>
            </w:r>
          </w:p>
        </w:tc>
      </w:tr>
      <w:tr w:rsidR="00187E2C" w14:paraId="584E7B39" w14:textId="77777777">
        <w:trPr>
          <w:cantSplit/>
          <w:jc w:val="center"/>
        </w:trPr>
        <w:tc>
          <w:tcPr>
            <w:tcW w:w="14060" w:type="dxa"/>
            <w:gridSpan w:val="6"/>
            <w:tcMar>
              <w:top w:w="70" w:type="dxa"/>
              <w:left w:w="90" w:type="dxa"/>
              <w:bottom w:w="70" w:type="dxa"/>
              <w:right w:w="90" w:type="dxa"/>
            </w:tcMar>
            <w:vAlign w:val="center"/>
          </w:tcPr>
          <w:p w14:paraId="389CFE8C" w14:textId="77777777" w:rsidR="00187E2C" w:rsidRDefault="00187E2C"/>
          <w:p w14:paraId="79DE1813"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98F17CF" w14:textId="77777777">
        <w:trPr>
          <w:cantSplit/>
          <w:jc w:val="center"/>
        </w:trPr>
        <w:tc>
          <w:tcPr>
            <w:tcW w:w="14060" w:type="dxa"/>
            <w:gridSpan w:val="6"/>
            <w:tcMar>
              <w:top w:w="70" w:type="dxa"/>
              <w:left w:w="90" w:type="dxa"/>
              <w:bottom w:w="70" w:type="dxa"/>
              <w:right w:w="90" w:type="dxa"/>
            </w:tcMar>
            <w:vAlign w:val="center"/>
          </w:tcPr>
          <w:p w14:paraId="55DA3051" w14:textId="77777777" w:rsidR="00187E2C" w:rsidRDefault="00187E2C"/>
          <w:p w14:paraId="2E7C81DF"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6D2739B0" w14:textId="77777777">
        <w:trPr>
          <w:cantSplit/>
          <w:jc w:val="center"/>
        </w:trPr>
        <w:tc>
          <w:tcPr>
            <w:tcW w:w="14060" w:type="dxa"/>
            <w:gridSpan w:val="6"/>
            <w:tcMar>
              <w:top w:w="70" w:type="dxa"/>
              <w:left w:w="90" w:type="dxa"/>
              <w:bottom w:w="70" w:type="dxa"/>
              <w:right w:w="90" w:type="dxa"/>
            </w:tcMar>
            <w:vAlign w:val="center"/>
          </w:tcPr>
          <w:p w14:paraId="01914B33" w14:textId="77777777" w:rsidR="00187E2C" w:rsidRDefault="00187E2C"/>
          <w:p w14:paraId="3DFEA5B1"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FCEEADA" w14:textId="77777777">
        <w:trPr>
          <w:cantSplit/>
          <w:jc w:val="center"/>
        </w:trPr>
        <w:tc>
          <w:tcPr>
            <w:tcW w:w="14060" w:type="dxa"/>
            <w:gridSpan w:val="6"/>
            <w:tcMar>
              <w:top w:w="70" w:type="dxa"/>
              <w:left w:w="90" w:type="dxa"/>
              <w:bottom w:w="70" w:type="dxa"/>
              <w:right w:w="90" w:type="dxa"/>
            </w:tcMar>
            <w:vAlign w:val="center"/>
          </w:tcPr>
          <w:p w14:paraId="14DCF7B2" w14:textId="77777777" w:rsidR="00187E2C" w:rsidRDefault="00187E2C"/>
          <w:p w14:paraId="7C172AB9" w14:textId="77777777" w:rsidR="00187E2C" w:rsidRDefault="00000000">
            <w:pPr>
              <w:spacing w:line="245" w:lineRule="auto"/>
            </w:pPr>
            <w:r>
              <w:rPr>
                <w:b/>
                <w:color w:val="000000"/>
                <w:sz w:val="16"/>
              </w:rPr>
              <w:t xml:space="preserve">MEDPREDMETNE POVEZAVE: </w:t>
            </w:r>
            <w:r>
              <w:rPr>
                <w:color w:val="000000"/>
                <w:sz w:val="16"/>
              </w:rPr>
              <w:t>SPO – voda, igra besed, zvočnost in spreminjanje snovi; GUM – ritem, zvočnost in glas; LUM – ilustracija, črta in grafomotorika; ŠPO – gibalna pripoved, dramatizacija in postaje; MAT – smer, zaporedje in orientacija</w:t>
            </w:r>
          </w:p>
        </w:tc>
      </w:tr>
      <w:tr w:rsidR="00187E2C" w14:paraId="50D8C39F" w14:textId="77777777">
        <w:trPr>
          <w:cantSplit/>
          <w:jc w:val="center"/>
        </w:trPr>
        <w:tc>
          <w:tcPr>
            <w:tcW w:w="14060" w:type="dxa"/>
            <w:gridSpan w:val="6"/>
            <w:tcMar>
              <w:top w:w="70" w:type="dxa"/>
              <w:left w:w="90" w:type="dxa"/>
              <w:bottom w:w="70" w:type="dxa"/>
              <w:right w:w="90" w:type="dxa"/>
            </w:tcMar>
            <w:vAlign w:val="center"/>
          </w:tcPr>
          <w:p w14:paraId="6014798C" w14:textId="77777777" w:rsidR="00187E2C" w:rsidRDefault="00187E2C"/>
          <w:p w14:paraId="0C87CD39" w14:textId="77777777" w:rsidR="00187E2C" w:rsidRDefault="00000000">
            <w:pPr>
              <w:spacing w:line="245" w:lineRule="auto"/>
            </w:pPr>
            <w:r>
              <w:rPr>
                <w:b/>
                <w:color w:val="000000"/>
                <w:sz w:val="16"/>
              </w:rPr>
              <w:t xml:space="preserve">UČNA SREDSTVA IN PRIPOMOČKI: </w:t>
            </w:r>
            <w:r>
              <w:rPr>
                <w:color w:val="000000"/>
                <w:sz w:val="16"/>
              </w:rPr>
              <w:t>ČRKA S • BRALNI LIST 18, povečano besedilo oziroma kartice, slikanica ali odlomek, slikovno zaporedje, kartice besed in glasov, talne črke ali zlogi, ogledala, vrvice ali modelirna masa, mini tabla, zvezek oziroma jezikovna mapa</w:t>
            </w:r>
          </w:p>
        </w:tc>
      </w:tr>
      <w:tr w:rsidR="00187E2C" w14:paraId="0CBE892E" w14:textId="77777777">
        <w:trPr>
          <w:cantSplit/>
          <w:jc w:val="center"/>
        </w:trPr>
        <w:tc>
          <w:tcPr>
            <w:tcW w:w="14060" w:type="dxa"/>
            <w:gridSpan w:val="6"/>
            <w:tcMar>
              <w:top w:w="70" w:type="dxa"/>
              <w:left w:w="90" w:type="dxa"/>
              <w:bottom w:w="70" w:type="dxa"/>
              <w:right w:w="90" w:type="dxa"/>
            </w:tcMar>
            <w:vAlign w:val="center"/>
          </w:tcPr>
          <w:p w14:paraId="26D58248" w14:textId="77777777" w:rsidR="00187E2C" w:rsidRDefault="00187E2C"/>
          <w:p w14:paraId="67F3BDA0"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4B2B57A" w14:textId="77777777">
        <w:trPr>
          <w:cantSplit/>
          <w:jc w:val="center"/>
        </w:trPr>
        <w:tc>
          <w:tcPr>
            <w:tcW w:w="14060" w:type="dxa"/>
            <w:gridSpan w:val="6"/>
            <w:tcMar>
              <w:top w:w="70" w:type="dxa"/>
              <w:left w:w="90" w:type="dxa"/>
              <w:bottom w:w="70" w:type="dxa"/>
              <w:right w:w="90" w:type="dxa"/>
            </w:tcMar>
            <w:vAlign w:val="center"/>
          </w:tcPr>
          <w:p w14:paraId="04A16C53" w14:textId="77777777" w:rsidR="00187E2C" w:rsidRDefault="00187E2C"/>
          <w:p w14:paraId="3FC571FC"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4E7F458B" w14:textId="77777777">
        <w:trPr>
          <w:cantSplit/>
          <w:jc w:val="center"/>
        </w:trPr>
        <w:tc>
          <w:tcPr>
            <w:tcW w:w="14060" w:type="dxa"/>
            <w:gridSpan w:val="6"/>
            <w:tcMar>
              <w:top w:w="70" w:type="dxa"/>
              <w:left w:w="90" w:type="dxa"/>
              <w:bottom w:w="70" w:type="dxa"/>
              <w:right w:w="90" w:type="dxa"/>
            </w:tcMar>
            <w:vAlign w:val="center"/>
          </w:tcPr>
          <w:p w14:paraId="26E8D680" w14:textId="77777777" w:rsidR="00187E2C" w:rsidRDefault="00187E2C"/>
          <w:p w14:paraId="4D79A36C"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39BC12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0BCAD2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94D14D0"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D2432C5" w14:textId="77777777" w:rsidR="00187E2C" w:rsidRDefault="00000000">
            <w:pPr>
              <w:jc w:val="center"/>
            </w:pPr>
            <w:r>
              <w:rPr>
                <w:b/>
                <w:color w:val="000000"/>
                <w:sz w:val="20"/>
              </w:rPr>
              <w:t>UČNE DEJAVNOSTI, METODE IN FORMATIVNO SPREMLJANJE</w:t>
            </w:r>
          </w:p>
        </w:tc>
      </w:tr>
      <w:tr w:rsidR="00187E2C" w14:paraId="303AAB15" w14:textId="77777777">
        <w:trPr>
          <w:tblHeader/>
          <w:jc w:val="center"/>
        </w:trPr>
        <w:tc>
          <w:tcPr>
            <w:tcW w:w="4422" w:type="dxa"/>
            <w:vMerge/>
            <w:tcMar>
              <w:top w:w="70" w:type="dxa"/>
              <w:left w:w="90" w:type="dxa"/>
              <w:bottom w:w="70" w:type="dxa"/>
              <w:right w:w="90" w:type="dxa"/>
            </w:tcMar>
            <w:vAlign w:val="center"/>
          </w:tcPr>
          <w:p w14:paraId="014B4EC5" w14:textId="77777777" w:rsidR="00187E2C" w:rsidRDefault="00187E2C"/>
        </w:tc>
        <w:tc>
          <w:tcPr>
            <w:tcW w:w="7087" w:type="dxa"/>
            <w:shd w:val="clear" w:color="auto" w:fill="FFFFFF"/>
            <w:tcMar>
              <w:top w:w="70" w:type="dxa"/>
              <w:left w:w="90" w:type="dxa"/>
              <w:bottom w:w="70" w:type="dxa"/>
              <w:right w:w="90" w:type="dxa"/>
            </w:tcMar>
            <w:vAlign w:val="center"/>
          </w:tcPr>
          <w:p w14:paraId="41198560"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1E9B5B" w14:textId="77777777" w:rsidR="00187E2C" w:rsidRDefault="00000000">
            <w:pPr>
              <w:jc w:val="center"/>
            </w:pPr>
            <w:r>
              <w:rPr>
                <w:b/>
                <w:color w:val="000000"/>
              </w:rPr>
              <w:t>UČENEC</w:t>
            </w:r>
          </w:p>
        </w:tc>
      </w:tr>
      <w:tr w:rsidR="00187E2C" w14:paraId="285D602D" w14:textId="77777777">
        <w:trPr>
          <w:jc w:val="center"/>
        </w:trPr>
        <w:tc>
          <w:tcPr>
            <w:tcW w:w="4422" w:type="dxa"/>
            <w:tcMar>
              <w:top w:w="70" w:type="dxa"/>
              <w:left w:w="90" w:type="dxa"/>
              <w:bottom w:w="70" w:type="dxa"/>
              <w:right w:w="90" w:type="dxa"/>
            </w:tcMar>
          </w:tcPr>
          <w:p w14:paraId="55C200DF" w14:textId="77777777" w:rsidR="00187E2C" w:rsidRDefault="00187E2C"/>
          <w:p w14:paraId="0EA8465A" w14:textId="77777777" w:rsidR="00187E2C" w:rsidRDefault="00000000">
            <w:pPr>
              <w:spacing w:after="60" w:line="245" w:lineRule="auto"/>
            </w:pPr>
            <w:r>
              <w:rPr>
                <w:b/>
                <w:color w:val="000000"/>
              </w:rPr>
              <w:t>UČNI CILJI</w:t>
            </w:r>
          </w:p>
          <w:p w14:paraId="689FAE47" w14:textId="77777777" w:rsidR="00187E2C" w:rsidRDefault="00000000">
            <w:pPr>
              <w:spacing w:after="20" w:line="245" w:lineRule="auto"/>
            </w:pPr>
            <w:r>
              <w:rPr>
                <w:b/>
                <w:color w:val="000000"/>
                <w:sz w:val="17"/>
              </w:rPr>
              <w:t>SPLOŠNI</w:t>
            </w:r>
          </w:p>
          <w:p w14:paraId="50EDD3DA"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4EE527EA" w14:textId="77777777" w:rsidR="00187E2C" w:rsidRDefault="00000000">
            <w:pPr>
              <w:pStyle w:val="Oznaenseznam"/>
              <w:spacing w:after="16"/>
            </w:pPr>
            <w:r>
              <w:rPr>
                <w:color w:val="000000"/>
                <w:sz w:val="16"/>
              </w:rPr>
              <w:t>doživlja književno besedilo ter se nanj odziva z govorom, gibanjem, dramatizacijo, risbo ali zapisom</w:t>
            </w:r>
          </w:p>
          <w:p w14:paraId="48390E0E" w14:textId="77777777" w:rsidR="00187E2C" w:rsidRDefault="00000000">
            <w:pPr>
              <w:pStyle w:val="Oznaenseznam"/>
              <w:spacing w:after="16"/>
            </w:pPr>
            <w:r>
              <w:rPr>
                <w:color w:val="000000"/>
                <w:sz w:val="16"/>
              </w:rPr>
              <w:t>razvija glasovno zavedanje, povezavo glas–črka in začetno branje ter pisanje po individualnem napredku</w:t>
            </w:r>
          </w:p>
          <w:p w14:paraId="4FDD04F4" w14:textId="77777777" w:rsidR="00187E2C" w:rsidRDefault="00000000">
            <w:pPr>
              <w:pStyle w:val="Oznaenseznam"/>
              <w:spacing w:after="16"/>
            </w:pPr>
            <w:r>
              <w:rPr>
                <w:color w:val="000000"/>
                <w:sz w:val="16"/>
              </w:rPr>
              <w:t>ob namenih in kriterijih spremlja svoje učenje ter uporabi opisno povratno informacijo</w:t>
            </w:r>
          </w:p>
          <w:p w14:paraId="6D13E49F" w14:textId="77777777" w:rsidR="00187E2C" w:rsidRDefault="00000000">
            <w:pPr>
              <w:spacing w:before="40" w:after="20" w:line="245" w:lineRule="auto"/>
            </w:pPr>
            <w:r>
              <w:rPr>
                <w:b/>
                <w:color w:val="000000"/>
                <w:sz w:val="17"/>
              </w:rPr>
              <w:t>OPERATIVNI</w:t>
            </w:r>
          </w:p>
          <w:p w14:paraId="2F369BC1" w14:textId="77777777" w:rsidR="00187E2C" w:rsidRDefault="00000000">
            <w:pPr>
              <w:pStyle w:val="Oznaenseznam"/>
              <w:spacing w:after="16"/>
            </w:pPr>
            <w:r>
              <w:rPr>
                <w:color w:val="000000"/>
                <w:sz w:val="16"/>
              </w:rPr>
              <w:t>postavi vprašanje</w:t>
            </w:r>
          </w:p>
          <w:p w14:paraId="5D01F57B" w14:textId="77777777" w:rsidR="00187E2C" w:rsidRDefault="00000000">
            <w:pPr>
              <w:pStyle w:val="Oznaenseznam"/>
              <w:spacing w:after="16"/>
            </w:pPr>
            <w:r>
              <w:rPr>
                <w:color w:val="000000"/>
                <w:sz w:val="16"/>
              </w:rPr>
              <w:t>poroča o poskusu</w:t>
            </w:r>
          </w:p>
          <w:p w14:paraId="2F335CA1" w14:textId="77777777" w:rsidR="00187E2C" w:rsidRDefault="00000000">
            <w:pPr>
              <w:pStyle w:val="Oznaenseznam"/>
              <w:spacing w:after="16"/>
            </w:pPr>
            <w:r>
              <w:rPr>
                <w:color w:val="000000"/>
                <w:sz w:val="16"/>
              </w:rPr>
              <w:t>uporablja zaporedje najprej–potem–na koncu</w:t>
            </w:r>
          </w:p>
          <w:p w14:paraId="60756A5F" w14:textId="77777777" w:rsidR="00187E2C" w:rsidRDefault="00000000">
            <w:pPr>
              <w:pStyle w:val="Oznaenseznam"/>
              <w:spacing w:after="16"/>
            </w:pPr>
            <w:r>
              <w:rPr>
                <w:color w:val="000000"/>
                <w:sz w:val="16"/>
              </w:rPr>
              <w:t>prepozna in poimenuje veliko tiskano črko S ter jo poveže z glasom /s/</w:t>
            </w:r>
          </w:p>
          <w:p w14:paraId="137EAF35" w14:textId="77777777" w:rsidR="00187E2C" w:rsidRDefault="00000000">
            <w:pPr>
              <w:pStyle w:val="Oznaenseznam"/>
              <w:spacing w:after="16"/>
            </w:pPr>
            <w:r>
              <w:rPr>
                <w:color w:val="000000"/>
                <w:sz w:val="16"/>
              </w:rPr>
              <w:t>veččutno oblikuje in čitljivo zapiše veliko tiskano črko S</w:t>
            </w:r>
          </w:p>
          <w:p w14:paraId="7E143EEB" w14:textId="77777777" w:rsidR="00187E2C" w:rsidRDefault="00000000">
            <w:pPr>
              <w:pStyle w:val="Oznaenseznam"/>
              <w:spacing w:after="16"/>
            </w:pPr>
            <w:r>
              <w:rPr>
                <w:color w:val="000000"/>
                <w:sz w:val="16"/>
              </w:rPr>
              <w:t>bere in sestavlja zloge oziroma besede z znanimi črkami: SARA • MESTO • VESNA • SIR</w:t>
            </w:r>
          </w:p>
          <w:p w14:paraId="69BEC630" w14:textId="77777777" w:rsidR="00187E2C" w:rsidRDefault="00000000">
            <w:pPr>
              <w:spacing w:before="40" w:after="20" w:line="245" w:lineRule="auto"/>
            </w:pPr>
            <w:r>
              <w:rPr>
                <w:b/>
                <w:color w:val="000000"/>
                <w:sz w:val="17"/>
              </w:rPr>
              <w:t>PRIČAKOVANI DOSEŽKI / MINIMALNI POUDARKI</w:t>
            </w:r>
          </w:p>
          <w:p w14:paraId="56C6135A" w14:textId="77777777" w:rsidR="00187E2C" w:rsidRDefault="00000000">
            <w:pPr>
              <w:pStyle w:val="Oznaenseznam"/>
              <w:spacing w:after="16"/>
            </w:pPr>
            <w:r>
              <w:rPr>
                <w:color w:val="000000"/>
                <w:sz w:val="15"/>
              </w:rPr>
              <w:t>samostojno oziroma z dogovorjeno oporo postavi vprašanje</w:t>
            </w:r>
          </w:p>
          <w:p w14:paraId="07E13D77" w14:textId="77777777" w:rsidR="00187E2C" w:rsidRDefault="00000000">
            <w:pPr>
              <w:pStyle w:val="Oznaenseznam"/>
              <w:spacing w:after="16"/>
            </w:pPr>
            <w:r>
              <w:rPr>
                <w:color w:val="000000"/>
                <w:sz w:val="15"/>
              </w:rPr>
              <w:t>samostojno oziroma z dogovorjeno oporo poroča o poskusu</w:t>
            </w:r>
          </w:p>
          <w:p w14:paraId="66FFA292" w14:textId="77777777" w:rsidR="00187E2C" w:rsidRDefault="00000000">
            <w:pPr>
              <w:pStyle w:val="Oznaenseznam"/>
              <w:spacing w:after="16"/>
            </w:pPr>
            <w:r>
              <w:rPr>
                <w:color w:val="000000"/>
                <w:sz w:val="15"/>
              </w:rPr>
              <w:t>samostojno oziroma z dogovorjeno oporo uporablja zaporedje najprej–potem–na koncu</w:t>
            </w:r>
          </w:p>
          <w:p w14:paraId="780C988C" w14:textId="77777777" w:rsidR="00187E2C" w:rsidRDefault="00000000">
            <w:pPr>
              <w:pStyle w:val="Oznaenseznam"/>
              <w:spacing w:after="16"/>
            </w:pPr>
            <w:r>
              <w:rPr>
                <w:color w:val="000000"/>
                <w:sz w:val="15"/>
              </w:rPr>
              <w:t>samostojno oziroma z dogovorjeno oporo prepozna in poimenuje veliko tiskano črko S ter jo poveže z glasom /s/</w:t>
            </w:r>
          </w:p>
          <w:p w14:paraId="16452713" w14:textId="77777777" w:rsidR="00187E2C" w:rsidRDefault="00000000">
            <w:pPr>
              <w:pStyle w:val="Oznaenseznam"/>
              <w:spacing w:after="16"/>
            </w:pPr>
            <w:r>
              <w:rPr>
                <w:color w:val="000000"/>
                <w:sz w:val="15"/>
              </w:rPr>
              <w:t>samostojno oziroma z dogovorjeno oporo veččutno oblikuje in čitljivo zapiše veliko tiskano črko S</w:t>
            </w:r>
          </w:p>
        </w:tc>
        <w:tc>
          <w:tcPr>
            <w:tcW w:w="7087" w:type="dxa"/>
            <w:tcMar>
              <w:top w:w="70" w:type="dxa"/>
              <w:left w:w="90" w:type="dxa"/>
              <w:bottom w:w="70" w:type="dxa"/>
              <w:right w:w="90" w:type="dxa"/>
            </w:tcMar>
          </w:tcPr>
          <w:p w14:paraId="75F8D34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A300484" w14:textId="77777777">
              <w:trPr>
                <w:jc w:val="center"/>
              </w:trPr>
              <w:tc>
                <w:tcPr>
                  <w:tcW w:w="7087" w:type="dxa"/>
                  <w:shd w:val="clear" w:color="auto" w:fill="C6E7F3"/>
                  <w:tcMar>
                    <w:top w:w="45" w:type="dxa"/>
                    <w:left w:w="70" w:type="dxa"/>
                    <w:bottom w:w="45" w:type="dxa"/>
                    <w:right w:w="70" w:type="dxa"/>
                  </w:tcMar>
                </w:tcPr>
                <w:p w14:paraId="65CD25CD" w14:textId="77777777" w:rsidR="00187E2C" w:rsidRDefault="00000000">
                  <w:pPr>
                    <w:keepNext/>
                  </w:pPr>
                  <w:r>
                    <w:rPr>
                      <w:b/>
                      <w:color w:val="000000"/>
                    </w:rPr>
                    <w:t>UVODNI DEL – motivacija, aktivacija predznanja in namen učenja (15–20 min)</w:t>
                  </w:r>
                </w:p>
              </w:tc>
            </w:tr>
          </w:tbl>
          <w:p w14:paraId="6F29E3AA" w14:textId="77777777" w:rsidR="00187E2C" w:rsidRDefault="00187E2C">
            <w:pPr>
              <w:spacing w:line="20" w:lineRule="exact"/>
            </w:pPr>
          </w:p>
          <w:p w14:paraId="350FD4F0" w14:textId="77777777" w:rsidR="00187E2C" w:rsidRDefault="00000000">
            <w:pPr>
              <w:spacing w:before="40" w:after="60" w:line="245" w:lineRule="auto"/>
            </w:pPr>
            <w:r>
              <w:rPr>
                <w:color w:val="000000"/>
                <w:sz w:val="16"/>
              </w:rPr>
              <w:t>Učenci ob naslovnici, odlomku ali ilustraciji dela »Mehurčki« – Oton Župančič doživljajsko vstopijo v motiv voda, igra besed, zvočnost in spreminjanje snovi. S kretnjo, predmetom, sliko, glasom ali kratko povedjo pokažejo predznanje in napoved. Izhodiščni odziv povežejo z dejavnostjo ČRKA S • BRALNI LIST 18 – Berem črko S in zloge ter besede.</w:t>
            </w:r>
          </w:p>
          <w:tbl>
            <w:tblPr>
              <w:tblStyle w:val="Tabelamrea"/>
              <w:tblW w:w="0" w:type="auto"/>
              <w:jc w:val="center"/>
              <w:tblLayout w:type="fixed"/>
              <w:tblLook w:val="04A0" w:firstRow="1" w:lastRow="0" w:firstColumn="1" w:lastColumn="0" w:noHBand="0" w:noVBand="1"/>
            </w:tblPr>
            <w:tblGrid>
              <w:gridCol w:w="7087"/>
            </w:tblGrid>
            <w:tr w:rsidR="00187E2C" w14:paraId="3EEC88C9" w14:textId="77777777">
              <w:trPr>
                <w:jc w:val="center"/>
              </w:trPr>
              <w:tc>
                <w:tcPr>
                  <w:tcW w:w="7087" w:type="dxa"/>
                  <w:shd w:val="clear" w:color="auto" w:fill="EDC9EA"/>
                  <w:tcMar>
                    <w:top w:w="45" w:type="dxa"/>
                    <w:left w:w="70" w:type="dxa"/>
                    <w:bottom w:w="45" w:type="dxa"/>
                    <w:right w:w="70" w:type="dxa"/>
                  </w:tcMar>
                </w:tcPr>
                <w:p w14:paraId="3B68CF7C" w14:textId="77777777" w:rsidR="00187E2C" w:rsidRDefault="00000000">
                  <w:pPr>
                    <w:keepNext/>
                  </w:pPr>
                  <w:r>
                    <w:rPr>
                      <w:b/>
                      <w:color w:val="000000"/>
                    </w:rPr>
                    <w:t>NAMENI UČENJA</w:t>
                  </w:r>
                </w:p>
              </w:tc>
            </w:tr>
          </w:tbl>
          <w:p w14:paraId="13485E77" w14:textId="77777777" w:rsidR="00187E2C" w:rsidRDefault="00187E2C">
            <w:pPr>
              <w:spacing w:line="20" w:lineRule="exact"/>
            </w:pPr>
          </w:p>
          <w:p w14:paraId="5A5CADBB"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3081C91C" w14:textId="77777777" w:rsidR="00187E2C" w:rsidRDefault="00000000">
            <w:pPr>
              <w:pStyle w:val="Oznaenseznam"/>
              <w:spacing w:after="16"/>
            </w:pPr>
            <w:r>
              <w:rPr>
                <w:color w:val="000000"/>
                <w:sz w:val="16"/>
              </w:rPr>
              <w:t>postavim vprašanje</w:t>
            </w:r>
          </w:p>
          <w:p w14:paraId="7E0CF968" w14:textId="77777777" w:rsidR="00187E2C" w:rsidRDefault="00000000">
            <w:pPr>
              <w:pStyle w:val="Oznaenseznam"/>
              <w:spacing w:after="16"/>
            </w:pPr>
            <w:r>
              <w:rPr>
                <w:color w:val="000000"/>
                <w:sz w:val="16"/>
              </w:rPr>
              <w:t>poročam o poskusu</w:t>
            </w:r>
          </w:p>
          <w:p w14:paraId="52C8FA80" w14:textId="77777777" w:rsidR="00187E2C" w:rsidRDefault="00000000">
            <w:pPr>
              <w:pStyle w:val="Oznaenseznam"/>
              <w:spacing w:after="16"/>
            </w:pPr>
            <w:r>
              <w:rPr>
                <w:color w:val="000000"/>
                <w:sz w:val="16"/>
              </w:rPr>
              <w:t>uporabljam zaporedje najprej–potem–na koncu</w:t>
            </w:r>
          </w:p>
          <w:p w14:paraId="033ED3C0" w14:textId="77777777" w:rsidR="00187E2C" w:rsidRDefault="00000000">
            <w:pPr>
              <w:pStyle w:val="Oznaenseznam"/>
              <w:spacing w:after="16"/>
            </w:pPr>
            <w:r>
              <w:rPr>
                <w:color w:val="000000"/>
                <w:sz w:val="16"/>
              </w:rPr>
              <w:t>prepoznam in poimenujem veliko tiskano črko S ter jo povežem z glasom /s/</w:t>
            </w:r>
          </w:p>
          <w:p w14:paraId="1C4E18A9" w14:textId="77777777" w:rsidR="00187E2C" w:rsidRDefault="00000000">
            <w:pPr>
              <w:pStyle w:val="Oznaenseznam"/>
              <w:spacing w:after="16"/>
            </w:pPr>
            <w:r>
              <w:rPr>
                <w:color w:val="000000"/>
                <w:sz w:val="16"/>
              </w:rPr>
              <w:t>veččutno oblikujem in čitljivo zapišem veliko tiskano črko S</w:t>
            </w:r>
          </w:p>
          <w:p w14:paraId="7B14CFCE" w14:textId="77777777" w:rsidR="00187E2C" w:rsidRDefault="00000000">
            <w:pPr>
              <w:pStyle w:val="Oznaenseznam"/>
              <w:spacing w:after="16"/>
            </w:pPr>
            <w:r>
              <w:rPr>
                <w:color w:val="000000"/>
                <w:sz w:val="16"/>
              </w:rPr>
              <w:t>berem in sestavlja zloge oziroma besede z znanimi črkami: SARA • MESTO • VESNA • SIR</w:t>
            </w:r>
          </w:p>
          <w:tbl>
            <w:tblPr>
              <w:tblStyle w:val="Tabelamrea"/>
              <w:tblW w:w="0" w:type="auto"/>
              <w:jc w:val="center"/>
              <w:tblLayout w:type="fixed"/>
              <w:tblLook w:val="04A0" w:firstRow="1" w:lastRow="0" w:firstColumn="1" w:lastColumn="0" w:noHBand="0" w:noVBand="1"/>
            </w:tblPr>
            <w:tblGrid>
              <w:gridCol w:w="7087"/>
            </w:tblGrid>
            <w:tr w:rsidR="00187E2C" w14:paraId="6B0600A0" w14:textId="77777777">
              <w:trPr>
                <w:jc w:val="center"/>
              </w:trPr>
              <w:tc>
                <w:tcPr>
                  <w:tcW w:w="7087" w:type="dxa"/>
                  <w:shd w:val="clear" w:color="auto" w:fill="EDC9EA"/>
                  <w:tcMar>
                    <w:top w:w="45" w:type="dxa"/>
                    <w:left w:w="70" w:type="dxa"/>
                    <w:bottom w:w="45" w:type="dxa"/>
                    <w:right w:w="70" w:type="dxa"/>
                  </w:tcMar>
                </w:tcPr>
                <w:p w14:paraId="6874FC75" w14:textId="77777777" w:rsidR="00187E2C" w:rsidRDefault="00000000">
                  <w:pPr>
                    <w:keepNext/>
                  </w:pPr>
                  <w:r>
                    <w:rPr>
                      <w:b/>
                      <w:color w:val="000000"/>
                    </w:rPr>
                    <w:t>PREVERJANJE PREDZNANJA</w:t>
                  </w:r>
                </w:p>
              </w:tc>
            </w:tr>
          </w:tbl>
          <w:p w14:paraId="6052D815" w14:textId="77777777" w:rsidR="00187E2C" w:rsidRDefault="00187E2C">
            <w:pPr>
              <w:spacing w:line="20" w:lineRule="exact"/>
            </w:pPr>
          </w:p>
          <w:p w14:paraId="65389570" w14:textId="77777777" w:rsidR="00187E2C" w:rsidRDefault="00000000">
            <w:pPr>
              <w:pStyle w:val="Oznaenseznam"/>
              <w:spacing w:after="16"/>
            </w:pPr>
            <w:r>
              <w:rPr>
                <w:color w:val="000000"/>
                <w:sz w:val="16"/>
              </w:rPr>
              <w:t>Kaj mi naslovnica, ilustracija ali naslov pove o motivu voda, igra besed, zvočnost in spreminjanje snovi?</w:t>
            </w:r>
          </w:p>
          <w:p w14:paraId="46C9D489" w14:textId="77777777" w:rsidR="00187E2C" w:rsidRDefault="00000000">
            <w:pPr>
              <w:pStyle w:val="Oznaenseznam"/>
              <w:spacing w:after="16"/>
            </w:pPr>
            <w:r>
              <w:rPr>
                <w:color w:val="000000"/>
                <w:sz w:val="16"/>
              </w:rPr>
              <w:t>Kje v besedah slišim glas /s/ in po katerih potezah prepoznam črko S?</w:t>
            </w:r>
          </w:p>
          <w:p w14:paraId="47EB665C"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41CFA344" w14:textId="77777777">
              <w:trPr>
                <w:jc w:val="center"/>
              </w:trPr>
              <w:tc>
                <w:tcPr>
                  <w:tcW w:w="7087" w:type="dxa"/>
                  <w:shd w:val="clear" w:color="auto" w:fill="EDC9EA"/>
                  <w:tcMar>
                    <w:top w:w="45" w:type="dxa"/>
                    <w:left w:w="70" w:type="dxa"/>
                    <w:bottom w:w="45" w:type="dxa"/>
                    <w:right w:w="70" w:type="dxa"/>
                  </w:tcMar>
                </w:tcPr>
                <w:p w14:paraId="2CC2A20D" w14:textId="77777777" w:rsidR="00187E2C" w:rsidRDefault="00000000">
                  <w:pPr>
                    <w:keepNext/>
                  </w:pPr>
                  <w:r>
                    <w:rPr>
                      <w:b/>
                      <w:color w:val="000000"/>
                    </w:rPr>
                    <w:t>KRITERIJI USPEŠNOSTI</w:t>
                  </w:r>
                </w:p>
              </w:tc>
            </w:tr>
          </w:tbl>
          <w:p w14:paraId="55B739AC" w14:textId="77777777" w:rsidR="00187E2C" w:rsidRDefault="00187E2C"/>
          <w:p w14:paraId="712C70BF" w14:textId="77777777" w:rsidR="00187E2C" w:rsidRDefault="00000000">
            <w:pPr>
              <w:spacing w:before="20" w:after="20" w:line="245" w:lineRule="auto"/>
            </w:pPr>
            <w:r>
              <w:rPr>
                <w:b/>
                <w:color w:val="000000"/>
                <w:sz w:val="16"/>
              </w:rPr>
              <w:t>Uspešen/-na bom, ko:</w:t>
            </w:r>
          </w:p>
          <w:p w14:paraId="50EE337D" w14:textId="77777777" w:rsidR="00187E2C" w:rsidRDefault="00000000">
            <w:pPr>
              <w:pStyle w:val="Oznaenseznam"/>
              <w:spacing w:after="16"/>
            </w:pPr>
            <w:r>
              <w:rPr>
                <w:color w:val="000000"/>
                <w:sz w:val="16"/>
              </w:rPr>
              <w:t>postavim vprašanje</w:t>
            </w:r>
          </w:p>
          <w:p w14:paraId="5D3A3606" w14:textId="77777777" w:rsidR="00187E2C" w:rsidRDefault="00000000">
            <w:pPr>
              <w:pStyle w:val="Oznaenseznam"/>
              <w:spacing w:after="16"/>
            </w:pPr>
            <w:r>
              <w:rPr>
                <w:color w:val="000000"/>
                <w:sz w:val="16"/>
              </w:rPr>
              <w:t>poročam o poskusu</w:t>
            </w:r>
          </w:p>
          <w:p w14:paraId="1D376870" w14:textId="77777777" w:rsidR="00187E2C" w:rsidRDefault="00000000">
            <w:pPr>
              <w:pStyle w:val="Oznaenseznam"/>
              <w:spacing w:after="16"/>
            </w:pPr>
            <w:r>
              <w:rPr>
                <w:color w:val="000000"/>
                <w:sz w:val="16"/>
              </w:rPr>
              <w:t>uporabljam zaporedje najprej–potem–na koncu</w:t>
            </w:r>
          </w:p>
          <w:p w14:paraId="71AE4582" w14:textId="77777777" w:rsidR="00187E2C" w:rsidRDefault="00000000">
            <w:pPr>
              <w:pStyle w:val="Oznaenseznam"/>
              <w:spacing w:after="16"/>
            </w:pPr>
            <w:r>
              <w:rPr>
                <w:color w:val="000000"/>
                <w:sz w:val="16"/>
              </w:rPr>
              <w:t>prepoznam in poimenujem veliko tiskano črko S ter jo povežem z glasom /s/</w:t>
            </w:r>
          </w:p>
          <w:p w14:paraId="45AD8E9A" w14:textId="77777777" w:rsidR="00187E2C" w:rsidRDefault="00000000">
            <w:pPr>
              <w:pStyle w:val="Oznaenseznam"/>
              <w:spacing w:after="16"/>
            </w:pPr>
            <w:r>
              <w:rPr>
                <w:color w:val="000000"/>
                <w:sz w:val="16"/>
              </w:rPr>
              <w:t>veččutno oblikujem in čitljivo zapišem veliko tiskano črko S</w:t>
            </w:r>
          </w:p>
          <w:p w14:paraId="2E4485E2" w14:textId="77777777" w:rsidR="00187E2C" w:rsidRDefault="00000000">
            <w:pPr>
              <w:pStyle w:val="Oznaenseznam"/>
              <w:spacing w:after="16"/>
            </w:pPr>
            <w:r>
              <w:rPr>
                <w:color w:val="000000"/>
                <w:sz w:val="16"/>
              </w:rPr>
              <w:t>berem in sestavlja zloge oziroma besede z znanimi črkami: SARA • MESTO • VESNA • SIR</w:t>
            </w:r>
          </w:p>
          <w:p w14:paraId="15D10413"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0E95FFA2" w14:textId="77777777" w:rsidR="00187E2C" w:rsidRDefault="00187E2C"/>
          <w:p w14:paraId="2B7C9C34"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66815320" w14:textId="77777777" w:rsidR="00187E2C" w:rsidRDefault="00000000">
            <w:pPr>
              <w:spacing w:after="80" w:line="245" w:lineRule="auto"/>
            </w:pPr>
            <w:r>
              <w:rPr>
                <w:color w:val="000000"/>
                <w:sz w:val="16"/>
              </w:rPr>
              <w:t>Pove, pokaže ali nariše, kaj že ve in katero strategijo bi uporabil.</w:t>
            </w:r>
          </w:p>
          <w:p w14:paraId="0A5EE378" w14:textId="77777777" w:rsidR="00187E2C" w:rsidRDefault="00000000">
            <w:pPr>
              <w:spacing w:after="100" w:line="245" w:lineRule="auto"/>
            </w:pPr>
            <w:r>
              <w:rPr>
                <w:color w:val="000000"/>
                <w:sz w:val="16"/>
              </w:rPr>
              <w:t>Sodeluje pri razumevanju namenov in kriterijev uspešnosti.</w:t>
            </w:r>
          </w:p>
          <w:p w14:paraId="75493B32" w14:textId="77777777" w:rsidR="00187E2C" w:rsidRDefault="00000000">
            <w:pPr>
              <w:spacing w:after="20" w:line="245" w:lineRule="auto"/>
            </w:pPr>
            <w:r>
              <w:rPr>
                <w:b/>
                <w:color w:val="D95BC6"/>
                <w:sz w:val="17"/>
              </w:rPr>
              <w:t>DOKAZ O UČENJU</w:t>
            </w:r>
          </w:p>
          <w:p w14:paraId="1570EDBE"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213F632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31C0B8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7CADF74"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CEB1F49" w14:textId="77777777" w:rsidR="00187E2C" w:rsidRDefault="00000000">
            <w:pPr>
              <w:jc w:val="center"/>
            </w:pPr>
            <w:r>
              <w:rPr>
                <w:b/>
                <w:color w:val="000000"/>
                <w:sz w:val="20"/>
              </w:rPr>
              <w:t>UČNE DEJAVNOSTI, METODE IN FORMATIVNO SPREMLJANJE</w:t>
            </w:r>
          </w:p>
        </w:tc>
      </w:tr>
      <w:tr w:rsidR="00187E2C" w14:paraId="0E0709F4" w14:textId="77777777">
        <w:trPr>
          <w:tblHeader/>
          <w:jc w:val="center"/>
        </w:trPr>
        <w:tc>
          <w:tcPr>
            <w:tcW w:w="4422" w:type="dxa"/>
            <w:vMerge/>
            <w:tcMar>
              <w:top w:w="70" w:type="dxa"/>
              <w:left w:w="90" w:type="dxa"/>
              <w:bottom w:w="70" w:type="dxa"/>
              <w:right w:w="90" w:type="dxa"/>
            </w:tcMar>
            <w:vAlign w:val="center"/>
          </w:tcPr>
          <w:p w14:paraId="25F45733" w14:textId="77777777" w:rsidR="00187E2C" w:rsidRDefault="00187E2C"/>
        </w:tc>
        <w:tc>
          <w:tcPr>
            <w:tcW w:w="7087" w:type="dxa"/>
            <w:shd w:val="clear" w:color="auto" w:fill="FFFFFF"/>
            <w:tcMar>
              <w:top w:w="70" w:type="dxa"/>
              <w:left w:w="90" w:type="dxa"/>
              <w:bottom w:w="70" w:type="dxa"/>
              <w:right w:w="90" w:type="dxa"/>
            </w:tcMar>
            <w:vAlign w:val="center"/>
          </w:tcPr>
          <w:p w14:paraId="29C208B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D5D989" w14:textId="77777777" w:rsidR="00187E2C" w:rsidRDefault="00000000">
            <w:pPr>
              <w:jc w:val="center"/>
            </w:pPr>
            <w:r>
              <w:rPr>
                <w:b/>
                <w:color w:val="000000"/>
              </w:rPr>
              <w:t>UČENEC</w:t>
            </w:r>
          </w:p>
        </w:tc>
      </w:tr>
      <w:tr w:rsidR="00187E2C" w14:paraId="6C6902E4" w14:textId="77777777">
        <w:trPr>
          <w:jc w:val="center"/>
        </w:trPr>
        <w:tc>
          <w:tcPr>
            <w:tcW w:w="4422" w:type="dxa"/>
            <w:tcMar>
              <w:top w:w="70" w:type="dxa"/>
              <w:left w:w="90" w:type="dxa"/>
              <w:bottom w:w="70" w:type="dxa"/>
              <w:right w:w="90" w:type="dxa"/>
            </w:tcMar>
          </w:tcPr>
          <w:p w14:paraId="3F159D6C" w14:textId="77777777" w:rsidR="00187E2C" w:rsidRDefault="00187E2C"/>
          <w:p w14:paraId="3B451286" w14:textId="77777777" w:rsidR="00187E2C" w:rsidRDefault="00000000">
            <w:pPr>
              <w:spacing w:after="40" w:line="245" w:lineRule="auto"/>
            </w:pPr>
            <w:r>
              <w:rPr>
                <w:b/>
                <w:color w:val="000000"/>
              </w:rPr>
              <w:t>KLJUČNI POJMI</w:t>
            </w:r>
          </w:p>
          <w:p w14:paraId="63E473CC" w14:textId="77777777" w:rsidR="00187E2C" w:rsidRDefault="00000000">
            <w:pPr>
              <w:spacing w:after="60" w:line="245" w:lineRule="auto"/>
            </w:pPr>
            <w:r>
              <w:rPr>
                <w:color w:val="000000"/>
                <w:sz w:val="15"/>
              </w:rPr>
              <w:t>glas /s/, črka S, zlog, beseda, poved, smer poteze, bralna strategija, naslov, avtor, ilustrator, književna oseba</w:t>
            </w:r>
          </w:p>
          <w:p w14:paraId="4E3B4023" w14:textId="77777777" w:rsidR="00187E2C" w:rsidRDefault="00000000">
            <w:pPr>
              <w:spacing w:after="20" w:line="245" w:lineRule="auto"/>
            </w:pPr>
            <w:r>
              <w:rPr>
                <w:b/>
                <w:color w:val="000000"/>
                <w:sz w:val="17"/>
              </w:rPr>
              <w:t>DOKAZI O UČENJU</w:t>
            </w:r>
          </w:p>
          <w:p w14:paraId="52184F30" w14:textId="77777777" w:rsidR="00187E2C" w:rsidRDefault="00000000">
            <w:pPr>
              <w:pStyle w:val="Oznaenseznam"/>
              <w:spacing w:after="9"/>
            </w:pPr>
            <w:r>
              <w:rPr>
                <w:color w:val="000000"/>
                <w:sz w:val="15"/>
              </w:rPr>
              <w:t>odziv med poslušanjem, izbrana slika in ena poved o doživetju.</w:t>
            </w:r>
          </w:p>
          <w:p w14:paraId="09A2C16D" w14:textId="77777777" w:rsidR="00187E2C" w:rsidRDefault="00000000">
            <w:pPr>
              <w:pStyle w:val="Oznaenseznam"/>
              <w:spacing w:after="9"/>
            </w:pPr>
            <w:r>
              <w:rPr>
                <w:color w:val="000000"/>
                <w:sz w:val="15"/>
              </w:rPr>
              <w:t>zvočni posnetek ali anekdotski zapis kratke izmenjave.</w:t>
            </w:r>
          </w:p>
          <w:p w14:paraId="43E33609" w14:textId="77777777" w:rsidR="00187E2C" w:rsidRDefault="00000000">
            <w:pPr>
              <w:pStyle w:val="Oznaenseznam"/>
              <w:spacing w:after="9"/>
            </w:pPr>
            <w:r>
              <w:rPr>
                <w:color w:val="000000"/>
                <w:sz w:val="15"/>
              </w:rPr>
              <w:t>štiri pravilne glasovne odločitve, izbor črke S in kratka učenčeva razlaga.</w:t>
            </w:r>
          </w:p>
          <w:p w14:paraId="7E9CBD06" w14:textId="77777777" w:rsidR="00187E2C" w:rsidRDefault="00000000">
            <w:pPr>
              <w:pStyle w:val="Oznaenseznam"/>
              <w:spacing w:after="9"/>
            </w:pPr>
            <w:r>
              <w:rPr>
                <w:color w:val="000000"/>
                <w:sz w:val="15"/>
              </w:rPr>
              <w:t>fotografija konstrukcije črke S, opazovalni zapis smeri potez in datirana vrstica treh zapisov.</w:t>
            </w:r>
          </w:p>
          <w:p w14:paraId="5E0C9380" w14:textId="77777777" w:rsidR="00187E2C" w:rsidRDefault="00000000">
            <w:pPr>
              <w:pStyle w:val="Oznaenseznam"/>
              <w:spacing w:after="9"/>
            </w:pPr>
            <w:r>
              <w:rPr>
                <w:color w:val="000000"/>
                <w:sz w:val="15"/>
              </w:rPr>
              <w:t>izpolnjen Bralni list 18, individualni bralni zapis, sestavljen ali zapisan primer s črko S in samovrednotenje.</w:t>
            </w:r>
          </w:p>
          <w:p w14:paraId="23838D50" w14:textId="77777777" w:rsidR="00187E2C" w:rsidRDefault="00000000">
            <w:pPr>
              <w:pStyle w:val="Oznaenseznam"/>
              <w:spacing w:after="9"/>
            </w:pPr>
            <w:r>
              <w:rPr>
                <w:color w:val="000000"/>
                <w:sz w:val="15"/>
              </w:rPr>
              <w:t>OCENJEVANJE: individualni dokaz glasovnega zavedanja oziroma začetnega branja in kratek pogovor o strategiji.</w:t>
            </w:r>
          </w:p>
          <w:p w14:paraId="08D0FA8D" w14:textId="77777777" w:rsidR="00187E2C" w:rsidRDefault="00000000">
            <w:pPr>
              <w:spacing w:before="40" w:after="20" w:line="245" w:lineRule="auto"/>
            </w:pPr>
            <w:r>
              <w:rPr>
                <w:b/>
                <w:color w:val="000000"/>
                <w:sz w:val="17"/>
              </w:rPr>
              <w:t>KNJIŽEVNO DOŽIVETJE IN IZKUŠENJSKI POUK</w:t>
            </w:r>
          </w:p>
          <w:p w14:paraId="5428A772"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36ACB168" w14:textId="77777777" w:rsidR="00187E2C" w:rsidRDefault="00000000">
            <w:pPr>
              <w:spacing w:after="20" w:line="245" w:lineRule="auto"/>
            </w:pPr>
            <w:r>
              <w:rPr>
                <w:b/>
                <w:color w:val="000000"/>
                <w:sz w:val="17"/>
              </w:rPr>
              <w:t>POUČEVANJE V GIBANJU</w:t>
            </w:r>
          </w:p>
          <w:p w14:paraId="1A1EB953"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27B87720" w14:textId="77777777" w:rsidR="00187E2C" w:rsidRDefault="00000000">
            <w:pPr>
              <w:spacing w:after="20" w:line="245" w:lineRule="auto"/>
            </w:pPr>
            <w:r>
              <w:rPr>
                <w:b/>
                <w:color w:val="000000"/>
                <w:sz w:val="17"/>
              </w:rPr>
              <w:t>DELO PO POSTAJAH</w:t>
            </w:r>
          </w:p>
          <w:p w14:paraId="6ABED586" w14:textId="77777777" w:rsidR="00187E2C" w:rsidRDefault="00000000">
            <w:pPr>
              <w:spacing w:after="60" w:line="245" w:lineRule="auto"/>
            </w:pPr>
            <w:r>
              <w:rPr>
                <w:color w:val="000000"/>
                <w:sz w:val="15"/>
              </w:rPr>
              <w:t>1. doživljajsko-književna – poslušanje, pogovor, igra vlog in predmetno/slikovno izhodišče; 2. glasovno-gibalna – slišim glas /s/, razvrščam besede in sestavljam žive zloge; 3. bralna – ČRKA S • BRALNI LIST 18, modelirano, vodeno ali ponovljeno branje; 4. tipno-grafomotorična – črko S oblikujem, hodim po njeni poti in jo zapišem ter izbor dokaza, povratna informacija in naslednji korak.</w:t>
            </w:r>
          </w:p>
          <w:p w14:paraId="361259C9" w14:textId="77777777" w:rsidR="00187E2C" w:rsidRDefault="00000000">
            <w:pPr>
              <w:spacing w:after="20" w:line="245" w:lineRule="auto"/>
            </w:pPr>
            <w:r>
              <w:rPr>
                <w:b/>
                <w:color w:val="000000"/>
                <w:sz w:val="17"/>
              </w:rPr>
              <w:t>DIFERENCIACIJA IN VKLJUČEVANJE</w:t>
            </w:r>
          </w:p>
          <w:p w14:paraId="790B4144"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3FD3D852" w14:textId="77777777" w:rsidR="00187E2C" w:rsidRDefault="00000000">
            <w:pPr>
              <w:spacing w:after="20" w:line="245" w:lineRule="auto"/>
            </w:pPr>
            <w:r>
              <w:rPr>
                <w:b/>
                <w:color w:val="000000"/>
                <w:sz w:val="17"/>
              </w:rPr>
              <w:t>SPREMLJANJE</w:t>
            </w:r>
          </w:p>
          <w:p w14:paraId="3D1E9D21"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5A7EBE93"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50551CE" w14:textId="77777777">
              <w:trPr>
                <w:jc w:val="center"/>
              </w:trPr>
              <w:tc>
                <w:tcPr>
                  <w:tcW w:w="7087" w:type="dxa"/>
                  <w:shd w:val="clear" w:color="auto" w:fill="C6E7F3"/>
                  <w:tcMar>
                    <w:top w:w="45" w:type="dxa"/>
                    <w:left w:w="70" w:type="dxa"/>
                    <w:bottom w:w="45" w:type="dxa"/>
                    <w:right w:w="70" w:type="dxa"/>
                  </w:tcMar>
                </w:tcPr>
                <w:p w14:paraId="4B61E119" w14:textId="77777777" w:rsidR="00187E2C" w:rsidRDefault="00000000">
                  <w:pPr>
                    <w:keepNext/>
                  </w:pPr>
                  <w:r>
                    <w:rPr>
                      <w:b/>
                      <w:color w:val="000000"/>
                      <w:sz w:val="17"/>
                    </w:rPr>
                    <w:t>GLAVNI DEL – DOŽIVLJAJSKO, JEZIKOVNO IN OPISMENJEVALNO UČENJE (6 šolskih ur)</w:t>
                  </w:r>
                </w:p>
              </w:tc>
            </w:tr>
          </w:tbl>
          <w:p w14:paraId="381FF785" w14:textId="77777777" w:rsidR="00187E2C" w:rsidRDefault="00187E2C">
            <w:pPr>
              <w:spacing w:line="20" w:lineRule="exact"/>
            </w:pPr>
          </w:p>
          <w:p w14:paraId="3D677F2F" w14:textId="77777777" w:rsidR="00187E2C" w:rsidRDefault="00000000">
            <w:pPr>
              <w:keepNext/>
              <w:spacing w:before="22" w:after="6" w:line="245" w:lineRule="auto"/>
            </w:pPr>
            <w:r>
              <w:rPr>
                <w:b/>
                <w:color w:val="000000"/>
                <w:sz w:val="15"/>
              </w:rPr>
              <w:t>1. URA – Razlagalni pogovor – Poslušam in doživljam</w:t>
            </w:r>
          </w:p>
          <w:p w14:paraId="46870E0F"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»razlagalni pogovor • velika tiskana črka s • bralni list 18«.</w:t>
            </w:r>
          </w:p>
          <w:p w14:paraId="46332313"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»postavi vprašanje«.</w:t>
            </w:r>
          </w:p>
          <w:p w14:paraId="32D570A3" w14:textId="77777777" w:rsidR="00187E2C" w:rsidRDefault="00000000">
            <w:pPr>
              <w:spacing w:after="15" w:line="245" w:lineRule="auto"/>
            </w:pPr>
            <w:r>
              <w:rPr>
                <w:i/>
                <w:color w:val="D95BC6"/>
                <w:sz w:val="14"/>
              </w:rPr>
              <w:t>Predvideni dokaz: odziv med poslušanjem, izbrana slika in ena poved o doživetju..</w:t>
            </w:r>
          </w:p>
          <w:p w14:paraId="414EE3CC" w14:textId="77777777" w:rsidR="00187E2C" w:rsidRDefault="00000000">
            <w:pPr>
              <w:keepNext/>
              <w:spacing w:before="22" w:after="6" w:line="245" w:lineRule="auto"/>
            </w:pPr>
            <w:r>
              <w:rPr>
                <w:b/>
                <w:color w:val="000000"/>
                <w:sz w:val="15"/>
              </w:rPr>
              <w:t>2. URA – Razlagalni pogovor – Govorim in pojasnjujem</w:t>
            </w:r>
          </w:p>
          <w:p w14:paraId="0A85E700"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4DFB8EF7"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»poroča o poskusu«.</w:t>
            </w:r>
          </w:p>
          <w:p w14:paraId="46A87AC3" w14:textId="77777777" w:rsidR="00187E2C" w:rsidRDefault="00000000">
            <w:pPr>
              <w:spacing w:after="15" w:line="245" w:lineRule="auto"/>
            </w:pPr>
            <w:r>
              <w:rPr>
                <w:i/>
                <w:color w:val="D95BC6"/>
                <w:sz w:val="14"/>
              </w:rPr>
              <w:t>Predvideni dokaz: zvočni posnetek ali anekdotski zapis kratke izmenjave..</w:t>
            </w:r>
          </w:p>
          <w:p w14:paraId="487A6D4C" w14:textId="77777777" w:rsidR="00187E2C" w:rsidRDefault="00000000">
            <w:pPr>
              <w:keepNext/>
              <w:spacing w:before="22" w:after="6" w:line="245" w:lineRule="auto"/>
            </w:pPr>
            <w:r>
              <w:rPr>
                <w:b/>
                <w:color w:val="000000"/>
                <w:sz w:val="15"/>
              </w:rPr>
              <w:t>3. URA – SLIŠIM GLAS /s/ IN ODKRIVAM ČRKO S</w:t>
            </w:r>
          </w:p>
          <w:p w14:paraId="1BBFCA03"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(sonce, osa, nos, pes); učenci se premikajo v kote začetek–sredina–konec, nato med črkami poiščejo S in jo oblikujejo s telesom.</w:t>
            </w:r>
          </w:p>
          <w:p w14:paraId="27B5A0EB"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S ter jo predstavi s telesom ali vrvjo.</w:t>
            </w:r>
          </w:p>
          <w:p w14:paraId="7DEB2A50" w14:textId="77777777" w:rsidR="00187E2C" w:rsidRDefault="00000000">
            <w:pPr>
              <w:spacing w:after="15" w:line="245" w:lineRule="auto"/>
            </w:pPr>
            <w:r>
              <w:rPr>
                <w:i/>
                <w:color w:val="D95BC6"/>
                <w:sz w:val="14"/>
              </w:rPr>
              <w:t>Predvideni dokaz: štiri pravilne glasovne odločitve, izbor črke S in kratka učenčeva razlaga..</w:t>
            </w:r>
          </w:p>
          <w:p w14:paraId="41C34230" w14:textId="77777777" w:rsidR="00187E2C" w:rsidRDefault="00000000">
            <w:pPr>
              <w:keepNext/>
              <w:spacing w:before="22" w:after="6" w:line="245" w:lineRule="auto"/>
            </w:pPr>
            <w:r>
              <w:rPr>
                <w:b/>
                <w:color w:val="000000"/>
                <w:sz w:val="15"/>
              </w:rPr>
              <w:t>4. URA – Oblikujem in pišem črko S</w:t>
            </w:r>
          </w:p>
          <w:p w14:paraId="7ACF007A"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72524EBD" w14:textId="77777777" w:rsidR="00187E2C" w:rsidRDefault="00000000">
            <w:pPr>
              <w:spacing w:after="7" w:line="245" w:lineRule="auto"/>
            </w:pPr>
            <w:r>
              <w:rPr>
                <w:b/>
                <w:color w:val="000000"/>
                <w:sz w:val="14"/>
              </w:rPr>
              <w:t xml:space="preserve">Dejavnost učencev: </w:t>
            </w:r>
            <w:r>
              <w:rPr>
                <w:color w:val="000000"/>
                <w:sz w:val="14"/>
              </w:rPr>
              <w:t>Črko S gradi in zapisuje na različnih podlagah, nato preide na manjši format; po povratni informaciji ponovi isti zapis.</w:t>
            </w:r>
          </w:p>
          <w:p w14:paraId="5AA3A3C4" w14:textId="77777777" w:rsidR="00187E2C" w:rsidRDefault="00000000">
            <w:pPr>
              <w:spacing w:after="15" w:line="245" w:lineRule="auto"/>
            </w:pPr>
            <w:r>
              <w:rPr>
                <w:i/>
                <w:color w:val="D95BC6"/>
                <w:sz w:val="14"/>
              </w:rPr>
              <w:t>Predvideni dokaz: fotografija konstrukcije črke S, opazovalni zapis smeri potez in datirana vrstica treh zapisov..</w:t>
            </w:r>
          </w:p>
          <w:p w14:paraId="52CE80D3" w14:textId="77777777" w:rsidR="00187E2C" w:rsidRDefault="00000000">
            <w:pPr>
              <w:keepNext/>
              <w:spacing w:before="22" w:after="6" w:line="245" w:lineRule="auto"/>
            </w:pPr>
            <w:r>
              <w:rPr>
                <w:b/>
                <w:color w:val="000000"/>
                <w:sz w:val="15"/>
              </w:rPr>
              <w:t>5. URA – Berem in uporabim črko S</w:t>
            </w:r>
          </w:p>
          <w:p w14:paraId="57310AB3"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S in Bralni list 18; gradivo omeji na znane črke A, E, I, O, U, N, M, T, J, V, R, S.</w:t>
            </w:r>
          </w:p>
          <w:p w14:paraId="0F744C06" w14:textId="77777777" w:rsidR="00187E2C" w:rsidRDefault="00000000">
            <w:pPr>
              <w:spacing w:after="7" w:line="245" w:lineRule="auto"/>
            </w:pPr>
            <w:r>
              <w:rPr>
                <w:b/>
                <w:color w:val="000000"/>
                <w:sz w:val="14"/>
              </w:rPr>
              <w:t xml:space="preserve">Dejavnost učencev: </w:t>
            </w:r>
            <w:r>
              <w:rPr>
                <w:color w:val="000000"/>
                <w:sz w:val="14"/>
              </w:rPr>
              <w:t>Sestavlja, premešča in bere SA • SI • SO • SE • SU ter SARA • MESTO • VESNA • SIR; izbere zahtevnost in rešuje Bralni list 18.</w:t>
            </w:r>
          </w:p>
          <w:p w14:paraId="7B95313B" w14:textId="77777777" w:rsidR="00187E2C" w:rsidRDefault="00000000">
            <w:pPr>
              <w:spacing w:after="15" w:line="245" w:lineRule="auto"/>
            </w:pPr>
            <w:r>
              <w:rPr>
                <w:i/>
                <w:color w:val="D95BC6"/>
                <w:sz w:val="14"/>
              </w:rPr>
              <w:t>Predvideni dokaz: izpolnjen Bralni list 18, individualni bralni zapis, sestavljen ali zapisan primer s črko S in samovrednotenje..</w:t>
            </w:r>
          </w:p>
          <w:p w14:paraId="258EA756" w14:textId="77777777" w:rsidR="00187E2C" w:rsidRDefault="00000000">
            <w:pPr>
              <w:keepNext/>
              <w:spacing w:before="22" w:after="6" w:line="245" w:lineRule="auto"/>
            </w:pPr>
            <w:r>
              <w:rPr>
                <w:b/>
                <w:color w:val="000000"/>
                <w:sz w:val="15"/>
              </w:rPr>
              <w:t>6. URA – Razlagalni pogovor – Ocenjevanje</w:t>
            </w:r>
          </w:p>
          <w:p w14:paraId="6CB64E4E" w14:textId="77777777" w:rsidR="00187E2C" w:rsidRDefault="00000000">
            <w:pPr>
              <w:spacing w:after="7" w:line="245" w:lineRule="auto"/>
            </w:pPr>
            <w:r>
              <w:rPr>
                <w:b/>
                <w:color w:val="000000"/>
                <w:sz w:val="14"/>
              </w:rPr>
              <w:t xml:space="preserve">Dejavnost učiteljice: </w:t>
            </w:r>
            <w:r>
              <w:rPr>
                <w:color w:val="000000"/>
                <w:sz w:val="14"/>
              </w:rPr>
              <w:t>Izvede napovedano ocenjevalno situacijo: individualni dokaz glasovnega zavedanja oziroma začetnega branja in kratek pogovor o strategiji. Uporabi javne kriterije.</w:t>
            </w:r>
          </w:p>
          <w:p w14:paraId="28E6EBCA" w14:textId="77777777" w:rsidR="00187E2C" w:rsidRDefault="00000000">
            <w:pPr>
              <w:spacing w:after="7" w:line="245" w:lineRule="auto"/>
            </w:pPr>
            <w:r>
              <w:rPr>
                <w:b/>
                <w:color w:val="000000"/>
                <w:sz w:val="14"/>
              </w:rPr>
              <w:t xml:space="preserve">Dejavnost učencev: </w:t>
            </w:r>
            <w:r>
              <w:rPr>
                <w:color w:val="000000"/>
                <w:sz w:val="14"/>
              </w:rPr>
              <w:t>Samostojno oziroma ob vnaprej dovoljeni opori izvede dogovorjeno nalogo, pokaže svoj postopek/izdelek in odgovori na kratko pojasnjevalno vprašanje.</w:t>
            </w:r>
          </w:p>
          <w:p w14:paraId="3DF07C20" w14:textId="77777777" w:rsidR="00187E2C" w:rsidRDefault="00000000">
            <w:pPr>
              <w:spacing w:after="15" w:line="245" w:lineRule="auto"/>
            </w:pPr>
            <w:r>
              <w:rPr>
                <w:i/>
                <w:color w:val="D95BC6"/>
                <w:sz w:val="14"/>
              </w:rPr>
              <w:t>Predvideni dokaz: OCENJEVANJE: individualni dokaz glasovnega zavedanja oziroma začetnega branja in kratek pogovor o strategiji..</w:t>
            </w:r>
          </w:p>
          <w:tbl>
            <w:tblPr>
              <w:tblStyle w:val="Tabelamrea"/>
              <w:tblW w:w="0" w:type="auto"/>
              <w:jc w:val="center"/>
              <w:tblLayout w:type="fixed"/>
              <w:tblLook w:val="04A0" w:firstRow="1" w:lastRow="0" w:firstColumn="1" w:lastColumn="0" w:noHBand="0" w:noVBand="1"/>
            </w:tblPr>
            <w:tblGrid>
              <w:gridCol w:w="7087"/>
            </w:tblGrid>
            <w:tr w:rsidR="00187E2C" w14:paraId="3EAB27B1" w14:textId="77777777">
              <w:trPr>
                <w:jc w:val="center"/>
              </w:trPr>
              <w:tc>
                <w:tcPr>
                  <w:tcW w:w="7087" w:type="dxa"/>
                  <w:shd w:val="clear" w:color="auto" w:fill="EDC9EA"/>
                  <w:tcMar>
                    <w:top w:w="45" w:type="dxa"/>
                    <w:left w:w="70" w:type="dxa"/>
                    <w:bottom w:w="45" w:type="dxa"/>
                    <w:right w:w="70" w:type="dxa"/>
                  </w:tcMar>
                </w:tcPr>
                <w:p w14:paraId="4DD6A600" w14:textId="77777777" w:rsidR="00187E2C" w:rsidRDefault="00000000">
                  <w:pPr>
                    <w:keepNext/>
                  </w:pPr>
                  <w:r>
                    <w:rPr>
                      <w:b/>
                      <w:color w:val="000000"/>
                      <w:sz w:val="17"/>
                    </w:rPr>
                    <w:t>POVRATNA INFORMACIJA UČITELJICE MED DELOM</w:t>
                  </w:r>
                </w:p>
              </w:tc>
            </w:tr>
          </w:tbl>
          <w:p w14:paraId="471E7509" w14:textId="77777777" w:rsidR="00187E2C" w:rsidRDefault="00187E2C"/>
          <w:p w14:paraId="767CBBE6"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2A415A65" w14:textId="77777777" w:rsidR="00187E2C" w:rsidRDefault="00187E2C"/>
          <w:p w14:paraId="2835A7A4" w14:textId="77777777" w:rsidR="00187E2C" w:rsidRDefault="00000000">
            <w:pPr>
              <w:spacing w:after="4" w:line="245" w:lineRule="auto"/>
            </w:pPr>
            <w:r>
              <w:rPr>
                <w:b/>
                <w:color w:val="000000"/>
                <w:sz w:val="15"/>
              </w:rPr>
              <w:t>1. URA – Razlagalni pogovor – Poslušam in doživljam</w:t>
            </w:r>
          </w:p>
          <w:p w14:paraId="2D6CF4FA" w14:textId="77777777" w:rsidR="00187E2C" w:rsidRDefault="00000000">
            <w:pPr>
              <w:spacing w:after="7" w:line="245" w:lineRule="auto"/>
            </w:pPr>
            <w:r>
              <w:rPr>
                <w:color w:val="000000"/>
                <w:sz w:val="14"/>
              </w:rPr>
              <w:t>Napoveduje ob naslovu/sliki, med poslušanjem pokaže dogovorjen znak in po poslušanju izbere sliko občutja.</w:t>
            </w:r>
          </w:p>
          <w:p w14:paraId="47FEEFB7" w14:textId="77777777" w:rsidR="00187E2C" w:rsidRDefault="00000000">
            <w:pPr>
              <w:spacing w:after="15" w:line="245" w:lineRule="auto"/>
            </w:pPr>
            <w:r>
              <w:rPr>
                <w:color w:val="D95BC6"/>
                <w:sz w:val="13"/>
              </w:rPr>
              <w:t>Dokaz: odziv med poslušanjem, izbrana slika in ena poved o doživetju.</w:t>
            </w:r>
          </w:p>
          <w:p w14:paraId="1A3F119B" w14:textId="77777777" w:rsidR="00187E2C" w:rsidRDefault="00000000">
            <w:pPr>
              <w:spacing w:after="4" w:line="245" w:lineRule="auto"/>
            </w:pPr>
            <w:r>
              <w:rPr>
                <w:b/>
                <w:color w:val="000000"/>
                <w:sz w:val="15"/>
              </w:rPr>
              <w:t>2. URA – Razlagalni pogovor – Govorim in pojasnjujem</w:t>
            </w:r>
          </w:p>
          <w:p w14:paraId="00931DC9" w14:textId="77777777" w:rsidR="00187E2C" w:rsidRDefault="00000000">
            <w:pPr>
              <w:spacing w:after="7" w:line="245" w:lineRule="auto"/>
            </w:pPr>
            <w:r>
              <w:rPr>
                <w:color w:val="000000"/>
                <w:sz w:val="14"/>
              </w:rPr>
              <w:t>V paru govori in posluša, zamenja vlogo, postavi vprašanje ter uporabi besedo iz tedenske besedne banke.</w:t>
            </w:r>
          </w:p>
          <w:p w14:paraId="26EA5D85" w14:textId="77777777" w:rsidR="00187E2C" w:rsidRDefault="00000000">
            <w:pPr>
              <w:spacing w:after="15" w:line="245" w:lineRule="auto"/>
            </w:pPr>
            <w:r>
              <w:rPr>
                <w:color w:val="D95BC6"/>
                <w:sz w:val="13"/>
              </w:rPr>
              <w:t>Dokaz: zvočni posnetek ali anekdotski zapis kratke izmenjave.</w:t>
            </w:r>
          </w:p>
          <w:p w14:paraId="08128552" w14:textId="77777777" w:rsidR="00187E2C" w:rsidRDefault="00000000">
            <w:pPr>
              <w:spacing w:after="4" w:line="245" w:lineRule="auto"/>
            </w:pPr>
            <w:r>
              <w:rPr>
                <w:b/>
                <w:color w:val="000000"/>
                <w:sz w:val="15"/>
              </w:rPr>
              <w:t>3. URA – SLIŠIM GLAS /s/ IN ODKRIVAM ČRKO S</w:t>
            </w:r>
          </w:p>
          <w:p w14:paraId="49915D23" w14:textId="77777777" w:rsidR="00187E2C" w:rsidRDefault="00000000">
            <w:pPr>
              <w:spacing w:after="7" w:line="245" w:lineRule="auto"/>
            </w:pPr>
            <w:r>
              <w:rPr>
                <w:color w:val="000000"/>
                <w:sz w:val="14"/>
              </w:rPr>
              <w:t>Besede razvršča z gibanjem, za vsak glas položi žeton, med znaki poišče S ter jo predstavi s telesom ali vrvjo.</w:t>
            </w:r>
          </w:p>
          <w:p w14:paraId="68AEEEB4" w14:textId="77777777" w:rsidR="00187E2C" w:rsidRDefault="00000000">
            <w:pPr>
              <w:spacing w:after="15" w:line="245" w:lineRule="auto"/>
            </w:pPr>
            <w:r>
              <w:rPr>
                <w:color w:val="D95BC6"/>
                <w:sz w:val="13"/>
              </w:rPr>
              <w:t>Dokaz: štiri pravilne glasovne odločitve, izbor črke S in kratka učenčeva razlaga.</w:t>
            </w:r>
          </w:p>
          <w:p w14:paraId="1A084F9A" w14:textId="77777777" w:rsidR="00187E2C" w:rsidRDefault="00000000">
            <w:pPr>
              <w:spacing w:after="4" w:line="245" w:lineRule="auto"/>
            </w:pPr>
            <w:r>
              <w:rPr>
                <w:b/>
                <w:color w:val="000000"/>
                <w:sz w:val="15"/>
              </w:rPr>
              <w:t>4. URA – Oblikujem in pišem črko S</w:t>
            </w:r>
          </w:p>
          <w:p w14:paraId="4BE2831D" w14:textId="77777777" w:rsidR="00187E2C" w:rsidRDefault="00000000">
            <w:pPr>
              <w:spacing w:after="7" w:line="245" w:lineRule="auto"/>
            </w:pPr>
            <w:r>
              <w:rPr>
                <w:color w:val="000000"/>
                <w:sz w:val="14"/>
              </w:rPr>
              <w:t>Črko S gradi in zapisuje na različnih podlagah, nato preide na manjši format.</w:t>
            </w:r>
          </w:p>
          <w:p w14:paraId="4BCCC3E7" w14:textId="77777777" w:rsidR="00187E2C" w:rsidRDefault="00000000">
            <w:pPr>
              <w:spacing w:after="15" w:line="245" w:lineRule="auto"/>
            </w:pPr>
            <w:r>
              <w:rPr>
                <w:color w:val="D95BC6"/>
                <w:sz w:val="13"/>
              </w:rPr>
              <w:t>Dokaz: fotografija konstrukcije črke S, opazovalni zapis smeri potez in datirana.</w:t>
            </w:r>
          </w:p>
          <w:p w14:paraId="098462FE" w14:textId="77777777" w:rsidR="00187E2C" w:rsidRDefault="00000000">
            <w:pPr>
              <w:spacing w:after="4" w:line="245" w:lineRule="auto"/>
            </w:pPr>
            <w:r>
              <w:rPr>
                <w:b/>
                <w:color w:val="000000"/>
                <w:sz w:val="15"/>
              </w:rPr>
              <w:t>5. URA – Berem in uporabim črko S</w:t>
            </w:r>
          </w:p>
          <w:p w14:paraId="36D6573B" w14:textId="77777777" w:rsidR="00187E2C" w:rsidRDefault="00000000">
            <w:pPr>
              <w:spacing w:after="7" w:line="245" w:lineRule="auto"/>
            </w:pPr>
            <w:r>
              <w:rPr>
                <w:color w:val="000000"/>
                <w:sz w:val="14"/>
              </w:rPr>
              <w:t>Sestavlja, premešča in bere SA • SI • SO • SE • SU ter SARA • MESTO • VESNA • SIR.</w:t>
            </w:r>
          </w:p>
          <w:p w14:paraId="57DD4BAC" w14:textId="77777777" w:rsidR="00187E2C" w:rsidRDefault="00000000">
            <w:pPr>
              <w:spacing w:after="15" w:line="245" w:lineRule="auto"/>
            </w:pPr>
            <w:r>
              <w:rPr>
                <w:color w:val="D95BC6"/>
                <w:sz w:val="13"/>
              </w:rPr>
              <w:t>Dokaz: izpolnjen Bralni list 18, individualni bralni zapis.</w:t>
            </w:r>
          </w:p>
          <w:p w14:paraId="5FACEC22" w14:textId="77777777" w:rsidR="00187E2C" w:rsidRDefault="00000000">
            <w:pPr>
              <w:spacing w:after="4" w:line="245" w:lineRule="auto"/>
            </w:pPr>
            <w:r>
              <w:rPr>
                <w:b/>
                <w:color w:val="000000"/>
                <w:sz w:val="15"/>
              </w:rPr>
              <w:t>6. URA – Razlagalni pogovor – Ocenjevanje</w:t>
            </w:r>
          </w:p>
          <w:p w14:paraId="07EBCEB7" w14:textId="77777777" w:rsidR="00187E2C" w:rsidRDefault="00000000">
            <w:pPr>
              <w:spacing w:after="7" w:line="245" w:lineRule="auto"/>
            </w:pPr>
            <w:r>
              <w:rPr>
                <w:color w:val="000000"/>
                <w:sz w:val="14"/>
              </w:rPr>
              <w:t>Samostojno oziroma ob vnaprej dovoljeni opori izvede dogovorjeno nalogo.</w:t>
            </w:r>
          </w:p>
          <w:p w14:paraId="7C65E758" w14:textId="77777777" w:rsidR="00187E2C" w:rsidRDefault="00000000">
            <w:pPr>
              <w:spacing w:after="15" w:line="245" w:lineRule="auto"/>
            </w:pPr>
            <w:r>
              <w:rPr>
                <w:color w:val="D95BC6"/>
                <w:sz w:val="13"/>
              </w:rPr>
              <w:t>Dokaz: OCENJEVANJE: individualni dokaz glasovnega zavedanja oziroma začetnega.</w:t>
            </w:r>
          </w:p>
        </w:tc>
      </w:tr>
    </w:tbl>
    <w:p w14:paraId="13A0E2A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594582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2339C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86CEB86" w14:textId="77777777" w:rsidR="00187E2C" w:rsidRDefault="00000000">
            <w:pPr>
              <w:jc w:val="center"/>
            </w:pPr>
            <w:r>
              <w:rPr>
                <w:b/>
                <w:color w:val="000000"/>
                <w:sz w:val="20"/>
              </w:rPr>
              <w:t>UČNE DEJAVNOSTI, METODE IN FORMATIVNO SPREMLJANJE</w:t>
            </w:r>
          </w:p>
        </w:tc>
      </w:tr>
      <w:tr w:rsidR="00187E2C" w14:paraId="01F2718D" w14:textId="77777777">
        <w:trPr>
          <w:tblHeader/>
          <w:jc w:val="center"/>
        </w:trPr>
        <w:tc>
          <w:tcPr>
            <w:tcW w:w="4422" w:type="dxa"/>
            <w:vMerge/>
            <w:tcMar>
              <w:top w:w="70" w:type="dxa"/>
              <w:left w:w="90" w:type="dxa"/>
              <w:bottom w:w="70" w:type="dxa"/>
              <w:right w:w="90" w:type="dxa"/>
            </w:tcMar>
            <w:vAlign w:val="center"/>
          </w:tcPr>
          <w:p w14:paraId="7706E69F" w14:textId="77777777" w:rsidR="00187E2C" w:rsidRDefault="00187E2C"/>
        </w:tc>
        <w:tc>
          <w:tcPr>
            <w:tcW w:w="7087" w:type="dxa"/>
            <w:shd w:val="clear" w:color="auto" w:fill="FFFFFF"/>
            <w:tcMar>
              <w:top w:w="70" w:type="dxa"/>
              <w:left w:w="90" w:type="dxa"/>
              <w:bottom w:w="70" w:type="dxa"/>
              <w:right w:w="90" w:type="dxa"/>
            </w:tcMar>
            <w:vAlign w:val="center"/>
          </w:tcPr>
          <w:p w14:paraId="5ECA57C6"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962412" w14:textId="77777777" w:rsidR="00187E2C" w:rsidRDefault="00000000">
            <w:pPr>
              <w:jc w:val="center"/>
            </w:pPr>
            <w:r>
              <w:rPr>
                <w:b/>
                <w:color w:val="000000"/>
              </w:rPr>
              <w:t>UČENEC</w:t>
            </w:r>
          </w:p>
        </w:tc>
      </w:tr>
      <w:tr w:rsidR="00187E2C" w14:paraId="42B5482F" w14:textId="77777777">
        <w:trPr>
          <w:jc w:val="center"/>
        </w:trPr>
        <w:tc>
          <w:tcPr>
            <w:tcW w:w="4422" w:type="dxa"/>
            <w:tcMar>
              <w:top w:w="70" w:type="dxa"/>
              <w:left w:w="90" w:type="dxa"/>
              <w:bottom w:w="70" w:type="dxa"/>
              <w:right w:w="90" w:type="dxa"/>
            </w:tcMar>
          </w:tcPr>
          <w:p w14:paraId="4CFAEBBD" w14:textId="77777777" w:rsidR="00187E2C" w:rsidRDefault="00187E2C"/>
          <w:p w14:paraId="5132905F" w14:textId="77777777" w:rsidR="00187E2C" w:rsidRDefault="00000000">
            <w:pPr>
              <w:spacing w:after="40" w:line="245" w:lineRule="auto"/>
            </w:pPr>
            <w:r>
              <w:rPr>
                <w:b/>
                <w:color w:val="000000"/>
              </w:rPr>
              <w:t>FORMATIVNO SPREMLJANJE</w:t>
            </w:r>
          </w:p>
          <w:p w14:paraId="1BD96DC5"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7F54EF8F"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8774EB6"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14138F6F"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D725DC8" w14:textId="77777777" w:rsidR="00187E2C" w:rsidRDefault="00000000">
            <w:pPr>
              <w:spacing w:before="40" w:after="20" w:line="245" w:lineRule="auto"/>
            </w:pPr>
            <w:r>
              <w:rPr>
                <w:b/>
                <w:color w:val="000000"/>
                <w:sz w:val="17"/>
              </w:rPr>
              <w:t>VARNOST IN ODGOVORNOST</w:t>
            </w:r>
          </w:p>
          <w:p w14:paraId="37848DEF"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7345E037" w14:textId="77777777" w:rsidR="00187E2C" w:rsidRDefault="00000000">
            <w:pPr>
              <w:spacing w:after="20" w:line="245" w:lineRule="auto"/>
            </w:pPr>
            <w:r>
              <w:rPr>
                <w:b/>
                <w:color w:val="000000"/>
                <w:sz w:val="17"/>
              </w:rPr>
              <w:t>EVIDENCA PO IZVEDBI</w:t>
            </w:r>
          </w:p>
          <w:p w14:paraId="5AB78861"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4DF7C86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455DF83" w14:textId="77777777">
              <w:trPr>
                <w:jc w:val="center"/>
              </w:trPr>
              <w:tc>
                <w:tcPr>
                  <w:tcW w:w="7087" w:type="dxa"/>
                  <w:shd w:val="clear" w:color="auto" w:fill="EDC9EA"/>
                  <w:tcMar>
                    <w:top w:w="45" w:type="dxa"/>
                    <w:left w:w="70" w:type="dxa"/>
                    <w:bottom w:w="45" w:type="dxa"/>
                    <w:right w:w="70" w:type="dxa"/>
                  </w:tcMar>
                </w:tcPr>
                <w:p w14:paraId="35CF1498" w14:textId="77777777" w:rsidR="00187E2C" w:rsidRDefault="00000000">
                  <w:pPr>
                    <w:keepNext/>
                  </w:pPr>
                  <w:r>
                    <w:rPr>
                      <w:b/>
                      <w:color w:val="000000"/>
                    </w:rPr>
                    <w:t>VPRAŠANJA V PODPORO JEZIKOVNEMU, BRALNEMU IN KNJIŽEVNEMU UČENJU</w:t>
                  </w:r>
                </w:p>
              </w:tc>
            </w:tr>
          </w:tbl>
          <w:p w14:paraId="4D6C8BB1" w14:textId="77777777" w:rsidR="00187E2C" w:rsidRDefault="00187E2C">
            <w:pPr>
              <w:spacing w:line="20" w:lineRule="exact"/>
            </w:pPr>
          </w:p>
          <w:p w14:paraId="5837DCBE" w14:textId="77777777" w:rsidR="00187E2C" w:rsidRDefault="00000000">
            <w:pPr>
              <w:pStyle w:val="Oznaenseznam"/>
              <w:spacing w:after="16"/>
            </w:pPr>
            <w:r>
              <w:rPr>
                <w:color w:val="000000"/>
                <w:sz w:val="16"/>
              </w:rPr>
              <w:t>Kaj ti je naslovnica, slika, predmet, zvok ali gib pomagal razumeti?</w:t>
            </w:r>
          </w:p>
          <w:p w14:paraId="721C3DE3" w14:textId="77777777" w:rsidR="00187E2C" w:rsidRDefault="00000000">
            <w:pPr>
              <w:pStyle w:val="Oznaenseznam"/>
              <w:spacing w:after="16"/>
            </w:pPr>
            <w:r>
              <w:rPr>
                <w:color w:val="000000"/>
                <w:sz w:val="16"/>
              </w:rPr>
              <w:t>Kako si našel/-la glas, črko, zlog, besedo ali bistveni podatek?</w:t>
            </w:r>
          </w:p>
          <w:p w14:paraId="407F17A3" w14:textId="77777777" w:rsidR="00187E2C" w:rsidRDefault="00000000">
            <w:pPr>
              <w:pStyle w:val="Oznaenseznam"/>
              <w:spacing w:after="16"/>
            </w:pPr>
            <w:r>
              <w:rPr>
                <w:color w:val="000000"/>
                <w:sz w:val="16"/>
              </w:rPr>
              <w:t>Kako veš, da tvoja pripoved, branje ali zapis dosega dogovorjeni kriterij?</w:t>
            </w:r>
          </w:p>
          <w:p w14:paraId="66BAB0E3" w14:textId="77777777" w:rsidR="00187E2C" w:rsidRDefault="00000000">
            <w:pPr>
              <w:pStyle w:val="Oznaenseznam"/>
              <w:spacing w:after="16"/>
            </w:pPr>
            <w:r>
              <w:rPr>
                <w:color w:val="000000"/>
                <w:sz w:val="16"/>
              </w:rPr>
              <w:t>Ali lahko svoje razumevanje pokažeš še z drugim načinom – govorom, gibanjem, risbo, branjem ali zapisom?</w:t>
            </w:r>
          </w:p>
          <w:p w14:paraId="2320EB27"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6CFD5E05" w14:textId="77777777">
              <w:trPr>
                <w:jc w:val="center"/>
              </w:trPr>
              <w:tc>
                <w:tcPr>
                  <w:tcW w:w="7087" w:type="dxa"/>
                  <w:shd w:val="clear" w:color="auto" w:fill="C6E7F3"/>
                  <w:tcMar>
                    <w:top w:w="45" w:type="dxa"/>
                    <w:left w:w="70" w:type="dxa"/>
                    <w:bottom w:w="45" w:type="dxa"/>
                    <w:right w:w="70" w:type="dxa"/>
                  </w:tcMar>
                </w:tcPr>
                <w:p w14:paraId="40EA0638" w14:textId="77777777" w:rsidR="00187E2C" w:rsidRDefault="00000000">
                  <w:pPr>
                    <w:keepNext/>
                  </w:pPr>
                  <w:r>
                    <w:rPr>
                      <w:b/>
                      <w:color w:val="000000"/>
                    </w:rPr>
                    <w:t>ZAKLJUČNI DEL – UTRJEVANJE, BRALNI ODZIV IN REFLEKSIJA (10–15 min)</w:t>
                  </w:r>
                </w:p>
              </w:tc>
            </w:tr>
          </w:tbl>
          <w:p w14:paraId="4F0CD130" w14:textId="77777777" w:rsidR="00187E2C" w:rsidRDefault="00187E2C">
            <w:pPr>
              <w:spacing w:line="20" w:lineRule="exact"/>
            </w:pPr>
          </w:p>
          <w:p w14:paraId="39C20384"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20A7F339" w14:textId="77777777">
              <w:trPr>
                <w:jc w:val="center"/>
              </w:trPr>
              <w:tc>
                <w:tcPr>
                  <w:tcW w:w="7087" w:type="dxa"/>
                  <w:shd w:val="clear" w:color="auto" w:fill="EDC9EA"/>
                  <w:tcMar>
                    <w:top w:w="45" w:type="dxa"/>
                    <w:left w:w="70" w:type="dxa"/>
                    <w:bottom w:w="45" w:type="dxa"/>
                    <w:right w:w="70" w:type="dxa"/>
                  </w:tcMar>
                </w:tcPr>
                <w:p w14:paraId="630DBA10" w14:textId="77777777" w:rsidR="00187E2C" w:rsidRDefault="00000000">
                  <w:pPr>
                    <w:keepNext/>
                  </w:pPr>
                  <w:r>
                    <w:rPr>
                      <w:b/>
                      <w:color w:val="000000"/>
                    </w:rPr>
                    <w:t>SAMOVREDNOTENJE</w:t>
                  </w:r>
                </w:p>
              </w:tc>
            </w:tr>
          </w:tbl>
          <w:p w14:paraId="662A8B66" w14:textId="77777777" w:rsidR="00187E2C" w:rsidRDefault="00187E2C">
            <w:pPr>
              <w:spacing w:line="20" w:lineRule="exact"/>
            </w:pPr>
          </w:p>
          <w:p w14:paraId="0932C304"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8898E5A" w14:textId="77777777">
              <w:trPr>
                <w:jc w:val="center"/>
              </w:trPr>
              <w:tc>
                <w:tcPr>
                  <w:tcW w:w="7087" w:type="dxa"/>
                  <w:shd w:val="clear" w:color="auto" w:fill="EDC9EA"/>
                  <w:tcMar>
                    <w:top w:w="45" w:type="dxa"/>
                    <w:left w:w="70" w:type="dxa"/>
                    <w:bottom w:w="45" w:type="dxa"/>
                    <w:right w:w="70" w:type="dxa"/>
                  </w:tcMar>
                </w:tcPr>
                <w:p w14:paraId="7B7026B3" w14:textId="77777777" w:rsidR="00187E2C" w:rsidRDefault="00000000">
                  <w:pPr>
                    <w:keepNext/>
                  </w:pPr>
                  <w:r>
                    <w:rPr>
                      <w:b/>
                      <w:color w:val="000000"/>
                    </w:rPr>
                    <w:t>VRSTNIŠKO VREDNOTENJE</w:t>
                  </w:r>
                </w:p>
              </w:tc>
            </w:tr>
          </w:tbl>
          <w:p w14:paraId="7026C6C5" w14:textId="77777777" w:rsidR="00187E2C" w:rsidRDefault="00187E2C">
            <w:pPr>
              <w:spacing w:line="20" w:lineRule="exact"/>
            </w:pPr>
          </w:p>
          <w:p w14:paraId="1AA456A0"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526DBBD2" w14:textId="77777777">
              <w:trPr>
                <w:jc w:val="center"/>
              </w:trPr>
              <w:tc>
                <w:tcPr>
                  <w:tcW w:w="7087" w:type="dxa"/>
                  <w:shd w:val="clear" w:color="auto" w:fill="EDC9EA"/>
                  <w:tcMar>
                    <w:top w:w="45" w:type="dxa"/>
                    <w:left w:w="70" w:type="dxa"/>
                    <w:bottom w:w="45" w:type="dxa"/>
                    <w:right w:w="70" w:type="dxa"/>
                  </w:tcMar>
                </w:tcPr>
                <w:p w14:paraId="2D9BF0B3" w14:textId="77777777" w:rsidR="00187E2C" w:rsidRDefault="00000000">
                  <w:pPr>
                    <w:keepNext/>
                  </w:pPr>
                  <w:r>
                    <w:rPr>
                      <w:b/>
                      <w:color w:val="000000"/>
                    </w:rPr>
                    <w:t>SKUPNI POVZETEK</w:t>
                  </w:r>
                </w:p>
              </w:tc>
            </w:tr>
          </w:tbl>
          <w:p w14:paraId="56CB5B5A" w14:textId="77777777" w:rsidR="00187E2C" w:rsidRDefault="00187E2C"/>
          <w:p w14:paraId="527C7365" w14:textId="77777777" w:rsidR="00187E2C" w:rsidRDefault="00000000">
            <w:pPr>
              <w:spacing w:before="20" w:after="40" w:line="245" w:lineRule="auto"/>
            </w:pPr>
            <w:r>
              <w:rPr>
                <w:b/>
                <w:color w:val="000000"/>
                <w:sz w:val="16"/>
              </w:rPr>
              <w:t>Prepoznam glas /s/ in črko S,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0B63D285" w14:textId="77777777" w:rsidR="00187E2C" w:rsidRDefault="00187E2C"/>
          <w:p w14:paraId="0F8FF037" w14:textId="77777777" w:rsidR="00187E2C" w:rsidRDefault="00000000">
            <w:pPr>
              <w:spacing w:after="100" w:line="245" w:lineRule="auto"/>
            </w:pPr>
            <w:r>
              <w:rPr>
                <w:color w:val="000000"/>
                <w:sz w:val="16"/>
              </w:rPr>
              <w:t>Odgovarja na podporna vprašanja ter se sklicuje na poslušano besedilo, sliko, govor, bralni list ali zapis.</w:t>
            </w:r>
          </w:p>
          <w:p w14:paraId="1FFF34CA" w14:textId="77777777" w:rsidR="00187E2C" w:rsidRDefault="00000000">
            <w:pPr>
              <w:spacing w:after="100" w:line="245" w:lineRule="auto"/>
            </w:pPr>
            <w:r>
              <w:rPr>
                <w:color w:val="000000"/>
                <w:sz w:val="16"/>
              </w:rPr>
              <w:t>Primerja začetni odziv z novim dokazom in pojasni, kaj se je naučil/-a.</w:t>
            </w:r>
          </w:p>
          <w:p w14:paraId="1C98F5D0" w14:textId="77777777" w:rsidR="00187E2C" w:rsidRDefault="00000000">
            <w:pPr>
              <w:spacing w:after="100" w:line="245" w:lineRule="auto"/>
            </w:pPr>
            <w:r>
              <w:rPr>
                <w:color w:val="000000"/>
                <w:sz w:val="16"/>
              </w:rPr>
              <w:t>Izbere raven samostojnosti in določi naslednji korak.</w:t>
            </w:r>
          </w:p>
          <w:p w14:paraId="331AEA88" w14:textId="77777777" w:rsidR="00187E2C" w:rsidRDefault="00000000">
            <w:pPr>
              <w:spacing w:after="100" w:line="245" w:lineRule="auto"/>
            </w:pPr>
            <w:r>
              <w:rPr>
                <w:color w:val="000000"/>
                <w:sz w:val="16"/>
              </w:rPr>
              <w:t>Sošolcu poda prijazen in konkreten odziv, vezan na kriterij.</w:t>
            </w:r>
          </w:p>
          <w:p w14:paraId="2AA41F33" w14:textId="77777777" w:rsidR="00187E2C" w:rsidRDefault="00000000">
            <w:pPr>
              <w:spacing w:after="20" w:line="245" w:lineRule="auto"/>
            </w:pPr>
            <w:r>
              <w:rPr>
                <w:b/>
                <w:color w:val="D95BC6"/>
                <w:sz w:val="17"/>
              </w:rPr>
              <w:t>DOKAZ O UČENJU</w:t>
            </w:r>
          </w:p>
          <w:p w14:paraId="754DBF6A"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3F9F048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2C061ED9" w14:textId="77777777">
        <w:trPr>
          <w:cantSplit/>
          <w:jc w:val="center"/>
        </w:trPr>
        <w:tc>
          <w:tcPr>
            <w:tcW w:w="14060" w:type="dxa"/>
            <w:gridSpan w:val="6"/>
            <w:tcMar>
              <w:top w:w="70" w:type="dxa"/>
              <w:left w:w="90" w:type="dxa"/>
              <w:bottom w:w="70" w:type="dxa"/>
              <w:right w:w="90" w:type="dxa"/>
            </w:tcMar>
            <w:vAlign w:val="center"/>
          </w:tcPr>
          <w:p w14:paraId="527D4D2A" w14:textId="77777777" w:rsidR="00187E2C" w:rsidRDefault="00000000">
            <w:pPr>
              <w:jc w:val="center"/>
            </w:pPr>
            <w:r>
              <w:rPr>
                <w:b/>
                <w:color w:val="000000"/>
                <w:sz w:val="24"/>
              </w:rPr>
              <w:lastRenderedPageBreak/>
              <w:t>UČNA PRIPRAVA 19/39</w:t>
            </w:r>
          </w:p>
        </w:tc>
      </w:tr>
      <w:tr w:rsidR="00187E2C" w14:paraId="4A5E2BCF" w14:textId="77777777">
        <w:trPr>
          <w:jc w:val="center"/>
        </w:trPr>
        <w:tc>
          <w:tcPr>
            <w:tcW w:w="2665" w:type="dxa"/>
            <w:tcMar>
              <w:top w:w="70" w:type="dxa"/>
              <w:left w:w="90" w:type="dxa"/>
              <w:bottom w:w="70" w:type="dxa"/>
              <w:right w:w="90" w:type="dxa"/>
            </w:tcMar>
            <w:vAlign w:val="center"/>
          </w:tcPr>
          <w:p w14:paraId="01DA3577"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B41C669"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15657C1F"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15770CC" w14:textId="77777777" w:rsidR="00187E2C" w:rsidRDefault="00000000">
            <w:r>
              <w:rPr>
                <w:b/>
                <w:color w:val="000000"/>
                <w:sz w:val="16"/>
              </w:rPr>
              <w:t xml:space="preserve">NAČRTOVANI TERMIN: </w:t>
            </w:r>
            <w:r>
              <w:rPr>
                <w:color w:val="000000"/>
                <w:sz w:val="16"/>
              </w:rPr>
              <w:t>19. teden • 18.–22. 1. 2027</w:t>
            </w:r>
          </w:p>
        </w:tc>
        <w:tc>
          <w:tcPr>
            <w:tcW w:w="2268" w:type="dxa"/>
            <w:tcMar>
              <w:top w:w="70" w:type="dxa"/>
              <w:left w:w="90" w:type="dxa"/>
              <w:bottom w:w="70" w:type="dxa"/>
              <w:right w:w="90" w:type="dxa"/>
            </w:tcMar>
            <w:vAlign w:val="center"/>
          </w:tcPr>
          <w:p w14:paraId="428F4383"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D1DC6BE" w14:textId="77777777" w:rsidR="00187E2C" w:rsidRDefault="00000000">
            <w:r>
              <w:rPr>
                <w:b/>
                <w:color w:val="000000"/>
                <w:sz w:val="16"/>
              </w:rPr>
              <w:t xml:space="preserve">ŠTEVILO UR: </w:t>
            </w:r>
            <w:r>
              <w:rPr>
                <w:color w:val="000000"/>
                <w:sz w:val="16"/>
              </w:rPr>
              <w:t>6</w:t>
            </w:r>
          </w:p>
        </w:tc>
      </w:tr>
      <w:tr w:rsidR="00187E2C" w14:paraId="7A51681D" w14:textId="77777777">
        <w:trPr>
          <w:jc w:val="center"/>
        </w:trPr>
        <w:tc>
          <w:tcPr>
            <w:tcW w:w="14061" w:type="dxa"/>
            <w:gridSpan w:val="6"/>
            <w:tcMar>
              <w:top w:w="70" w:type="dxa"/>
              <w:left w:w="90" w:type="dxa"/>
              <w:bottom w:w="70" w:type="dxa"/>
              <w:right w:w="90" w:type="dxa"/>
            </w:tcMar>
            <w:vAlign w:val="center"/>
          </w:tcPr>
          <w:p w14:paraId="19C3744D"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2939BCC4" w14:textId="77777777">
        <w:trPr>
          <w:cantSplit/>
          <w:jc w:val="center"/>
        </w:trPr>
        <w:tc>
          <w:tcPr>
            <w:tcW w:w="14060" w:type="dxa"/>
            <w:gridSpan w:val="6"/>
            <w:tcMar>
              <w:top w:w="70" w:type="dxa"/>
              <w:left w:w="90" w:type="dxa"/>
              <w:bottom w:w="70" w:type="dxa"/>
              <w:right w:w="90" w:type="dxa"/>
            </w:tcMar>
            <w:vAlign w:val="center"/>
          </w:tcPr>
          <w:p w14:paraId="20141EF1" w14:textId="77777777" w:rsidR="00187E2C" w:rsidRDefault="00187E2C"/>
          <w:p w14:paraId="3EF3C783" w14:textId="77777777" w:rsidR="00187E2C" w:rsidRDefault="00000000">
            <w:pPr>
              <w:spacing w:line="245" w:lineRule="auto"/>
            </w:pPr>
            <w:r>
              <w:rPr>
                <w:b/>
                <w:color w:val="000000"/>
                <w:sz w:val="16"/>
              </w:rPr>
              <w:t xml:space="preserve">UČNI SKLOP: </w:t>
            </w:r>
            <w:r>
              <w:rPr>
                <w:color w:val="000000"/>
                <w:sz w:val="16"/>
              </w:rPr>
              <w:t>ZIMA, SNOVI IN POJAVI</w:t>
            </w:r>
          </w:p>
        </w:tc>
      </w:tr>
      <w:tr w:rsidR="00187E2C" w14:paraId="5289A197" w14:textId="77777777">
        <w:trPr>
          <w:cantSplit/>
          <w:jc w:val="center"/>
        </w:trPr>
        <w:tc>
          <w:tcPr>
            <w:tcW w:w="14060" w:type="dxa"/>
            <w:gridSpan w:val="6"/>
            <w:tcMar>
              <w:top w:w="70" w:type="dxa"/>
              <w:left w:w="90" w:type="dxa"/>
              <w:bottom w:w="70" w:type="dxa"/>
              <w:right w:w="90" w:type="dxa"/>
            </w:tcMar>
            <w:vAlign w:val="center"/>
          </w:tcPr>
          <w:p w14:paraId="270B6C51" w14:textId="77777777" w:rsidR="00187E2C" w:rsidRDefault="00187E2C"/>
          <w:p w14:paraId="7C473358" w14:textId="77777777" w:rsidR="00187E2C" w:rsidRDefault="00000000">
            <w:pPr>
              <w:spacing w:line="245" w:lineRule="auto"/>
            </w:pPr>
            <w:r>
              <w:rPr>
                <w:b/>
                <w:color w:val="000000"/>
                <w:sz w:val="16"/>
              </w:rPr>
              <w:t xml:space="preserve">UČNA TEMA: </w:t>
            </w:r>
            <w:r>
              <w:rPr>
                <w:color w:val="000000"/>
                <w:sz w:val="16"/>
              </w:rPr>
              <w:t>BESEDILO IN BESEDIŠČE • VELIKA TISKANA ČRKA L</w:t>
            </w:r>
          </w:p>
        </w:tc>
      </w:tr>
      <w:tr w:rsidR="00187E2C" w14:paraId="4BA85EF4" w14:textId="77777777">
        <w:trPr>
          <w:cantSplit/>
          <w:jc w:val="center"/>
        </w:trPr>
        <w:tc>
          <w:tcPr>
            <w:tcW w:w="14060" w:type="dxa"/>
            <w:gridSpan w:val="6"/>
            <w:tcMar>
              <w:top w:w="70" w:type="dxa"/>
              <w:left w:w="90" w:type="dxa"/>
              <w:bottom w:w="70" w:type="dxa"/>
              <w:right w:w="90" w:type="dxa"/>
            </w:tcMar>
            <w:vAlign w:val="center"/>
          </w:tcPr>
          <w:p w14:paraId="050909FB" w14:textId="77777777" w:rsidR="00187E2C" w:rsidRDefault="00187E2C"/>
          <w:p w14:paraId="46D099C8" w14:textId="77777777" w:rsidR="00187E2C" w:rsidRDefault="00000000">
            <w:pPr>
              <w:spacing w:line="245" w:lineRule="auto"/>
            </w:pPr>
            <w:r>
              <w:rPr>
                <w:b/>
                <w:color w:val="000000"/>
                <w:sz w:val="16"/>
              </w:rPr>
              <w:t xml:space="preserve">KNJIŽEVNO IZHODIŠČE IN MOTIV: </w:t>
            </w:r>
            <w:r>
              <w:rPr>
                <w:color w:val="000000"/>
                <w:sz w:val="16"/>
              </w:rPr>
              <w:t>»Zlata ptica« – slovenska ljudska pravljica • svetloba, zvok, barva in pravljično iskanje</w:t>
            </w:r>
          </w:p>
        </w:tc>
      </w:tr>
      <w:tr w:rsidR="00187E2C" w14:paraId="2B03C1F8" w14:textId="77777777">
        <w:trPr>
          <w:cantSplit/>
          <w:jc w:val="center"/>
        </w:trPr>
        <w:tc>
          <w:tcPr>
            <w:tcW w:w="14060" w:type="dxa"/>
            <w:gridSpan w:val="6"/>
            <w:tcMar>
              <w:top w:w="70" w:type="dxa"/>
              <w:left w:w="90" w:type="dxa"/>
              <w:bottom w:w="70" w:type="dxa"/>
              <w:right w:w="90" w:type="dxa"/>
            </w:tcMar>
            <w:vAlign w:val="center"/>
          </w:tcPr>
          <w:p w14:paraId="154F938E" w14:textId="77777777" w:rsidR="00187E2C" w:rsidRDefault="00187E2C"/>
          <w:p w14:paraId="28DC6B0E" w14:textId="77777777" w:rsidR="00187E2C" w:rsidRDefault="00000000">
            <w:pPr>
              <w:spacing w:line="245" w:lineRule="auto"/>
            </w:pPr>
            <w:r>
              <w:rPr>
                <w:b/>
                <w:color w:val="000000"/>
                <w:sz w:val="16"/>
              </w:rPr>
              <w:t xml:space="preserve">BRALNI LIST / ČRKA: </w:t>
            </w:r>
            <w:r>
              <w:rPr>
                <w:color w:val="000000"/>
                <w:sz w:val="16"/>
              </w:rPr>
              <w:t>ČRKA L • BRALNI LIST 19 – Berem črko L in zloge ter besede: glas /l/ znane črke: A, E, I, O, U, N, M, T, J, V, R, S, L; slišim glas; prepoznam črko; navpična in spodnja vodoravna poteza; berem in zapišem</w:t>
            </w:r>
          </w:p>
        </w:tc>
      </w:tr>
      <w:tr w:rsidR="00187E2C" w14:paraId="0D19C20B" w14:textId="77777777">
        <w:trPr>
          <w:cantSplit/>
          <w:jc w:val="center"/>
        </w:trPr>
        <w:tc>
          <w:tcPr>
            <w:tcW w:w="14060" w:type="dxa"/>
            <w:gridSpan w:val="6"/>
            <w:tcMar>
              <w:top w:w="70" w:type="dxa"/>
              <w:left w:w="90" w:type="dxa"/>
              <w:bottom w:w="70" w:type="dxa"/>
              <w:right w:w="90" w:type="dxa"/>
            </w:tcMar>
            <w:vAlign w:val="center"/>
          </w:tcPr>
          <w:p w14:paraId="4A34FE51" w14:textId="77777777" w:rsidR="00187E2C" w:rsidRDefault="00187E2C"/>
          <w:p w14:paraId="6E0D3E3E" w14:textId="77777777" w:rsidR="00187E2C" w:rsidRDefault="00000000">
            <w:pPr>
              <w:spacing w:line="245" w:lineRule="auto"/>
            </w:pPr>
            <w:r>
              <w:rPr>
                <w:b/>
                <w:color w:val="000000"/>
                <w:sz w:val="16"/>
              </w:rPr>
              <w:t xml:space="preserve">UČNE ENOTE: </w:t>
            </w:r>
            <w:r>
              <w:rPr>
                <w:color w:val="000000"/>
                <w:sz w:val="16"/>
              </w:rPr>
              <w:t>1. ura – Besedilo in besedišče – Poslušam in doživljam • 2. ura – Besedilo in besedišče – Govorim in pojasnjujem • 3. ura – Besedilo in besedišče – Razčlenjujem jezik • 4. ura – SLIŠIM GLAS /l/ IN ODKRIVAM ČRKO L • 5. ura – Oblikujem in pišem črko L • 6. ura – Berem in uporabim črko L</w:t>
            </w:r>
          </w:p>
        </w:tc>
      </w:tr>
      <w:tr w:rsidR="00187E2C" w14:paraId="6BE6A161" w14:textId="77777777">
        <w:trPr>
          <w:cantSplit/>
          <w:jc w:val="center"/>
        </w:trPr>
        <w:tc>
          <w:tcPr>
            <w:tcW w:w="14060" w:type="dxa"/>
            <w:gridSpan w:val="6"/>
            <w:tcMar>
              <w:top w:w="70" w:type="dxa"/>
              <w:left w:w="90" w:type="dxa"/>
              <w:bottom w:w="70" w:type="dxa"/>
              <w:right w:w="90" w:type="dxa"/>
            </w:tcMar>
            <w:vAlign w:val="center"/>
          </w:tcPr>
          <w:p w14:paraId="3035DAAB" w14:textId="77777777" w:rsidR="00187E2C" w:rsidRDefault="00187E2C"/>
          <w:p w14:paraId="1D128E37"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2214AF0B" w14:textId="77777777">
        <w:trPr>
          <w:cantSplit/>
          <w:jc w:val="center"/>
        </w:trPr>
        <w:tc>
          <w:tcPr>
            <w:tcW w:w="14060" w:type="dxa"/>
            <w:gridSpan w:val="6"/>
            <w:tcMar>
              <w:top w:w="70" w:type="dxa"/>
              <w:left w:w="90" w:type="dxa"/>
              <w:bottom w:w="70" w:type="dxa"/>
              <w:right w:w="90" w:type="dxa"/>
            </w:tcMar>
            <w:vAlign w:val="center"/>
          </w:tcPr>
          <w:p w14:paraId="09C9F86F" w14:textId="77777777" w:rsidR="00187E2C" w:rsidRDefault="00187E2C"/>
          <w:p w14:paraId="244C66E9"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793A081C" w14:textId="77777777">
        <w:trPr>
          <w:cantSplit/>
          <w:jc w:val="center"/>
        </w:trPr>
        <w:tc>
          <w:tcPr>
            <w:tcW w:w="14060" w:type="dxa"/>
            <w:gridSpan w:val="6"/>
            <w:tcMar>
              <w:top w:w="70" w:type="dxa"/>
              <w:left w:w="90" w:type="dxa"/>
              <w:bottom w:w="70" w:type="dxa"/>
              <w:right w:w="90" w:type="dxa"/>
            </w:tcMar>
            <w:vAlign w:val="center"/>
          </w:tcPr>
          <w:p w14:paraId="0E8C0DE5" w14:textId="77777777" w:rsidR="00187E2C" w:rsidRDefault="00187E2C"/>
          <w:p w14:paraId="2DFDB5F3"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2BFB0D0A" w14:textId="77777777">
        <w:trPr>
          <w:cantSplit/>
          <w:jc w:val="center"/>
        </w:trPr>
        <w:tc>
          <w:tcPr>
            <w:tcW w:w="14060" w:type="dxa"/>
            <w:gridSpan w:val="6"/>
            <w:tcMar>
              <w:top w:w="70" w:type="dxa"/>
              <w:left w:w="90" w:type="dxa"/>
              <w:bottom w:w="70" w:type="dxa"/>
              <w:right w:w="90" w:type="dxa"/>
            </w:tcMar>
            <w:vAlign w:val="center"/>
          </w:tcPr>
          <w:p w14:paraId="42561C66" w14:textId="77777777" w:rsidR="00187E2C" w:rsidRDefault="00187E2C"/>
          <w:p w14:paraId="7C8C4334" w14:textId="77777777" w:rsidR="00187E2C" w:rsidRDefault="00000000">
            <w:pPr>
              <w:spacing w:line="245" w:lineRule="auto"/>
            </w:pPr>
            <w:r>
              <w:rPr>
                <w:b/>
                <w:color w:val="000000"/>
                <w:sz w:val="16"/>
              </w:rPr>
              <w:t xml:space="preserve">MEDPREDMETNE POVEZAVE: </w:t>
            </w:r>
            <w:r>
              <w:rPr>
                <w:color w:val="000000"/>
                <w:sz w:val="16"/>
              </w:rPr>
              <w:t>SPO – svetloba, zvok, barva in pravljično iskanje; GUM – ritem, zvočnost in glas; LUM – ilustracija, črta in grafomotorika; ŠPO – gibalna pripoved, dramatizacija in postaje; MAT – smer, zaporedje in orientacija</w:t>
            </w:r>
          </w:p>
        </w:tc>
      </w:tr>
      <w:tr w:rsidR="00187E2C" w14:paraId="5C4870DF" w14:textId="77777777">
        <w:trPr>
          <w:cantSplit/>
          <w:jc w:val="center"/>
        </w:trPr>
        <w:tc>
          <w:tcPr>
            <w:tcW w:w="14060" w:type="dxa"/>
            <w:gridSpan w:val="6"/>
            <w:tcMar>
              <w:top w:w="70" w:type="dxa"/>
              <w:left w:w="90" w:type="dxa"/>
              <w:bottom w:w="70" w:type="dxa"/>
              <w:right w:w="90" w:type="dxa"/>
            </w:tcMar>
            <w:vAlign w:val="center"/>
          </w:tcPr>
          <w:p w14:paraId="593008E1" w14:textId="77777777" w:rsidR="00187E2C" w:rsidRDefault="00187E2C"/>
          <w:p w14:paraId="22D18E2F" w14:textId="77777777" w:rsidR="00187E2C" w:rsidRDefault="00000000">
            <w:pPr>
              <w:spacing w:line="245" w:lineRule="auto"/>
            </w:pPr>
            <w:r>
              <w:rPr>
                <w:b/>
                <w:color w:val="000000"/>
                <w:sz w:val="16"/>
              </w:rPr>
              <w:t xml:space="preserve">UČNA SREDSTVA IN PRIPOMOČKI: </w:t>
            </w:r>
            <w:r>
              <w:rPr>
                <w:color w:val="000000"/>
                <w:sz w:val="16"/>
              </w:rPr>
              <w:t>ČRKA L • BRALNI LIST 19, povečano besedilo oziroma kartice, slikanica ali odlomek, slikovno zaporedje, kartice besed in glasov, talne črke ali zlogi, ogledala, vrvice ali modelirna masa, mini tabla, zvezek oziroma jezikovna mapa</w:t>
            </w:r>
          </w:p>
        </w:tc>
      </w:tr>
      <w:tr w:rsidR="00187E2C" w14:paraId="508A7700" w14:textId="77777777">
        <w:trPr>
          <w:cantSplit/>
          <w:jc w:val="center"/>
        </w:trPr>
        <w:tc>
          <w:tcPr>
            <w:tcW w:w="14060" w:type="dxa"/>
            <w:gridSpan w:val="6"/>
            <w:tcMar>
              <w:top w:w="70" w:type="dxa"/>
              <w:left w:w="90" w:type="dxa"/>
              <w:bottom w:w="70" w:type="dxa"/>
              <w:right w:w="90" w:type="dxa"/>
            </w:tcMar>
            <w:vAlign w:val="center"/>
          </w:tcPr>
          <w:p w14:paraId="621F0602" w14:textId="77777777" w:rsidR="00187E2C" w:rsidRDefault="00187E2C"/>
          <w:p w14:paraId="5B366340"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797A9466" w14:textId="77777777">
        <w:trPr>
          <w:cantSplit/>
          <w:jc w:val="center"/>
        </w:trPr>
        <w:tc>
          <w:tcPr>
            <w:tcW w:w="14060" w:type="dxa"/>
            <w:gridSpan w:val="6"/>
            <w:tcMar>
              <w:top w:w="70" w:type="dxa"/>
              <w:left w:w="90" w:type="dxa"/>
              <w:bottom w:w="70" w:type="dxa"/>
              <w:right w:w="90" w:type="dxa"/>
            </w:tcMar>
            <w:vAlign w:val="center"/>
          </w:tcPr>
          <w:p w14:paraId="6B04124A" w14:textId="77777777" w:rsidR="00187E2C" w:rsidRDefault="00187E2C"/>
          <w:p w14:paraId="163E922D"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1304010C" w14:textId="77777777">
        <w:trPr>
          <w:cantSplit/>
          <w:jc w:val="center"/>
        </w:trPr>
        <w:tc>
          <w:tcPr>
            <w:tcW w:w="14060" w:type="dxa"/>
            <w:gridSpan w:val="6"/>
            <w:tcMar>
              <w:top w:w="70" w:type="dxa"/>
              <w:left w:w="90" w:type="dxa"/>
              <w:bottom w:w="70" w:type="dxa"/>
              <w:right w:w="90" w:type="dxa"/>
            </w:tcMar>
            <w:vAlign w:val="center"/>
          </w:tcPr>
          <w:p w14:paraId="6E9BF4E7" w14:textId="77777777" w:rsidR="00187E2C" w:rsidRDefault="00187E2C"/>
          <w:p w14:paraId="700F38D4"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1BA8EFB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881AEE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012ED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6E2B58" w14:textId="77777777" w:rsidR="00187E2C" w:rsidRDefault="00000000">
            <w:pPr>
              <w:jc w:val="center"/>
            </w:pPr>
            <w:r>
              <w:rPr>
                <w:b/>
                <w:color w:val="000000"/>
                <w:sz w:val="20"/>
              </w:rPr>
              <w:t>UČNE DEJAVNOSTI, METODE IN FORMATIVNO SPREMLJANJE</w:t>
            </w:r>
          </w:p>
        </w:tc>
      </w:tr>
      <w:tr w:rsidR="00187E2C" w14:paraId="4F5E8D95" w14:textId="77777777">
        <w:trPr>
          <w:tblHeader/>
          <w:jc w:val="center"/>
        </w:trPr>
        <w:tc>
          <w:tcPr>
            <w:tcW w:w="4422" w:type="dxa"/>
            <w:vMerge/>
            <w:tcMar>
              <w:top w:w="70" w:type="dxa"/>
              <w:left w:w="90" w:type="dxa"/>
              <w:bottom w:w="70" w:type="dxa"/>
              <w:right w:w="90" w:type="dxa"/>
            </w:tcMar>
            <w:vAlign w:val="center"/>
          </w:tcPr>
          <w:p w14:paraId="421EB465" w14:textId="77777777" w:rsidR="00187E2C" w:rsidRDefault="00187E2C"/>
        </w:tc>
        <w:tc>
          <w:tcPr>
            <w:tcW w:w="7087" w:type="dxa"/>
            <w:shd w:val="clear" w:color="auto" w:fill="FFFFFF"/>
            <w:tcMar>
              <w:top w:w="70" w:type="dxa"/>
              <w:left w:w="90" w:type="dxa"/>
              <w:bottom w:w="70" w:type="dxa"/>
              <w:right w:w="90" w:type="dxa"/>
            </w:tcMar>
            <w:vAlign w:val="center"/>
          </w:tcPr>
          <w:p w14:paraId="2EFB6B8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E59A010" w14:textId="77777777" w:rsidR="00187E2C" w:rsidRDefault="00000000">
            <w:pPr>
              <w:jc w:val="center"/>
            </w:pPr>
            <w:r>
              <w:rPr>
                <w:b/>
                <w:color w:val="000000"/>
              </w:rPr>
              <w:t>UČENEC</w:t>
            </w:r>
          </w:p>
        </w:tc>
      </w:tr>
      <w:tr w:rsidR="00187E2C" w14:paraId="34AC6A69" w14:textId="77777777">
        <w:trPr>
          <w:jc w:val="center"/>
        </w:trPr>
        <w:tc>
          <w:tcPr>
            <w:tcW w:w="4422" w:type="dxa"/>
            <w:tcMar>
              <w:top w:w="70" w:type="dxa"/>
              <w:left w:w="90" w:type="dxa"/>
              <w:bottom w:w="70" w:type="dxa"/>
              <w:right w:w="90" w:type="dxa"/>
            </w:tcMar>
          </w:tcPr>
          <w:p w14:paraId="796A6C0F" w14:textId="77777777" w:rsidR="00187E2C" w:rsidRDefault="00187E2C"/>
          <w:p w14:paraId="02C080FA" w14:textId="77777777" w:rsidR="00187E2C" w:rsidRDefault="00000000">
            <w:pPr>
              <w:spacing w:after="60" w:line="245" w:lineRule="auto"/>
            </w:pPr>
            <w:r>
              <w:rPr>
                <w:b/>
                <w:color w:val="000000"/>
              </w:rPr>
              <w:t>UČNI CILJI</w:t>
            </w:r>
          </w:p>
          <w:p w14:paraId="2E209E4F" w14:textId="77777777" w:rsidR="00187E2C" w:rsidRDefault="00000000">
            <w:pPr>
              <w:spacing w:after="20" w:line="245" w:lineRule="auto"/>
            </w:pPr>
            <w:r>
              <w:rPr>
                <w:b/>
                <w:color w:val="000000"/>
                <w:sz w:val="17"/>
              </w:rPr>
              <w:t>SPLOŠNI</w:t>
            </w:r>
          </w:p>
          <w:p w14:paraId="34660BFA"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49E6470B" w14:textId="77777777" w:rsidR="00187E2C" w:rsidRDefault="00000000">
            <w:pPr>
              <w:pStyle w:val="Oznaenseznam"/>
              <w:spacing w:after="16"/>
            </w:pPr>
            <w:r>
              <w:rPr>
                <w:color w:val="000000"/>
                <w:sz w:val="16"/>
              </w:rPr>
              <w:t>doživlja književno besedilo ter se nanj odziva z govorom, gibanjem, dramatizacijo, risbo ali zapisom</w:t>
            </w:r>
          </w:p>
          <w:p w14:paraId="224046F1" w14:textId="77777777" w:rsidR="00187E2C" w:rsidRDefault="00000000">
            <w:pPr>
              <w:pStyle w:val="Oznaenseznam"/>
              <w:spacing w:after="16"/>
            </w:pPr>
            <w:r>
              <w:rPr>
                <w:color w:val="000000"/>
                <w:sz w:val="16"/>
              </w:rPr>
              <w:t>razvija glasovno zavedanje, povezavo glas–črka in začetno branje ter pisanje po individualnem napredku</w:t>
            </w:r>
          </w:p>
          <w:p w14:paraId="16EE4C24" w14:textId="77777777" w:rsidR="00187E2C" w:rsidRDefault="00000000">
            <w:pPr>
              <w:pStyle w:val="Oznaenseznam"/>
              <w:spacing w:after="16"/>
            </w:pPr>
            <w:r>
              <w:rPr>
                <w:color w:val="000000"/>
                <w:sz w:val="16"/>
              </w:rPr>
              <w:t>ob namenih in kriterijih spremlja svoje učenje ter uporabi opisno povratno informacijo</w:t>
            </w:r>
          </w:p>
          <w:p w14:paraId="4EEBCA95" w14:textId="77777777" w:rsidR="00187E2C" w:rsidRDefault="00000000">
            <w:pPr>
              <w:spacing w:before="40" w:after="20" w:line="245" w:lineRule="auto"/>
            </w:pPr>
            <w:r>
              <w:rPr>
                <w:b/>
                <w:color w:val="000000"/>
                <w:sz w:val="17"/>
              </w:rPr>
              <w:t>OPERATIVNI</w:t>
            </w:r>
          </w:p>
          <w:p w14:paraId="46C7973C" w14:textId="77777777" w:rsidR="00187E2C" w:rsidRDefault="00000000">
            <w:pPr>
              <w:pStyle w:val="Oznaenseznam"/>
              <w:spacing w:after="16"/>
            </w:pPr>
            <w:r>
              <w:rPr>
                <w:color w:val="000000"/>
                <w:sz w:val="16"/>
              </w:rPr>
              <w:t>bere kratke besede in povedi po zmožnostih</w:t>
            </w:r>
          </w:p>
          <w:p w14:paraId="7201C238" w14:textId="77777777" w:rsidR="00187E2C" w:rsidRDefault="00000000">
            <w:pPr>
              <w:pStyle w:val="Oznaenseznam"/>
              <w:spacing w:after="16"/>
            </w:pPr>
            <w:r>
              <w:rPr>
                <w:color w:val="000000"/>
                <w:sz w:val="16"/>
              </w:rPr>
              <w:t>pojasni pomen besede iz sobesedila ali slike</w:t>
            </w:r>
          </w:p>
          <w:p w14:paraId="4884CDFD" w14:textId="77777777" w:rsidR="00187E2C" w:rsidRDefault="00000000">
            <w:pPr>
              <w:pStyle w:val="Oznaenseznam"/>
              <w:spacing w:after="16"/>
            </w:pPr>
            <w:r>
              <w:rPr>
                <w:color w:val="000000"/>
                <w:sz w:val="16"/>
              </w:rPr>
              <w:t>zapiše poved</w:t>
            </w:r>
          </w:p>
          <w:p w14:paraId="29DF2F44" w14:textId="77777777" w:rsidR="00187E2C" w:rsidRDefault="00000000">
            <w:pPr>
              <w:pStyle w:val="Oznaenseznam"/>
              <w:spacing w:after="16"/>
            </w:pPr>
            <w:r>
              <w:rPr>
                <w:color w:val="000000"/>
                <w:sz w:val="16"/>
              </w:rPr>
              <w:t>prepozna in poimenuje veliko tiskano črko L ter jo poveže z glasom /l/</w:t>
            </w:r>
          </w:p>
          <w:p w14:paraId="7224FAB3" w14:textId="77777777" w:rsidR="00187E2C" w:rsidRDefault="00000000">
            <w:pPr>
              <w:pStyle w:val="Oznaenseznam"/>
              <w:spacing w:after="16"/>
            </w:pPr>
            <w:r>
              <w:rPr>
                <w:color w:val="000000"/>
                <w:sz w:val="16"/>
              </w:rPr>
              <w:t>veččutno oblikuje in čitljivo zapiše veliko tiskano črko L</w:t>
            </w:r>
          </w:p>
          <w:p w14:paraId="0FB28B4F" w14:textId="77777777" w:rsidR="00187E2C" w:rsidRDefault="00000000">
            <w:pPr>
              <w:pStyle w:val="Oznaenseznam"/>
              <w:spacing w:after="16"/>
            </w:pPr>
            <w:r>
              <w:rPr>
                <w:color w:val="000000"/>
                <w:sz w:val="16"/>
              </w:rPr>
              <w:t>bere in sestavlja zloge oziroma besede z znanimi črkami: LINA • MILO • LETO • SOL</w:t>
            </w:r>
          </w:p>
          <w:p w14:paraId="4F9706ED" w14:textId="77777777" w:rsidR="00187E2C" w:rsidRDefault="00000000">
            <w:pPr>
              <w:spacing w:before="40" w:after="20" w:line="245" w:lineRule="auto"/>
            </w:pPr>
            <w:r>
              <w:rPr>
                <w:b/>
                <w:color w:val="000000"/>
                <w:sz w:val="17"/>
              </w:rPr>
              <w:t>PRIČAKOVANI DOSEŽKI / MINIMALNI POUDARKI</w:t>
            </w:r>
          </w:p>
          <w:p w14:paraId="6FF198E6" w14:textId="77777777" w:rsidR="00187E2C" w:rsidRDefault="00000000">
            <w:pPr>
              <w:pStyle w:val="Oznaenseznam"/>
              <w:spacing w:after="16"/>
            </w:pPr>
            <w:r>
              <w:rPr>
                <w:color w:val="000000"/>
                <w:sz w:val="15"/>
              </w:rPr>
              <w:t>samostojno oziroma z dogovorjeno oporo bere kratke besede in povedi po zmožnostih</w:t>
            </w:r>
          </w:p>
          <w:p w14:paraId="2283917D" w14:textId="77777777" w:rsidR="00187E2C" w:rsidRDefault="00000000">
            <w:pPr>
              <w:pStyle w:val="Oznaenseznam"/>
              <w:spacing w:after="16"/>
            </w:pPr>
            <w:r>
              <w:rPr>
                <w:color w:val="000000"/>
                <w:sz w:val="15"/>
              </w:rPr>
              <w:t>samostojno oziroma z dogovorjeno oporo pojasni pomen besede iz sobesedila ali slike</w:t>
            </w:r>
          </w:p>
          <w:p w14:paraId="2C712B79" w14:textId="77777777" w:rsidR="00187E2C" w:rsidRDefault="00000000">
            <w:pPr>
              <w:pStyle w:val="Oznaenseznam"/>
              <w:spacing w:after="16"/>
            </w:pPr>
            <w:r>
              <w:rPr>
                <w:color w:val="000000"/>
                <w:sz w:val="15"/>
              </w:rPr>
              <w:t>samostojno oziroma z dogovorjeno oporo zapiše poved</w:t>
            </w:r>
          </w:p>
          <w:p w14:paraId="0C9D8A3E" w14:textId="77777777" w:rsidR="00187E2C" w:rsidRDefault="00000000">
            <w:pPr>
              <w:pStyle w:val="Oznaenseznam"/>
              <w:spacing w:after="16"/>
            </w:pPr>
            <w:r>
              <w:rPr>
                <w:color w:val="000000"/>
                <w:sz w:val="15"/>
              </w:rPr>
              <w:t>samostojno oziroma z dogovorjeno oporo prepozna in poimenuje veliko tiskano črko L ter jo poveže z glasom /l/</w:t>
            </w:r>
          </w:p>
          <w:p w14:paraId="12CD125E" w14:textId="77777777" w:rsidR="00187E2C" w:rsidRDefault="00000000">
            <w:pPr>
              <w:pStyle w:val="Oznaenseznam"/>
              <w:spacing w:after="16"/>
            </w:pPr>
            <w:r>
              <w:rPr>
                <w:color w:val="000000"/>
                <w:sz w:val="15"/>
              </w:rPr>
              <w:t>samostojno oziroma z dogovorjeno oporo veččutno oblikuje in čitljivo zapiše veliko tiskano črko L</w:t>
            </w:r>
          </w:p>
        </w:tc>
        <w:tc>
          <w:tcPr>
            <w:tcW w:w="7087" w:type="dxa"/>
            <w:tcMar>
              <w:top w:w="70" w:type="dxa"/>
              <w:left w:w="90" w:type="dxa"/>
              <w:bottom w:w="70" w:type="dxa"/>
              <w:right w:w="90" w:type="dxa"/>
            </w:tcMar>
          </w:tcPr>
          <w:p w14:paraId="6046493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CEDD6B1" w14:textId="77777777">
              <w:trPr>
                <w:jc w:val="center"/>
              </w:trPr>
              <w:tc>
                <w:tcPr>
                  <w:tcW w:w="7087" w:type="dxa"/>
                  <w:shd w:val="clear" w:color="auto" w:fill="C6E7F3"/>
                  <w:tcMar>
                    <w:top w:w="45" w:type="dxa"/>
                    <w:left w:w="70" w:type="dxa"/>
                    <w:bottom w:w="45" w:type="dxa"/>
                    <w:right w:w="70" w:type="dxa"/>
                  </w:tcMar>
                </w:tcPr>
                <w:p w14:paraId="037364C7" w14:textId="77777777" w:rsidR="00187E2C" w:rsidRDefault="00000000">
                  <w:pPr>
                    <w:keepNext/>
                  </w:pPr>
                  <w:r>
                    <w:rPr>
                      <w:b/>
                      <w:color w:val="000000"/>
                    </w:rPr>
                    <w:t>UVODNI DEL – motivacija, aktivacija predznanja in namen učenja (15–20 min)</w:t>
                  </w:r>
                </w:p>
              </w:tc>
            </w:tr>
          </w:tbl>
          <w:p w14:paraId="4B52518A" w14:textId="77777777" w:rsidR="00187E2C" w:rsidRDefault="00187E2C">
            <w:pPr>
              <w:spacing w:line="20" w:lineRule="exact"/>
            </w:pPr>
          </w:p>
          <w:p w14:paraId="300F041C" w14:textId="77777777" w:rsidR="00187E2C" w:rsidRDefault="00000000">
            <w:pPr>
              <w:spacing w:before="40" w:after="60" w:line="245" w:lineRule="auto"/>
            </w:pPr>
            <w:r>
              <w:rPr>
                <w:color w:val="000000"/>
                <w:sz w:val="16"/>
              </w:rPr>
              <w:t>Učenci ob naslovnici, odlomku ali ilustraciji dela »Zlata ptica« – slovenska ljudska pravljica doživljajsko vstopijo v motiv svetloba, zvok, barva in pravljično iskanje. S kretnjo, predmetom, sliko, glasom ali kratko povedjo pokažejo predznanje in napoved. Izhodiščni odziv povežejo z dejavnostjo ČRKA L • BRALNI LIST 19 – Berem črko L in zloge ter besede.</w:t>
            </w:r>
          </w:p>
          <w:tbl>
            <w:tblPr>
              <w:tblStyle w:val="Tabelamrea"/>
              <w:tblW w:w="0" w:type="auto"/>
              <w:jc w:val="center"/>
              <w:tblLayout w:type="fixed"/>
              <w:tblLook w:val="04A0" w:firstRow="1" w:lastRow="0" w:firstColumn="1" w:lastColumn="0" w:noHBand="0" w:noVBand="1"/>
            </w:tblPr>
            <w:tblGrid>
              <w:gridCol w:w="7087"/>
            </w:tblGrid>
            <w:tr w:rsidR="00187E2C" w14:paraId="42C5474B" w14:textId="77777777">
              <w:trPr>
                <w:jc w:val="center"/>
              </w:trPr>
              <w:tc>
                <w:tcPr>
                  <w:tcW w:w="7087" w:type="dxa"/>
                  <w:shd w:val="clear" w:color="auto" w:fill="EDC9EA"/>
                  <w:tcMar>
                    <w:top w:w="45" w:type="dxa"/>
                    <w:left w:w="70" w:type="dxa"/>
                    <w:bottom w:w="45" w:type="dxa"/>
                    <w:right w:w="70" w:type="dxa"/>
                  </w:tcMar>
                </w:tcPr>
                <w:p w14:paraId="4B1D6C01" w14:textId="77777777" w:rsidR="00187E2C" w:rsidRDefault="00000000">
                  <w:pPr>
                    <w:keepNext/>
                  </w:pPr>
                  <w:r>
                    <w:rPr>
                      <w:b/>
                      <w:color w:val="000000"/>
                    </w:rPr>
                    <w:t>NAMENI UČENJA</w:t>
                  </w:r>
                </w:p>
              </w:tc>
            </w:tr>
          </w:tbl>
          <w:p w14:paraId="254CD56D" w14:textId="77777777" w:rsidR="00187E2C" w:rsidRDefault="00187E2C">
            <w:pPr>
              <w:spacing w:line="20" w:lineRule="exact"/>
            </w:pPr>
          </w:p>
          <w:p w14:paraId="0FA46D86"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320A66A0" w14:textId="77777777" w:rsidR="00187E2C" w:rsidRDefault="00000000">
            <w:pPr>
              <w:pStyle w:val="Oznaenseznam"/>
              <w:spacing w:after="16"/>
            </w:pPr>
            <w:r>
              <w:rPr>
                <w:color w:val="000000"/>
                <w:sz w:val="16"/>
              </w:rPr>
              <w:t>berem kratke besede in povedi po zmožnostih</w:t>
            </w:r>
          </w:p>
          <w:p w14:paraId="540FE3C3" w14:textId="77777777" w:rsidR="00187E2C" w:rsidRDefault="00000000">
            <w:pPr>
              <w:pStyle w:val="Oznaenseznam"/>
              <w:spacing w:after="16"/>
            </w:pPr>
            <w:r>
              <w:rPr>
                <w:color w:val="000000"/>
                <w:sz w:val="16"/>
              </w:rPr>
              <w:t>pojasnim pomen besede iz sobesedila ali slike</w:t>
            </w:r>
          </w:p>
          <w:p w14:paraId="00A18F4D" w14:textId="77777777" w:rsidR="00187E2C" w:rsidRDefault="00000000">
            <w:pPr>
              <w:pStyle w:val="Oznaenseznam"/>
              <w:spacing w:after="16"/>
            </w:pPr>
            <w:r>
              <w:rPr>
                <w:color w:val="000000"/>
                <w:sz w:val="16"/>
              </w:rPr>
              <w:t>zapišem poved</w:t>
            </w:r>
          </w:p>
          <w:p w14:paraId="5103402F" w14:textId="77777777" w:rsidR="00187E2C" w:rsidRDefault="00000000">
            <w:pPr>
              <w:pStyle w:val="Oznaenseznam"/>
              <w:spacing w:after="16"/>
            </w:pPr>
            <w:r>
              <w:rPr>
                <w:color w:val="000000"/>
                <w:sz w:val="16"/>
              </w:rPr>
              <w:t>prepoznam in poimenujem veliko tiskano črko L ter jo povežem z glasom /l/</w:t>
            </w:r>
          </w:p>
          <w:p w14:paraId="04C2224C" w14:textId="77777777" w:rsidR="00187E2C" w:rsidRDefault="00000000">
            <w:pPr>
              <w:pStyle w:val="Oznaenseznam"/>
              <w:spacing w:after="16"/>
            </w:pPr>
            <w:r>
              <w:rPr>
                <w:color w:val="000000"/>
                <w:sz w:val="16"/>
              </w:rPr>
              <w:t>veččutno oblikujem in čitljivo zapišem veliko tiskano črko L</w:t>
            </w:r>
          </w:p>
          <w:p w14:paraId="26AA66AC" w14:textId="77777777" w:rsidR="00187E2C" w:rsidRDefault="00000000">
            <w:pPr>
              <w:pStyle w:val="Oznaenseznam"/>
              <w:spacing w:after="16"/>
            </w:pPr>
            <w:r>
              <w:rPr>
                <w:color w:val="000000"/>
                <w:sz w:val="16"/>
              </w:rPr>
              <w:t>berem in sestavlja zloge oziroma besede z znanimi črkami: LINA • MILO • LETO • SOL</w:t>
            </w:r>
          </w:p>
          <w:tbl>
            <w:tblPr>
              <w:tblStyle w:val="Tabelamrea"/>
              <w:tblW w:w="0" w:type="auto"/>
              <w:jc w:val="center"/>
              <w:tblLayout w:type="fixed"/>
              <w:tblLook w:val="04A0" w:firstRow="1" w:lastRow="0" w:firstColumn="1" w:lastColumn="0" w:noHBand="0" w:noVBand="1"/>
            </w:tblPr>
            <w:tblGrid>
              <w:gridCol w:w="7087"/>
            </w:tblGrid>
            <w:tr w:rsidR="00187E2C" w14:paraId="74531658" w14:textId="77777777">
              <w:trPr>
                <w:jc w:val="center"/>
              </w:trPr>
              <w:tc>
                <w:tcPr>
                  <w:tcW w:w="7087" w:type="dxa"/>
                  <w:shd w:val="clear" w:color="auto" w:fill="EDC9EA"/>
                  <w:tcMar>
                    <w:top w:w="45" w:type="dxa"/>
                    <w:left w:w="70" w:type="dxa"/>
                    <w:bottom w:w="45" w:type="dxa"/>
                    <w:right w:w="70" w:type="dxa"/>
                  </w:tcMar>
                </w:tcPr>
                <w:p w14:paraId="72319CA3" w14:textId="77777777" w:rsidR="00187E2C" w:rsidRDefault="00000000">
                  <w:pPr>
                    <w:keepNext/>
                  </w:pPr>
                  <w:r>
                    <w:rPr>
                      <w:b/>
                      <w:color w:val="000000"/>
                    </w:rPr>
                    <w:t>PREVERJANJE PREDZNANJA</w:t>
                  </w:r>
                </w:p>
              </w:tc>
            </w:tr>
          </w:tbl>
          <w:p w14:paraId="328D14FF" w14:textId="77777777" w:rsidR="00187E2C" w:rsidRDefault="00187E2C">
            <w:pPr>
              <w:spacing w:line="20" w:lineRule="exact"/>
            </w:pPr>
          </w:p>
          <w:p w14:paraId="696B4B2F" w14:textId="77777777" w:rsidR="00187E2C" w:rsidRDefault="00000000">
            <w:pPr>
              <w:pStyle w:val="Oznaenseznam"/>
              <w:spacing w:after="16"/>
            </w:pPr>
            <w:r>
              <w:rPr>
                <w:color w:val="000000"/>
                <w:sz w:val="16"/>
              </w:rPr>
              <w:t>Kaj mi naslovnica, ilustracija ali naslov pove o motivu svetloba, zvok, barva in pravljično iskanje?</w:t>
            </w:r>
          </w:p>
          <w:p w14:paraId="54302E07" w14:textId="77777777" w:rsidR="00187E2C" w:rsidRDefault="00000000">
            <w:pPr>
              <w:pStyle w:val="Oznaenseznam"/>
              <w:spacing w:after="16"/>
            </w:pPr>
            <w:r>
              <w:rPr>
                <w:color w:val="000000"/>
                <w:sz w:val="16"/>
              </w:rPr>
              <w:t>Kje v besedah slišim glas /l/ in po katerih potezah prepoznam črko L?</w:t>
            </w:r>
          </w:p>
          <w:p w14:paraId="5762A838"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66490A8B" w14:textId="77777777">
              <w:trPr>
                <w:jc w:val="center"/>
              </w:trPr>
              <w:tc>
                <w:tcPr>
                  <w:tcW w:w="7087" w:type="dxa"/>
                  <w:shd w:val="clear" w:color="auto" w:fill="EDC9EA"/>
                  <w:tcMar>
                    <w:top w:w="45" w:type="dxa"/>
                    <w:left w:w="70" w:type="dxa"/>
                    <w:bottom w:w="45" w:type="dxa"/>
                    <w:right w:w="70" w:type="dxa"/>
                  </w:tcMar>
                </w:tcPr>
                <w:p w14:paraId="7EDC58D6" w14:textId="77777777" w:rsidR="00187E2C" w:rsidRDefault="00000000">
                  <w:pPr>
                    <w:keepNext/>
                  </w:pPr>
                  <w:r>
                    <w:rPr>
                      <w:b/>
                      <w:color w:val="000000"/>
                    </w:rPr>
                    <w:t>KRITERIJI USPEŠNOSTI</w:t>
                  </w:r>
                </w:p>
              </w:tc>
            </w:tr>
          </w:tbl>
          <w:p w14:paraId="1B2659A1" w14:textId="77777777" w:rsidR="00187E2C" w:rsidRDefault="00187E2C"/>
          <w:p w14:paraId="294934E1" w14:textId="77777777" w:rsidR="00187E2C" w:rsidRDefault="00000000">
            <w:pPr>
              <w:spacing w:before="20" w:after="20" w:line="245" w:lineRule="auto"/>
            </w:pPr>
            <w:r>
              <w:rPr>
                <w:b/>
                <w:color w:val="000000"/>
                <w:sz w:val="16"/>
              </w:rPr>
              <w:t>Uspešen/-na bom, ko:</w:t>
            </w:r>
          </w:p>
          <w:p w14:paraId="787E68D6" w14:textId="77777777" w:rsidR="00187E2C" w:rsidRDefault="00000000">
            <w:pPr>
              <w:pStyle w:val="Oznaenseznam"/>
              <w:spacing w:after="16"/>
            </w:pPr>
            <w:r>
              <w:rPr>
                <w:color w:val="000000"/>
                <w:sz w:val="16"/>
              </w:rPr>
              <w:t>berem kratke besede in povedi po zmožnostih</w:t>
            </w:r>
          </w:p>
          <w:p w14:paraId="2488D66D" w14:textId="77777777" w:rsidR="00187E2C" w:rsidRDefault="00000000">
            <w:pPr>
              <w:pStyle w:val="Oznaenseznam"/>
              <w:spacing w:after="16"/>
            </w:pPr>
            <w:r>
              <w:rPr>
                <w:color w:val="000000"/>
                <w:sz w:val="16"/>
              </w:rPr>
              <w:t>pojasnim pomen besede iz sobesedila ali slike</w:t>
            </w:r>
          </w:p>
          <w:p w14:paraId="3096D0AA" w14:textId="77777777" w:rsidR="00187E2C" w:rsidRDefault="00000000">
            <w:pPr>
              <w:pStyle w:val="Oznaenseznam"/>
              <w:spacing w:after="16"/>
            </w:pPr>
            <w:r>
              <w:rPr>
                <w:color w:val="000000"/>
                <w:sz w:val="16"/>
              </w:rPr>
              <w:t>zapišem poved</w:t>
            </w:r>
          </w:p>
          <w:p w14:paraId="24CFE506" w14:textId="77777777" w:rsidR="00187E2C" w:rsidRDefault="00000000">
            <w:pPr>
              <w:pStyle w:val="Oznaenseznam"/>
              <w:spacing w:after="16"/>
            </w:pPr>
            <w:r>
              <w:rPr>
                <w:color w:val="000000"/>
                <w:sz w:val="16"/>
              </w:rPr>
              <w:t>prepoznam in poimenujem veliko tiskano črko L ter jo povežem z glasom /l/</w:t>
            </w:r>
          </w:p>
          <w:p w14:paraId="5691D3CC" w14:textId="77777777" w:rsidR="00187E2C" w:rsidRDefault="00000000">
            <w:pPr>
              <w:pStyle w:val="Oznaenseznam"/>
              <w:spacing w:after="16"/>
            </w:pPr>
            <w:r>
              <w:rPr>
                <w:color w:val="000000"/>
                <w:sz w:val="16"/>
              </w:rPr>
              <w:t>veččutno oblikujem in čitljivo zapišem veliko tiskano črko L</w:t>
            </w:r>
          </w:p>
          <w:p w14:paraId="337710ED" w14:textId="77777777" w:rsidR="00187E2C" w:rsidRDefault="00000000">
            <w:pPr>
              <w:pStyle w:val="Oznaenseznam"/>
              <w:spacing w:after="16"/>
            </w:pPr>
            <w:r>
              <w:rPr>
                <w:color w:val="000000"/>
                <w:sz w:val="16"/>
              </w:rPr>
              <w:t>berem in sestavlja zloge oziroma besede z znanimi črkami: LINA • MILO • LETO • SOL</w:t>
            </w:r>
          </w:p>
          <w:p w14:paraId="79D12970"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682FA99E" w14:textId="77777777" w:rsidR="00187E2C" w:rsidRDefault="00187E2C"/>
          <w:p w14:paraId="078AFD06"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7A1994DC" w14:textId="77777777" w:rsidR="00187E2C" w:rsidRDefault="00000000">
            <w:pPr>
              <w:spacing w:after="80" w:line="245" w:lineRule="auto"/>
            </w:pPr>
            <w:r>
              <w:rPr>
                <w:color w:val="000000"/>
                <w:sz w:val="16"/>
              </w:rPr>
              <w:t>Pove, pokaže ali nariše, kaj že ve in katero strategijo bi uporabil.</w:t>
            </w:r>
          </w:p>
          <w:p w14:paraId="4270B947" w14:textId="77777777" w:rsidR="00187E2C" w:rsidRDefault="00000000">
            <w:pPr>
              <w:spacing w:after="100" w:line="245" w:lineRule="auto"/>
            </w:pPr>
            <w:r>
              <w:rPr>
                <w:color w:val="000000"/>
                <w:sz w:val="16"/>
              </w:rPr>
              <w:t>Sodeluje pri razumevanju namenov in kriterijev uspešnosti.</w:t>
            </w:r>
          </w:p>
          <w:p w14:paraId="7980AE48" w14:textId="77777777" w:rsidR="00187E2C" w:rsidRDefault="00000000">
            <w:pPr>
              <w:spacing w:after="20" w:line="245" w:lineRule="auto"/>
            </w:pPr>
            <w:r>
              <w:rPr>
                <w:b/>
                <w:color w:val="D95BC6"/>
                <w:sz w:val="17"/>
              </w:rPr>
              <w:t>DOKAZ O UČENJU</w:t>
            </w:r>
          </w:p>
          <w:p w14:paraId="58AB0A06"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57B1D0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DFE911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F14878D"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1A12469" w14:textId="77777777" w:rsidR="00187E2C" w:rsidRDefault="00000000">
            <w:pPr>
              <w:jc w:val="center"/>
            </w:pPr>
            <w:r>
              <w:rPr>
                <w:b/>
                <w:color w:val="000000"/>
                <w:sz w:val="20"/>
              </w:rPr>
              <w:t>UČNE DEJAVNOSTI, METODE IN FORMATIVNO SPREMLJANJE</w:t>
            </w:r>
          </w:p>
        </w:tc>
      </w:tr>
      <w:tr w:rsidR="00187E2C" w14:paraId="77C41913" w14:textId="77777777">
        <w:trPr>
          <w:tblHeader/>
          <w:jc w:val="center"/>
        </w:trPr>
        <w:tc>
          <w:tcPr>
            <w:tcW w:w="4422" w:type="dxa"/>
            <w:vMerge/>
            <w:tcMar>
              <w:top w:w="70" w:type="dxa"/>
              <w:left w:w="90" w:type="dxa"/>
              <w:bottom w:w="70" w:type="dxa"/>
              <w:right w:w="90" w:type="dxa"/>
            </w:tcMar>
            <w:vAlign w:val="center"/>
          </w:tcPr>
          <w:p w14:paraId="4A11A528" w14:textId="77777777" w:rsidR="00187E2C" w:rsidRDefault="00187E2C"/>
        </w:tc>
        <w:tc>
          <w:tcPr>
            <w:tcW w:w="7087" w:type="dxa"/>
            <w:shd w:val="clear" w:color="auto" w:fill="FFFFFF"/>
            <w:tcMar>
              <w:top w:w="70" w:type="dxa"/>
              <w:left w:w="90" w:type="dxa"/>
              <w:bottom w:w="70" w:type="dxa"/>
              <w:right w:w="90" w:type="dxa"/>
            </w:tcMar>
            <w:vAlign w:val="center"/>
          </w:tcPr>
          <w:p w14:paraId="21F9C789"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668A665" w14:textId="77777777" w:rsidR="00187E2C" w:rsidRDefault="00000000">
            <w:pPr>
              <w:jc w:val="center"/>
            </w:pPr>
            <w:r>
              <w:rPr>
                <w:b/>
                <w:color w:val="000000"/>
              </w:rPr>
              <w:t>UČENEC</w:t>
            </w:r>
          </w:p>
        </w:tc>
      </w:tr>
      <w:tr w:rsidR="00187E2C" w14:paraId="1E80B194" w14:textId="77777777">
        <w:trPr>
          <w:jc w:val="center"/>
        </w:trPr>
        <w:tc>
          <w:tcPr>
            <w:tcW w:w="4422" w:type="dxa"/>
            <w:tcMar>
              <w:top w:w="70" w:type="dxa"/>
              <w:left w:w="90" w:type="dxa"/>
              <w:bottom w:w="70" w:type="dxa"/>
              <w:right w:w="90" w:type="dxa"/>
            </w:tcMar>
          </w:tcPr>
          <w:p w14:paraId="3902EA6F" w14:textId="77777777" w:rsidR="00187E2C" w:rsidRDefault="00187E2C"/>
          <w:p w14:paraId="3FE879F8" w14:textId="77777777" w:rsidR="00187E2C" w:rsidRDefault="00000000">
            <w:pPr>
              <w:spacing w:after="40" w:line="245" w:lineRule="auto"/>
            </w:pPr>
            <w:r>
              <w:rPr>
                <w:b/>
                <w:color w:val="000000"/>
              </w:rPr>
              <w:t>KLJUČNI POJMI</w:t>
            </w:r>
          </w:p>
          <w:p w14:paraId="549BEA2C" w14:textId="77777777" w:rsidR="00187E2C" w:rsidRDefault="00000000">
            <w:pPr>
              <w:spacing w:after="60" w:line="245" w:lineRule="auto"/>
            </w:pPr>
            <w:r>
              <w:rPr>
                <w:color w:val="000000"/>
                <w:sz w:val="15"/>
              </w:rPr>
              <w:t>glas /l/, črka L, zlog, beseda, poved, smer poteze, bralna strategija, naslov, avtor, ilustrator, književna oseba</w:t>
            </w:r>
          </w:p>
          <w:p w14:paraId="7C7373F8" w14:textId="77777777" w:rsidR="00187E2C" w:rsidRDefault="00000000">
            <w:pPr>
              <w:spacing w:after="20" w:line="245" w:lineRule="auto"/>
            </w:pPr>
            <w:r>
              <w:rPr>
                <w:b/>
                <w:color w:val="000000"/>
                <w:sz w:val="17"/>
              </w:rPr>
              <w:t>DOKAZI O UČENJU</w:t>
            </w:r>
          </w:p>
          <w:p w14:paraId="7434F710" w14:textId="77777777" w:rsidR="00187E2C" w:rsidRDefault="00000000">
            <w:pPr>
              <w:pStyle w:val="Oznaenseznam"/>
              <w:spacing w:after="9"/>
            </w:pPr>
            <w:r>
              <w:rPr>
                <w:color w:val="000000"/>
                <w:sz w:val="15"/>
              </w:rPr>
              <w:t>odziv med poslušanjem, izbrana slika in ena poved o doživetju.</w:t>
            </w:r>
          </w:p>
          <w:p w14:paraId="2EF71853" w14:textId="77777777" w:rsidR="00187E2C" w:rsidRDefault="00000000">
            <w:pPr>
              <w:pStyle w:val="Oznaenseznam"/>
              <w:spacing w:after="9"/>
            </w:pPr>
            <w:r>
              <w:rPr>
                <w:color w:val="000000"/>
                <w:sz w:val="15"/>
              </w:rPr>
              <w:t>zvočni posnetek ali anekdotski zapis kratke izmenjave.</w:t>
            </w:r>
          </w:p>
          <w:p w14:paraId="586CF733" w14:textId="77777777" w:rsidR="00187E2C" w:rsidRDefault="00000000">
            <w:pPr>
              <w:pStyle w:val="Oznaenseznam"/>
              <w:spacing w:after="9"/>
            </w:pPr>
            <w:r>
              <w:rPr>
                <w:color w:val="000000"/>
                <w:sz w:val="15"/>
              </w:rPr>
              <w:t>pravilno sestavljen primer in učenčeva ustna razlaga postopka.</w:t>
            </w:r>
          </w:p>
          <w:p w14:paraId="67545191" w14:textId="77777777" w:rsidR="00187E2C" w:rsidRDefault="00000000">
            <w:pPr>
              <w:pStyle w:val="Oznaenseznam"/>
              <w:spacing w:after="9"/>
            </w:pPr>
            <w:r>
              <w:rPr>
                <w:color w:val="000000"/>
                <w:sz w:val="15"/>
              </w:rPr>
              <w:t>štiri pravilne glasovne odločitve, izbor črke L in kratka učenčeva razlaga.</w:t>
            </w:r>
          </w:p>
          <w:p w14:paraId="28CA130D" w14:textId="77777777" w:rsidR="00187E2C" w:rsidRDefault="00000000">
            <w:pPr>
              <w:pStyle w:val="Oznaenseznam"/>
              <w:spacing w:after="9"/>
            </w:pPr>
            <w:r>
              <w:rPr>
                <w:color w:val="000000"/>
                <w:sz w:val="15"/>
              </w:rPr>
              <w:t>fotografija konstrukcije črke L, opazovalni zapis smeri potez in datirana vrstica treh zapisov.</w:t>
            </w:r>
          </w:p>
          <w:p w14:paraId="6B49985C" w14:textId="77777777" w:rsidR="00187E2C" w:rsidRDefault="00000000">
            <w:pPr>
              <w:pStyle w:val="Oznaenseznam"/>
              <w:spacing w:after="9"/>
            </w:pPr>
            <w:r>
              <w:rPr>
                <w:color w:val="000000"/>
                <w:sz w:val="15"/>
              </w:rPr>
              <w:t>izpolnjen Bralni list 19, individualni bralni zapis, sestavljen ali zapisan primer s črko L in samovrednotenje.</w:t>
            </w:r>
          </w:p>
          <w:p w14:paraId="0166FBEF" w14:textId="77777777" w:rsidR="00187E2C" w:rsidRDefault="00000000">
            <w:pPr>
              <w:spacing w:before="40" w:after="20" w:line="245" w:lineRule="auto"/>
            </w:pPr>
            <w:r>
              <w:rPr>
                <w:b/>
                <w:color w:val="000000"/>
                <w:sz w:val="17"/>
              </w:rPr>
              <w:t>KNJIŽEVNO DOŽIVETJE IN IZKUŠENJSKI POUK</w:t>
            </w:r>
          </w:p>
          <w:p w14:paraId="66DBB2B3"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156363AF" w14:textId="77777777" w:rsidR="00187E2C" w:rsidRDefault="00000000">
            <w:pPr>
              <w:spacing w:after="20" w:line="245" w:lineRule="auto"/>
            </w:pPr>
            <w:r>
              <w:rPr>
                <w:b/>
                <w:color w:val="000000"/>
                <w:sz w:val="17"/>
              </w:rPr>
              <w:t>POUČEVANJE V GIBANJU</w:t>
            </w:r>
          </w:p>
          <w:p w14:paraId="20F3E9AC"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48582EB2" w14:textId="77777777" w:rsidR="00187E2C" w:rsidRDefault="00000000">
            <w:pPr>
              <w:spacing w:after="20" w:line="245" w:lineRule="auto"/>
            </w:pPr>
            <w:r>
              <w:rPr>
                <w:b/>
                <w:color w:val="000000"/>
                <w:sz w:val="17"/>
              </w:rPr>
              <w:t>DELO PO POSTAJAH</w:t>
            </w:r>
          </w:p>
          <w:p w14:paraId="7A0439E1" w14:textId="77777777" w:rsidR="00187E2C" w:rsidRDefault="00000000">
            <w:pPr>
              <w:spacing w:after="60" w:line="245" w:lineRule="auto"/>
            </w:pPr>
            <w:r>
              <w:rPr>
                <w:color w:val="000000"/>
                <w:sz w:val="15"/>
              </w:rPr>
              <w:t>1. doživljajsko-književna – poslušanje, pogovor, igra vlog in predmetno/slikovno izhodišče; 2. glasovno-gibalna – slišim glas /l/, razvrščam besede in sestavljam žive zloge; 3. bralna – ČRKA L • BRALNI LIST 19, modelirano, vodeno ali ponovljeno branje; 4. tipno-grafomotorična – črko L oblikujem, hodim po njeni poti in jo zapišem ter izbor dokaza, povratna informacija in naslednji korak.</w:t>
            </w:r>
          </w:p>
          <w:p w14:paraId="0F2D5711" w14:textId="77777777" w:rsidR="00187E2C" w:rsidRDefault="00000000">
            <w:pPr>
              <w:spacing w:after="20" w:line="245" w:lineRule="auto"/>
            </w:pPr>
            <w:r>
              <w:rPr>
                <w:b/>
                <w:color w:val="000000"/>
                <w:sz w:val="17"/>
              </w:rPr>
              <w:t>DIFERENCIACIJA IN VKLJUČEVANJE</w:t>
            </w:r>
          </w:p>
          <w:p w14:paraId="5971D10F"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7E6E1AE4" w14:textId="77777777" w:rsidR="00187E2C" w:rsidRDefault="00000000">
            <w:pPr>
              <w:spacing w:after="20" w:line="245" w:lineRule="auto"/>
            </w:pPr>
            <w:r>
              <w:rPr>
                <w:b/>
                <w:color w:val="000000"/>
                <w:sz w:val="17"/>
              </w:rPr>
              <w:t>SPREMLJANJE</w:t>
            </w:r>
          </w:p>
          <w:p w14:paraId="610A92FD"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DB5DEFB"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7FCFB7B" w14:textId="77777777">
              <w:trPr>
                <w:jc w:val="center"/>
              </w:trPr>
              <w:tc>
                <w:tcPr>
                  <w:tcW w:w="7087" w:type="dxa"/>
                  <w:shd w:val="clear" w:color="auto" w:fill="C6E7F3"/>
                  <w:tcMar>
                    <w:top w:w="45" w:type="dxa"/>
                    <w:left w:w="70" w:type="dxa"/>
                    <w:bottom w:w="45" w:type="dxa"/>
                    <w:right w:w="70" w:type="dxa"/>
                  </w:tcMar>
                </w:tcPr>
                <w:p w14:paraId="753832AD" w14:textId="77777777" w:rsidR="00187E2C" w:rsidRDefault="00000000">
                  <w:pPr>
                    <w:keepNext/>
                  </w:pPr>
                  <w:r>
                    <w:rPr>
                      <w:b/>
                      <w:color w:val="000000"/>
                      <w:sz w:val="17"/>
                    </w:rPr>
                    <w:t>GLAVNI DEL – DOŽIVLJAJSKO, JEZIKOVNO IN OPISMENJEVALNO UČENJE (6 šolskih ur)</w:t>
                  </w:r>
                </w:p>
              </w:tc>
            </w:tr>
          </w:tbl>
          <w:p w14:paraId="0F484F11" w14:textId="77777777" w:rsidR="00187E2C" w:rsidRDefault="00187E2C">
            <w:pPr>
              <w:spacing w:line="20" w:lineRule="exact"/>
            </w:pPr>
          </w:p>
          <w:p w14:paraId="640DE730" w14:textId="77777777" w:rsidR="00187E2C" w:rsidRDefault="00000000">
            <w:pPr>
              <w:keepNext/>
              <w:spacing w:before="22" w:after="6" w:line="245" w:lineRule="auto"/>
            </w:pPr>
            <w:r>
              <w:rPr>
                <w:b/>
                <w:color w:val="000000"/>
                <w:sz w:val="15"/>
              </w:rPr>
              <w:t>1. URA – Besedilo in besedišče – Poslušam in doživljam</w:t>
            </w:r>
          </w:p>
          <w:p w14:paraId="046AF621"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»besedilo in besedišče • velika tiskana črka l • bralni list 19«.</w:t>
            </w:r>
          </w:p>
          <w:p w14:paraId="167113BA"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»bere kratke besede in povedi po zmožnostih«.</w:t>
            </w:r>
          </w:p>
          <w:p w14:paraId="0B0E81D8" w14:textId="77777777" w:rsidR="00187E2C" w:rsidRDefault="00000000">
            <w:pPr>
              <w:spacing w:after="15" w:line="245" w:lineRule="auto"/>
            </w:pPr>
            <w:r>
              <w:rPr>
                <w:i/>
                <w:color w:val="D95BC6"/>
                <w:sz w:val="14"/>
              </w:rPr>
              <w:t>Predvideni dokaz: odziv med poslušanjem, izbrana slika in ena poved o doživetju..</w:t>
            </w:r>
          </w:p>
          <w:p w14:paraId="4697E295" w14:textId="77777777" w:rsidR="00187E2C" w:rsidRDefault="00000000">
            <w:pPr>
              <w:keepNext/>
              <w:spacing w:before="22" w:after="6" w:line="245" w:lineRule="auto"/>
            </w:pPr>
            <w:r>
              <w:rPr>
                <w:b/>
                <w:color w:val="000000"/>
                <w:sz w:val="15"/>
              </w:rPr>
              <w:t>2. URA – Besedilo in besedišče – Govorim in pojasnjujem</w:t>
            </w:r>
          </w:p>
          <w:p w14:paraId="4BDC40ED"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5BB392EC"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»pojasni pomen besede iz sobesedila ali slike«.</w:t>
            </w:r>
          </w:p>
          <w:p w14:paraId="131844E0" w14:textId="77777777" w:rsidR="00187E2C" w:rsidRDefault="00000000">
            <w:pPr>
              <w:spacing w:after="15" w:line="245" w:lineRule="auto"/>
            </w:pPr>
            <w:r>
              <w:rPr>
                <w:i/>
                <w:color w:val="D95BC6"/>
                <w:sz w:val="14"/>
              </w:rPr>
              <w:t>Predvideni dokaz: zvočni posnetek ali anekdotski zapis kratke izmenjave..</w:t>
            </w:r>
          </w:p>
          <w:p w14:paraId="2516F063" w14:textId="77777777" w:rsidR="00187E2C" w:rsidRDefault="00000000">
            <w:pPr>
              <w:keepNext/>
              <w:spacing w:before="22" w:after="6" w:line="245" w:lineRule="auto"/>
            </w:pPr>
            <w:r>
              <w:rPr>
                <w:b/>
                <w:color w:val="000000"/>
                <w:sz w:val="15"/>
              </w:rPr>
              <w:t>3. URA – Besedilo in besedišče – Razčlenjujem jezik</w:t>
            </w:r>
          </w:p>
          <w:p w14:paraId="7C10C37A"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2A282465"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»zapiše poved«.</w:t>
            </w:r>
          </w:p>
          <w:p w14:paraId="610900F2" w14:textId="77777777" w:rsidR="00187E2C" w:rsidRDefault="00000000">
            <w:pPr>
              <w:spacing w:after="15" w:line="245" w:lineRule="auto"/>
            </w:pPr>
            <w:r>
              <w:rPr>
                <w:i/>
                <w:color w:val="D95BC6"/>
                <w:sz w:val="14"/>
              </w:rPr>
              <w:t>Predvideni dokaz: pravilno sestavljen primer in učenčeva ustna razlaga postopka..</w:t>
            </w:r>
          </w:p>
          <w:p w14:paraId="31761DFB" w14:textId="77777777" w:rsidR="00187E2C" w:rsidRDefault="00000000">
            <w:pPr>
              <w:keepNext/>
              <w:spacing w:before="22" w:after="6" w:line="245" w:lineRule="auto"/>
            </w:pPr>
            <w:r>
              <w:rPr>
                <w:b/>
                <w:color w:val="000000"/>
                <w:sz w:val="15"/>
              </w:rPr>
              <w:t>4. URA – SLIŠIM GLAS /l/ IN ODKRIVAM ČRKO L</w:t>
            </w:r>
          </w:p>
          <w:p w14:paraId="1B68E666"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(luna, kolo, šal, sol); učenci se premikajo v kote začetek–sredina–konec, nato med črkami poiščejo L in jo oblikujejo s telesom.</w:t>
            </w:r>
          </w:p>
          <w:p w14:paraId="225BA415"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L ter jo predstavi s telesom ali vrvjo.</w:t>
            </w:r>
          </w:p>
          <w:p w14:paraId="30B288FB" w14:textId="77777777" w:rsidR="00187E2C" w:rsidRDefault="00000000">
            <w:pPr>
              <w:spacing w:after="15" w:line="245" w:lineRule="auto"/>
            </w:pPr>
            <w:r>
              <w:rPr>
                <w:i/>
                <w:color w:val="D95BC6"/>
                <w:sz w:val="14"/>
              </w:rPr>
              <w:t>Predvideni dokaz: štiri pravilne glasovne odločitve, izbor črke L in kratka učenčeva razlaga..</w:t>
            </w:r>
          </w:p>
          <w:p w14:paraId="4C3DC65F" w14:textId="77777777" w:rsidR="00187E2C" w:rsidRDefault="00000000">
            <w:pPr>
              <w:keepNext/>
              <w:spacing w:before="22" w:after="6" w:line="245" w:lineRule="auto"/>
            </w:pPr>
            <w:r>
              <w:rPr>
                <w:b/>
                <w:color w:val="000000"/>
                <w:sz w:val="15"/>
              </w:rPr>
              <w:t>5. URA – Oblikujem in pišem črko L</w:t>
            </w:r>
          </w:p>
          <w:p w14:paraId="78F00566"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2B0C008F" w14:textId="77777777" w:rsidR="00187E2C" w:rsidRDefault="00000000">
            <w:pPr>
              <w:spacing w:after="7" w:line="245" w:lineRule="auto"/>
            </w:pPr>
            <w:r>
              <w:rPr>
                <w:b/>
                <w:color w:val="000000"/>
                <w:sz w:val="14"/>
              </w:rPr>
              <w:t xml:space="preserve">Dejavnost učencev: </w:t>
            </w:r>
            <w:r>
              <w:rPr>
                <w:color w:val="000000"/>
                <w:sz w:val="14"/>
              </w:rPr>
              <w:t>Črko L gradi in zapisuje na različnih podlagah, nato preide na manjši format; po povratni informaciji ponovi isti zapis.</w:t>
            </w:r>
          </w:p>
          <w:p w14:paraId="067E3403" w14:textId="77777777" w:rsidR="00187E2C" w:rsidRDefault="00000000">
            <w:pPr>
              <w:spacing w:after="15" w:line="245" w:lineRule="auto"/>
            </w:pPr>
            <w:r>
              <w:rPr>
                <w:i/>
                <w:color w:val="D95BC6"/>
                <w:sz w:val="14"/>
              </w:rPr>
              <w:t>Predvideni dokaz: fotografija konstrukcije črke L, opazovalni zapis smeri potez in datirana vrstica treh zapisov..</w:t>
            </w:r>
          </w:p>
          <w:p w14:paraId="329E0433" w14:textId="77777777" w:rsidR="00187E2C" w:rsidRDefault="00000000">
            <w:pPr>
              <w:keepNext/>
              <w:spacing w:before="22" w:after="6" w:line="245" w:lineRule="auto"/>
            </w:pPr>
            <w:r>
              <w:rPr>
                <w:b/>
                <w:color w:val="000000"/>
                <w:sz w:val="15"/>
              </w:rPr>
              <w:t>6. URA – Berem in uporabim črko L</w:t>
            </w:r>
          </w:p>
          <w:p w14:paraId="7313D956"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L in Bralni list 19; gradivo omeji na znane črke A, E, I, O, U, N, M, T, J, V, R, S, L.</w:t>
            </w:r>
          </w:p>
          <w:p w14:paraId="5B85BD04" w14:textId="77777777" w:rsidR="00187E2C" w:rsidRDefault="00000000">
            <w:pPr>
              <w:spacing w:after="7" w:line="245" w:lineRule="auto"/>
            </w:pPr>
            <w:r>
              <w:rPr>
                <w:b/>
                <w:color w:val="000000"/>
                <w:sz w:val="14"/>
              </w:rPr>
              <w:t xml:space="preserve">Dejavnost učencev: </w:t>
            </w:r>
            <w:r>
              <w:rPr>
                <w:color w:val="000000"/>
                <w:sz w:val="14"/>
              </w:rPr>
              <w:t>Sestavlja, premešča in bere LA • LI • LO • LE • LU ter LINA • MILO • LETO • SOL; izbere zahtevnost in rešuje Bralni list 19.</w:t>
            </w:r>
          </w:p>
          <w:p w14:paraId="34B11733" w14:textId="77777777" w:rsidR="00187E2C" w:rsidRDefault="00000000">
            <w:pPr>
              <w:spacing w:after="15" w:line="245" w:lineRule="auto"/>
            </w:pPr>
            <w:r>
              <w:rPr>
                <w:i/>
                <w:color w:val="D95BC6"/>
                <w:sz w:val="14"/>
              </w:rPr>
              <w:t>Predvideni dokaz: izpolnjen Bralni list 19, individualni bralni zapis, sestavljen ali zapisan primer s črko L in samovrednotenje..</w:t>
            </w:r>
          </w:p>
          <w:tbl>
            <w:tblPr>
              <w:tblStyle w:val="Tabelamrea"/>
              <w:tblW w:w="0" w:type="auto"/>
              <w:jc w:val="center"/>
              <w:tblLayout w:type="fixed"/>
              <w:tblLook w:val="04A0" w:firstRow="1" w:lastRow="0" w:firstColumn="1" w:lastColumn="0" w:noHBand="0" w:noVBand="1"/>
            </w:tblPr>
            <w:tblGrid>
              <w:gridCol w:w="7087"/>
            </w:tblGrid>
            <w:tr w:rsidR="00187E2C" w14:paraId="3F080232" w14:textId="77777777">
              <w:trPr>
                <w:jc w:val="center"/>
              </w:trPr>
              <w:tc>
                <w:tcPr>
                  <w:tcW w:w="7087" w:type="dxa"/>
                  <w:shd w:val="clear" w:color="auto" w:fill="EDC9EA"/>
                  <w:tcMar>
                    <w:top w:w="45" w:type="dxa"/>
                    <w:left w:w="70" w:type="dxa"/>
                    <w:bottom w:w="45" w:type="dxa"/>
                    <w:right w:w="70" w:type="dxa"/>
                  </w:tcMar>
                </w:tcPr>
                <w:p w14:paraId="08D3C3B7" w14:textId="77777777" w:rsidR="00187E2C" w:rsidRDefault="00000000">
                  <w:pPr>
                    <w:keepNext/>
                  </w:pPr>
                  <w:r>
                    <w:rPr>
                      <w:b/>
                      <w:color w:val="000000"/>
                      <w:sz w:val="17"/>
                    </w:rPr>
                    <w:t>POVRATNA INFORMACIJA UČITELJICE MED DELOM</w:t>
                  </w:r>
                </w:p>
              </w:tc>
            </w:tr>
          </w:tbl>
          <w:p w14:paraId="31491347" w14:textId="77777777" w:rsidR="00187E2C" w:rsidRDefault="00187E2C"/>
          <w:p w14:paraId="5B755FD6"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40EA74CD" w14:textId="77777777" w:rsidR="00187E2C" w:rsidRDefault="00187E2C"/>
          <w:p w14:paraId="7D8FB110" w14:textId="77777777" w:rsidR="00187E2C" w:rsidRDefault="00000000">
            <w:pPr>
              <w:spacing w:after="4" w:line="245" w:lineRule="auto"/>
            </w:pPr>
            <w:r>
              <w:rPr>
                <w:b/>
                <w:color w:val="000000"/>
                <w:sz w:val="15"/>
              </w:rPr>
              <w:t>1. URA – Besedilo in besedišče – Poslušam in doživljam</w:t>
            </w:r>
          </w:p>
          <w:p w14:paraId="0C88B5CA" w14:textId="77777777" w:rsidR="00187E2C" w:rsidRDefault="00000000">
            <w:pPr>
              <w:spacing w:after="7" w:line="245" w:lineRule="auto"/>
            </w:pPr>
            <w:r>
              <w:rPr>
                <w:color w:val="000000"/>
                <w:sz w:val="14"/>
              </w:rPr>
              <w:t>Napoveduje ob naslovu/sliki, med poslušanjem pokaže dogovorjen znak in po poslušanju izbere sliko občutja.</w:t>
            </w:r>
          </w:p>
          <w:p w14:paraId="73B2CD56" w14:textId="77777777" w:rsidR="00187E2C" w:rsidRDefault="00000000">
            <w:pPr>
              <w:spacing w:after="15" w:line="245" w:lineRule="auto"/>
            </w:pPr>
            <w:r>
              <w:rPr>
                <w:color w:val="D95BC6"/>
                <w:sz w:val="13"/>
              </w:rPr>
              <w:t>Dokaz: odziv med poslušanjem, izbrana slika in ena poved o doživetju.</w:t>
            </w:r>
          </w:p>
          <w:p w14:paraId="2D7C5CF8" w14:textId="77777777" w:rsidR="00187E2C" w:rsidRDefault="00000000">
            <w:pPr>
              <w:spacing w:after="4" w:line="245" w:lineRule="auto"/>
            </w:pPr>
            <w:r>
              <w:rPr>
                <w:b/>
                <w:color w:val="000000"/>
                <w:sz w:val="15"/>
              </w:rPr>
              <w:t>2. URA – Besedilo in besedišče – Govorim in pojasnjujem</w:t>
            </w:r>
          </w:p>
          <w:p w14:paraId="17077255" w14:textId="77777777" w:rsidR="00187E2C" w:rsidRDefault="00000000">
            <w:pPr>
              <w:spacing w:after="7" w:line="245" w:lineRule="auto"/>
            </w:pPr>
            <w:r>
              <w:rPr>
                <w:color w:val="000000"/>
                <w:sz w:val="14"/>
              </w:rPr>
              <w:t>V paru govori in posluša, zamenja vlogo, postavi vprašanje ter uporabi besedo iz tedenske besedne banke.</w:t>
            </w:r>
          </w:p>
          <w:p w14:paraId="13B9F15C" w14:textId="77777777" w:rsidR="00187E2C" w:rsidRDefault="00000000">
            <w:pPr>
              <w:spacing w:after="15" w:line="245" w:lineRule="auto"/>
            </w:pPr>
            <w:r>
              <w:rPr>
                <w:color w:val="D95BC6"/>
                <w:sz w:val="13"/>
              </w:rPr>
              <w:t>Dokaz: zvočni posnetek ali anekdotski zapis kratke izmenjave.</w:t>
            </w:r>
          </w:p>
          <w:p w14:paraId="5F6D1F07" w14:textId="77777777" w:rsidR="00187E2C" w:rsidRDefault="00000000">
            <w:pPr>
              <w:spacing w:after="4" w:line="245" w:lineRule="auto"/>
            </w:pPr>
            <w:r>
              <w:rPr>
                <w:b/>
                <w:color w:val="000000"/>
                <w:sz w:val="15"/>
              </w:rPr>
              <w:t>3. URA – Besedilo in besedišče – Razčlenjujem jezik</w:t>
            </w:r>
          </w:p>
          <w:p w14:paraId="784C29C1" w14:textId="77777777" w:rsidR="00187E2C" w:rsidRDefault="00000000">
            <w:pPr>
              <w:spacing w:after="7" w:line="245" w:lineRule="auto"/>
            </w:pPr>
            <w:r>
              <w:rPr>
                <w:color w:val="000000"/>
                <w:sz w:val="14"/>
              </w:rPr>
              <w:t>Ploska, stopa, razstavlja in sestavlja; primer razvrsti ter svojo rešitev preveri s sošolcem.</w:t>
            </w:r>
          </w:p>
          <w:p w14:paraId="1CEAC5A1" w14:textId="77777777" w:rsidR="00187E2C" w:rsidRDefault="00000000">
            <w:pPr>
              <w:spacing w:after="15" w:line="245" w:lineRule="auto"/>
            </w:pPr>
            <w:r>
              <w:rPr>
                <w:color w:val="D95BC6"/>
                <w:sz w:val="13"/>
              </w:rPr>
              <w:t>Dokaz: pravilno sestavljen primer in učenčeva ustna razlaga postopka.</w:t>
            </w:r>
          </w:p>
          <w:p w14:paraId="75AC7658" w14:textId="77777777" w:rsidR="00187E2C" w:rsidRDefault="00000000">
            <w:pPr>
              <w:spacing w:after="4" w:line="245" w:lineRule="auto"/>
            </w:pPr>
            <w:r>
              <w:rPr>
                <w:b/>
                <w:color w:val="000000"/>
                <w:sz w:val="15"/>
              </w:rPr>
              <w:t>4. URA – SLIŠIM GLAS /l/ IN ODKRIVAM ČRKO L</w:t>
            </w:r>
          </w:p>
          <w:p w14:paraId="74450B65" w14:textId="77777777" w:rsidR="00187E2C" w:rsidRDefault="00000000">
            <w:pPr>
              <w:spacing w:after="7" w:line="245" w:lineRule="auto"/>
            </w:pPr>
            <w:r>
              <w:rPr>
                <w:color w:val="000000"/>
                <w:sz w:val="14"/>
              </w:rPr>
              <w:t>Besede razvršča z gibanjem, za vsak glas položi žeton, med znaki poišče L ter jo predstavi s telesom ali vrvjo.</w:t>
            </w:r>
          </w:p>
          <w:p w14:paraId="17D32498" w14:textId="77777777" w:rsidR="00187E2C" w:rsidRDefault="00000000">
            <w:pPr>
              <w:spacing w:after="15" w:line="245" w:lineRule="auto"/>
            </w:pPr>
            <w:r>
              <w:rPr>
                <w:color w:val="D95BC6"/>
                <w:sz w:val="13"/>
              </w:rPr>
              <w:t>Dokaz: štiri pravilne glasovne odločitve, izbor črke L in kratka učenčeva razlaga.</w:t>
            </w:r>
          </w:p>
          <w:p w14:paraId="1A2F9B49" w14:textId="77777777" w:rsidR="00187E2C" w:rsidRDefault="00000000">
            <w:pPr>
              <w:spacing w:after="4" w:line="245" w:lineRule="auto"/>
            </w:pPr>
            <w:r>
              <w:rPr>
                <w:b/>
                <w:color w:val="000000"/>
                <w:sz w:val="15"/>
              </w:rPr>
              <w:t>5. URA – Oblikujem in pišem črko L</w:t>
            </w:r>
          </w:p>
          <w:p w14:paraId="2F64FE9C" w14:textId="77777777" w:rsidR="00187E2C" w:rsidRDefault="00000000">
            <w:pPr>
              <w:spacing w:after="7" w:line="245" w:lineRule="auto"/>
            </w:pPr>
            <w:r>
              <w:rPr>
                <w:color w:val="000000"/>
                <w:sz w:val="14"/>
              </w:rPr>
              <w:t>Črko L gradi in zapisuje na različnih podlagah, nato preide na manjši format.</w:t>
            </w:r>
          </w:p>
          <w:p w14:paraId="50887E43" w14:textId="77777777" w:rsidR="00187E2C" w:rsidRDefault="00000000">
            <w:pPr>
              <w:spacing w:after="15" w:line="245" w:lineRule="auto"/>
            </w:pPr>
            <w:r>
              <w:rPr>
                <w:color w:val="D95BC6"/>
                <w:sz w:val="13"/>
              </w:rPr>
              <w:t>Dokaz: fotografija konstrukcije črke L, opazovalni zapis smeri potez in datirana.</w:t>
            </w:r>
          </w:p>
          <w:p w14:paraId="1F60B725" w14:textId="77777777" w:rsidR="00187E2C" w:rsidRDefault="00000000">
            <w:pPr>
              <w:spacing w:after="4" w:line="245" w:lineRule="auto"/>
            </w:pPr>
            <w:r>
              <w:rPr>
                <w:b/>
                <w:color w:val="000000"/>
                <w:sz w:val="15"/>
              </w:rPr>
              <w:t>6. URA – Berem in uporabim črko L</w:t>
            </w:r>
          </w:p>
          <w:p w14:paraId="5C5EC202" w14:textId="77777777" w:rsidR="00187E2C" w:rsidRDefault="00000000">
            <w:pPr>
              <w:spacing w:after="7" w:line="245" w:lineRule="auto"/>
            </w:pPr>
            <w:r>
              <w:rPr>
                <w:color w:val="000000"/>
                <w:sz w:val="14"/>
              </w:rPr>
              <w:t>Sestavlja, premešča in bere LA • LI • LO • LE • LU ter LINA • MILO • LETO • SOL.</w:t>
            </w:r>
          </w:p>
          <w:p w14:paraId="3A45B014" w14:textId="77777777" w:rsidR="00187E2C" w:rsidRDefault="00000000">
            <w:pPr>
              <w:spacing w:after="15" w:line="245" w:lineRule="auto"/>
            </w:pPr>
            <w:r>
              <w:rPr>
                <w:color w:val="D95BC6"/>
                <w:sz w:val="13"/>
              </w:rPr>
              <w:t>Dokaz: izpolnjen Bralni list 19, individualni bralni zapis.</w:t>
            </w:r>
          </w:p>
        </w:tc>
      </w:tr>
    </w:tbl>
    <w:p w14:paraId="4A294B17"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FFA30E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D32806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74E176" w14:textId="77777777" w:rsidR="00187E2C" w:rsidRDefault="00000000">
            <w:pPr>
              <w:jc w:val="center"/>
            </w:pPr>
            <w:r>
              <w:rPr>
                <w:b/>
                <w:color w:val="000000"/>
                <w:sz w:val="20"/>
              </w:rPr>
              <w:t>UČNE DEJAVNOSTI, METODE IN FORMATIVNO SPREMLJANJE</w:t>
            </w:r>
          </w:p>
        </w:tc>
      </w:tr>
      <w:tr w:rsidR="00187E2C" w14:paraId="142C09C3" w14:textId="77777777">
        <w:trPr>
          <w:tblHeader/>
          <w:jc w:val="center"/>
        </w:trPr>
        <w:tc>
          <w:tcPr>
            <w:tcW w:w="4422" w:type="dxa"/>
            <w:vMerge/>
            <w:tcMar>
              <w:top w:w="70" w:type="dxa"/>
              <w:left w:w="90" w:type="dxa"/>
              <w:bottom w:w="70" w:type="dxa"/>
              <w:right w:w="90" w:type="dxa"/>
            </w:tcMar>
            <w:vAlign w:val="center"/>
          </w:tcPr>
          <w:p w14:paraId="6C31E660" w14:textId="77777777" w:rsidR="00187E2C" w:rsidRDefault="00187E2C"/>
        </w:tc>
        <w:tc>
          <w:tcPr>
            <w:tcW w:w="7087" w:type="dxa"/>
            <w:shd w:val="clear" w:color="auto" w:fill="FFFFFF"/>
            <w:tcMar>
              <w:top w:w="70" w:type="dxa"/>
              <w:left w:w="90" w:type="dxa"/>
              <w:bottom w:w="70" w:type="dxa"/>
              <w:right w:w="90" w:type="dxa"/>
            </w:tcMar>
            <w:vAlign w:val="center"/>
          </w:tcPr>
          <w:p w14:paraId="515FEB62"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7D5E7D7" w14:textId="77777777" w:rsidR="00187E2C" w:rsidRDefault="00000000">
            <w:pPr>
              <w:jc w:val="center"/>
            </w:pPr>
            <w:r>
              <w:rPr>
                <w:b/>
                <w:color w:val="000000"/>
              </w:rPr>
              <w:t>UČENEC</w:t>
            </w:r>
          </w:p>
        </w:tc>
      </w:tr>
      <w:tr w:rsidR="00187E2C" w14:paraId="4B58E51B" w14:textId="77777777">
        <w:trPr>
          <w:jc w:val="center"/>
        </w:trPr>
        <w:tc>
          <w:tcPr>
            <w:tcW w:w="4422" w:type="dxa"/>
            <w:tcMar>
              <w:top w:w="70" w:type="dxa"/>
              <w:left w:w="90" w:type="dxa"/>
              <w:bottom w:w="70" w:type="dxa"/>
              <w:right w:w="90" w:type="dxa"/>
            </w:tcMar>
          </w:tcPr>
          <w:p w14:paraId="787F2B78" w14:textId="77777777" w:rsidR="00187E2C" w:rsidRDefault="00187E2C"/>
          <w:p w14:paraId="41B38C2F" w14:textId="77777777" w:rsidR="00187E2C" w:rsidRDefault="00000000">
            <w:pPr>
              <w:spacing w:after="40" w:line="245" w:lineRule="auto"/>
            </w:pPr>
            <w:r>
              <w:rPr>
                <w:b/>
                <w:color w:val="000000"/>
              </w:rPr>
              <w:t>FORMATIVNO SPREMLJANJE</w:t>
            </w:r>
          </w:p>
          <w:p w14:paraId="2015CF01"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7FB30A5D"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12A18A0C"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5A39B65D"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7315FCFA" w14:textId="77777777" w:rsidR="00187E2C" w:rsidRDefault="00000000">
            <w:pPr>
              <w:spacing w:before="40" w:after="20" w:line="245" w:lineRule="auto"/>
            </w:pPr>
            <w:r>
              <w:rPr>
                <w:b/>
                <w:color w:val="000000"/>
                <w:sz w:val="17"/>
              </w:rPr>
              <w:t>VARNOST IN ODGOVORNOST</w:t>
            </w:r>
          </w:p>
          <w:p w14:paraId="2D96F1F1"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12CC6C6A" w14:textId="77777777" w:rsidR="00187E2C" w:rsidRDefault="00000000">
            <w:pPr>
              <w:spacing w:after="20" w:line="245" w:lineRule="auto"/>
            </w:pPr>
            <w:r>
              <w:rPr>
                <w:b/>
                <w:color w:val="000000"/>
                <w:sz w:val="17"/>
              </w:rPr>
              <w:t>EVIDENCA PO IZVEDBI</w:t>
            </w:r>
          </w:p>
          <w:p w14:paraId="4767EB62"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78BDF66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8036A43" w14:textId="77777777">
              <w:trPr>
                <w:jc w:val="center"/>
              </w:trPr>
              <w:tc>
                <w:tcPr>
                  <w:tcW w:w="7087" w:type="dxa"/>
                  <w:shd w:val="clear" w:color="auto" w:fill="EDC9EA"/>
                  <w:tcMar>
                    <w:top w:w="45" w:type="dxa"/>
                    <w:left w:w="70" w:type="dxa"/>
                    <w:bottom w:w="45" w:type="dxa"/>
                    <w:right w:w="70" w:type="dxa"/>
                  </w:tcMar>
                </w:tcPr>
                <w:p w14:paraId="2AA1B0AB" w14:textId="77777777" w:rsidR="00187E2C" w:rsidRDefault="00000000">
                  <w:pPr>
                    <w:keepNext/>
                  </w:pPr>
                  <w:r>
                    <w:rPr>
                      <w:b/>
                      <w:color w:val="000000"/>
                    </w:rPr>
                    <w:t>VPRAŠANJA V PODPORO JEZIKOVNEMU, BRALNEMU IN KNJIŽEVNEMU UČENJU</w:t>
                  </w:r>
                </w:p>
              </w:tc>
            </w:tr>
          </w:tbl>
          <w:p w14:paraId="56105385" w14:textId="77777777" w:rsidR="00187E2C" w:rsidRDefault="00187E2C">
            <w:pPr>
              <w:spacing w:line="20" w:lineRule="exact"/>
            </w:pPr>
          </w:p>
          <w:p w14:paraId="4B610496" w14:textId="77777777" w:rsidR="00187E2C" w:rsidRDefault="00000000">
            <w:pPr>
              <w:pStyle w:val="Oznaenseznam"/>
              <w:spacing w:after="16"/>
            </w:pPr>
            <w:r>
              <w:rPr>
                <w:color w:val="000000"/>
                <w:sz w:val="16"/>
              </w:rPr>
              <w:t>Kaj ti je naslovnica, slika, predmet, zvok ali gib pomagal razumeti?</w:t>
            </w:r>
          </w:p>
          <w:p w14:paraId="63F9BE37" w14:textId="77777777" w:rsidR="00187E2C" w:rsidRDefault="00000000">
            <w:pPr>
              <w:pStyle w:val="Oznaenseznam"/>
              <w:spacing w:after="16"/>
            </w:pPr>
            <w:r>
              <w:rPr>
                <w:color w:val="000000"/>
                <w:sz w:val="16"/>
              </w:rPr>
              <w:t>Kako si našel/-la glas, črko, zlog, besedo ali bistveni podatek?</w:t>
            </w:r>
          </w:p>
          <w:p w14:paraId="7F032802" w14:textId="77777777" w:rsidR="00187E2C" w:rsidRDefault="00000000">
            <w:pPr>
              <w:pStyle w:val="Oznaenseznam"/>
              <w:spacing w:after="16"/>
            </w:pPr>
            <w:r>
              <w:rPr>
                <w:color w:val="000000"/>
                <w:sz w:val="16"/>
              </w:rPr>
              <w:t>Kako veš, da tvoja pripoved, branje ali zapis dosega dogovorjeni kriterij?</w:t>
            </w:r>
          </w:p>
          <w:p w14:paraId="3722C160" w14:textId="77777777" w:rsidR="00187E2C" w:rsidRDefault="00000000">
            <w:pPr>
              <w:pStyle w:val="Oznaenseznam"/>
              <w:spacing w:after="16"/>
            </w:pPr>
            <w:r>
              <w:rPr>
                <w:color w:val="000000"/>
                <w:sz w:val="16"/>
              </w:rPr>
              <w:t>Ali lahko svoje razumevanje pokažeš še z drugim načinom – govorom, gibanjem, risbo, branjem ali zapisom?</w:t>
            </w:r>
          </w:p>
          <w:p w14:paraId="4B614209"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481E631C" w14:textId="77777777">
              <w:trPr>
                <w:jc w:val="center"/>
              </w:trPr>
              <w:tc>
                <w:tcPr>
                  <w:tcW w:w="7087" w:type="dxa"/>
                  <w:shd w:val="clear" w:color="auto" w:fill="C6E7F3"/>
                  <w:tcMar>
                    <w:top w:w="45" w:type="dxa"/>
                    <w:left w:w="70" w:type="dxa"/>
                    <w:bottom w:w="45" w:type="dxa"/>
                    <w:right w:w="70" w:type="dxa"/>
                  </w:tcMar>
                </w:tcPr>
                <w:p w14:paraId="6D2F3C04" w14:textId="77777777" w:rsidR="00187E2C" w:rsidRDefault="00000000">
                  <w:pPr>
                    <w:keepNext/>
                  </w:pPr>
                  <w:r>
                    <w:rPr>
                      <w:b/>
                      <w:color w:val="000000"/>
                    </w:rPr>
                    <w:t>ZAKLJUČNI DEL – UTRJEVANJE, BRALNI ODZIV IN REFLEKSIJA (10–15 min)</w:t>
                  </w:r>
                </w:p>
              </w:tc>
            </w:tr>
          </w:tbl>
          <w:p w14:paraId="50CCF42D" w14:textId="77777777" w:rsidR="00187E2C" w:rsidRDefault="00187E2C">
            <w:pPr>
              <w:spacing w:line="20" w:lineRule="exact"/>
            </w:pPr>
          </w:p>
          <w:p w14:paraId="61C0355E"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26FB9A83" w14:textId="77777777">
              <w:trPr>
                <w:jc w:val="center"/>
              </w:trPr>
              <w:tc>
                <w:tcPr>
                  <w:tcW w:w="7087" w:type="dxa"/>
                  <w:shd w:val="clear" w:color="auto" w:fill="EDC9EA"/>
                  <w:tcMar>
                    <w:top w:w="45" w:type="dxa"/>
                    <w:left w:w="70" w:type="dxa"/>
                    <w:bottom w:w="45" w:type="dxa"/>
                    <w:right w:w="70" w:type="dxa"/>
                  </w:tcMar>
                </w:tcPr>
                <w:p w14:paraId="25CC3AE1" w14:textId="77777777" w:rsidR="00187E2C" w:rsidRDefault="00000000">
                  <w:pPr>
                    <w:keepNext/>
                  </w:pPr>
                  <w:r>
                    <w:rPr>
                      <w:b/>
                      <w:color w:val="000000"/>
                    </w:rPr>
                    <w:t>SAMOVREDNOTENJE</w:t>
                  </w:r>
                </w:p>
              </w:tc>
            </w:tr>
          </w:tbl>
          <w:p w14:paraId="1D636617" w14:textId="77777777" w:rsidR="00187E2C" w:rsidRDefault="00187E2C">
            <w:pPr>
              <w:spacing w:line="20" w:lineRule="exact"/>
            </w:pPr>
          </w:p>
          <w:p w14:paraId="0950334F"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2D0F9AE1" w14:textId="77777777">
              <w:trPr>
                <w:jc w:val="center"/>
              </w:trPr>
              <w:tc>
                <w:tcPr>
                  <w:tcW w:w="7087" w:type="dxa"/>
                  <w:shd w:val="clear" w:color="auto" w:fill="EDC9EA"/>
                  <w:tcMar>
                    <w:top w:w="45" w:type="dxa"/>
                    <w:left w:w="70" w:type="dxa"/>
                    <w:bottom w:w="45" w:type="dxa"/>
                    <w:right w:w="70" w:type="dxa"/>
                  </w:tcMar>
                </w:tcPr>
                <w:p w14:paraId="64CD24F4" w14:textId="77777777" w:rsidR="00187E2C" w:rsidRDefault="00000000">
                  <w:pPr>
                    <w:keepNext/>
                  </w:pPr>
                  <w:r>
                    <w:rPr>
                      <w:b/>
                      <w:color w:val="000000"/>
                    </w:rPr>
                    <w:t>VRSTNIŠKO VREDNOTENJE</w:t>
                  </w:r>
                </w:p>
              </w:tc>
            </w:tr>
          </w:tbl>
          <w:p w14:paraId="4AB57557" w14:textId="77777777" w:rsidR="00187E2C" w:rsidRDefault="00187E2C">
            <w:pPr>
              <w:spacing w:line="20" w:lineRule="exact"/>
            </w:pPr>
          </w:p>
          <w:p w14:paraId="2E636F03"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0ADCE6F8" w14:textId="77777777">
              <w:trPr>
                <w:jc w:val="center"/>
              </w:trPr>
              <w:tc>
                <w:tcPr>
                  <w:tcW w:w="7087" w:type="dxa"/>
                  <w:shd w:val="clear" w:color="auto" w:fill="EDC9EA"/>
                  <w:tcMar>
                    <w:top w:w="45" w:type="dxa"/>
                    <w:left w:w="70" w:type="dxa"/>
                    <w:bottom w:w="45" w:type="dxa"/>
                    <w:right w:w="70" w:type="dxa"/>
                  </w:tcMar>
                </w:tcPr>
                <w:p w14:paraId="37A688DA" w14:textId="77777777" w:rsidR="00187E2C" w:rsidRDefault="00000000">
                  <w:pPr>
                    <w:keepNext/>
                  </w:pPr>
                  <w:r>
                    <w:rPr>
                      <w:b/>
                      <w:color w:val="000000"/>
                    </w:rPr>
                    <w:t>SKUPNI POVZETEK</w:t>
                  </w:r>
                </w:p>
              </w:tc>
            </w:tr>
          </w:tbl>
          <w:p w14:paraId="57956E6A" w14:textId="77777777" w:rsidR="00187E2C" w:rsidRDefault="00187E2C"/>
          <w:p w14:paraId="1AB9CCCD" w14:textId="77777777" w:rsidR="00187E2C" w:rsidRDefault="00000000">
            <w:pPr>
              <w:spacing w:before="20" w:after="40" w:line="245" w:lineRule="auto"/>
            </w:pPr>
            <w:r>
              <w:rPr>
                <w:b/>
                <w:color w:val="000000"/>
                <w:sz w:val="16"/>
              </w:rPr>
              <w:t>Prepoznam glas /l/ in črko L,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64F2845A" w14:textId="77777777" w:rsidR="00187E2C" w:rsidRDefault="00187E2C"/>
          <w:p w14:paraId="46CC4D28" w14:textId="77777777" w:rsidR="00187E2C" w:rsidRDefault="00000000">
            <w:pPr>
              <w:spacing w:after="100" w:line="245" w:lineRule="auto"/>
            </w:pPr>
            <w:r>
              <w:rPr>
                <w:color w:val="000000"/>
                <w:sz w:val="16"/>
              </w:rPr>
              <w:t>Odgovarja na podporna vprašanja ter se sklicuje na poslušano besedilo, sliko, govor, bralni list ali zapis.</w:t>
            </w:r>
          </w:p>
          <w:p w14:paraId="26B8D6EB" w14:textId="77777777" w:rsidR="00187E2C" w:rsidRDefault="00000000">
            <w:pPr>
              <w:spacing w:after="100" w:line="245" w:lineRule="auto"/>
            </w:pPr>
            <w:r>
              <w:rPr>
                <w:color w:val="000000"/>
                <w:sz w:val="16"/>
              </w:rPr>
              <w:t>Primerja začetni odziv z novim dokazom in pojasni, kaj se je naučil/-a.</w:t>
            </w:r>
          </w:p>
          <w:p w14:paraId="1C19B19E" w14:textId="77777777" w:rsidR="00187E2C" w:rsidRDefault="00000000">
            <w:pPr>
              <w:spacing w:after="100" w:line="245" w:lineRule="auto"/>
            </w:pPr>
            <w:r>
              <w:rPr>
                <w:color w:val="000000"/>
                <w:sz w:val="16"/>
              </w:rPr>
              <w:t>Izbere raven samostojnosti in določi naslednji korak.</w:t>
            </w:r>
          </w:p>
          <w:p w14:paraId="20BFAF60" w14:textId="77777777" w:rsidR="00187E2C" w:rsidRDefault="00000000">
            <w:pPr>
              <w:spacing w:after="100" w:line="245" w:lineRule="auto"/>
            </w:pPr>
            <w:r>
              <w:rPr>
                <w:color w:val="000000"/>
                <w:sz w:val="16"/>
              </w:rPr>
              <w:t>Sošolcu poda prijazen in konkreten odziv, vezan na kriterij.</w:t>
            </w:r>
          </w:p>
          <w:p w14:paraId="74B7B975" w14:textId="77777777" w:rsidR="00187E2C" w:rsidRDefault="00000000">
            <w:pPr>
              <w:spacing w:after="20" w:line="245" w:lineRule="auto"/>
            </w:pPr>
            <w:r>
              <w:rPr>
                <w:b/>
                <w:color w:val="D95BC6"/>
                <w:sz w:val="17"/>
              </w:rPr>
              <w:t>DOKAZ O UČENJU</w:t>
            </w:r>
          </w:p>
          <w:p w14:paraId="4752B790"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2C5A15D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121C566A" w14:textId="77777777">
        <w:trPr>
          <w:cantSplit/>
          <w:jc w:val="center"/>
        </w:trPr>
        <w:tc>
          <w:tcPr>
            <w:tcW w:w="14060" w:type="dxa"/>
            <w:gridSpan w:val="6"/>
            <w:tcMar>
              <w:top w:w="70" w:type="dxa"/>
              <w:left w:w="90" w:type="dxa"/>
              <w:bottom w:w="70" w:type="dxa"/>
              <w:right w:w="90" w:type="dxa"/>
            </w:tcMar>
            <w:vAlign w:val="center"/>
          </w:tcPr>
          <w:p w14:paraId="17041167" w14:textId="77777777" w:rsidR="00187E2C" w:rsidRDefault="00000000">
            <w:pPr>
              <w:jc w:val="center"/>
            </w:pPr>
            <w:r>
              <w:rPr>
                <w:b/>
                <w:color w:val="000000"/>
                <w:sz w:val="24"/>
              </w:rPr>
              <w:lastRenderedPageBreak/>
              <w:t>UČNA PRIPRAVA 20/39</w:t>
            </w:r>
          </w:p>
        </w:tc>
      </w:tr>
      <w:tr w:rsidR="00187E2C" w14:paraId="34C10A73" w14:textId="77777777">
        <w:trPr>
          <w:jc w:val="center"/>
        </w:trPr>
        <w:tc>
          <w:tcPr>
            <w:tcW w:w="2665" w:type="dxa"/>
            <w:tcMar>
              <w:top w:w="70" w:type="dxa"/>
              <w:left w:w="90" w:type="dxa"/>
              <w:bottom w:w="70" w:type="dxa"/>
              <w:right w:w="90" w:type="dxa"/>
            </w:tcMar>
            <w:vAlign w:val="center"/>
          </w:tcPr>
          <w:p w14:paraId="642BEA9C"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3D4552B"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03D3F4B8"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55FDCC1" w14:textId="77777777" w:rsidR="00187E2C" w:rsidRDefault="00000000">
            <w:r>
              <w:rPr>
                <w:b/>
                <w:color w:val="000000"/>
                <w:sz w:val="16"/>
              </w:rPr>
              <w:t xml:space="preserve">NAČRTOVANI TERMIN: </w:t>
            </w:r>
            <w:r>
              <w:rPr>
                <w:color w:val="000000"/>
                <w:sz w:val="16"/>
              </w:rPr>
              <w:t>20. teden • 25.–29. 1. 2027</w:t>
            </w:r>
          </w:p>
        </w:tc>
        <w:tc>
          <w:tcPr>
            <w:tcW w:w="2268" w:type="dxa"/>
            <w:tcMar>
              <w:top w:w="70" w:type="dxa"/>
              <w:left w:w="90" w:type="dxa"/>
              <w:bottom w:w="70" w:type="dxa"/>
              <w:right w:w="90" w:type="dxa"/>
            </w:tcMar>
            <w:vAlign w:val="center"/>
          </w:tcPr>
          <w:p w14:paraId="79A4D4DE"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387331F" w14:textId="77777777" w:rsidR="00187E2C" w:rsidRDefault="00000000">
            <w:r>
              <w:rPr>
                <w:b/>
                <w:color w:val="000000"/>
                <w:sz w:val="16"/>
              </w:rPr>
              <w:t xml:space="preserve">ŠTEVILO UR: </w:t>
            </w:r>
            <w:r>
              <w:rPr>
                <w:color w:val="000000"/>
                <w:sz w:val="16"/>
              </w:rPr>
              <w:t>5</w:t>
            </w:r>
          </w:p>
        </w:tc>
      </w:tr>
      <w:tr w:rsidR="00187E2C" w14:paraId="4E3D86F2" w14:textId="77777777">
        <w:trPr>
          <w:jc w:val="center"/>
        </w:trPr>
        <w:tc>
          <w:tcPr>
            <w:tcW w:w="14061" w:type="dxa"/>
            <w:gridSpan w:val="6"/>
            <w:tcMar>
              <w:top w:w="70" w:type="dxa"/>
              <w:left w:w="90" w:type="dxa"/>
              <w:bottom w:w="70" w:type="dxa"/>
              <w:right w:w="90" w:type="dxa"/>
            </w:tcMar>
            <w:vAlign w:val="center"/>
          </w:tcPr>
          <w:p w14:paraId="6CBA9D9D"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09A7458B" w14:textId="77777777">
        <w:trPr>
          <w:cantSplit/>
          <w:jc w:val="center"/>
        </w:trPr>
        <w:tc>
          <w:tcPr>
            <w:tcW w:w="14060" w:type="dxa"/>
            <w:gridSpan w:val="6"/>
            <w:tcMar>
              <w:top w:w="70" w:type="dxa"/>
              <w:left w:w="90" w:type="dxa"/>
              <w:bottom w:w="70" w:type="dxa"/>
              <w:right w:w="90" w:type="dxa"/>
            </w:tcMar>
            <w:vAlign w:val="center"/>
          </w:tcPr>
          <w:p w14:paraId="296ED5F2" w14:textId="77777777" w:rsidR="00187E2C" w:rsidRDefault="00187E2C"/>
          <w:p w14:paraId="1C126B33" w14:textId="77777777" w:rsidR="00187E2C" w:rsidRDefault="00000000">
            <w:pPr>
              <w:spacing w:line="245" w:lineRule="auto"/>
            </w:pPr>
            <w:r>
              <w:rPr>
                <w:b/>
                <w:color w:val="000000"/>
                <w:sz w:val="16"/>
              </w:rPr>
              <w:t xml:space="preserve">UČNI SKLOP: </w:t>
            </w:r>
            <w:r>
              <w:rPr>
                <w:color w:val="000000"/>
                <w:sz w:val="16"/>
              </w:rPr>
              <w:t>ZIMA, SNOVI IN POJAVI</w:t>
            </w:r>
          </w:p>
        </w:tc>
      </w:tr>
      <w:tr w:rsidR="00187E2C" w14:paraId="0B11DE09" w14:textId="77777777">
        <w:trPr>
          <w:cantSplit/>
          <w:jc w:val="center"/>
        </w:trPr>
        <w:tc>
          <w:tcPr>
            <w:tcW w:w="14060" w:type="dxa"/>
            <w:gridSpan w:val="6"/>
            <w:tcMar>
              <w:top w:w="70" w:type="dxa"/>
              <w:left w:w="90" w:type="dxa"/>
              <w:bottom w:w="70" w:type="dxa"/>
              <w:right w:w="90" w:type="dxa"/>
            </w:tcMar>
            <w:vAlign w:val="center"/>
          </w:tcPr>
          <w:p w14:paraId="712399F1" w14:textId="77777777" w:rsidR="00187E2C" w:rsidRDefault="00187E2C"/>
          <w:p w14:paraId="7DD5B872" w14:textId="77777777" w:rsidR="00187E2C" w:rsidRDefault="00000000">
            <w:pPr>
              <w:spacing w:line="245" w:lineRule="auto"/>
            </w:pPr>
            <w:r>
              <w:rPr>
                <w:b/>
                <w:color w:val="000000"/>
                <w:sz w:val="16"/>
              </w:rPr>
              <w:t xml:space="preserve">UČNA TEMA: </w:t>
            </w:r>
            <w:r>
              <w:rPr>
                <w:color w:val="000000"/>
                <w:sz w:val="16"/>
              </w:rPr>
              <w:t>NAVODILO • VELIKA TISKANA ČRKA K</w:t>
            </w:r>
          </w:p>
        </w:tc>
      </w:tr>
      <w:tr w:rsidR="00187E2C" w14:paraId="10A98F68" w14:textId="77777777">
        <w:trPr>
          <w:cantSplit/>
          <w:jc w:val="center"/>
        </w:trPr>
        <w:tc>
          <w:tcPr>
            <w:tcW w:w="14060" w:type="dxa"/>
            <w:gridSpan w:val="6"/>
            <w:tcMar>
              <w:top w:w="70" w:type="dxa"/>
              <w:left w:w="90" w:type="dxa"/>
              <w:bottom w:w="70" w:type="dxa"/>
              <w:right w:w="90" w:type="dxa"/>
            </w:tcMar>
            <w:vAlign w:val="center"/>
          </w:tcPr>
          <w:p w14:paraId="477FB30B" w14:textId="77777777" w:rsidR="00187E2C" w:rsidRDefault="00187E2C"/>
          <w:p w14:paraId="09049A8C" w14:textId="77777777" w:rsidR="00187E2C" w:rsidRDefault="00000000">
            <w:pPr>
              <w:spacing w:line="245" w:lineRule="auto"/>
            </w:pPr>
            <w:r>
              <w:rPr>
                <w:b/>
                <w:color w:val="000000"/>
                <w:sz w:val="16"/>
              </w:rPr>
              <w:t xml:space="preserve">KNJIŽEVNO IZHODIŠČE IN MOTIV: </w:t>
            </w:r>
            <w:r>
              <w:rPr>
                <w:color w:val="000000"/>
                <w:sz w:val="16"/>
              </w:rPr>
              <w:t>»Klobuk gospoda Konstantina« – Peter Svetina • predmet, material, načrtovanje in ustvarjalno reševanje težav</w:t>
            </w:r>
          </w:p>
        </w:tc>
      </w:tr>
      <w:tr w:rsidR="00187E2C" w14:paraId="7443BF74" w14:textId="77777777">
        <w:trPr>
          <w:cantSplit/>
          <w:jc w:val="center"/>
        </w:trPr>
        <w:tc>
          <w:tcPr>
            <w:tcW w:w="14060" w:type="dxa"/>
            <w:gridSpan w:val="6"/>
            <w:tcMar>
              <w:top w:w="70" w:type="dxa"/>
              <w:left w:w="90" w:type="dxa"/>
              <w:bottom w:w="70" w:type="dxa"/>
              <w:right w:w="90" w:type="dxa"/>
            </w:tcMar>
            <w:vAlign w:val="center"/>
          </w:tcPr>
          <w:p w14:paraId="53EF3224" w14:textId="77777777" w:rsidR="00187E2C" w:rsidRDefault="00187E2C"/>
          <w:p w14:paraId="1A63731C" w14:textId="77777777" w:rsidR="00187E2C" w:rsidRDefault="00000000">
            <w:pPr>
              <w:spacing w:line="245" w:lineRule="auto"/>
            </w:pPr>
            <w:r>
              <w:rPr>
                <w:b/>
                <w:color w:val="000000"/>
                <w:sz w:val="16"/>
              </w:rPr>
              <w:t xml:space="preserve">BRALNI LIST / ČRKA: </w:t>
            </w:r>
            <w:r>
              <w:rPr>
                <w:color w:val="000000"/>
                <w:sz w:val="16"/>
              </w:rPr>
              <w:t>ČRKA K • BRALNI LIST 20 – Berem črko K in zloge ter besede: glas /k/ znane črke: A, E, I, O, U, N, M, T, J, V, R, S, L, K; slišim glas; prepoznam črko; navpična in dve poševni potezi iz sredine; berem in zapišem</w:t>
            </w:r>
          </w:p>
        </w:tc>
      </w:tr>
      <w:tr w:rsidR="00187E2C" w14:paraId="4B08CD9B" w14:textId="77777777">
        <w:trPr>
          <w:cantSplit/>
          <w:jc w:val="center"/>
        </w:trPr>
        <w:tc>
          <w:tcPr>
            <w:tcW w:w="14060" w:type="dxa"/>
            <w:gridSpan w:val="6"/>
            <w:tcMar>
              <w:top w:w="70" w:type="dxa"/>
              <w:left w:w="90" w:type="dxa"/>
              <w:bottom w:w="70" w:type="dxa"/>
              <w:right w:w="90" w:type="dxa"/>
            </w:tcMar>
            <w:vAlign w:val="center"/>
          </w:tcPr>
          <w:p w14:paraId="6614AD84" w14:textId="77777777" w:rsidR="00187E2C" w:rsidRDefault="00187E2C"/>
          <w:p w14:paraId="42517BD7" w14:textId="77777777" w:rsidR="00187E2C" w:rsidRDefault="00000000">
            <w:pPr>
              <w:spacing w:line="245" w:lineRule="auto"/>
            </w:pPr>
            <w:r>
              <w:rPr>
                <w:b/>
                <w:color w:val="000000"/>
                <w:sz w:val="16"/>
              </w:rPr>
              <w:t xml:space="preserve">UČNE ENOTE: </w:t>
            </w:r>
            <w:r>
              <w:rPr>
                <w:color w:val="000000"/>
                <w:sz w:val="16"/>
              </w:rPr>
              <w:t>1. ura – Navodilo – Poslušam in doživljam • 2. ura – Navodilo – Govorim in pojasnjujem • 3. ura – SLIŠIM GLAS /k/ IN ODKRIVAM ČRKO K • 4. ura – Oblikujem in pišem črko K • 5. ura – Berem in uporabim črko K</w:t>
            </w:r>
          </w:p>
        </w:tc>
      </w:tr>
      <w:tr w:rsidR="00187E2C" w14:paraId="30ED0298" w14:textId="77777777">
        <w:trPr>
          <w:cantSplit/>
          <w:jc w:val="center"/>
        </w:trPr>
        <w:tc>
          <w:tcPr>
            <w:tcW w:w="14060" w:type="dxa"/>
            <w:gridSpan w:val="6"/>
            <w:tcMar>
              <w:top w:w="70" w:type="dxa"/>
              <w:left w:w="90" w:type="dxa"/>
              <w:bottom w:w="70" w:type="dxa"/>
              <w:right w:w="90" w:type="dxa"/>
            </w:tcMar>
            <w:vAlign w:val="center"/>
          </w:tcPr>
          <w:p w14:paraId="2BC49FBB" w14:textId="77777777" w:rsidR="00187E2C" w:rsidRDefault="00187E2C"/>
          <w:p w14:paraId="31309C68"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2DF59FB" w14:textId="77777777">
        <w:trPr>
          <w:cantSplit/>
          <w:jc w:val="center"/>
        </w:trPr>
        <w:tc>
          <w:tcPr>
            <w:tcW w:w="14060" w:type="dxa"/>
            <w:gridSpan w:val="6"/>
            <w:tcMar>
              <w:top w:w="70" w:type="dxa"/>
              <w:left w:w="90" w:type="dxa"/>
              <w:bottom w:w="70" w:type="dxa"/>
              <w:right w:w="90" w:type="dxa"/>
            </w:tcMar>
            <w:vAlign w:val="center"/>
          </w:tcPr>
          <w:p w14:paraId="0F895FA2" w14:textId="77777777" w:rsidR="00187E2C" w:rsidRDefault="00187E2C"/>
          <w:p w14:paraId="2426783C"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1F71722" w14:textId="77777777">
        <w:trPr>
          <w:cantSplit/>
          <w:jc w:val="center"/>
        </w:trPr>
        <w:tc>
          <w:tcPr>
            <w:tcW w:w="14060" w:type="dxa"/>
            <w:gridSpan w:val="6"/>
            <w:tcMar>
              <w:top w:w="70" w:type="dxa"/>
              <w:left w:w="90" w:type="dxa"/>
              <w:bottom w:w="70" w:type="dxa"/>
              <w:right w:w="90" w:type="dxa"/>
            </w:tcMar>
            <w:vAlign w:val="center"/>
          </w:tcPr>
          <w:p w14:paraId="7D8BD742" w14:textId="77777777" w:rsidR="00187E2C" w:rsidRDefault="00187E2C"/>
          <w:p w14:paraId="78CE0086"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57CF03FD" w14:textId="77777777">
        <w:trPr>
          <w:cantSplit/>
          <w:jc w:val="center"/>
        </w:trPr>
        <w:tc>
          <w:tcPr>
            <w:tcW w:w="14060" w:type="dxa"/>
            <w:gridSpan w:val="6"/>
            <w:tcMar>
              <w:top w:w="70" w:type="dxa"/>
              <w:left w:w="90" w:type="dxa"/>
              <w:bottom w:w="70" w:type="dxa"/>
              <w:right w:w="90" w:type="dxa"/>
            </w:tcMar>
            <w:vAlign w:val="center"/>
          </w:tcPr>
          <w:p w14:paraId="4F3F2FF8" w14:textId="77777777" w:rsidR="00187E2C" w:rsidRDefault="00187E2C"/>
          <w:p w14:paraId="462014E9" w14:textId="77777777" w:rsidR="00187E2C" w:rsidRDefault="00000000">
            <w:pPr>
              <w:spacing w:line="245" w:lineRule="auto"/>
            </w:pPr>
            <w:r>
              <w:rPr>
                <w:b/>
                <w:color w:val="000000"/>
                <w:sz w:val="16"/>
              </w:rPr>
              <w:t xml:space="preserve">MEDPREDMETNE POVEZAVE: </w:t>
            </w:r>
            <w:r>
              <w:rPr>
                <w:color w:val="000000"/>
                <w:sz w:val="16"/>
              </w:rPr>
              <w:t>SPO – predmet, material, načrtovanje in ustvarjalno reševanje težav; GUM – ritem, zvočnost in glas; LUM – ilustracija, črta in grafomotorika; ŠPO – gibalna pripoved, dramatizacija in postaje; MAT – smer, zaporedje in orientacija</w:t>
            </w:r>
          </w:p>
        </w:tc>
      </w:tr>
      <w:tr w:rsidR="00187E2C" w14:paraId="542A79DB" w14:textId="77777777">
        <w:trPr>
          <w:cantSplit/>
          <w:jc w:val="center"/>
        </w:trPr>
        <w:tc>
          <w:tcPr>
            <w:tcW w:w="14060" w:type="dxa"/>
            <w:gridSpan w:val="6"/>
            <w:tcMar>
              <w:top w:w="70" w:type="dxa"/>
              <w:left w:w="90" w:type="dxa"/>
              <w:bottom w:w="70" w:type="dxa"/>
              <w:right w:w="90" w:type="dxa"/>
            </w:tcMar>
            <w:vAlign w:val="center"/>
          </w:tcPr>
          <w:p w14:paraId="3BD8D67B" w14:textId="77777777" w:rsidR="00187E2C" w:rsidRDefault="00187E2C"/>
          <w:p w14:paraId="08A8F0CC" w14:textId="77777777" w:rsidR="00187E2C" w:rsidRDefault="00000000">
            <w:pPr>
              <w:spacing w:line="245" w:lineRule="auto"/>
            </w:pPr>
            <w:r>
              <w:rPr>
                <w:b/>
                <w:color w:val="000000"/>
                <w:sz w:val="16"/>
              </w:rPr>
              <w:t xml:space="preserve">UČNA SREDSTVA IN PRIPOMOČKI: </w:t>
            </w:r>
            <w:r>
              <w:rPr>
                <w:color w:val="000000"/>
                <w:sz w:val="16"/>
              </w:rPr>
              <w:t>ČRKA K • BRALNI LIST 20, povečano besedilo oziroma kartice, slikanica ali odlomek, slikovno zaporedje, kartice besed in glasov, talne črke ali zlogi, ogledala, vrvice ali modelirna masa, mini tabla, zvezek oziroma jezikovna mapa</w:t>
            </w:r>
          </w:p>
        </w:tc>
      </w:tr>
      <w:tr w:rsidR="00187E2C" w14:paraId="557E933D" w14:textId="77777777">
        <w:trPr>
          <w:cantSplit/>
          <w:jc w:val="center"/>
        </w:trPr>
        <w:tc>
          <w:tcPr>
            <w:tcW w:w="14060" w:type="dxa"/>
            <w:gridSpan w:val="6"/>
            <w:tcMar>
              <w:top w:w="70" w:type="dxa"/>
              <w:left w:w="90" w:type="dxa"/>
              <w:bottom w:w="70" w:type="dxa"/>
              <w:right w:w="90" w:type="dxa"/>
            </w:tcMar>
            <w:vAlign w:val="center"/>
          </w:tcPr>
          <w:p w14:paraId="7C91A5CA" w14:textId="77777777" w:rsidR="00187E2C" w:rsidRDefault="00187E2C"/>
          <w:p w14:paraId="7A923169"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5EEE3724" w14:textId="77777777">
        <w:trPr>
          <w:cantSplit/>
          <w:jc w:val="center"/>
        </w:trPr>
        <w:tc>
          <w:tcPr>
            <w:tcW w:w="14060" w:type="dxa"/>
            <w:gridSpan w:val="6"/>
            <w:tcMar>
              <w:top w:w="70" w:type="dxa"/>
              <w:left w:w="90" w:type="dxa"/>
              <w:bottom w:w="70" w:type="dxa"/>
              <w:right w:w="90" w:type="dxa"/>
            </w:tcMar>
            <w:vAlign w:val="center"/>
          </w:tcPr>
          <w:p w14:paraId="73E35C01" w14:textId="77777777" w:rsidR="00187E2C" w:rsidRDefault="00187E2C"/>
          <w:p w14:paraId="744D9230" w14:textId="77777777" w:rsidR="00187E2C" w:rsidRDefault="00000000">
            <w:pPr>
              <w:spacing w:line="245" w:lineRule="auto"/>
            </w:pPr>
            <w:r>
              <w:rPr>
                <w:b/>
                <w:color w:val="000000"/>
                <w:sz w:val="16"/>
              </w:rPr>
              <w:t xml:space="preserve">OCENJEVANJE / DAN DEJAVNOSTI: </w:t>
            </w:r>
            <w:r>
              <w:rPr>
                <w:color w:val="000000"/>
                <w:sz w:val="16"/>
              </w:rPr>
              <w:t>NARAVOSLOVNI DAN</w:t>
            </w:r>
          </w:p>
        </w:tc>
      </w:tr>
      <w:tr w:rsidR="00187E2C" w14:paraId="4FFC23AD" w14:textId="77777777">
        <w:trPr>
          <w:cantSplit/>
          <w:jc w:val="center"/>
        </w:trPr>
        <w:tc>
          <w:tcPr>
            <w:tcW w:w="14060" w:type="dxa"/>
            <w:gridSpan w:val="6"/>
            <w:tcMar>
              <w:top w:w="70" w:type="dxa"/>
              <w:left w:w="90" w:type="dxa"/>
              <w:bottom w:w="70" w:type="dxa"/>
              <w:right w:w="90" w:type="dxa"/>
            </w:tcMar>
            <w:vAlign w:val="center"/>
          </w:tcPr>
          <w:p w14:paraId="73C65C15" w14:textId="77777777" w:rsidR="00187E2C" w:rsidRDefault="00187E2C"/>
          <w:p w14:paraId="1BC78313"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16F1916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E8C955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C639899"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3E1F54F" w14:textId="77777777" w:rsidR="00187E2C" w:rsidRDefault="00000000">
            <w:pPr>
              <w:jc w:val="center"/>
            </w:pPr>
            <w:r>
              <w:rPr>
                <w:b/>
                <w:color w:val="000000"/>
                <w:sz w:val="20"/>
              </w:rPr>
              <w:t>UČNE DEJAVNOSTI, METODE IN FORMATIVNO SPREMLJANJE</w:t>
            </w:r>
          </w:p>
        </w:tc>
      </w:tr>
      <w:tr w:rsidR="00187E2C" w14:paraId="66A3739E" w14:textId="77777777">
        <w:trPr>
          <w:tblHeader/>
          <w:jc w:val="center"/>
        </w:trPr>
        <w:tc>
          <w:tcPr>
            <w:tcW w:w="4422" w:type="dxa"/>
            <w:vMerge/>
            <w:tcMar>
              <w:top w:w="70" w:type="dxa"/>
              <w:left w:w="90" w:type="dxa"/>
              <w:bottom w:w="70" w:type="dxa"/>
              <w:right w:w="90" w:type="dxa"/>
            </w:tcMar>
            <w:vAlign w:val="center"/>
          </w:tcPr>
          <w:p w14:paraId="624AFD6E" w14:textId="77777777" w:rsidR="00187E2C" w:rsidRDefault="00187E2C"/>
        </w:tc>
        <w:tc>
          <w:tcPr>
            <w:tcW w:w="7087" w:type="dxa"/>
            <w:shd w:val="clear" w:color="auto" w:fill="FFFFFF"/>
            <w:tcMar>
              <w:top w:w="70" w:type="dxa"/>
              <w:left w:w="90" w:type="dxa"/>
              <w:bottom w:w="70" w:type="dxa"/>
              <w:right w:w="90" w:type="dxa"/>
            </w:tcMar>
            <w:vAlign w:val="center"/>
          </w:tcPr>
          <w:p w14:paraId="71E94D55"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E48B70F" w14:textId="77777777" w:rsidR="00187E2C" w:rsidRDefault="00000000">
            <w:pPr>
              <w:jc w:val="center"/>
            </w:pPr>
            <w:r>
              <w:rPr>
                <w:b/>
                <w:color w:val="000000"/>
              </w:rPr>
              <w:t>UČENEC</w:t>
            </w:r>
          </w:p>
        </w:tc>
      </w:tr>
      <w:tr w:rsidR="00187E2C" w14:paraId="52F1BC8E" w14:textId="77777777">
        <w:trPr>
          <w:jc w:val="center"/>
        </w:trPr>
        <w:tc>
          <w:tcPr>
            <w:tcW w:w="4422" w:type="dxa"/>
            <w:tcMar>
              <w:top w:w="70" w:type="dxa"/>
              <w:left w:w="90" w:type="dxa"/>
              <w:bottom w:w="70" w:type="dxa"/>
              <w:right w:w="90" w:type="dxa"/>
            </w:tcMar>
          </w:tcPr>
          <w:p w14:paraId="279764F1" w14:textId="77777777" w:rsidR="00187E2C" w:rsidRDefault="00187E2C"/>
          <w:p w14:paraId="760844A5" w14:textId="77777777" w:rsidR="00187E2C" w:rsidRDefault="00000000">
            <w:pPr>
              <w:spacing w:after="60" w:line="245" w:lineRule="auto"/>
            </w:pPr>
            <w:r>
              <w:rPr>
                <w:b/>
                <w:color w:val="000000"/>
              </w:rPr>
              <w:t>UČNI CILJI</w:t>
            </w:r>
          </w:p>
          <w:p w14:paraId="363E58A4" w14:textId="77777777" w:rsidR="00187E2C" w:rsidRDefault="00000000">
            <w:pPr>
              <w:spacing w:after="20" w:line="245" w:lineRule="auto"/>
            </w:pPr>
            <w:r>
              <w:rPr>
                <w:b/>
                <w:color w:val="000000"/>
                <w:sz w:val="17"/>
              </w:rPr>
              <w:t>SPLOŠNI</w:t>
            </w:r>
          </w:p>
          <w:p w14:paraId="10DB583C"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49D4A24E" w14:textId="77777777" w:rsidR="00187E2C" w:rsidRDefault="00000000">
            <w:pPr>
              <w:pStyle w:val="Oznaenseznam"/>
              <w:spacing w:after="16"/>
            </w:pPr>
            <w:r>
              <w:rPr>
                <w:color w:val="000000"/>
                <w:sz w:val="16"/>
              </w:rPr>
              <w:t>doživlja književno besedilo ter se nanj odziva z govorom, gibanjem, dramatizacijo, risbo ali zapisom</w:t>
            </w:r>
          </w:p>
          <w:p w14:paraId="7D636020" w14:textId="77777777" w:rsidR="00187E2C" w:rsidRDefault="00000000">
            <w:pPr>
              <w:pStyle w:val="Oznaenseznam"/>
              <w:spacing w:after="16"/>
            </w:pPr>
            <w:r>
              <w:rPr>
                <w:color w:val="000000"/>
                <w:sz w:val="16"/>
              </w:rPr>
              <w:t>razvija glasovno zavedanje, povezavo glas–črka in začetno branje ter pisanje po individualnem napredku</w:t>
            </w:r>
          </w:p>
          <w:p w14:paraId="686BAB00" w14:textId="77777777" w:rsidR="00187E2C" w:rsidRDefault="00000000">
            <w:pPr>
              <w:pStyle w:val="Oznaenseznam"/>
              <w:spacing w:after="16"/>
            </w:pPr>
            <w:r>
              <w:rPr>
                <w:color w:val="000000"/>
                <w:sz w:val="16"/>
              </w:rPr>
              <w:t>ob namenih in kriterijih spremlja svoje učenje ter uporabi opisno povratno informacijo</w:t>
            </w:r>
          </w:p>
          <w:p w14:paraId="058C171D" w14:textId="77777777" w:rsidR="00187E2C" w:rsidRDefault="00000000">
            <w:pPr>
              <w:spacing w:before="40" w:after="20" w:line="245" w:lineRule="auto"/>
            </w:pPr>
            <w:r>
              <w:rPr>
                <w:b/>
                <w:color w:val="000000"/>
                <w:sz w:val="17"/>
              </w:rPr>
              <w:t>OPERATIVNI</w:t>
            </w:r>
          </w:p>
          <w:p w14:paraId="6A5F6D87" w14:textId="77777777" w:rsidR="00187E2C" w:rsidRDefault="00000000">
            <w:pPr>
              <w:pStyle w:val="Oznaenseznam"/>
              <w:spacing w:after="16"/>
            </w:pPr>
            <w:r>
              <w:rPr>
                <w:color w:val="000000"/>
                <w:sz w:val="16"/>
              </w:rPr>
              <w:t>bere ali posluša navodilo</w:t>
            </w:r>
          </w:p>
          <w:p w14:paraId="69F9C482" w14:textId="77777777" w:rsidR="00187E2C" w:rsidRDefault="00000000">
            <w:pPr>
              <w:pStyle w:val="Oznaenseznam"/>
              <w:spacing w:after="16"/>
            </w:pPr>
            <w:r>
              <w:rPr>
                <w:color w:val="000000"/>
                <w:sz w:val="16"/>
              </w:rPr>
              <w:t>izvede korake</w:t>
            </w:r>
          </w:p>
          <w:p w14:paraId="2DF4A1B8" w14:textId="77777777" w:rsidR="00187E2C" w:rsidRDefault="00000000">
            <w:pPr>
              <w:pStyle w:val="Oznaenseznam"/>
              <w:spacing w:after="16"/>
            </w:pPr>
            <w:r>
              <w:rPr>
                <w:color w:val="000000"/>
                <w:sz w:val="16"/>
              </w:rPr>
              <w:t>tvori kratko navodilo ob slikah</w:t>
            </w:r>
          </w:p>
          <w:p w14:paraId="1CECD84D" w14:textId="77777777" w:rsidR="00187E2C" w:rsidRDefault="00000000">
            <w:pPr>
              <w:pStyle w:val="Oznaenseznam"/>
              <w:spacing w:after="16"/>
            </w:pPr>
            <w:r>
              <w:rPr>
                <w:color w:val="000000"/>
                <w:sz w:val="16"/>
              </w:rPr>
              <w:t>prepozna in poimenuje veliko tiskano črko K ter jo poveže z glasom /k/</w:t>
            </w:r>
          </w:p>
          <w:p w14:paraId="4532CE40" w14:textId="77777777" w:rsidR="00187E2C" w:rsidRDefault="00000000">
            <w:pPr>
              <w:pStyle w:val="Oznaenseznam"/>
              <w:spacing w:after="16"/>
            </w:pPr>
            <w:r>
              <w:rPr>
                <w:color w:val="000000"/>
                <w:sz w:val="16"/>
              </w:rPr>
              <w:t>veččutno oblikuje in čitljivo zapiše veliko tiskano črko K</w:t>
            </w:r>
          </w:p>
          <w:p w14:paraId="491F43A4" w14:textId="77777777" w:rsidR="00187E2C" w:rsidRDefault="00000000">
            <w:pPr>
              <w:pStyle w:val="Oznaenseznam"/>
              <w:spacing w:after="16"/>
            </w:pPr>
            <w:r>
              <w:rPr>
                <w:color w:val="000000"/>
                <w:sz w:val="16"/>
              </w:rPr>
              <w:t>bere in sestavlja zloge oziroma besede z znanimi črkami: KITA • KINO • KOS</w:t>
            </w:r>
          </w:p>
          <w:p w14:paraId="4F72D4FA" w14:textId="77777777" w:rsidR="00187E2C" w:rsidRDefault="00000000">
            <w:pPr>
              <w:spacing w:before="40" w:after="20" w:line="245" w:lineRule="auto"/>
            </w:pPr>
            <w:r>
              <w:rPr>
                <w:b/>
                <w:color w:val="000000"/>
                <w:sz w:val="17"/>
              </w:rPr>
              <w:t>PRIČAKOVANI DOSEŽKI / MINIMALNI POUDARKI</w:t>
            </w:r>
          </w:p>
          <w:p w14:paraId="036151F7" w14:textId="77777777" w:rsidR="00187E2C" w:rsidRDefault="00000000">
            <w:pPr>
              <w:pStyle w:val="Oznaenseznam"/>
              <w:spacing w:after="16"/>
            </w:pPr>
            <w:r>
              <w:rPr>
                <w:color w:val="000000"/>
                <w:sz w:val="15"/>
              </w:rPr>
              <w:t>samostojno oziroma z dogovorjeno oporo bere ali posluša navodilo</w:t>
            </w:r>
          </w:p>
          <w:p w14:paraId="47922DB9" w14:textId="77777777" w:rsidR="00187E2C" w:rsidRDefault="00000000">
            <w:pPr>
              <w:pStyle w:val="Oznaenseznam"/>
              <w:spacing w:after="16"/>
            </w:pPr>
            <w:r>
              <w:rPr>
                <w:color w:val="000000"/>
                <w:sz w:val="15"/>
              </w:rPr>
              <w:t>samostojno oziroma z dogovorjeno oporo izvede korake</w:t>
            </w:r>
          </w:p>
          <w:p w14:paraId="4DF0E680" w14:textId="77777777" w:rsidR="00187E2C" w:rsidRDefault="00000000">
            <w:pPr>
              <w:pStyle w:val="Oznaenseznam"/>
              <w:spacing w:after="16"/>
            </w:pPr>
            <w:r>
              <w:rPr>
                <w:color w:val="000000"/>
                <w:sz w:val="15"/>
              </w:rPr>
              <w:t>samostojno oziroma z dogovorjeno oporo tvori kratko navodilo ob slikah</w:t>
            </w:r>
          </w:p>
          <w:p w14:paraId="2DC7A39A" w14:textId="77777777" w:rsidR="00187E2C" w:rsidRDefault="00000000">
            <w:pPr>
              <w:pStyle w:val="Oznaenseznam"/>
              <w:spacing w:after="16"/>
            </w:pPr>
            <w:r>
              <w:rPr>
                <w:color w:val="000000"/>
                <w:sz w:val="15"/>
              </w:rPr>
              <w:t>samostojno oziroma z dogovorjeno oporo prepozna in poimenuje veliko tiskano črko K ter jo poveže z glasom /k/</w:t>
            </w:r>
          </w:p>
          <w:p w14:paraId="5EDC2263" w14:textId="77777777" w:rsidR="00187E2C" w:rsidRDefault="00000000">
            <w:pPr>
              <w:pStyle w:val="Oznaenseznam"/>
              <w:spacing w:after="16"/>
            </w:pPr>
            <w:r>
              <w:rPr>
                <w:color w:val="000000"/>
                <w:sz w:val="15"/>
              </w:rPr>
              <w:t>samostojno oziroma z dogovorjeno oporo veččutno oblikuje in čitljivo zapiše veliko tiskano črko K</w:t>
            </w:r>
          </w:p>
        </w:tc>
        <w:tc>
          <w:tcPr>
            <w:tcW w:w="7087" w:type="dxa"/>
            <w:tcMar>
              <w:top w:w="70" w:type="dxa"/>
              <w:left w:w="90" w:type="dxa"/>
              <w:bottom w:w="70" w:type="dxa"/>
              <w:right w:w="90" w:type="dxa"/>
            </w:tcMar>
          </w:tcPr>
          <w:p w14:paraId="3E2008D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157F50B" w14:textId="77777777">
              <w:trPr>
                <w:jc w:val="center"/>
              </w:trPr>
              <w:tc>
                <w:tcPr>
                  <w:tcW w:w="7087" w:type="dxa"/>
                  <w:shd w:val="clear" w:color="auto" w:fill="C6E7F3"/>
                  <w:tcMar>
                    <w:top w:w="45" w:type="dxa"/>
                    <w:left w:w="70" w:type="dxa"/>
                    <w:bottom w:w="45" w:type="dxa"/>
                    <w:right w:w="70" w:type="dxa"/>
                  </w:tcMar>
                </w:tcPr>
                <w:p w14:paraId="6DFF9730" w14:textId="77777777" w:rsidR="00187E2C" w:rsidRDefault="00000000">
                  <w:pPr>
                    <w:keepNext/>
                  </w:pPr>
                  <w:r>
                    <w:rPr>
                      <w:b/>
                      <w:color w:val="000000"/>
                    </w:rPr>
                    <w:t>UVODNI DEL – motivacija, aktivacija predznanja in namen učenja (15–20 min)</w:t>
                  </w:r>
                </w:p>
              </w:tc>
            </w:tr>
          </w:tbl>
          <w:p w14:paraId="266049FD" w14:textId="77777777" w:rsidR="00187E2C" w:rsidRDefault="00187E2C">
            <w:pPr>
              <w:spacing w:line="20" w:lineRule="exact"/>
            </w:pPr>
          </w:p>
          <w:p w14:paraId="57034215" w14:textId="77777777" w:rsidR="00187E2C" w:rsidRDefault="00000000">
            <w:pPr>
              <w:spacing w:before="40" w:after="60" w:line="245" w:lineRule="auto"/>
            </w:pPr>
            <w:r>
              <w:rPr>
                <w:color w:val="000000"/>
                <w:sz w:val="16"/>
              </w:rPr>
              <w:t>Učenci ob naslovnici, odlomku ali ilustraciji dela »Klobuk gospoda Konstantina« – Peter Svetina doživljajsko vstopijo v motiv predmet, material, načrtovanje in ustvarjalno reševanje težav. S kretnjo, predmetom, sliko, glasom ali kratko povedjo pokažejo predznanje in napoved. Izhodiščni odziv povežejo z dejavnostjo ČRKA K • BRALNI LIST 20 – Berem črko K in zloge ter besede.</w:t>
            </w:r>
          </w:p>
          <w:tbl>
            <w:tblPr>
              <w:tblStyle w:val="Tabelamrea"/>
              <w:tblW w:w="0" w:type="auto"/>
              <w:jc w:val="center"/>
              <w:tblLayout w:type="fixed"/>
              <w:tblLook w:val="04A0" w:firstRow="1" w:lastRow="0" w:firstColumn="1" w:lastColumn="0" w:noHBand="0" w:noVBand="1"/>
            </w:tblPr>
            <w:tblGrid>
              <w:gridCol w:w="7087"/>
            </w:tblGrid>
            <w:tr w:rsidR="00187E2C" w14:paraId="469CD78A" w14:textId="77777777">
              <w:trPr>
                <w:jc w:val="center"/>
              </w:trPr>
              <w:tc>
                <w:tcPr>
                  <w:tcW w:w="7087" w:type="dxa"/>
                  <w:shd w:val="clear" w:color="auto" w:fill="EDC9EA"/>
                  <w:tcMar>
                    <w:top w:w="45" w:type="dxa"/>
                    <w:left w:w="70" w:type="dxa"/>
                    <w:bottom w:w="45" w:type="dxa"/>
                    <w:right w:w="70" w:type="dxa"/>
                  </w:tcMar>
                </w:tcPr>
                <w:p w14:paraId="330AF66F" w14:textId="77777777" w:rsidR="00187E2C" w:rsidRDefault="00000000">
                  <w:pPr>
                    <w:keepNext/>
                  </w:pPr>
                  <w:r>
                    <w:rPr>
                      <w:b/>
                      <w:color w:val="000000"/>
                    </w:rPr>
                    <w:t>NAMENI UČENJA</w:t>
                  </w:r>
                </w:p>
              </w:tc>
            </w:tr>
          </w:tbl>
          <w:p w14:paraId="0A05B376" w14:textId="77777777" w:rsidR="00187E2C" w:rsidRDefault="00187E2C">
            <w:pPr>
              <w:spacing w:line="20" w:lineRule="exact"/>
            </w:pPr>
          </w:p>
          <w:p w14:paraId="17C25FAE"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16DD5754" w14:textId="77777777" w:rsidR="00187E2C" w:rsidRDefault="00000000">
            <w:pPr>
              <w:pStyle w:val="Oznaenseznam"/>
              <w:spacing w:after="16"/>
            </w:pPr>
            <w:r>
              <w:rPr>
                <w:color w:val="000000"/>
                <w:sz w:val="16"/>
              </w:rPr>
              <w:t>berem ali poslušam navodilo</w:t>
            </w:r>
          </w:p>
          <w:p w14:paraId="446BDF12" w14:textId="77777777" w:rsidR="00187E2C" w:rsidRDefault="00000000">
            <w:pPr>
              <w:pStyle w:val="Oznaenseznam"/>
              <w:spacing w:after="16"/>
            </w:pPr>
            <w:r>
              <w:rPr>
                <w:color w:val="000000"/>
                <w:sz w:val="16"/>
              </w:rPr>
              <w:t>izvede korake</w:t>
            </w:r>
          </w:p>
          <w:p w14:paraId="7959A029" w14:textId="77777777" w:rsidR="00187E2C" w:rsidRDefault="00000000">
            <w:pPr>
              <w:pStyle w:val="Oznaenseznam"/>
              <w:spacing w:after="16"/>
            </w:pPr>
            <w:r>
              <w:rPr>
                <w:color w:val="000000"/>
                <w:sz w:val="16"/>
              </w:rPr>
              <w:t>tvorim kratko navodilo ob slikah</w:t>
            </w:r>
          </w:p>
          <w:p w14:paraId="7E6230F0" w14:textId="77777777" w:rsidR="00187E2C" w:rsidRDefault="00000000">
            <w:pPr>
              <w:pStyle w:val="Oznaenseznam"/>
              <w:spacing w:after="16"/>
            </w:pPr>
            <w:r>
              <w:rPr>
                <w:color w:val="000000"/>
                <w:sz w:val="16"/>
              </w:rPr>
              <w:t>prepoznam in poimenujem veliko tiskano črko K ter jo povežem z glasom /k/</w:t>
            </w:r>
          </w:p>
          <w:p w14:paraId="17FC64B2" w14:textId="77777777" w:rsidR="00187E2C" w:rsidRDefault="00000000">
            <w:pPr>
              <w:pStyle w:val="Oznaenseznam"/>
              <w:spacing w:after="16"/>
            </w:pPr>
            <w:r>
              <w:rPr>
                <w:color w:val="000000"/>
                <w:sz w:val="16"/>
              </w:rPr>
              <w:t>veččutno oblikujem in čitljivo zapišem veliko tiskano črko K</w:t>
            </w:r>
          </w:p>
          <w:p w14:paraId="48AFBDBB" w14:textId="77777777" w:rsidR="00187E2C" w:rsidRDefault="00000000">
            <w:pPr>
              <w:pStyle w:val="Oznaenseznam"/>
              <w:spacing w:after="16"/>
            </w:pPr>
            <w:r>
              <w:rPr>
                <w:color w:val="000000"/>
                <w:sz w:val="16"/>
              </w:rPr>
              <w:t>berem in sestavlja zloge oziroma besede z znanimi črkami: KITA • KINO • KOS</w:t>
            </w:r>
          </w:p>
          <w:tbl>
            <w:tblPr>
              <w:tblStyle w:val="Tabelamrea"/>
              <w:tblW w:w="0" w:type="auto"/>
              <w:jc w:val="center"/>
              <w:tblLayout w:type="fixed"/>
              <w:tblLook w:val="04A0" w:firstRow="1" w:lastRow="0" w:firstColumn="1" w:lastColumn="0" w:noHBand="0" w:noVBand="1"/>
            </w:tblPr>
            <w:tblGrid>
              <w:gridCol w:w="7087"/>
            </w:tblGrid>
            <w:tr w:rsidR="00187E2C" w14:paraId="5DD88325" w14:textId="77777777">
              <w:trPr>
                <w:jc w:val="center"/>
              </w:trPr>
              <w:tc>
                <w:tcPr>
                  <w:tcW w:w="7087" w:type="dxa"/>
                  <w:shd w:val="clear" w:color="auto" w:fill="EDC9EA"/>
                  <w:tcMar>
                    <w:top w:w="45" w:type="dxa"/>
                    <w:left w:w="70" w:type="dxa"/>
                    <w:bottom w:w="45" w:type="dxa"/>
                    <w:right w:w="70" w:type="dxa"/>
                  </w:tcMar>
                </w:tcPr>
                <w:p w14:paraId="190E8A33" w14:textId="77777777" w:rsidR="00187E2C" w:rsidRDefault="00000000">
                  <w:pPr>
                    <w:keepNext/>
                  </w:pPr>
                  <w:r>
                    <w:rPr>
                      <w:b/>
                      <w:color w:val="000000"/>
                    </w:rPr>
                    <w:t>PREVERJANJE PREDZNANJA</w:t>
                  </w:r>
                </w:p>
              </w:tc>
            </w:tr>
          </w:tbl>
          <w:p w14:paraId="562BFA42" w14:textId="77777777" w:rsidR="00187E2C" w:rsidRDefault="00187E2C">
            <w:pPr>
              <w:spacing w:line="20" w:lineRule="exact"/>
            </w:pPr>
          </w:p>
          <w:p w14:paraId="702C8B51" w14:textId="77777777" w:rsidR="00187E2C" w:rsidRDefault="00000000">
            <w:pPr>
              <w:pStyle w:val="Oznaenseznam"/>
              <w:spacing w:after="16"/>
            </w:pPr>
            <w:r>
              <w:rPr>
                <w:color w:val="000000"/>
                <w:sz w:val="16"/>
              </w:rPr>
              <w:t>Kaj mi naslovnica, ilustracija ali naslov pove o motivu predmet, material, načrtovanje in ustvarjalno reševanje težav?</w:t>
            </w:r>
          </w:p>
          <w:p w14:paraId="77E99E5B" w14:textId="77777777" w:rsidR="00187E2C" w:rsidRDefault="00000000">
            <w:pPr>
              <w:pStyle w:val="Oznaenseznam"/>
              <w:spacing w:after="16"/>
            </w:pPr>
            <w:r>
              <w:rPr>
                <w:color w:val="000000"/>
                <w:sz w:val="16"/>
              </w:rPr>
              <w:t>Kje v besedah slišim glas /k/ in po katerih potezah prepoznam črko K?</w:t>
            </w:r>
          </w:p>
          <w:p w14:paraId="586CF3AE"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6C1008D6" w14:textId="77777777">
              <w:trPr>
                <w:jc w:val="center"/>
              </w:trPr>
              <w:tc>
                <w:tcPr>
                  <w:tcW w:w="7087" w:type="dxa"/>
                  <w:shd w:val="clear" w:color="auto" w:fill="EDC9EA"/>
                  <w:tcMar>
                    <w:top w:w="45" w:type="dxa"/>
                    <w:left w:w="70" w:type="dxa"/>
                    <w:bottom w:w="45" w:type="dxa"/>
                    <w:right w:w="70" w:type="dxa"/>
                  </w:tcMar>
                </w:tcPr>
                <w:p w14:paraId="66CD4655" w14:textId="77777777" w:rsidR="00187E2C" w:rsidRDefault="00000000">
                  <w:pPr>
                    <w:keepNext/>
                  </w:pPr>
                  <w:r>
                    <w:rPr>
                      <w:b/>
                      <w:color w:val="000000"/>
                    </w:rPr>
                    <w:t>KRITERIJI USPEŠNOSTI</w:t>
                  </w:r>
                </w:p>
              </w:tc>
            </w:tr>
          </w:tbl>
          <w:p w14:paraId="3E2FF167" w14:textId="77777777" w:rsidR="00187E2C" w:rsidRDefault="00187E2C"/>
          <w:p w14:paraId="504CD967" w14:textId="77777777" w:rsidR="00187E2C" w:rsidRDefault="00000000">
            <w:pPr>
              <w:spacing w:before="20" w:after="20" w:line="245" w:lineRule="auto"/>
            </w:pPr>
            <w:r>
              <w:rPr>
                <w:b/>
                <w:color w:val="000000"/>
                <w:sz w:val="16"/>
              </w:rPr>
              <w:t>Uspešen/-na bom, ko:</w:t>
            </w:r>
          </w:p>
          <w:p w14:paraId="2F3D2E38" w14:textId="77777777" w:rsidR="00187E2C" w:rsidRDefault="00000000">
            <w:pPr>
              <w:pStyle w:val="Oznaenseznam"/>
              <w:spacing w:after="16"/>
            </w:pPr>
            <w:r>
              <w:rPr>
                <w:color w:val="000000"/>
                <w:sz w:val="16"/>
              </w:rPr>
              <w:t>berem ali poslušam navodilo</w:t>
            </w:r>
          </w:p>
          <w:p w14:paraId="5922E01A" w14:textId="77777777" w:rsidR="00187E2C" w:rsidRDefault="00000000">
            <w:pPr>
              <w:pStyle w:val="Oznaenseznam"/>
              <w:spacing w:after="16"/>
            </w:pPr>
            <w:r>
              <w:rPr>
                <w:color w:val="000000"/>
                <w:sz w:val="16"/>
              </w:rPr>
              <w:t>izvede korake</w:t>
            </w:r>
          </w:p>
          <w:p w14:paraId="29FC2368" w14:textId="77777777" w:rsidR="00187E2C" w:rsidRDefault="00000000">
            <w:pPr>
              <w:pStyle w:val="Oznaenseznam"/>
              <w:spacing w:after="16"/>
            </w:pPr>
            <w:r>
              <w:rPr>
                <w:color w:val="000000"/>
                <w:sz w:val="16"/>
              </w:rPr>
              <w:t>tvorim kratko navodilo ob slikah</w:t>
            </w:r>
          </w:p>
          <w:p w14:paraId="48E71E14" w14:textId="77777777" w:rsidR="00187E2C" w:rsidRDefault="00000000">
            <w:pPr>
              <w:pStyle w:val="Oznaenseznam"/>
              <w:spacing w:after="16"/>
            </w:pPr>
            <w:r>
              <w:rPr>
                <w:color w:val="000000"/>
                <w:sz w:val="16"/>
              </w:rPr>
              <w:t>prepoznam in poimenujem veliko tiskano črko K ter jo povežem z glasom /k/</w:t>
            </w:r>
          </w:p>
          <w:p w14:paraId="6579C22D" w14:textId="77777777" w:rsidR="00187E2C" w:rsidRDefault="00000000">
            <w:pPr>
              <w:pStyle w:val="Oznaenseznam"/>
              <w:spacing w:after="16"/>
            </w:pPr>
            <w:r>
              <w:rPr>
                <w:color w:val="000000"/>
                <w:sz w:val="16"/>
              </w:rPr>
              <w:t>veččutno oblikujem in čitljivo zapišem veliko tiskano črko K</w:t>
            </w:r>
          </w:p>
          <w:p w14:paraId="0B1B1B2E" w14:textId="77777777" w:rsidR="00187E2C" w:rsidRDefault="00000000">
            <w:pPr>
              <w:pStyle w:val="Oznaenseznam"/>
              <w:spacing w:after="16"/>
            </w:pPr>
            <w:r>
              <w:rPr>
                <w:color w:val="000000"/>
                <w:sz w:val="16"/>
              </w:rPr>
              <w:t>berem in sestavlja zloge oziroma besede z znanimi črkami: KITA • KINO • KOS</w:t>
            </w:r>
          </w:p>
          <w:p w14:paraId="29EE7D98"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D54E771" w14:textId="77777777" w:rsidR="00187E2C" w:rsidRDefault="00187E2C"/>
          <w:p w14:paraId="7D3FAEDE"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F246C2B" w14:textId="77777777" w:rsidR="00187E2C" w:rsidRDefault="00000000">
            <w:pPr>
              <w:spacing w:after="80" w:line="245" w:lineRule="auto"/>
            </w:pPr>
            <w:r>
              <w:rPr>
                <w:color w:val="000000"/>
                <w:sz w:val="16"/>
              </w:rPr>
              <w:t>Pove, pokaže ali nariše, kaj že ve in katero strategijo bi uporabil.</w:t>
            </w:r>
          </w:p>
          <w:p w14:paraId="0356684B" w14:textId="77777777" w:rsidR="00187E2C" w:rsidRDefault="00000000">
            <w:pPr>
              <w:spacing w:after="100" w:line="245" w:lineRule="auto"/>
            </w:pPr>
            <w:r>
              <w:rPr>
                <w:color w:val="000000"/>
                <w:sz w:val="16"/>
              </w:rPr>
              <w:t>Sodeluje pri razumevanju namenov in kriterijev uspešnosti.</w:t>
            </w:r>
          </w:p>
          <w:p w14:paraId="24EBC157" w14:textId="77777777" w:rsidR="00187E2C" w:rsidRDefault="00000000">
            <w:pPr>
              <w:spacing w:after="20" w:line="245" w:lineRule="auto"/>
            </w:pPr>
            <w:r>
              <w:rPr>
                <w:b/>
                <w:color w:val="D95BC6"/>
                <w:sz w:val="17"/>
              </w:rPr>
              <w:t>DOKAZ O UČENJU</w:t>
            </w:r>
          </w:p>
          <w:p w14:paraId="0364F403"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1EDB668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B5DB41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1F94C2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EBE284" w14:textId="77777777" w:rsidR="00187E2C" w:rsidRDefault="00000000">
            <w:pPr>
              <w:jc w:val="center"/>
            </w:pPr>
            <w:r>
              <w:rPr>
                <w:b/>
                <w:color w:val="000000"/>
                <w:sz w:val="20"/>
              </w:rPr>
              <w:t>UČNE DEJAVNOSTI, METODE IN FORMATIVNO SPREMLJANJE</w:t>
            </w:r>
          </w:p>
        </w:tc>
      </w:tr>
      <w:tr w:rsidR="00187E2C" w14:paraId="38D90F50" w14:textId="77777777">
        <w:trPr>
          <w:tblHeader/>
          <w:jc w:val="center"/>
        </w:trPr>
        <w:tc>
          <w:tcPr>
            <w:tcW w:w="4422" w:type="dxa"/>
            <w:vMerge/>
            <w:tcMar>
              <w:top w:w="70" w:type="dxa"/>
              <w:left w:w="90" w:type="dxa"/>
              <w:bottom w:w="70" w:type="dxa"/>
              <w:right w:w="90" w:type="dxa"/>
            </w:tcMar>
            <w:vAlign w:val="center"/>
          </w:tcPr>
          <w:p w14:paraId="54D219BD" w14:textId="77777777" w:rsidR="00187E2C" w:rsidRDefault="00187E2C"/>
        </w:tc>
        <w:tc>
          <w:tcPr>
            <w:tcW w:w="7087" w:type="dxa"/>
            <w:shd w:val="clear" w:color="auto" w:fill="FFFFFF"/>
            <w:tcMar>
              <w:top w:w="70" w:type="dxa"/>
              <w:left w:w="90" w:type="dxa"/>
              <w:bottom w:w="70" w:type="dxa"/>
              <w:right w:w="90" w:type="dxa"/>
            </w:tcMar>
            <w:vAlign w:val="center"/>
          </w:tcPr>
          <w:p w14:paraId="1B32439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58198C" w14:textId="77777777" w:rsidR="00187E2C" w:rsidRDefault="00000000">
            <w:pPr>
              <w:jc w:val="center"/>
            </w:pPr>
            <w:r>
              <w:rPr>
                <w:b/>
                <w:color w:val="000000"/>
              </w:rPr>
              <w:t>UČENEC</w:t>
            </w:r>
          </w:p>
        </w:tc>
      </w:tr>
      <w:tr w:rsidR="00187E2C" w14:paraId="655B68C8" w14:textId="77777777">
        <w:trPr>
          <w:jc w:val="center"/>
        </w:trPr>
        <w:tc>
          <w:tcPr>
            <w:tcW w:w="4422" w:type="dxa"/>
            <w:tcMar>
              <w:top w:w="70" w:type="dxa"/>
              <w:left w:w="90" w:type="dxa"/>
              <w:bottom w:w="70" w:type="dxa"/>
              <w:right w:w="90" w:type="dxa"/>
            </w:tcMar>
          </w:tcPr>
          <w:p w14:paraId="7A2D48D9" w14:textId="77777777" w:rsidR="00187E2C" w:rsidRDefault="00187E2C"/>
          <w:p w14:paraId="3650B667" w14:textId="77777777" w:rsidR="00187E2C" w:rsidRDefault="00000000">
            <w:pPr>
              <w:spacing w:after="40" w:line="245" w:lineRule="auto"/>
            </w:pPr>
            <w:r>
              <w:rPr>
                <w:b/>
                <w:color w:val="000000"/>
              </w:rPr>
              <w:t>KLJUČNI POJMI</w:t>
            </w:r>
          </w:p>
          <w:p w14:paraId="517253C6" w14:textId="77777777" w:rsidR="00187E2C" w:rsidRDefault="00000000">
            <w:pPr>
              <w:spacing w:after="60" w:line="245" w:lineRule="auto"/>
            </w:pPr>
            <w:r>
              <w:rPr>
                <w:color w:val="000000"/>
                <w:sz w:val="15"/>
              </w:rPr>
              <w:t>glas /k/, črka K, zlog, beseda, poved, smer poteze, bralna strategija, naslov, avtor, ilustrator, književna oseba</w:t>
            </w:r>
          </w:p>
          <w:p w14:paraId="2A04C246" w14:textId="77777777" w:rsidR="00187E2C" w:rsidRDefault="00000000">
            <w:pPr>
              <w:spacing w:after="20" w:line="245" w:lineRule="auto"/>
            </w:pPr>
            <w:r>
              <w:rPr>
                <w:b/>
                <w:color w:val="000000"/>
                <w:sz w:val="17"/>
              </w:rPr>
              <w:t>DOKAZI O UČENJU</w:t>
            </w:r>
          </w:p>
          <w:p w14:paraId="139DCE20" w14:textId="77777777" w:rsidR="00187E2C" w:rsidRDefault="00000000">
            <w:pPr>
              <w:pStyle w:val="Oznaenseznam"/>
              <w:spacing w:after="9"/>
            </w:pPr>
            <w:r>
              <w:rPr>
                <w:color w:val="000000"/>
                <w:sz w:val="15"/>
              </w:rPr>
              <w:t>odziv med poslušanjem, izbrana slika in ena poved o doživetju.</w:t>
            </w:r>
          </w:p>
          <w:p w14:paraId="27F95B2C" w14:textId="77777777" w:rsidR="00187E2C" w:rsidRDefault="00000000">
            <w:pPr>
              <w:pStyle w:val="Oznaenseznam"/>
              <w:spacing w:after="9"/>
            </w:pPr>
            <w:r>
              <w:rPr>
                <w:color w:val="000000"/>
                <w:sz w:val="15"/>
              </w:rPr>
              <w:t>zvočni posnetek ali anekdotski zapis kratke izmenjave.</w:t>
            </w:r>
          </w:p>
          <w:p w14:paraId="242B6DA5" w14:textId="77777777" w:rsidR="00187E2C" w:rsidRDefault="00000000">
            <w:pPr>
              <w:pStyle w:val="Oznaenseznam"/>
              <w:spacing w:after="9"/>
            </w:pPr>
            <w:r>
              <w:rPr>
                <w:color w:val="000000"/>
                <w:sz w:val="15"/>
              </w:rPr>
              <w:t>štiri pravilne glasovne odločitve, izbor črke K in kratka učenčeva razlaga.</w:t>
            </w:r>
          </w:p>
          <w:p w14:paraId="311A116F" w14:textId="77777777" w:rsidR="00187E2C" w:rsidRDefault="00000000">
            <w:pPr>
              <w:pStyle w:val="Oznaenseznam"/>
              <w:spacing w:after="9"/>
            </w:pPr>
            <w:r>
              <w:rPr>
                <w:color w:val="000000"/>
                <w:sz w:val="15"/>
              </w:rPr>
              <w:t>fotografija konstrukcije črke K, opazovalni zapis smeri potez in datirana vrstica treh zapisov.</w:t>
            </w:r>
          </w:p>
          <w:p w14:paraId="501B9588" w14:textId="77777777" w:rsidR="00187E2C" w:rsidRDefault="00000000">
            <w:pPr>
              <w:pStyle w:val="Oznaenseznam"/>
              <w:spacing w:after="9"/>
            </w:pPr>
            <w:r>
              <w:rPr>
                <w:color w:val="000000"/>
                <w:sz w:val="15"/>
              </w:rPr>
              <w:t>izpolnjen Bralni list 20, individualni bralni zapis, sestavljen ali zapisan primer s črko K in samovrednotenje.</w:t>
            </w:r>
          </w:p>
          <w:p w14:paraId="4D4463D0" w14:textId="77777777" w:rsidR="00187E2C" w:rsidRDefault="00000000">
            <w:pPr>
              <w:spacing w:before="40" w:after="20" w:line="245" w:lineRule="auto"/>
            </w:pPr>
            <w:r>
              <w:rPr>
                <w:b/>
                <w:color w:val="000000"/>
                <w:sz w:val="17"/>
              </w:rPr>
              <w:t>KNJIŽEVNO DOŽIVETJE IN IZKUŠENJSKI POUK</w:t>
            </w:r>
          </w:p>
          <w:p w14:paraId="53B6017F"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0864444D" w14:textId="77777777" w:rsidR="00187E2C" w:rsidRDefault="00000000">
            <w:pPr>
              <w:spacing w:after="20" w:line="245" w:lineRule="auto"/>
            </w:pPr>
            <w:r>
              <w:rPr>
                <w:b/>
                <w:color w:val="000000"/>
                <w:sz w:val="17"/>
              </w:rPr>
              <w:t>POUČEVANJE V GIBANJU</w:t>
            </w:r>
          </w:p>
          <w:p w14:paraId="099CE550"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6315EF66" w14:textId="77777777" w:rsidR="00187E2C" w:rsidRDefault="00000000">
            <w:pPr>
              <w:spacing w:after="20" w:line="245" w:lineRule="auto"/>
            </w:pPr>
            <w:r>
              <w:rPr>
                <w:b/>
                <w:color w:val="000000"/>
                <w:sz w:val="17"/>
              </w:rPr>
              <w:t>DELO PO POSTAJAH</w:t>
            </w:r>
          </w:p>
          <w:p w14:paraId="5B8E04E1" w14:textId="77777777" w:rsidR="00187E2C" w:rsidRDefault="00000000">
            <w:pPr>
              <w:spacing w:after="60" w:line="245" w:lineRule="auto"/>
            </w:pPr>
            <w:r>
              <w:rPr>
                <w:color w:val="000000"/>
                <w:sz w:val="15"/>
              </w:rPr>
              <w:t>1. doživljajsko-književna – poslušanje, pogovor, igra vlog in predmetno/slikovno izhodišče; 2. glasovno-gibalna – slišim glas /k/, razvrščam besede in sestavljam žive zloge; 3. bralna – ČRKA K • BRALNI LIST 20, modelirano, vodeno ali ponovljeno branje; 4. tipno-grafomotorična – črko K oblikujem, hodim po njeni poti in jo zapišem ter izbor dokaza, povratna informacija in naslednji korak.</w:t>
            </w:r>
          </w:p>
          <w:p w14:paraId="725E09FF" w14:textId="77777777" w:rsidR="00187E2C" w:rsidRDefault="00000000">
            <w:pPr>
              <w:spacing w:after="20" w:line="245" w:lineRule="auto"/>
            </w:pPr>
            <w:r>
              <w:rPr>
                <w:b/>
                <w:color w:val="000000"/>
                <w:sz w:val="17"/>
              </w:rPr>
              <w:t>DIFERENCIACIJA IN VKLJUČEVANJE</w:t>
            </w:r>
          </w:p>
          <w:p w14:paraId="1CB268CF"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036B99B4" w14:textId="77777777" w:rsidR="00187E2C" w:rsidRDefault="00000000">
            <w:pPr>
              <w:spacing w:after="20" w:line="245" w:lineRule="auto"/>
            </w:pPr>
            <w:r>
              <w:rPr>
                <w:b/>
                <w:color w:val="000000"/>
                <w:sz w:val="17"/>
              </w:rPr>
              <w:t>SPREMLJANJE</w:t>
            </w:r>
          </w:p>
          <w:p w14:paraId="51F45353"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252D753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5D6F42D" w14:textId="77777777">
              <w:trPr>
                <w:jc w:val="center"/>
              </w:trPr>
              <w:tc>
                <w:tcPr>
                  <w:tcW w:w="7087" w:type="dxa"/>
                  <w:shd w:val="clear" w:color="auto" w:fill="C6E7F3"/>
                  <w:tcMar>
                    <w:top w:w="45" w:type="dxa"/>
                    <w:left w:w="70" w:type="dxa"/>
                    <w:bottom w:w="45" w:type="dxa"/>
                    <w:right w:w="70" w:type="dxa"/>
                  </w:tcMar>
                </w:tcPr>
                <w:p w14:paraId="5BF58AB4" w14:textId="77777777" w:rsidR="00187E2C" w:rsidRDefault="00000000">
                  <w:pPr>
                    <w:keepNext/>
                  </w:pPr>
                  <w:r>
                    <w:rPr>
                      <w:b/>
                      <w:color w:val="000000"/>
                      <w:sz w:val="17"/>
                    </w:rPr>
                    <w:t>GLAVNI DEL – DOŽIVLJAJSKO, JEZIKOVNO IN OPISMENJEVALNO UČENJE (5 šolskih ur)</w:t>
                  </w:r>
                </w:p>
              </w:tc>
            </w:tr>
          </w:tbl>
          <w:p w14:paraId="52626BEA" w14:textId="77777777" w:rsidR="00187E2C" w:rsidRDefault="00187E2C">
            <w:pPr>
              <w:spacing w:line="20" w:lineRule="exact"/>
            </w:pPr>
          </w:p>
          <w:p w14:paraId="24D2DCBB" w14:textId="77777777" w:rsidR="00187E2C" w:rsidRDefault="00000000">
            <w:pPr>
              <w:keepNext/>
              <w:spacing w:before="22" w:after="6" w:line="245" w:lineRule="auto"/>
            </w:pPr>
            <w:r>
              <w:rPr>
                <w:b/>
                <w:color w:val="000000"/>
                <w:sz w:val="16"/>
              </w:rPr>
              <w:t>1. URA – Navodilo – Poslušam in doživljam</w:t>
            </w:r>
          </w:p>
          <w:p w14:paraId="486ABAEA"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»navodilo • velika tiskana črka k • bralni list 20«; sproti zbira individualne dokaze in prilagodi oporo.</w:t>
            </w:r>
          </w:p>
          <w:p w14:paraId="419179B3"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»bere ali posluša navodilo«.</w:t>
            </w:r>
          </w:p>
          <w:p w14:paraId="04F6A7F1" w14:textId="77777777" w:rsidR="00187E2C" w:rsidRDefault="00000000">
            <w:pPr>
              <w:spacing w:after="15" w:line="245" w:lineRule="auto"/>
            </w:pPr>
            <w:r>
              <w:rPr>
                <w:i/>
                <w:color w:val="D95BC6"/>
                <w:sz w:val="14"/>
              </w:rPr>
              <w:t>Predvideni dokaz: odziv med poslušanjem, izbrana slika in ena poved o doživetju..</w:t>
            </w:r>
          </w:p>
          <w:p w14:paraId="059568D9" w14:textId="77777777" w:rsidR="00187E2C" w:rsidRDefault="00000000">
            <w:pPr>
              <w:keepNext/>
              <w:spacing w:before="22" w:after="6" w:line="245" w:lineRule="auto"/>
            </w:pPr>
            <w:r>
              <w:rPr>
                <w:b/>
                <w:color w:val="000000"/>
                <w:sz w:val="16"/>
              </w:rPr>
              <w:t>2. URA – Navodilo – Govorim in pojasnjujem</w:t>
            </w:r>
          </w:p>
          <w:p w14:paraId="4FE40B52" w14:textId="77777777" w:rsidR="00187E2C" w:rsidRDefault="00000000">
            <w:pPr>
              <w:spacing w:after="7" w:line="245" w:lineRule="auto"/>
            </w:pPr>
            <w:r>
              <w:rPr>
                <w:b/>
                <w:color w:val="000000"/>
                <w:sz w:val="15"/>
              </w:rPr>
              <w:t xml:space="preserve">Dejavnost učiteljice: </w:t>
            </w:r>
            <w:r>
              <w:rPr>
                <w:color w:val="000000"/>
                <w:sz w:val="15"/>
              </w:rPr>
              <w:t>Modelira pogovor ali pripoved ter ponudi slikovne opore in začetke povedi; sproti zbira individualne dokaze in prilagodi oporo.</w:t>
            </w:r>
          </w:p>
          <w:p w14:paraId="7A93355B" w14:textId="77777777" w:rsidR="00187E2C" w:rsidRDefault="00000000">
            <w:pPr>
              <w:spacing w:after="7" w:line="245" w:lineRule="auto"/>
            </w:pPr>
            <w:r>
              <w:rPr>
                <w:b/>
                <w:color w:val="000000"/>
                <w:sz w:val="15"/>
              </w:rPr>
              <w:t xml:space="preserve">Dejavnost učencev: </w:t>
            </w:r>
            <w:r>
              <w:rPr>
                <w:color w:val="000000"/>
                <w:sz w:val="15"/>
              </w:rPr>
              <w:t>V paru govori in posluša, zamenja vlogo, postavi vprašanje ter uporabi besedo iz tedenske besedne banke; dejavnost poveže s ciljem »izvede korake«.</w:t>
            </w:r>
          </w:p>
          <w:p w14:paraId="7C72EBD3" w14:textId="77777777" w:rsidR="00187E2C" w:rsidRDefault="00000000">
            <w:pPr>
              <w:spacing w:after="15" w:line="245" w:lineRule="auto"/>
            </w:pPr>
            <w:r>
              <w:rPr>
                <w:i/>
                <w:color w:val="D95BC6"/>
                <w:sz w:val="14"/>
              </w:rPr>
              <w:t>Predvideni dokaz: zvočni posnetek ali anekdotski zapis kratke izmenjave..</w:t>
            </w:r>
          </w:p>
          <w:p w14:paraId="5FCE02F3" w14:textId="77777777" w:rsidR="00187E2C" w:rsidRDefault="00000000">
            <w:pPr>
              <w:keepNext/>
              <w:spacing w:before="22" w:after="6" w:line="245" w:lineRule="auto"/>
            </w:pPr>
            <w:r>
              <w:rPr>
                <w:b/>
                <w:color w:val="000000"/>
                <w:sz w:val="16"/>
              </w:rPr>
              <w:t>3. URA – SLIŠIM GLAS /k/ IN ODKRIVAM ČRKO K</w:t>
            </w:r>
          </w:p>
          <w:p w14:paraId="7D540382"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(kapa, oko, vlak, sok); učenci se premikajo v kote začetek–sredina–konec, nato med črkami poiščejo K in jo oblikujejo s telesom.</w:t>
            </w:r>
          </w:p>
          <w:p w14:paraId="1B178D43"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K ter jo predstavi s telesom ali vrvjo.</w:t>
            </w:r>
          </w:p>
          <w:p w14:paraId="719300B4" w14:textId="77777777" w:rsidR="00187E2C" w:rsidRDefault="00000000">
            <w:pPr>
              <w:spacing w:after="15" w:line="245" w:lineRule="auto"/>
            </w:pPr>
            <w:r>
              <w:rPr>
                <w:i/>
                <w:color w:val="D95BC6"/>
                <w:sz w:val="14"/>
              </w:rPr>
              <w:t>Predvideni dokaz: štiri pravilne glasovne odločitve, izbor črke K in kratka učenčeva razlaga..</w:t>
            </w:r>
          </w:p>
          <w:p w14:paraId="2F8EF087" w14:textId="77777777" w:rsidR="00187E2C" w:rsidRDefault="00000000">
            <w:pPr>
              <w:keepNext/>
              <w:spacing w:before="22" w:after="6" w:line="245" w:lineRule="auto"/>
            </w:pPr>
            <w:r>
              <w:rPr>
                <w:b/>
                <w:color w:val="000000"/>
                <w:sz w:val="16"/>
              </w:rPr>
              <w:t>4. URA – Oblikujem in pišem črko K</w:t>
            </w:r>
          </w:p>
          <w:p w14:paraId="19AE3DB1" w14:textId="77777777" w:rsidR="00187E2C" w:rsidRDefault="00000000">
            <w:pPr>
              <w:spacing w:after="7" w:line="245" w:lineRule="auto"/>
            </w:pPr>
            <w:r>
              <w:rPr>
                <w:b/>
                <w:color w:val="000000"/>
                <w:sz w:val="15"/>
              </w:rPr>
              <w:t xml:space="preserve">Dejavnost učiteljice: </w:t>
            </w:r>
            <w:r>
              <w:rPr>
                <w:color w:val="000000"/>
                <w:sz w:val="15"/>
              </w:rPr>
              <w:t>Organizira veččutne postaje: telo/vrv/palčke ali plastelin – prst v pesku – trak v zraku – velika podlaga – črtovje. Opazuje smer poteze in poda eno takoj uporabno povratno informacijo.</w:t>
            </w:r>
          </w:p>
          <w:p w14:paraId="4C817030" w14:textId="77777777" w:rsidR="00187E2C" w:rsidRDefault="00000000">
            <w:pPr>
              <w:spacing w:after="7" w:line="245" w:lineRule="auto"/>
            </w:pPr>
            <w:r>
              <w:rPr>
                <w:b/>
                <w:color w:val="000000"/>
                <w:sz w:val="15"/>
              </w:rPr>
              <w:t xml:space="preserve">Dejavnost učencev: </w:t>
            </w:r>
            <w:r>
              <w:rPr>
                <w:color w:val="000000"/>
                <w:sz w:val="15"/>
              </w:rPr>
              <w:t>Črko K gradi in zapisuje na različnih podlagah, nato preide na manjši format; po povratni informaciji ponovi isti zapis.</w:t>
            </w:r>
          </w:p>
          <w:p w14:paraId="1CB9C6D1" w14:textId="77777777" w:rsidR="00187E2C" w:rsidRDefault="00000000">
            <w:pPr>
              <w:spacing w:after="15" w:line="245" w:lineRule="auto"/>
            </w:pPr>
            <w:r>
              <w:rPr>
                <w:i/>
                <w:color w:val="D95BC6"/>
                <w:sz w:val="14"/>
              </w:rPr>
              <w:t>Predvideni dokaz: fotografija konstrukcije črke K, opazovalni zapis smeri potez in datirana vrstica treh zapisov..</w:t>
            </w:r>
          </w:p>
          <w:p w14:paraId="1E0D108D" w14:textId="77777777" w:rsidR="00187E2C" w:rsidRDefault="00000000">
            <w:pPr>
              <w:keepNext/>
              <w:spacing w:before="22" w:after="6" w:line="245" w:lineRule="auto"/>
            </w:pPr>
            <w:r>
              <w:rPr>
                <w:b/>
                <w:color w:val="000000"/>
                <w:sz w:val="16"/>
              </w:rPr>
              <w:t>5. URA – Berem in uporabim črko K</w:t>
            </w:r>
          </w:p>
          <w:p w14:paraId="7640B5C7" w14:textId="77777777" w:rsidR="00187E2C" w:rsidRDefault="00000000">
            <w:pPr>
              <w:spacing w:after="7" w:line="245" w:lineRule="auto"/>
            </w:pPr>
            <w:r>
              <w:rPr>
                <w:b/>
                <w:color w:val="000000"/>
                <w:sz w:val="15"/>
              </w:rPr>
              <w:t xml:space="preserve">Dejavnost učiteljice: </w:t>
            </w:r>
            <w:r>
              <w:rPr>
                <w:color w:val="000000"/>
                <w:sz w:val="15"/>
              </w:rPr>
              <w:t>Vodi bralne postaje: živi zlogi, magnetne črke, pari kartic, mini tabla, učni list za K in Bralni list 20; gradivo omeji na znane črke A, E, I, O, U, N, M, T, J, V, R, S, L, K.</w:t>
            </w:r>
          </w:p>
          <w:p w14:paraId="2B8A9B37" w14:textId="77777777" w:rsidR="00187E2C" w:rsidRDefault="00000000">
            <w:pPr>
              <w:spacing w:after="7" w:line="245" w:lineRule="auto"/>
            </w:pPr>
            <w:r>
              <w:rPr>
                <w:b/>
                <w:color w:val="000000"/>
                <w:sz w:val="15"/>
              </w:rPr>
              <w:t xml:space="preserve">Dejavnost učencev: </w:t>
            </w:r>
            <w:r>
              <w:rPr>
                <w:color w:val="000000"/>
                <w:sz w:val="15"/>
              </w:rPr>
              <w:t>Sestavlja, premešča in bere KA • KI • KO • KE • KU ter KITA • KINO • KOS; izbere zahtevnost in rešuje Bralni list 20.</w:t>
            </w:r>
          </w:p>
          <w:p w14:paraId="7F7153A2" w14:textId="77777777" w:rsidR="00187E2C" w:rsidRDefault="00000000">
            <w:pPr>
              <w:spacing w:after="15" w:line="245" w:lineRule="auto"/>
            </w:pPr>
            <w:r>
              <w:rPr>
                <w:i/>
                <w:color w:val="D95BC6"/>
                <w:sz w:val="14"/>
              </w:rPr>
              <w:t>Predvideni dokaz: izpolnjen Bralni list 20, individualni bralni zapis, sestavljen ali zapisan primer s črko K in samovrednotenje..</w:t>
            </w:r>
          </w:p>
          <w:tbl>
            <w:tblPr>
              <w:tblStyle w:val="Tabelamrea"/>
              <w:tblW w:w="0" w:type="auto"/>
              <w:jc w:val="center"/>
              <w:tblLayout w:type="fixed"/>
              <w:tblLook w:val="04A0" w:firstRow="1" w:lastRow="0" w:firstColumn="1" w:lastColumn="0" w:noHBand="0" w:noVBand="1"/>
            </w:tblPr>
            <w:tblGrid>
              <w:gridCol w:w="7087"/>
            </w:tblGrid>
            <w:tr w:rsidR="00187E2C" w14:paraId="290B6DE6" w14:textId="77777777">
              <w:trPr>
                <w:jc w:val="center"/>
              </w:trPr>
              <w:tc>
                <w:tcPr>
                  <w:tcW w:w="7087" w:type="dxa"/>
                  <w:shd w:val="clear" w:color="auto" w:fill="EDC9EA"/>
                  <w:tcMar>
                    <w:top w:w="45" w:type="dxa"/>
                    <w:left w:w="70" w:type="dxa"/>
                    <w:bottom w:w="45" w:type="dxa"/>
                    <w:right w:w="70" w:type="dxa"/>
                  </w:tcMar>
                </w:tcPr>
                <w:p w14:paraId="39A27912" w14:textId="77777777" w:rsidR="00187E2C" w:rsidRDefault="00000000">
                  <w:pPr>
                    <w:keepNext/>
                  </w:pPr>
                  <w:r>
                    <w:rPr>
                      <w:b/>
                      <w:color w:val="000000"/>
                      <w:sz w:val="17"/>
                    </w:rPr>
                    <w:t>POVRATNA INFORMACIJA UČITELJICE MED DELOM</w:t>
                  </w:r>
                </w:p>
              </w:tc>
            </w:tr>
          </w:tbl>
          <w:p w14:paraId="3683D989" w14:textId="77777777" w:rsidR="00187E2C" w:rsidRDefault="00187E2C"/>
          <w:p w14:paraId="7B3D3375"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75EC15C6" w14:textId="77777777" w:rsidR="00187E2C" w:rsidRDefault="00187E2C"/>
          <w:p w14:paraId="7D0C39F2" w14:textId="77777777" w:rsidR="00187E2C" w:rsidRDefault="00000000">
            <w:pPr>
              <w:spacing w:after="4" w:line="245" w:lineRule="auto"/>
            </w:pPr>
            <w:r>
              <w:rPr>
                <w:b/>
                <w:color w:val="000000"/>
                <w:sz w:val="15"/>
              </w:rPr>
              <w:t>1. URA – Navodilo – Poslušam in doživljam</w:t>
            </w:r>
          </w:p>
          <w:p w14:paraId="59180434" w14:textId="77777777" w:rsidR="00187E2C" w:rsidRDefault="00000000">
            <w:pPr>
              <w:spacing w:after="7" w:line="245" w:lineRule="auto"/>
            </w:pPr>
            <w:r>
              <w:rPr>
                <w:color w:val="000000"/>
                <w:sz w:val="14"/>
              </w:rPr>
              <w:t>Napoveduje ob naslovu/sliki, med poslušanjem pokaže dogovorjen znak in po poslušanju izbere sliko občutja.</w:t>
            </w:r>
          </w:p>
          <w:p w14:paraId="09663282" w14:textId="77777777" w:rsidR="00187E2C" w:rsidRDefault="00000000">
            <w:pPr>
              <w:spacing w:after="15" w:line="245" w:lineRule="auto"/>
            </w:pPr>
            <w:r>
              <w:rPr>
                <w:color w:val="D95BC6"/>
                <w:sz w:val="14"/>
              </w:rPr>
              <w:t>Dokaz: odziv med poslušanjem, izbrana slika in ena poved o doživetju.</w:t>
            </w:r>
          </w:p>
          <w:p w14:paraId="30AC631E" w14:textId="77777777" w:rsidR="00187E2C" w:rsidRDefault="00000000">
            <w:pPr>
              <w:spacing w:after="4" w:line="245" w:lineRule="auto"/>
            </w:pPr>
            <w:r>
              <w:rPr>
                <w:b/>
                <w:color w:val="000000"/>
                <w:sz w:val="15"/>
              </w:rPr>
              <w:t>2. URA – Navodilo – Govorim in pojasnjujem</w:t>
            </w:r>
          </w:p>
          <w:p w14:paraId="60635116" w14:textId="77777777" w:rsidR="00187E2C" w:rsidRDefault="00000000">
            <w:pPr>
              <w:spacing w:after="7" w:line="245" w:lineRule="auto"/>
            </w:pPr>
            <w:r>
              <w:rPr>
                <w:color w:val="000000"/>
                <w:sz w:val="14"/>
              </w:rPr>
              <w:t>V paru govori in posluša, zamenja vlogo, postavi vprašanje ter uporabi besedo iz tedenske besedne banke.</w:t>
            </w:r>
          </w:p>
          <w:p w14:paraId="5D2A9501" w14:textId="77777777" w:rsidR="00187E2C" w:rsidRDefault="00000000">
            <w:pPr>
              <w:spacing w:after="15" w:line="245" w:lineRule="auto"/>
            </w:pPr>
            <w:r>
              <w:rPr>
                <w:color w:val="D95BC6"/>
                <w:sz w:val="14"/>
              </w:rPr>
              <w:t>Dokaz: zvočni posnetek ali anekdotski zapis kratke izmenjave.</w:t>
            </w:r>
          </w:p>
          <w:p w14:paraId="45A3234D" w14:textId="77777777" w:rsidR="00187E2C" w:rsidRDefault="00000000">
            <w:pPr>
              <w:spacing w:after="4" w:line="245" w:lineRule="auto"/>
            </w:pPr>
            <w:r>
              <w:rPr>
                <w:b/>
                <w:color w:val="000000"/>
                <w:sz w:val="15"/>
              </w:rPr>
              <w:t>3. URA – SLIŠIM GLAS /k/ IN ODKRIVAM ČRKO K</w:t>
            </w:r>
          </w:p>
          <w:p w14:paraId="1E8E15F2" w14:textId="77777777" w:rsidR="00187E2C" w:rsidRDefault="00000000">
            <w:pPr>
              <w:spacing w:after="7" w:line="245" w:lineRule="auto"/>
            </w:pPr>
            <w:r>
              <w:rPr>
                <w:color w:val="000000"/>
                <w:sz w:val="14"/>
              </w:rPr>
              <w:t>Besede razvršča z gibanjem, za vsak glas položi žeton, med znaki poišče K ter jo predstavi s telesom ali vrvjo.</w:t>
            </w:r>
          </w:p>
          <w:p w14:paraId="4BEC97A4" w14:textId="77777777" w:rsidR="00187E2C" w:rsidRDefault="00000000">
            <w:pPr>
              <w:spacing w:after="15" w:line="245" w:lineRule="auto"/>
            </w:pPr>
            <w:r>
              <w:rPr>
                <w:color w:val="D95BC6"/>
                <w:sz w:val="14"/>
              </w:rPr>
              <w:t>Dokaz: štiri pravilne glasovne odločitve, izbor črke K in kratka učenčeva razlaga.</w:t>
            </w:r>
          </w:p>
          <w:p w14:paraId="4E82474B" w14:textId="77777777" w:rsidR="00187E2C" w:rsidRDefault="00000000">
            <w:pPr>
              <w:spacing w:after="4" w:line="245" w:lineRule="auto"/>
            </w:pPr>
            <w:r>
              <w:rPr>
                <w:b/>
                <w:color w:val="000000"/>
                <w:sz w:val="15"/>
              </w:rPr>
              <w:t>4. URA – Oblikujem in pišem črko K</w:t>
            </w:r>
          </w:p>
          <w:p w14:paraId="76F5E47B" w14:textId="77777777" w:rsidR="00187E2C" w:rsidRDefault="00000000">
            <w:pPr>
              <w:spacing w:after="7" w:line="245" w:lineRule="auto"/>
            </w:pPr>
            <w:r>
              <w:rPr>
                <w:color w:val="000000"/>
                <w:sz w:val="14"/>
              </w:rPr>
              <w:t>Črko K gradi in zapisuje na različnih podlagah, nato preide na manjši format.</w:t>
            </w:r>
          </w:p>
          <w:p w14:paraId="524B3386" w14:textId="77777777" w:rsidR="00187E2C" w:rsidRDefault="00000000">
            <w:pPr>
              <w:spacing w:after="15" w:line="245" w:lineRule="auto"/>
            </w:pPr>
            <w:r>
              <w:rPr>
                <w:color w:val="D95BC6"/>
                <w:sz w:val="14"/>
              </w:rPr>
              <w:t>Dokaz: fotografija konstrukcije črke K, opazovalni zapis smeri potez in datirana.</w:t>
            </w:r>
          </w:p>
          <w:p w14:paraId="2A048ACD" w14:textId="77777777" w:rsidR="00187E2C" w:rsidRDefault="00000000">
            <w:pPr>
              <w:spacing w:after="4" w:line="245" w:lineRule="auto"/>
            </w:pPr>
            <w:r>
              <w:rPr>
                <w:b/>
                <w:color w:val="000000"/>
                <w:sz w:val="15"/>
              </w:rPr>
              <w:t>5. URA – Berem in uporabim črko K</w:t>
            </w:r>
          </w:p>
          <w:p w14:paraId="0B4D9C43" w14:textId="77777777" w:rsidR="00187E2C" w:rsidRDefault="00000000">
            <w:pPr>
              <w:spacing w:after="7" w:line="245" w:lineRule="auto"/>
            </w:pPr>
            <w:r>
              <w:rPr>
                <w:color w:val="000000"/>
                <w:sz w:val="14"/>
              </w:rPr>
              <w:t>Sestavlja, premešča in bere KA • KI • KO • KE • KU ter KITA • KINO • KOS.</w:t>
            </w:r>
          </w:p>
          <w:p w14:paraId="3B707C40" w14:textId="77777777" w:rsidR="00187E2C" w:rsidRDefault="00000000">
            <w:pPr>
              <w:spacing w:after="15" w:line="245" w:lineRule="auto"/>
            </w:pPr>
            <w:r>
              <w:rPr>
                <w:color w:val="D95BC6"/>
                <w:sz w:val="14"/>
              </w:rPr>
              <w:t>Dokaz: izpolnjen Bralni list 20, individualni bralni zapis.</w:t>
            </w:r>
          </w:p>
        </w:tc>
      </w:tr>
    </w:tbl>
    <w:p w14:paraId="7ECFB01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17B723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0A2A69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ADCBE3F" w14:textId="77777777" w:rsidR="00187E2C" w:rsidRDefault="00000000">
            <w:pPr>
              <w:jc w:val="center"/>
            </w:pPr>
            <w:r>
              <w:rPr>
                <w:b/>
                <w:color w:val="000000"/>
                <w:sz w:val="20"/>
              </w:rPr>
              <w:t>UČNE DEJAVNOSTI, METODE IN FORMATIVNO SPREMLJANJE</w:t>
            </w:r>
          </w:p>
        </w:tc>
      </w:tr>
      <w:tr w:rsidR="00187E2C" w14:paraId="683705E0" w14:textId="77777777">
        <w:trPr>
          <w:tblHeader/>
          <w:jc w:val="center"/>
        </w:trPr>
        <w:tc>
          <w:tcPr>
            <w:tcW w:w="4422" w:type="dxa"/>
            <w:vMerge/>
            <w:tcMar>
              <w:top w:w="70" w:type="dxa"/>
              <w:left w:w="90" w:type="dxa"/>
              <w:bottom w:w="70" w:type="dxa"/>
              <w:right w:w="90" w:type="dxa"/>
            </w:tcMar>
            <w:vAlign w:val="center"/>
          </w:tcPr>
          <w:p w14:paraId="77D9B2F8" w14:textId="77777777" w:rsidR="00187E2C" w:rsidRDefault="00187E2C"/>
        </w:tc>
        <w:tc>
          <w:tcPr>
            <w:tcW w:w="7087" w:type="dxa"/>
            <w:shd w:val="clear" w:color="auto" w:fill="FFFFFF"/>
            <w:tcMar>
              <w:top w:w="70" w:type="dxa"/>
              <w:left w:w="90" w:type="dxa"/>
              <w:bottom w:w="70" w:type="dxa"/>
              <w:right w:w="90" w:type="dxa"/>
            </w:tcMar>
            <w:vAlign w:val="center"/>
          </w:tcPr>
          <w:p w14:paraId="75B3D21F"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E90E893" w14:textId="77777777" w:rsidR="00187E2C" w:rsidRDefault="00000000">
            <w:pPr>
              <w:jc w:val="center"/>
            </w:pPr>
            <w:r>
              <w:rPr>
                <w:b/>
                <w:color w:val="000000"/>
              </w:rPr>
              <w:t>UČENEC</w:t>
            </w:r>
          </w:p>
        </w:tc>
      </w:tr>
      <w:tr w:rsidR="00187E2C" w14:paraId="03B1EB3F" w14:textId="77777777">
        <w:trPr>
          <w:jc w:val="center"/>
        </w:trPr>
        <w:tc>
          <w:tcPr>
            <w:tcW w:w="4422" w:type="dxa"/>
            <w:tcMar>
              <w:top w:w="70" w:type="dxa"/>
              <w:left w:w="90" w:type="dxa"/>
              <w:bottom w:w="70" w:type="dxa"/>
              <w:right w:w="90" w:type="dxa"/>
            </w:tcMar>
          </w:tcPr>
          <w:p w14:paraId="21E93E3D" w14:textId="77777777" w:rsidR="00187E2C" w:rsidRDefault="00187E2C"/>
          <w:p w14:paraId="0C05782A" w14:textId="77777777" w:rsidR="00187E2C" w:rsidRDefault="00000000">
            <w:pPr>
              <w:spacing w:after="40" w:line="245" w:lineRule="auto"/>
            </w:pPr>
            <w:r>
              <w:rPr>
                <w:b/>
                <w:color w:val="000000"/>
              </w:rPr>
              <w:t>FORMATIVNO SPREMLJANJE</w:t>
            </w:r>
          </w:p>
          <w:p w14:paraId="48DF9A1B"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4527D626"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244F4F91"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11AC2666"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1449DDCA" w14:textId="77777777" w:rsidR="00187E2C" w:rsidRDefault="00000000">
            <w:pPr>
              <w:spacing w:before="40" w:after="20" w:line="245" w:lineRule="auto"/>
            </w:pPr>
            <w:r>
              <w:rPr>
                <w:b/>
                <w:color w:val="000000"/>
                <w:sz w:val="17"/>
              </w:rPr>
              <w:t>VARNOST IN ODGOVORNOST</w:t>
            </w:r>
          </w:p>
          <w:p w14:paraId="70CE53D7"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673478E" w14:textId="77777777" w:rsidR="00187E2C" w:rsidRDefault="00000000">
            <w:pPr>
              <w:spacing w:after="20" w:line="245" w:lineRule="auto"/>
            </w:pPr>
            <w:r>
              <w:rPr>
                <w:b/>
                <w:color w:val="000000"/>
                <w:sz w:val="17"/>
              </w:rPr>
              <w:t>EVIDENCA PO IZVEDBI</w:t>
            </w:r>
          </w:p>
          <w:p w14:paraId="7F8CF483"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5D8D554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AB1975E" w14:textId="77777777">
              <w:trPr>
                <w:jc w:val="center"/>
              </w:trPr>
              <w:tc>
                <w:tcPr>
                  <w:tcW w:w="7087" w:type="dxa"/>
                  <w:shd w:val="clear" w:color="auto" w:fill="EDC9EA"/>
                  <w:tcMar>
                    <w:top w:w="45" w:type="dxa"/>
                    <w:left w:w="70" w:type="dxa"/>
                    <w:bottom w:w="45" w:type="dxa"/>
                    <w:right w:w="70" w:type="dxa"/>
                  </w:tcMar>
                </w:tcPr>
                <w:p w14:paraId="120E53CD" w14:textId="77777777" w:rsidR="00187E2C" w:rsidRDefault="00000000">
                  <w:pPr>
                    <w:keepNext/>
                  </w:pPr>
                  <w:r>
                    <w:rPr>
                      <w:b/>
                      <w:color w:val="000000"/>
                    </w:rPr>
                    <w:t>VPRAŠANJA V PODPORO JEZIKOVNEMU, BRALNEMU IN KNJIŽEVNEMU UČENJU</w:t>
                  </w:r>
                </w:p>
              </w:tc>
            </w:tr>
          </w:tbl>
          <w:p w14:paraId="1A08DE52" w14:textId="77777777" w:rsidR="00187E2C" w:rsidRDefault="00187E2C">
            <w:pPr>
              <w:spacing w:line="20" w:lineRule="exact"/>
            </w:pPr>
          </w:p>
          <w:p w14:paraId="6145BC37" w14:textId="77777777" w:rsidR="00187E2C" w:rsidRDefault="00000000">
            <w:pPr>
              <w:pStyle w:val="Oznaenseznam"/>
              <w:spacing w:after="16"/>
            </w:pPr>
            <w:r>
              <w:rPr>
                <w:color w:val="000000"/>
                <w:sz w:val="16"/>
              </w:rPr>
              <w:t>Kaj ti je naslovnica, slika, predmet, zvok ali gib pomagal razumeti?</w:t>
            </w:r>
          </w:p>
          <w:p w14:paraId="4B526E4F" w14:textId="77777777" w:rsidR="00187E2C" w:rsidRDefault="00000000">
            <w:pPr>
              <w:pStyle w:val="Oznaenseznam"/>
              <w:spacing w:after="16"/>
            </w:pPr>
            <w:r>
              <w:rPr>
                <w:color w:val="000000"/>
                <w:sz w:val="16"/>
              </w:rPr>
              <w:t>Kako si našel/-la glas, črko, zlog, besedo ali bistveni podatek?</w:t>
            </w:r>
          </w:p>
          <w:p w14:paraId="345EAEDB" w14:textId="77777777" w:rsidR="00187E2C" w:rsidRDefault="00000000">
            <w:pPr>
              <w:pStyle w:val="Oznaenseznam"/>
              <w:spacing w:after="16"/>
            </w:pPr>
            <w:r>
              <w:rPr>
                <w:color w:val="000000"/>
                <w:sz w:val="16"/>
              </w:rPr>
              <w:t>Kako veš, da tvoja pripoved, branje ali zapis dosega dogovorjeni kriterij?</w:t>
            </w:r>
          </w:p>
          <w:p w14:paraId="2F66DF73" w14:textId="77777777" w:rsidR="00187E2C" w:rsidRDefault="00000000">
            <w:pPr>
              <w:pStyle w:val="Oznaenseznam"/>
              <w:spacing w:after="16"/>
            </w:pPr>
            <w:r>
              <w:rPr>
                <w:color w:val="000000"/>
                <w:sz w:val="16"/>
              </w:rPr>
              <w:t>Ali lahko svoje razumevanje pokažeš še z drugim načinom – govorom, gibanjem, risbo, branjem ali zapisom?</w:t>
            </w:r>
          </w:p>
          <w:p w14:paraId="18971B17"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5C992D52" w14:textId="77777777">
              <w:trPr>
                <w:jc w:val="center"/>
              </w:trPr>
              <w:tc>
                <w:tcPr>
                  <w:tcW w:w="7087" w:type="dxa"/>
                  <w:shd w:val="clear" w:color="auto" w:fill="C6E7F3"/>
                  <w:tcMar>
                    <w:top w:w="45" w:type="dxa"/>
                    <w:left w:w="70" w:type="dxa"/>
                    <w:bottom w:w="45" w:type="dxa"/>
                    <w:right w:w="70" w:type="dxa"/>
                  </w:tcMar>
                </w:tcPr>
                <w:p w14:paraId="77F712CD" w14:textId="77777777" w:rsidR="00187E2C" w:rsidRDefault="00000000">
                  <w:pPr>
                    <w:keepNext/>
                  </w:pPr>
                  <w:r>
                    <w:rPr>
                      <w:b/>
                      <w:color w:val="000000"/>
                    </w:rPr>
                    <w:t>ZAKLJUČNI DEL – UTRJEVANJE, BRALNI ODZIV IN REFLEKSIJA (10–15 min)</w:t>
                  </w:r>
                </w:p>
              </w:tc>
            </w:tr>
          </w:tbl>
          <w:p w14:paraId="7B6C7D86" w14:textId="77777777" w:rsidR="00187E2C" w:rsidRDefault="00187E2C">
            <w:pPr>
              <w:spacing w:line="20" w:lineRule="exact"/>
            </w:pPr>
          </w:p>
          <w:p w14:paraId="0C187C9D"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6CF5F4EB" w14:textId="77777777">
              <w:trPr>
                <w:jc w:val="center"/>
              </w:trPr>
              <w:tc>
                <w:tcPr>
                  <w:tcW w:w="7087" w:type="dxa"/>
                  <w:shd w:val="clear" w:color="auto" w:fill="EDC9EA"/>
                  <w:tcMar>
                    <w:top w:w="45" w:type="dxa"/>
                    <w:left w:w="70" w:type="dxa"/>
                    <w:bottom w:w="45" w:type="dxa"/>
                    <w:right w:w="70" w:type="dxa"/>
                  </w:tcMar>
                </w:tcPr>
                <w:p w14:paraId="22713B20" w14:textId="77777777" w:rsidR="00187E2C" w:rsidRDefault="00000000">
                  <w:pPr>
                    <w:keepNext/>
                  </w:pPr>
                  <w:r>
                    <w:rPr>
                      <w:b/>
                      <w:color w:val="000000"/>
                    </w:rPr>
                    <w:t>SAMOVREDNOTENJE</w:t>
                  </w:r>
                </w:p>
              </w:tc>
            </w:tr>
          </w:tbl>
          <w:p w14:paraId="32C1C15A" w14:textId="77777777" w:rsidR="00187E2C" w:rsidRDefault="00187E2C">
            <w:pPr>
              <w:spacing w:line="20" w:lineRule="exact"/>
            </w:pPr>
          </w:p>
          <w:p w14:paraId="4E23556A"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19B2066" w14:textId="77777777">
              <w:trPr>
                <w:jc w:val="center"/>
              </w:trPr>
              <w:tc>
                <w:tcPr>
                  <w:tcW w:w="7087" w:type="dxa"/>
                  <w:shd w:val="clear" w:color="auto" w:fill="EDC9EA"/>
                  <w:tcMar>
                    <w:top w:w="45" w:type="dxa"/>
                    <w:left w:w="70" w:type="dxa"/>
                    <w:bottom w:w="45" w:type="dxa"/>
                    <w:right w:w="70" w:type="dxa"/>
                  </w:tcMar>
                </w:tcPr>
                <w:p w14:paraId="3C90946E" w14:textId="77777777" w:rsidR="00187E2C" w:rsidRDefault="00000000">
                  <w:pPr>
                    <w:keepNext/>
                  </w:pPr>
                  <w:r>
                    <w:rPr>
                      <w:b/>
                      <w:color w:val="000000"/>
                    </w:rPr>
                    <w:t>VRSTNIŠKO VREDNOTENJE</w:t>
                  </w:r>
                </w:p>
              </w:tc>
            </w:tr>
          </w:tbl>
          <w:p w14:paraId="073693C5" w14:textId="77777777" w:rsidR="00187E2C" w:rsidRDefault="00187E2C">
            <w:pPr>
              <w:spacing w:line="20" w:lineRule="exact"/>
            </w:pPr>
          </w:p>
          <w:p w14:paraId="53CF8E35"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06BFE289" w14:textId="77777777">
              <w:trPr>
                <w:jc w:val="center"/>
              </w:trPr>
              <w:tc>
                <w:tcPr>
                  <w:tcW w:w="7087" w:type="dxa"/>
                  <w:shd w:val="clear" w:color="auto" w:fill="EDC9EA"/>
                  <w:tcMar>
                    <w:top w:w="45" w:type="dxa"/>
                    <w:left w:w="70" w:type="dxa"/>
                    <w:bottom w:w="45" w:type="dxa"/>
                    <w:right w:w="70" w:type="dxa"/>
                  </w:tcMar>
                </w:tcPr>
                <w:p w14:paraId="5C8F7672" w14:textId="77777777" w:rsidR="00187E2C" w:rsidRDefault="00000000">
                  <w:pPr>
                    <w:keepNext/>
                  </w:pPr>
                  <w:r>
                    <w:rPr>
                      <w:b/>
                      <w:color w:val="000000"/>
                    </w:rPr>
                    <w:t>SKUPNI POVZETEK</w:t>
                  </w:r>
                </w:p>
              </w:tc>
            </w:tr>
          </w:tbl>
          <w:p w14:paraId="0A62638F" w14:textId="77777777" w:rsidR="00187E2C" w:rsidRDefault="00187E2C"/>
          <w:p w14:paraId="7B922ADB" w14:textId="77777777" w:rsidR="00187E2C" w:rsidRDefault="00000000">
            <w:pPr>
              <w:spacing w:before="20" w:after="40" w:line="245" w:lineRule="auto"/>
            </w:pPr>
            <w:r>
              <w:rPr>
                <w:b/>
                <w:color w:val="000000"/>
                <w:sz w:val="16"/>
              </w:rPr>
              <w:t>Prepoznam glas /k/ in črko K,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3182FF75" w14:textId="77777777" w:rsidR="00187E2C" w:rsidRDefault="00187E2C"/>
          <w:p w14:paraId="098EF490" w14:textId="77777777" w:rsidR="00187E2C" w:rsidRDefault="00000000">
            <w:pPr>
              <w:spacing w:after="100" w:line="245" w:lineRule="auto"/>
            </w:pPr>
            <w:r>
              <w:rPr>
                <w:color w:val="000000"/>
                <w:sz w:val="16"/>
              </w:rPr>
              <w:t>Odgovarja na podporna vprašanja ter se sklicuje na poslušano besedilo, sliko, govor, bralni list ali zapis.</w:t>
            </w:r>
          </w:p>
          <w:p w14:paraId="4C48EF9C" w14:textId="77777777" w:rsidR="00187E2C" w:rsidRDefault="00000000">
            <w:pPr>
              <w:spacing w:after="100" w:line="245" w:lineRule="auto"/>
            </w:pPr>
            <w:r>
              <w:rPr>
                <w:color w:val="000000"/>
                <w:sz w:val="16"/>
              </w:rPr>
              <w:t>Primerja začetni odziv z novim dokazom in pojasni, kaj se je naučil/-a.</w:t>
            </w:r>
          </w:p>
          <w:p w14:paraId="251D0F76" w14:textId="77777777" w:rsidR="00187E2C" w:rsidRDefault="00000000">
            <w:pPr>
              <w:spacing w:after="100" w:line="245" w:lineRule="auto"/>
            </w:pPr>
            <w:r>
              <w:rPr>
                <w:color w:val="000000"/>
                <w:sz w:val="16"/>
              </w:rPr>
              <w:t>Izbere raven samostojnosti in določi naslednji korak.</w:t>
            </w:r>
          </w:p>
          <w:p w14:paraId="66E6E8E6" w14:textId="77777777" w:rsidR="00187E2C" w:rsidRDefault="00000000">
            <w:pPr>
              <w:spacing w:after="100" w:line="245" w:lineRule="auto"/>
            </w:pPr>
            <w:r>
              <w:rPr>
                <w:color w:val="000000"/>
                <w:sz w:val="16"/>
              </w:rPr>
              <w:t>Sošolcu poda prijazen in konkreten odziv, vezan na kriterij.</w:t>
            </w:r>
          </w:p>
          <w:p w14:paraId="4381A0E3" w14:textId="77777777" w:rsidR="00187E2C" w:rsidRDefault="00000000">
            <w:pPr>
              <w:spacing w:after="20" w:line="245" w:lineRule="auto"/>
            </w:pPr>
            <w:r>
              <w:rPr>
                <w:b/>
                <w:color w:val="D95BC6"/>
                <w:sz w:val="17"/>
              </w:rPr>
              <w:t>DOKAZ O UČENJU</w:t>
            </w:r>
          </w:p>
          <w:p w14:paraId="5F05FC6E"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5B9A76D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8954627" w14:textId="77777777">
        <w:trPr>
          <w:cantSplit/>
          <w:jc w:val="center"/>
        </w:trPr>
        <w:tc>
          <w:tcPr>
            <w:tcW w:w="14060" w:type="dxa"/>
            <w:gridSpan w:val="6"/>
            <w:tcMar>
              <w:top w:w="70" w:type="dxa"/>
              <w:left w:w="90" w:type="dxa"/>
              <w:bottom w:w="70" w:type="dxa"/>
              <w:right w:w="90" w:type="dxa"/>
            </w:tcMar>
            <w:vAlign w:val="center"/>
          </w:tcPr>
          <w:p w14:paraId="4FCE4E0E" w14:textId="77777777" w:rsidR="00187E2C" w:rsidRDefault="00000000">
            <w:pPr>
              <w:jc w:val="center"/>
            </w:pPr>
            <w:r>
              <w:rPr>
                <w:b/>
                <w:color w:val="000000"/>
                <w:sz w:val="24"/>
              </w:rPr>
              <w:lastRenderedPageBreak/>
              <w:t>UČNA PRIPRAVA 21/39</w:t>
            </w:r>
          </w:p>
        </w:tc>
      </w:tr>
      <w:tr w:rsidR="00187E2C" w14:paraId="21EC4DB2" w14:textId="77777777">
        <w:trPr>
          <w:jc w:val="center"/>
        </w:trPr>
        <w:tc>
          <w:tcPr>
            <w:tcW w:w="2665" w:type="dxa"/>
            <w:tcMar>
              <w:top w:w="70" w:type="dxa"/>
              <w:left w:w="90" w:type="dxa"/>
              <w:bottom w:w="70" w:type="dxa"/>
              <w:right w:w="90" w:type="dxa"/>
            </w:tcMar>
            <w:vAlign w:val="center"/>
          </w:tcPr>
          <w:p w14:paraId="51B1228E"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3877A01"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F6038BA"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96D1289" w14:textId="77777777" w:rsidR="00187E2C" w:rsidRDefault="00000000">
            <w:r>
              <w:rPr>
                <w:b/>
                <w:color w:val="000000"/>
                <w:sz w:val="16"/>
              </w:rPr>
              <w:t xml:space="preserve">NAČRTOVANI TERMIN: </w:t>
            </w:r>
            <w:r>
              <w:rPr>
                <w:color w:val="000000"/>
                <w:sz w:val="16"/>
              </w:rPr>
              <w:t>21. teden • 1.–5. 2. 2027</w:t>
            </w:r>
          </w:p>
        </w:tc>
        <w:tc>
          <w:tcPr>
            <w:tcW w:w="2268" w:type="dxa"/>
            <w:tcMar>
              <w:top w:w="70" w:type="dxa"/>
              <w:left w:w="90" w:type="dxa"/>
              <w:bottom w:w="70" w:type="dxa"/>
              <w:right w:w="90" w:type="dxa"/>
            </w:tcMar>
            <w:vAlign w:val="center"/>
          </w:tcPr>
          <w:p w14:paraId="286CD8E1"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2C8F1AC" w14:textId="77777777" w:rsidR="00187E2C" w:rsidRDefault="00000000">
            <w:r>
              <w:rPr>
                <w:b/>
                <w:color w:val="000000"/>
                <w:sz w:val="16"/>
              </w:rPr>
              <w:t xml:space="preserve">ŠTEVILO UR: </w:t>
            </w:r>
            <w:r>
              <w:rPr>
                <w:color w:val="000000"/>
                <w:sz w:val="16"/>
              </w:rPr>
              <w:t>6</w:t>
            </w:r>
          </w:p>
        </w:tc>
      </w:tr>
      <w:tr w:rsidR="00187E2C" w14:paraId="5C7CFAAD" w14:textId="77777777">
        <w:trPr>
          <w:jc w:val="center"/>
        </w:trPr>
        <w:tc>
          <w:tcPr>
            <w:tcW w:w="14061" w:type="dxa"/>
            <w:gridSpan w:val="6"/>
            <w:tcMar>
              <w:top w:w="70" w:type="dxa"/>
              <w:left w:w="90" w:type="dxa"/>
              <w:bottom w:w="70" w:type="dxa"/>
              <w:right w:w="90" w:type="dxa"/>
            </w:tcMar>
            <w:vAlign w:val="center"/>
          </w:tcPr>
          <w:p w14:paraId="016D6309"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4C9E6A02" w14:textId="77777777">
        <w:trPr>
          <w:cantSplit/>
          <w:jc w:val="center"/>
        </w:trPr>
        <w:tc>
          <w:tcPr>
            <w:tcW w:w="14060" w:type="dxa"/>
            <w:gridSpan w:val="6"/>
            <w:tcMar>
              <w:top w:w="70" w:type="dxa"/>
              <w:left w:w="90" w:type="dxa"/>
              <w:bottom w:w="70" w:type="dxa"/>
              <w:right w:w="90" w:type="dxa"/>
            </w:tcMar>
            <w:vAlign w:val="center"/>
          </w:tcPr>
          <w:p w14:paraId="41A9B7B5" w14:textId="77777777" w:rsidR="00187E2C" w:rsidRDefault="00187E2C"/>
          <w:p w14:paraId="26F97F89" w14:textId="77777777" w:rsidR="00187E2C" w:rsidRDefault="00000000">
            <w:pPr>
              <w:spacing w:line="245" w:lineRule="auto"/>
            </w:pPr>
            <w:r>
              <w:rPr>
                <w:b/>
                <w:color w:val="000000"/>
                <w:sz w:val="16"/>
              </w:rPr>
              <w:t xml:space="preserve">UČNI SKLOP: </w:t>
            </w:r>
            <w:r>
              <w:rPr>
                <w:color w:val="000000"/>
                <w:sz w:val="16"/>
              </w:rPr>
              <w:t>NEKOČ IN DANES – ČAS IN DEDIŠČINA</w:t>
            </w:r>
          </w:p>
        </w:tc>
      </w:tr>
      <w:tr w:rsidR="00187E2C" w14:paraId="36A07AD1" w14:textId="77777777">
        <w:trPr>
          <w:cantSplit/>
          <w:jc w:val="center"/>
        </w:trPr>
        <w:tc>
          <w:tcPr>
            <w:tcW w:w="14060" w:type="dxa"/>
            <w:gridSpan w:val="6"/>
            <w:tcMar>
              <w:top w:w="70" w:type="dxa"/>
              <w:left w:w="90" w:type="dxa"/>
              <w:bottom w:w="70" w:type="dxa"/>
              <w:right w:w="90" w:type="dxa"/>
            </w:tcMar>
            <w:vAlign w:val="center"/>
          </w:tcPr>
          <w:p w14:paraId="7455B440" w14:textId="77777777" w:rsidR="00187E2C" w:rsidRDefault="00187E2C"/>
          <w:p w14:paraId="16F1002D" w14:textId="77777777" w:rsidR="00187E2C" w:rsidRDefault="00000000">
            <w:pPr>
              <w:spacing w:line="245" w:lineRule="auto"/>
            </w:pPr>
            <w:r>
              <w:rPr>
                <w:b/>
                <w:color w:val="000000"/>
                <w:sz w:val="16"/>
              </w:rPr>
              <w:t xml:space="preserve">UČNA TEMA: </w:t>
            </w:r>
            <w:r>
              <w:rPr>
                <w:color w:val="000000"/>
                <w:sz w:val="16"/>
              </w:rPr>
              <w:t>BESEDILO O PRETEKLOSTI • VELIKA TISKANA ČRKA P</w:t>
            </w:r>
          </w:p>
        </w:tc>
      </w:tr>
      <w:tr w:rsidR="00187E2C" w14:paraId="00EAE50F" w14:textId="77777777">
        <w:trPr>
          <w:cantSplit/>
          <w:jc w:val="center"/>
        </w:trPr>
        <w:tc>
          <w:tcPr>
            <w:tcW w:w="14060" w:type="dxa"/>
            <w:gridSpan w:val="6"/>
            <w:tcMar>
              <w:top w:w="70" w:type="dxa"/>
              <w:left w:w="90" w:type="dxa"/>
              <w:bottom w:w="70" w:type="dxa"/>
              <w:right w:w="90" w:type="dxa"/>
            </w:tcMar>
            <w:vAlign w:val="center"/>
          </w:tcPr>
          <w:p w14:paraId="45946DCE" w14:textId="77777777" w:rsidR="00187E2C" w:rsidRDefault="00187E2C"/>
          <w:p w14:paraId="6A45556B" w14:textId="77777777" w:rsidR="00187E2C" w:rsidRDefault="00000000">
            <w:pPr>
              <w:spacing w:line="245" w:lineRule="auto"/>
            </w:pPr>
            <w:r>
              <w:rPr>
                <w:b/>
                <w:color w:val="000000"/>
                <w:sz w:val="16"/>
              </w:rPr>
              <w:t xml:space="preserve">KNJIŽEVNO IZHODIŠČE IN MOTIV: </w:t>
            </w:r>
            <w:r>
              <w:rPr>
                <w:color w:val="000000"/>
                <w:sz w:val="16"/>
              </w:rPr>
              <w:t>»Janček Ježek« – slovenska ljudska pravljica • nekoč in danes, časovno zaporedje in ljudsko izročilo</w:t>
            </w:r>
          </w:p>
        </w:tc>
      </w:tr>
      <w:tr w:rsidR="00187E2C" w14:paraId="5652B3D9" w14:textId="77777777">
        <w:trPr>
          <w:cantSplit/>
          <w:jc w:val="center"/>
        </w:trPr>
        <w:tc>
          <w:tcPr>
            <w:tcW w:w="14060" w:type="dxa"/>
            <w:gridSpan w:val="6"/>
            <w:tcMar>
              <w:top w:w="70" w:type="dxa"/>
              <w:left w:w="90" w:type="dxa"/>
              <w:bottom w:w="70" w:type="dxa"/>
              <w:right w:w="90" w:type="dxa"/>
            </w:tcMar>
            <w:vAlign w:val="center"/>
          </w:tcPr>
          <w:p w14:paraId="4E62153D" w14:textId="77777777" w:rsidR="00187E2C" w:rsidRDefault="00187E2C"/>
          <w:p w14:paraId="23D5A61F" w14:textId="77777777" w:rsidR="00187E2C" w:rsidRDefault="00000000">
            <w:pPr>
              <w:spacing w:line="245" w:lineRule="auto"/>
            </w:pPr>
            <w:r>
              <w:rPr>
                <w:b/>
                <w:color w:val="000000"/>
                <w:sz w:val="16"/>
              </w:rPr>
              <w:t xml:space="preserve">BRALNI LIST / ČRKA: </w:t>
            </w:r>
            <w:r>
              <w:rPr>
                <w:color w:val="000000"/>
                <w:sz w:val="16"/>
              </w:rPr>
              <w:t>ČRKA P • BRALNI LIST 21 – Berem črko P in zloge ter besede: glas /p/ znane črke: A, E, I, O, U, N, M, T, J, V, R, S, L, K, P; slišim glas; prepoznam črko; navpična in zgornja zaobljena poteza; berem in zapišem</w:t>
            </w:r>
          </w:p>
        </w:tc>
      </w:tr>
      <w:tr w:rsidR="00187E2C" w14:paraId="22FFF8C7" w14:textId="77777777">
        <w:trPr>
          <w:cantSplit/>
          <w:jc w:val="center"/>
        </w:trPr>
        <w:tc>
          <w:tcPr>
            <w:tcW w:w="14060" w:type="dxa"/>
            <w:gridSpan w:val="6"/>
            <w:tcMar>
              <w:top w:w="70" w:type="dxa"/>
              <w:left w:w="90" w:type="dxa"/>
              <w:bottom w:w="70" w:type="dxa"/>
              <w:right w:w="90" w:type="dxa"/>
            </w:tcMar>
            <w:vAlign w:val="center"/>
          </w:tcPr>
          <w:p w14:paraId="3DCA7BB3" w14:textId="77777777" w:rsidR="00187E2C" w:rsidRDefault="00187E2C"/>
          <w:p w14:paraId="1BF86323" w14:textId="77777777" w:rsidR="00187E2C" w:rsidRDefault="00000000">
            <w:pPr>
              <w:spacing w:line="245" w:lineRule="auto"/>
            </w:pPr>
            <w:r>
              <w:rPr>
                <w:b/>
                <w:color w:val="000000"/>
                <w:sz w:val="16"/>
              </w:rPr>
              <w:t xml:space="preserve">UČNE ENOTE: </w:t>
            </w:r>
            <w:r>
              <w:rPr>
                <w:color w:val="000000"/>
                <w:sz w:val="16"/>
              </w:rPr>
              <w:t>1. ura – Besedilo o preteklosti – Poslušam in doživljam • 2. ura – Besedilo o preteklosti – Govorim in pojasnjujem • 3. ura – Besedilo o preteklosti – Razčlenjujem jezik • 4. ura – SLIŠIM GLAS /p/ IN ODKRIVAM ČRKO P • 5. ura – Oblikujem in pišem črko P • 6. ura – Berem in uporabim črko P</w:t>
            </w:r>
          </w:p>
        </w:tc>
      </w:tr>
      <w:tr w:rsidR="00187E2C" w14:paraId="20BF3BBC" w14:textId="77777777">
        <w:trPr>
          <w:cantSplit/>
          <w:jc w:val="center"/>
        </w:trPr>
        <w:tc>
          <w:tcPr>
            <w:tcW w:w="14060" w:type="dxa"/>
            <w:gridSpan w:val="6"/>
            <w:tcMar>
              <w:top w:w="70" w:type="dxa"/>
              <w:left w:w="90" w:type="dxa"/>
              <w:bottom w:w="70" w:type="dxa"/>
              <w:right w:w="90" w:type="dxa"/>
            </w:tcMar>
            <w:vAlign w:val="center"/>
          </w:tcPr>
          <w:p w14:paraId="50F7B392" w14:textId="77777777" w:rsidR="00187E2C" w:rsidRDefault="00187E2C"/>
          <w:p w14:paraId="49B0DA9B"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3799BE29" w14:textId="77777777">
        <w:trPr>
          <w:cantSplit/>
          <w:jc w:val="center"/>
        </w:trPr>
        <w:tc>
          <w:tcPr>
            <w:tcW w:w="14060" w:type="dxa"/>
            <w:gridSpan w:val="6"/>
            <w:tcMar>
              <w:top w:w="70" w:type="dxa"/>
              <w:left w:w="90" w:type="dxa"/>
              <w:bottom w:w="70" w:type="dxa"/>
              <w:right w:w="90" w:type="dxa"/>
            </w:tcMar>
            <w:vAlign w:val="center"/>
          </w:tcPr>
          <w:p w14:paraId="63636373" w14:textId="77777777" w:rsidR="00187E2C" w:rsidRDefault="00187E2C"/>
          <w:p w14:paraId="76EB2FE8"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B3FD661" w14:textId="77777777">
        <w:trPr>
          <w:cantSplit/>
          <w:jc w:val="center"/>
        </w:trPr>
        <w:tc>
          <w:tcPr>
            <w:tcW w:w="14060" w:type="dxa"/>
            <w:gridSpan w:val="6"/>
            <w:tcMar>
              <w:top w:w="70" w:type="dxa"/>
              <w:left w:w="90" w:type="dxa"/>
              <w:bottom w:w="70" w:type="dxa"/>
              <w:right w:w="90" w:type="dxa"/>
            </w:tcMar>
            <w:vAlign w:val="center"/>
          </w:tcPr>
          <w:p w14:paraId="2020ED82" w14:textId="77777777" w:rsidR="00187E2C" w:rsidRDefault="00187E2C"/>
          <w:p w14:paraId="2A445A10"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235A6222" w14:textId="77777777">
        <w:trPr>
          <w:cantSplit/>
          <w:jc w:val="center"/>
        </w:trPr>
        <w:tc>
          <w:tcPr>
            <w:tcW w:w="14060" w:type="dxa"/>
            <w:gridSpan w:val="6"/>
            <w:tcMar>
              <w:top w:w="70" w:type="dxa"/>
              <w:left w:w="90" w:type="dxa"/>
              <w:bottom w:w="70" w:type="dxa"/>
              <w:right w:w="90" w:type="dxa"/>
            </w:tcMar>
            <w:vAlign w:val="center"/>
          </w:tcPr>
          <w:p w14:paraId="7B101469" w14:textId="77777777" w:rsidR="00187E2C" w:rsidRDefault="00187E2C"/>
          <w:p w14:paraId="32EC03CB" w14:textId="77777777" w:rsidR="00187E2C" w:rsidRDefault="00000000">
            <w:pPr>
              <w:spacing w:line="245" w:lineRule="auto"/>
            </w:pPr>
            <w:r>
              <w:rPr>
                <w:b/>
                <w:color w:val="000000"/>
                <w:sz w:val="16"/>
              </w:rPr>
              <w:t xml:space="preserve">MEDPREDMETNE POVEZAVE: </w:t>
            </w:r>
            <w:r>
              <w:rPr>
                <w:color w:val="000000"/>
                <w:sz w:val="16"/>
              </w:rPr>
              <w:t>SPO – nekoč in danes, časovno zaporedje in ljudsko izročilo; GUM – ritem, zvočnost in glas; LUM – ilustracija, črta in grafomotorika; ŠPO – gibalna pripoved, dramatizacija in postaje; MAT – smer, zaporedje in orientacija</w:t>
            </w:r>
          </w:p>
        </w:tc>
      </w:tr>
      <w:tr w:rsidR="00187E2C" w14:paraId="6AF76988" w14:textId="77777777">
        <w:trPr>
          <w:cantSplit/>
          <w:jc w:val="center"/>
        </w:trPr>
        <w:tc>
          <w:tcPr>
            <w:tcW w:w="14060" w:type="dxa"/>
            <w:gridSpan w:val="6"/>
            <w:tcMar>
              <w:top w:w="70" w:type="dxa"/>
              <w:left w:w="90" w:type="dxa"/>
              <w:bottom w:w="70" w:type="dxa"/>
              <w:right w:w="90" w:type="dxa"/>
            </w:tcMar>
            <w:vAlign w:val="center"/>
          </w:tcPr>
          <w:p w14:paraId="5D736E98" w14:textId="77777777" w:rsidR="00187E2C" w:rsidRDefault="00187E2C"/>
          <w:p w14:paraId="3066988F" w14:textId="77777777" w:rsidR="00187E2C" w:rsidRDefault="00000000">
            <w:pPr>
              <w:spacing w:line="245" w:lineRule="auto"/>
            </w:pPr>
            <w:r>
              <w:rPr>
                <w:b/>
                <w:color w:val="000000"/>
                <w:sz w:val="16"/>
              </w:rPr>
              <w:t xml:space="preserve">UČNA SREDSTVA IN PRIPOMOČKI: </w:t>
            </w:r>
            <w:r>
              <w:rPr>
                <w:color w:val="000000"/>
                <w:sz w:val="16"/>
              </w:rPr>
              <w:t>ČRKA P • BRALNI LIST 21, povečano besedilo oziroma kartice, slikanica ali odlomek, slikovno zaporedje, kartice besed in glasov, talne črke ali zlogi, ogledala, vrvice ali modelirna masa, mini tabla, zvezek oziroma jezikovna mapa</w:t>
            </w:r>
          </w:p>
        </w:tc>
      </w:tr>
      <w:tr w:rsidR="00187E2C" w14:paraId="40D05E32" w14:textId="77777777">
        <w:trPr>
          <w:cantSplit/>
          <w:jc w:val="center"/>
        </w:trPr>
        <w:tc>
          <w:tcPr>
            <w:tcW w:w="14060" w:type="dxa"/>
            <w:gridSpan w:val="6"/>
            <w:tcMar>
              <w:top w:w="70" w:type="dxa"/>
              <w:left w:w="90" w:type="dxa"/>
              <w:bottom w:w="70" w:type="dxa"/>
              <w:right w:w="90" w:type="dxa"/>
            </w:tcMar>
            <w:vAlign w:val="center"/>
          </w:tcPr>
          <w:p w14:paraId="30988077" w14:textId="77777777" w:rsidR="00187E2C" w:rsidRDefault="00187E2C"/>
          <w:p w14:paraId="65852B05"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4D528C78" w14:textId="77777777">
        <w:trPr>
          <w:cantSplit/>
          <w:jc w:val="center"/>
        </w:trPr>
        <w:tc>
          <w:tcPr>
            <w:tcW w:w="14060" w:type="dxa"/>
            <w:gridSpan w:val="6"/>
            <w:tcMar>
              <w:top w:w="70" w:type="dxa"/>
              <w:left w:w="90" w:type="dxa"/>
              <w:bottom w:w="70" w:type="dxa"/>
              <w:right w:w="90" w:type="dxa"/>
            </w:tcMar>
            <w:vAlign w:val="center"/>
          </w:tcPr>
          <w:p w14:paraId="14BA75EA" w14:textId="77777777" w:rsidR="00187E2C" w:rsidRDefault="00187E2C"/>
          <w:p w14:paraId="504A4C00"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5D151E1C" w14:textId="77777777">
        <w:trPr>
          <w:cantSplit/>
          <w:jc w:val="center"/>
        </w:trPr>
        <w:tc>
          <w:tcPr>
            <w:tcW w:w="14060" w:type="dxa"/>
            <w:gridSpan w:val="6"/>
            <w:tcMar>
              <w:top w:w="70" w:type="dxa"/>
              <w:left w:w="90" w:type="dxa"/>
              <w:bottom w:w="70" w:type="dxa"/>
              <w:right w:w="90" w:type="dxa"/>
            </w:tcMar>
            <w:vAlign w:val="center"/>
          </w:tcPr>
          <w:p w14:paraId="72E3A3B8" w14:textId="77777777" w:rsidR="00187E2C" w:rsidRDefault="00187E2C"/>
          <w:p w14:paraId="220CB8AA"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E30F58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1B0073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4848B0"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193916" w14:textId="77777777" w:rsidR="00187E2C" w:rsidRDefault="00000000">
            <w:pPr>
              <w:jc w:val="center"/>
            </w:pPr>
            <w:r>
              <w:rPr>
                <w:b/>
                <w:color w:val="000000"/>
                <w:sz w:val="20"/>
              </w:rPr>
              <w:t>UČNE DEJAVNOSTI, METODE IN FORMATIVNO SPREMLJANJE</w:t>
            </w:r>
          </w:p>
        </w:tc>
      </w:tr>
      <w:tr w:rsidR="00187E2C" w14:paraId="66500450" w14:textId="77777777">
        <w:trPr>
          <w:tblHeader/>
          <w:jc w:val="center"/>
        </w:trPr>
        <w:tc>
          <w:tcPr>
            <w:tcW w:w="4422" w:type="dxa"/>
            <w:vMerge/>
            <w:tcMar>
              <w:top w:w="70" w:type="dxa"/>
              <w:left w:w="90" w:type="dxa"/>
              <w:bottom w:w="70" w:type="dxa"/>
              <w:right w:w="90" w:type="dxa"/>
            </w:tcMar>
            <w:vAlign w:val="center"/>
          </w:tcPr>
          <w:p w14:paraId="2910A291" w14:textId="77777777" w:rsidR="00187E2C" w:rsidRDefault="00187E2C"/>
        </w:tc>
        <w:tc>
          <w:tcPr>
            <w:tcW w:w="7087" w:type="dxa"/>
            <w:shd w:val="clear" w:color="auto" w:fill="FFFFFF"/>
            <w:tcMar>
              <w:top w:w="70" w:type="dxa"/>
              <w:left w:w="90" w:type="dxa"/>
              <w:bottom w:w="70" w:type="dxa"/>
              <w:right w:w="90" w:type="dxa"/>
            </w:tcMar>
            <w:vAlign w:val="center"/>
          </w:tcPr>
          <w:p w14:paraId="7E395E40"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9E1CBAF" w14:textId="77777777" w:rsidR="00187E2C" w:rsidRDefault="00000000">
            <w:pPr>
              <w:jc w:val="center"/>
            </w:pPr>
            <w:r>
              <w:rPr>
                <w:b/>
                <w:color w:val="000000"/>
              </w:rPr>
              <w:t>UČENEC</w:t>
            </w:r>
          </w:p>
        </w:tc>
      </w:tr>
      <w:tr w:rsidR="00187E2C" w14:paraId="45425E08" w14:textId="77777777">
        <w:trPr>
          <w:jc w:val="center"/>
        </w:trPr>
        <w:tc>
          <w:tcPr>
            <w:tcW w:w="4422" w:type="dxa"/>
            <w:tcMar>
              <w:top w:w="70" w:type="dxa"/>
              <w:left w:w="90" w:type="dxa"/>
              <w:bottom w:w="70" w:type="dxa"/>
              <w:right w:w="90" w:type="dxa"/>
            </w:tcMar>
          </w:tcPr>
          <w:p w14:paraId="26C26820" w14:textId="77777777" w:rsidR="00187E2C" w:rsidRDefault="00187E2C"/>
          <w:p w14:paraId="0B215F28" w14:textId="77777777" w:rsidR="00187E2C" w:rsidRDefault="00000000">
            <w:pPr>
              <w:spacing w:after="60" w:line="245" w:lineRule="auto"/>
            </w:pPr>
            <w:r>
              <w:rPr>
                <w:b/>
                <w:color w:val="000000"/>
              </w:rPr>
              <w:t>UČNI CILJI</w:t>
            </w:r>
          </w:p>
          <w:p w14:paraId="1A4C389B" w14:textId="77777777" w:rsidR="00187E2C" w:rsidRDefault="00000000">
            <w:pPr>
              <w:spacing w:after="20" w:line="245" w:lineRule="auto"/>
            </w:pPr>
            <w:r>
              <w:rPr>
                <w:b/>
                <w:color w:val="000000"/>
                <w:sz w:val="17"/>
              </w:rPr>
              <w:t>SPLOŠNI</w:t>
            </w:r>
          </w:p>
          <w:p w14:paraId="79245930"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027E8033" w14:textId="77777777" w:rsidR="00187E2C" w:rsidRDefault="00000000">
            <w:pPr>
              <w:pStyle w:val="Oznaenseznam"/>
              <w:spacing w:after="16"/>
            </w:pPr>
            <w:r>
              <w:rPr>
                <w:color w:val="000000"/>
                <w:sz w:val="16"/>
              </w:rPr>
              <w:t>doživlja književno besedilo ter se nanj odziva z govorom, gibanjem, dramatizacijo, risbo ali zapisom</w:t>
            </w:r>
          </w:p>
          <w:p w14:paraId="4A08DE72" w14:textId="77777777" w:rsidR="00187E2C" w:rsidRDefault="00000000">
            <w:pPr>
              <w:pStyle w:val="Oznaenseznam"/>
              <w:spacing w:after="16"/>
            </w:pPr>
            <w:r>
              <w:rPr>
                <w:color w:val="000000"/>
                <w:sz w:val="16"/>
              </w:rPr>
              <w:t>razvija glasovno zavedanje, povezavo glas–črka in začetno branje ter pisanje po individualnem napredku</w:t>
            </w:r>
          </w:p>
          <w:p w14:paraId="514AA4EA" w14:textId="77777777" w:rsidR="00187E2C" w:rsidRDefault="00000000">
            <w:pPr>
              <w:pStyle w:val="Oznaenseznam"/>
              <w:spacing w:after="16"/>
            </w:pPr>
            <w:r>
              <w:rPr>
                <w:color w:val="000000"/>
                <w:sz w:val="16"/>
              </w:rPr>
              <w:t>ob namenih in kriterijih spremlja svoje učenje ter uporabi opisno povratno informacijo</w:t>
            </w:r>
          </w:p>
          <w:p w14:paraId="37A58C43" w14:textId="77777777" w:rsidR="00187E2C" w:rsidRDefault="00000000">
            <w:pPr>
              <w:spacing w:before="40" w:after="20" w:line="245" w:lineRule="auto"/>
            </w:pPr>
            <w:r>
              <w:rPr>
                <w:b/>
                <w:color w:val="000000"/>
                <w:sz w:val="17"/>
              </w:rPr>
              <w:t>OPERATIVNI</w:t>
            </w:r>
          </w:p>
          <w:p w14:paraId="6502A55A" w14:textId="77777777" w:rsidR="00187E2C" w:rsidRDefault="00000000">
            <w:pPr>
              <w:pStyle w:val="Oznaenseznam"/>
              <w:spacing w:after="16"/>
            </w:pPr>
            <w:r>
              <w:rPr>
                <w:color w:val="000000"/>
                <w:sz w:val="16"/>
              </w:rPr>
              <w:t>posluša spominsko pripoved</w:t>
            </w:r>
          </w:p>
          <w:p w14:paraId="318E64AF" w14:textId="77777777" w:rsidR="00187E2C" w:rsidRDefault="00000000">
            <w:pPr>
              <w:pStyle w:val="Oznaenseznam"/>
              <w:spacing w:after="16"/>
            </w:pPr>
            <w:r>
              <w:rPr>
                <w:color w:val="000000"/>
                <w:sz w:val="16"/>
              </w:rPr>
              <w:t>postavlja vprašanja</w:t>
            </w:r>
          </w:p>
          <w:p w14:paraId="3EB95222" w14:textId="77777777" w:rsidR="00187E2C" w:rsidRDefault="00000000">
            <w:pPr>
              <w:pStyle w:val="Oznaenseznam"/>
              <w:spacing w:after="16"/>
            </w:pPr>
            <w:r>
              <w:rPr>
                <w:color w:val="000000"/>
                <w:sz w:val="16"/>
              </w:rPr>
              <w:t>pove dogodek v časovnem zaporedju</w:t>
            </w:r>
          </w:p>
          <w:p w14:paraId="6690C3E8" w14:textId="77777777" w:rsidR="00187E2C" w:rsidRDefault="00000000">
            <w:pPr>
              <w:pStyle w:val="Oznaenseznam"/>
              <w:spacing w:after="16"/>
            </w:pPr>
            <w:r>
              <w:rPr>
                <w:color w:val="000000"/>
                <w:sz w:val="16"/>
              </w:rPr>
              <w:t>prepozna in poimenuje veliko tiskano črko P ter jo poveže z glasom /p/</w:t>
            </w:r>
          </w:p>
          <w:p w14:paraId="5AB88827" w14:textId="77777777" w:rsidR="00187E2C" w:rsidRDefault="00000000">
            <w:pPr>
              <w:pStyle w:val="Oznaenseznam"/>
              <w:spacing w:after="16"/>
            </w:pPr>
            <w:r>
              <w:rPr>
                <w:color w:val="000000"/>
                <w:sz w:val="16"/>
              </w:rPr>
              <w:t>veččutno oblikuje in čitljivo zapiše veliko tiskano črko P</w:t>
            </w:r>
          </w:p>
          <w:p w14:paraId="744C1715" w14:textId="77777777" w:rsidR="00187E2C" w:rsidRDefault="00000000">
            <w:pPr>
              <w:pStyle w:val="Oznaenseznam"/>
              <w:spacing w:after="16"/>
            </w:pPr>
            <w:r>
              <w:rPr>
                <w:color w:val="000000"/>
                <w:sz w:val="16"/>
              </w:rPr>
              <w:t>bere in sestavlja zloge oziroma besede z znanimi črkami: PES • PILA • PERO • POT</w:t>
            </w:r>
          </w:p>
          <w:p w14:paraId="261E7572" w14:textId="77777777" w:rsidR="00187E2C" w:rsidRDefault="00000000">
            <w:pPr>
              <w:spacing w:before="40" w:after="20" w:line="245" w:lineRule="auto"/>
            </w:pPr>
            <w:r>
              <w:rPr>
                <w:b/>
                <w:color w:val="000000"/>
                <w:sz w:val="17"/>
              </w:rPr>
              <w:t>PRIČAKOVANI DOSEŽKI / MINIMALNI POUDARKI</w:t>
            </w:r>
          </w:p>
          <w:p w14:paraId="798C50C8" w14:textId="77777777" w:rsidR="00187E2C" w:rsidRDefault="00000000">
            <w:pPr>
              <w:pStyle w:val="Oznaenseznam"/>
              <w:spacing w:after="16"/>
            </w:pPr>
            <w:r>
              <w:rPr>
                <w:color w:val="000000"/>
                <w:sz w:val="15"/>
              </w:rPr>
              <w:t>samostojno oziroma z dogovorjeno oporo posluša spominsko pripoved</w:t>
            </w:r>
          </w:p>
          <w:p w14:paraId="1703F59B" w14:textId="77777777" w:rsidR="00187E2C" w:rsidRDefault="00000000">
            <w:pPr>
              <w:pStyle w:val="Oznaenseznam"/>
              <w:spacing w:after="16"/>
            </w:pPr>
            <w:r>
              <w:rPr>
                <w:color w:val="000000"/>
                <w:sz w:val="15"/>
              </w:rPr>
              <w:t>samostojno oziroma z dogovorjeno oporo postavlja vprašanja</w:t>
            </w:r>
          </w:p>
          <w:p w14:paraId="0DF1F2FC" w14:textId="77777777" w:rsidR="00187E2C" w:rsidRDefault="00000000">
            <w:pPr>
              <w:pStyle w:val="Oznaenseznam"/>
              <w:spacing w:after="16"/>
            </w:pPr>
            <w:r>
              <w:rPr>
                <w:color w:val="000000"/>
                <w:sz w:val="15"/>
              </w:rPr>
              <w:t>samostojno oziroma z dogovorjeno oporo pove dogodek v časovnem zaporedju</w:t>
            </w:r>
          </w:p>
          <w:p w14:paraId="16035F74" w14:textId="77777777" w:rsidR="00187E2C" w:rsidRDefault="00000000">
            <w:pPr>
              <w:pStyle w:val="Oznaenseznam"/>
              <w:spacing w:after="16"/>
            </w:pPr>
            <w:r>
              <w:rPr>
                <w:color w:val="000000"/>
                <w:sz w:val="15"/>
              </w:rPr>
              <w:t>samostojno oziroma z dogovorjeno oporo prepozna in poimenuje veliko tiskano črko P ter jo poveže z glasom /p/</w:t>
            </w:r>
          </w:p>
          <w:p w14:paraId="1A719792" w14:textId="77777777" w:rsidR="00187E2C" w:rsidRDefault="00000000">
            <w:pPr>
              <w:pStyle w:val="Oznaenseznam"/>
              <w:spacing w:after="16"/>
            </w:pPr>
            <w:r>
              <w:rPr>
                <w:color w:val="000000"/>
                <w:sz w:val="15"/>
              </w:rPr>
              <w:t>samostojno oziroma z dogovorjeno oporo veččutno oblikuje in čitljivo zapiše veliko tiskano črko P</w:t>
            </w:r>
          </w:p>
        </w:tc>
        <w:tc>
          <w:tcPr>
            <w:tcW w:w="7087" w:type="dxa"/>
            <w:tcMar>
              <w:top w:w="70" w:type="dxa"/>
              <w:left w:w="90" w:type="dxa"/>
              <w:bottom w:w="70" w:type="dxa"/>
              <w:right w:w="90" w:type="dxa"/>
            </w:tcMar>
          </w:tcPr>
          <w:p w14:paraId="12D078E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DAE43DA" w14:textId="77777777">
              <w:trPr>
                <w:jc w:val="center"/>
              </w:trPr>
              <w:tc>
                <w:tcPr>
                  <w:tcW w:w="7087" w:type="dxa"/>
                  <w:shd w:val="clear" w:color="auto" w:fill="C6E7F3"/>
                  <w:tcMar>
                    <w:top w:w="45" w:type="dxa"/>
                    <w:left w:w="70" w:type="dxa"/>
                    <w:bottom w:w="45" w:type="dxa"/>
                    <w:right w:w="70" w:type="dxa"/>
                  </w:tcMar>
                </w:tcPr>
                <w:p w14:paraId="62BA3C75" w14:textId="77777777" w:rsidR="00187E2C" w:rsidRDefault="00000000">
                  <w:pPr>
                    <w:keepNext/>
                  </w:pPr>
                  <w:r>
                    <w:rPr>
                      <w:b/>
                      <w:color w:val="000000"/>
                    </w:rPr>
                    <w:t>UVODNI DEL – motivacija, aktivacija predznanja in namen učenja (15–20 min)</w:t>
                  </w:r>
                </w:p>
              </w:tc>
            </w:tr>
          </w:tbl>
          <w:p w14:paraId="416DB286" w14:textId="77777777" w:rsidR="00187E2C" w:rsidRDefault="00187E2C">
            <w:pPr>
              <w:spacing w:line="20" w:lineRule="exact"/>
            </w:pPr>
          </w:p>
          <w:p w14:paraId="28669E97" w14:textId="77777777" w:rsidR="00187E2C" w:rsidRDefault="00000000">
            <w:pPr>
              <w:spacing w:before="40" w:after="60" w:line="245" w:lineRule="auto"/>
            </w:pPr>
            <w:r>
              <w:rPr>
                <w:color w:val="000000"/>
                <w:sz w:val="16"/>
              </w:rPr>
              <w:t>Učenci ob naslovnici, odlomku ali ilustraciji dela »Janček Ježek« – slovenska ljudska pravljica doživljajsko vstopijo v motiv nekoč in danes, časovno zaporedje in ljudsko izročilo. S kretnjo, predmetom, sliko, glasom ali kratko povedjo pokažejo predznanje in napoved. Izhodiščni odziv povežejo z dejavnostjo ČRKA P • BRALNI LIST 21 – Berem črko P in zloge ter besede.</w:t>
            </w:r>
          </w:p>
          <w:tbl>
            <w:tblPr>
              <w:tblStyle w:val="Tabelamrea"/>
              <w:tblW w:w="0" w:type="auto"/>
              <w:jc w:val="center"/>
              <w:tblLayout w:type="fixed"/>
              <w:tblLook w:val="04A0" w:firstRow="1" w:lastRow="0" w:firstColumn="1" w:lastColumn="0" w:noHBand="0" w:noVBand="1"/>
            </w:tblPr>
            <w:tblGrid>
              <w:gridCol w:w="7087"/>
            </w:tblGrid>
            <w:tr w:rsidR="00187E2C" w14:paraId="157EFF72" w14:textId="77777777">
              <w:trPr>
                <w:jc w:val="center"/>
              </w:trPr>
              <w:tc>
                <w:tcPr>
                  <w:tcW w:w="7087" w:type="dxa"/>
                  <w:shd w:val="clear" w:color="auto" w:fill="EDC9EA"/>
                  <w:tcMar>
                    <w:top w:w="45" w:type="dxa"/>
                    <w:left w:w="70" w:type="dxa"/>
                    <w:bottom w:w="45" w:type="dxa"/>
                    <w:right w:w="70" w:type="dxa"/>
                  </w:tcMar>
                </w:tcPr>
                <w:p w14:paraId="03DECD84" w14:textId="77777777" w:rsidR="00187E2C" w:rsidRDefault="00000000">
                  <w:pPr>
                    <w:keepNext/>
                  </w:pPr>
                  <w:r>
                    <w:rPr>
                      <w:b/>
                      <w:color w:val="000000"/>
                    </w:rPr>
                    <w:t>NAMENI UČENJA</w:t>
                  </w:r>
                </w:p>
              </w:tc>
            </w:tr>
          </w:tbl>
          <w:p w14:paraId="441A7E9F" w14:textId="77777777" w:rsidR="00187E2C" w:rsidRDefault="00187E2C">
            <w:pPr>
              <w:spacing w:line="20" w:lineRule="exact"/>
            </w:pPr>
          </w:p>
          <w:p w14:paraId="47787B2B"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7419FF8D" w14:textId="77777777" w:rsidR="00187E2C" w:rsidRDefault="00000000">
            <w:pPr>
              <w:pStyle w:val="Oznaenseznam"/>
              <w:spacing w:after="16"/>
            </w:pPr>
            <w:r>
              <w:rPr>
                <w:color w:val="000000"/>
                <w:sz w:val="16"/>
              </w:rPr>
              <w:t>poslušam spominsko pripoved</w:t>
            </w:r>
          </w:p>
          <w:p w14:paraId="246DC9BF" w14:textId="77777777" w:rsidR="00187E2C" w:rsidRDefault="00000000">
            <w:pPr>
              <w:pStyle w:val="Oznaenseznam"/>
              <w:spacing w:after="16"/>
            </w:pPr>
            <w:r>
              <w:rPr>
                <w:color w:val="000000"/>
                <w:sz w:val="16"/>
              </w:rPr>
              <w:t>postavljam vprašanja</w:t>
            </w:r>
          </w:p>
          <w:p w14:paraId="22E1723D" w14:textId="77777777" w:rsidR="00187E2C" w:rsidRDefault="00000000">
            <w:pPr>
              <w:pStyle w:val="Oznaenseznam"/>
              <w:spacing w:after="16"/>
            </w:pPr>
            <w:r>
              <w:rPr>
                <w:color w:val="000000"/>
                <w:sz w:val="16"/>
              </w:rPr>
              <w:t>povem dogodek v časovnem zaporedju</w:t>
            </w:r>
          </w:p>
          <w:p w14:paraId="3DE85D6F" w14:textId="77777777" w:rsidR="00187E2C" w:rsidRDefault="00000000">
            <w:pPr>
              <w:pStyle w:val="Oznaenseznam"/>
              <w:spacing w:after="16"/>
            </w:pPr>
            <w:r>
              <w:rPr>
                <w:color w:val="000000"/>
                <w:sz w:val="16"/>
              </w:rPr>
              <w:t>prepoznam in poimenujem veliko tiskano črko P ter jo povežem z glasom /p/</w:t>
            </w:r>
          </w:p>
          <w:p w14:paraId="16554BE9" w14:textId="77777777" w:rsidR="00187E2C" w:rsidRDefault="00000000">
            <w:pPr>
              <w:pStyle w:val="Oznaenseznam"/>
              <w:spacing w:after="16"/>
            </w:pPr>
            <w:r>
              <w:rPr>
                <w:color w:val="000000"/>
                <w:sz w:val="16"/>
              </w:rPr>
              <w:t>veččutno oblikujem in čitljivo zapišem veliko tiskano črko P</w:t>
            </w:r>
          </w:p>
          <w:p w14:paraId="614DE24A" w14:textId="77777777" w:rsidR="00187E2C" w:rsidRDefault="00000000">
            <w:pPr>
              <w:pStyle w:val="Oznaenseznam"/>
              <w:spacing w:after="16"/>
            </w:pPr>
            <w:r>
              <w:rPr>
                <w:color w:val="000000"/>
                <w:sz w:val="16"/>
              </w:rPr>
              <w:t>berem in sestavlja zloge oziroma besede z znanimi črkami: PES • PILA • PERO • POT</w:t>
            </w:r>
          </w:p>
          <w:tbl>
            <w:tblPr>
              <w:tblStyle w:val="Tabelamrea"/>
              <w:tblW w:w="0" w:type="auto"/>
              <w:jc w:val="center"/>
              <w:tblLayout w:type="fixed"/>
              <w:tblLook w:val="04A0" w:firstRow="1" w:lastRow="0" w:firstColumn="1" w:lastColumn="0" w:noHBand="0" w:noVBand="1"/>
            </w:tblPr>
            <w:tblGrid>
              <w:gridCol w:w="7087"/>
            </w:tblGrid>
            <w:tr w:rsidR="00187E2C" w14:paraId="065297AC" w14:textId="77777777">
              <w:trPr>
                <w:jc w:val="center"/>
              </w:trPr>
              <w:tc>
                <w:tcPr>
                  <w:tcW w:w="7087" w:type="dxa"/>
                  <w:shd w:val="clear" w:color="auto" w:fill="EDC9EA"/>
                  <w:tcMar>
                    <w:top w:w="45" w:type="dxa"/>
                    <w:left w:w="70" w:type="dxa"/>
                    <w:bottom w:w="45" w:type="dxa"/>
                    <w:right w:w="70" w:type="dxa"/>
                  </w:tcMar>
                </w:tcPr>
                <w:p w14:paraId="03EF1704" w14:textId="77777777" w:rsidR="00187E2C" w:rsidRDefault="00000000">
                  <w:pPr>
                    <w:keepNext/>
                  </w:pPr>
                  <w:r>
                    <w:rPr>
                      <w:b/>
                      <w:color w:val="000000"/>
                    </w:rPr>
                    <w:t>PREVERJANJE PREDZNANJA</w:t>
                  </w:r>
                </w:p>
              </w:tc>
            </w:tr>
          </w:tbl>
          <w:p w14:paraId="29916333" w14:textId="77777777" w:rsidR="00187E2C" w:rsidRDefault="00187E2C">
            <w:pPr>
              <w:spacing w:line="20" w:lineRule="exact"/>
            </w:pPr>
          </w:p>
          <w:p w14:paraId="49975A78" w14:textId="77777777" w:rsidR="00187E2C" w:rsidRDefault="00000000">
            <w:pPr>
              <w:pStyle w:val="Oznaenseznam"/>
              <w:spacing w:after="16"/>
            </w:pPr>
            <w:r>
              <w:rPr>
                <w:color w:val="000000"/>
                <w:sz w:val="16"/>
              </w:rPr>
              <w:t>Kaj mi naslovnica, ilustracija ali naslov pove o motivu nekoč in danes, časovno zaporedje in ljudsko izročilo?</w:t>
            </w:r>
          </w:p>
          <w:p w14:paraId="4E76773F" w14:textId="77777777" w:rsidR="00187E2C" w:rsidRDefault="00000000">
            <w:pPr>
              <w:pStyle w:val="Oznaenseznam"/>
              <w:spacing w:after="16"/>
            </w:pPr>
            <w:r>
              <w:rPr>
                <w:color w:val="000000"/>
                <w:sz w:val="16"/>
              </w:rPr>
              <w:t>Kje v besedah slišim glas /p/ in po katerih potezah prepoznam črko P?</w:t>
            </w:r>
          </w:p>
          <w:p w14:paraId="31C99AEE"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465ECF9" w14:textId="77777777">
              <w:trPr>
                <w:jc w:val="center"/>
              </w:trPr>
              <w:tc>
                <w:tcPr>
                  <w:tcW w:w="7087" w:type="dxa"/>
                  <w:shd w:val="clear" w:color="auto" w:fill="EDC9EA"/>
                  <w:tcMar>
                    <w:top w:w="45" w:type="dxa"/>
                    <w:left w:w="70" w:type="dxa"/>
                    <w:bottom w:w="45" w:type="dxa"/>
                    <w:right w:w="70" w:type="dxa"/>
                  </w:tcMar>
                </w:tcPr>
                <w:p w14:paraId="1E497DA5" w14:textId="77777777" w:rsidR="00187E2C" w:rsidRDefault="00000000">
                  <w:pPr>
                    <w:keepNext/>
                  </w:pPr>
                  <w:r>
                    <w:rPr>
                      <w:b/>
                      <w:color w:val="000000"/>
                    </w:rPr>
                    <w:t>KRITERIJI USPEŠNOSTI</w:t>
                  </w:r>
                </w:p>
              </w:tc>
            </w:tr>
          </w:tbl>
          <w:p w14:paraId="5540D19D" w14:textId="77777777" w:rsidR="00187E2C" w:rsidRDefault="00187E2C"/>
          <w:p w14:paraId="32B666FA" w14:textId="77777777" w:rsidR="00187E2C" w:rsidRDefault="00000000">
            <w:pPr>
              <w:spacing w:before="20" w:after="20" w:line="245" w:lineRule="auto"/>
            </w:pPr>
            <w:r>
              <w:rPr>
                <w:b/>
                <w:color w:val="000000"/>
                <w:sz w:val="16"/>
              </w:rPr>
              <w:t>Uspešen/-na bom, ko:</w:t>
            </w:r>
          </w:p>
          <w:p w14:paraId="1A9950BA" w14:textId="77777777" w:rsidR="00187E2C" w:rsidRDefault="00000000">
            <w:pPr>
              <w:pStyle w:val="Oznaenseznam"/>
              <w:spacing w:after="16"/>
            </w:pPr>
            <w:r>
              <w:rPr>
                <w:color w:val="000000"/>
                <w:sz w:val="16"/>
              </w:rPr>
              <w:t>poslušam spominsko pripoved</w:t>
            </w:r>
          </w:p>
          <w:p w14:paraId="06BAA320" w14:textId="77777777" w:rsidR="00187E2C" w:rsidRDefault="00000000">
            <w:pPr>
              <w:pStyle w:val="Oznaenseznam"/>
              <w:spacing w:after="16"/>
            </w:pPr>
            <w:r>
              <w:rPr>
                <w:color w:val="000000"/>
                <w:sz w:val="16"/>
              </w:rPr>
              <w:t>postavljam vprašanja</w:t>
            </w:r>
          </w:p>
          <w:p w14:paraId="4110B4E7" w14:textId="77777777" w:rsidR="00187E2C" w:rsidRDefault="00000000">
            <w:pPr>
              <w:pStyle w:val="Oznaenseznam"/>
              <w:spacing w:after="16"/>
            </w:pPr>
            <w:r>
              <w:rPr>
                <w:color w:val="000000"/>
                <w:sz w:val="16"/>
              </w:rPr>
              <w:t>povem dogodek v časovnem zaporedju</w:t>
            </w:r>
          </w:p>
          <w:p w14:paraId="38F8D730" w14:textId="77777777" w:rsidR="00187E2C" w:rsidRDefault="00000000">
            <w:pPr>
              <w:pStyle w:val="Oznaenseznam"/>
              <w:spacing w:after="16"/>
            </w:pPr>
            <w:r>
              <w:rPr>
                <w:color w:val="000000"/>
                <w:sz w:val="16"/>
              </w:rPr>
              <w:t>prepoznam in poimenujem veliko tiskano črko P ter jo povežem z glasom /p/</w:t>
            </w:r>
          </w:p>
          <w:p w14:paraId="3D641B0A" w14:textId="77777777" w:rsidR="00187E2C" w:rsidRDefault="00000000">
            <w:pPr>
              <w:pStyle w:val="Oznaenseznam"/>
              <w:spacing w:after="16"/>
            </w:pPr>
            <w:r>
              <w:rPr>
                <w:color w:val="000000"/>
                <w:sz w:val="16"/>
              </w:rPr>
              <w:t>veččutno oblikujem in čitljivo zapišem veliko tiskano črko P</w:t>
            </w:r>
          </w:p>
          <w:p w14:paraId="446E16DD" w14:textId="77777777" w:rsidR="00187E2C" w:rsidRDefault="00000000">
            <w:pPr>
              <w:pStyle w:val="Oznaenseznam"/>
              <w:spacing w:after="16"/>
            </w:pPr>
            <w:r>
              <w:rPr>
                <w:color w:val="000000"/>
                <w:sz w:val="16"/>
              </w:rPr>
              <w:t>berem in sestavlja zloge oziroma besede z znanimi črkami: PES • PILA • PERO • POT</w:t>
            </w:r>
          </w:p>
          <w:p w14:paraId="4E6FFA05"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8D77493" w14:textId="77777777" w:rsidR="00187E2C" w:rsidRDefault="00187E2C"/>
          <w:p w14:paraId="3C9FEE50"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5E8654C4" w14:textId="77777777" w:rsidR="00187E2C" w:rsidRDefault="00000000">
            <w:pPr>
              <w:spacing w:after="80" w:line="245" w:lineRule="auto"/>
            </w:pPr>
            <w:r>
              <w:rPr>
                <w:color w:val="000000"/>
                <w:sz w:val="16"/>
              </w:rPr>
              <w:t>Pove, pokaže ali nariše, kaj že ve in katero strategijo bi uporabil.</w:t>
            </w:r>
          </w:p>
          <w:p w14:paraId="626EDE02" w14:textId="77777777" w:rsidR="00187E2C" w:rsidRDefault="00000000">
            <w:pPr>
              <w:spacing w:after="100" w:line="245" w:lineRule="auto"/>
            </w:pPr>
            <w:r>
              <w:rPr>
                <w:color w:val="000000"/>
                <w:sz w:val="16"/>
              </w:rPr>
              <w:t>Sodeluje pri razumevanju namenov in kriterijev uspešnosti.</w:t>
            </w:r>
          </w:p>
          <w:p w14:paraId="5247E7C4" w14:textId="77777777" w:rsidR="00187E2C" w:rsidRDefault="00000000">
            <w:pPr>
              <w:spacing w:after="20" w:line="245" w:lineRule="auto"/>
            </w:pPr>
            <w:r>
              <w:rPr>
                <w:b/>
                <w:color w:val="D95BC6"/>
                <w:sz w:val="17"/>
              </w:rPr>
              <w:t>DOKAZ O UČENJU</w:t>
            </w:r>
          </w:p>
          <w:p w14:paraId="2B931967"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1E1E3C0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4CD4A7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8F20B07"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89DB248" w14:textId="77777777" w:rsidR="00187E2C" w:rsidRDefault="00000000">
            <w:pPr>
              <w:jc w:val="center"/>
            </w:pPr>
            <w:r>
              <w:rPr>
                <w:b/>
                <w:color w:val="000000"/>
                <w:sz w:val="20"/>
              </w:rPr>
              <w:t>UČNE DEJAVNOSTI, METODE IN FORMATIVNO SPREMLJANJE</w:t>
            </w:r>
          </w:p>
        </w:tc>
      </w:tr>
      <w:tr w:rsidR="00187E2C" w14:paraId="762B0A9C" w14:textId="77777777">
        <w:trPr>
          <w:tblHeader/>
          <w:jc w:val="center"/>
        </w:trPr>
        <w:tc>
          <w:tcPr>
            <w:tcW w:w="4422" w:type="dxa"/>
            <w:vMerge/>
            <w:tcMar>
              <w:top w:w="70" w:type="dxa"/>
              <w:left w:w="90" w:type="dxa"/>
              <w:bottom w:w="70" w:type="dxa"/>
              <w:right w:w="90" w:type="dxa"/>
            </w:tcMar>
            <w:vAlign w:val="center"/>
          </w:tcPr>
          <w:p w14:paraId="32AEE763" w14:textId="77777777" w:rsidR="00187E2C" w:rsidRDefault="00187E2C"/>
        </w:tc>
        <w:tc>
          <w:tcPr>
            <w:tcW w:w="7087" w:type="dxa"/>
            <w:shd w:val="clear" w:color="auto" w:fill="FFFFFF"/>
            <w:tcMar>
              <w:top w:w="70" w:type="dxa"/>
              <w:left w:w="90" w:type="dxa"/>
              <w:bottom w:w="70" w:type="dxa"/>
              <w:right w:w="90" w:type="dxa"/>
            </w:tcMar>
            <w:vAlign w:val="center"/>
          </w:tcPr>
          <w:p w14:paraId="7AEF9C39"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549400D" w14:textId="77777777" w:rsidR="00187E2C" w:rsidRDefault="00000000">
            <w:pPr>
              <w:jc w:val="center"/>
            </w:pPr>
            <w:r>
              <w:rPr>
                <w:b/>
                <w:color w:val="000000"/>
              </w:rPr>
              <w:t>UČENEC</w:t>
            </w:r>
          </w:p>
        </w:tc>
      </w:tr>
      <w:tr w:rsidR="00187E2C" w14:paraId="287B7EB9" w14:textId="77777777">
        <w:trPr>
          <w:jc w:val="center"/>
        </w:trPr>
        <w:tc>
          <w:tcPr>
            <w:tcW w:w="4422" w:type="dxa"/>
            <w:tcMar>
              <w:top w:w="70" w:type="dxa"/>
              <w:left w:w="90" w:type="dxa"/>
              <w:bottom w:w="70" w:type="dxa"/>
              <w:right w:w="90" w:type="dxa"/>
            </w:tcMar>
          </w:tcPr>
          <w:p w14:paraId="6C430558" w14:textId="77777777" w:rsidR="00187E2C" w:rsidRDefault="00187E2C"/>
          <w:p w14:paraId="6230F8C7" w14:textId="77777777" w:rsidR="00187E2C" w:rsidRDefault="00000000">
            <w:pPr>
              <w:spacing w:after="40" w:line="245" w:lineRule="auto"/>
            </w:pPr>
            <w:r>
              <w:rPr>
                <w:b/>
                <w:color w:val="000000"/>
              </w:rPr>
              <w:t>KLJUČNI POJMI</w:t>
            </w:r>
          </w:p>
          <w:p w14:paraId="0BC4D538" w14:textId="77777777" w:rsidR="00187E2C" w:rsidRDefault="00000000">
            <w:pPr>
              <w:spacing w:after="60" w:line="245" w:lineRule="auto"/>
            </w:pPr>
            <w:r>
              <w:rPr>
                <w:color w:val="000000"/>
                <w:sz w:val="15"/>
              </w:rPr>
              <w:t>glas /p/, črka P, zlog, beseda, poved, smer poteze, bralna strategija, naslov, avtor, ilustrator, književna oseba</w:t>
            </w:r>
          </w:p>
          <w:p w14:paraId="1934808A" w14:textId="77777777" w:rsidR="00187E2C" w:rsidRDefault="00000000">
            <w:pPr>
              <w:spacing w:after="20" w:line="245" w:lineRule="auto"/>
            </w:pPr>
            <w:r>
              <w:rPr>
                <w:b/>
                <w:color w:val="000000"/>
                <w:sz w:val="17"/>
              </w:rPr>
              <w:t>DOKAZI O UČENJU</w:t>
            </w:r>
          </w:p>
          <w:p w14:paraId="0E33F4A5" w14:textId="77777777" w:rsidR="00187E2C" w:rsidRDefault="00000000">
            <w:pPr>
              <w:pStyle w:val="Oznaenseznam"/>
              <w:spacing w:after="9"/>
            </w:pPr>
            <w:r>
              <w:rPr>
                <w:color w:val="000000"/>
                <w:sz w:val="15"/>
              </w:rPr>
              <w:t>odziv med poslušanjem, izbrana slika in ena poved o doživetju.</w:t>
            </w:r>
          </w:p>
          <w:p w14:paraId="7A3D0E7E" w14:textId="77777777" w:rsidR="00187E2C" w:rsidRDefault="00000000">
            <w:pPr>
              <w:pStyle w:val="Oznaenseznam"/>
              <w:spacing w:after="9"/>
            </w:pPr>
            <w:r>
              <w:rPr>
                <w:color w:val="000000"/>
                <w:sz w:val="15"/>
              </w:rPr>
              <w:t>zvočni posnetek ali anekdotski zapis kratke izmenjave.</w:t>
            </w:r>
          </w:p>
          <w:p w14:paraId="1361EC97" w14:textId="77777777" w:rsidR="00187E2C" w:rsidRDefault="00000000">
            <w:pPr>
              <w:pStyle w:val="Oznaenseznam"/>
              <w:spacing w:after="9"/>
            </w:pPr>
            <w:r>
              <w:rPr>
                <w:color w:val="000000"/>
                <w:sz w:val="15"/>
              </w:rPr>
              <w:t>pravilno sestavljen primer in učenčeva ustna razlaga postopka.</w:t>
            </w:r>
          </w:p>
          <w:p w14:paraId="2EBE173A" w14:textId="77777777" w:rsidR="00187E2C" w:rsidRDefault="00000000">
            <w:pPr>
              <w:pStyle w:val="Oznaenseznam"/>
              <w:spacing w:after="9"/>
            </w:pPr>
            <w:r>
              <w:rPr>
                <w:color w:val="000000"/>
                <w:sz w:val="15"/>
              </w:rPr>
              <w:t>štiri pravilne glasovne odločitve, izbor črke P in kratka učenčeva razlaga.</w:t>
            </w:r>
          </w:p>
          <w:p w14:paraId="4D8DD2A7" w14:textId="77777777" w:rsidR="00187E2C" w:rsidRDefault="00000000">
            <w:pPr>
              <w:pStyle w:val="Oznaenseznam"/>
              <w:spacing w:after="9"/>
            </w:pPr>
            <w:r>
              <w:rPr>
                <w:color w:val="000000"/>
                <w:sz w:val="15"/>
              </w:rPr>
              <w:t>fotografija konstrukcije črke P, opazovalni zapis smeri potez in datirana vrstica treh zapisov.</w:t>
            </w:r>
          </w:p>
          <w:p w14:paraId="54D72E8D" w14:textId="77777777" w:rsidR="00187E2C" w:rsidRDefault="00000000">
            <w:pPr>
              <w:pStyle w:val="Oznaenseznam"/>
              <w:spacing w:after="9"/>
            </w:pPr>
            <w:r>
              <w:rPr>
                <w:color w:val="000000"/>
                <w:sz w:val="15"/>
              </w:rPr>
              <w:t>izpolnjen Bralni list 21, individualni bralni zapis, sestavljen ali zapisan primer s črko P in samovrednotenje.</w:t>
            </w:r>
          </w:p>
          <w:p w14:paraId="5E21C7EA" w14:textId="77777777" w:rsidR="00187E2C" w:rsidRDefault="00000000">
            <w:pPr>
              <w:spacing w:before="40" w:after="20" w:line="245" w:lineRule="auto"/>
            </w:pPr>
            <w:r>
              <w:rPr>
                <w:b/>
                <w:color w:val="000000"/>
                <w:sz w:val="17"/>
              </w:rPr>
              <w:t>KNJIŽEVNO DOŽIVETJE IN IZKUŠENJSKI POUK</w:t>
            </w:r>
          </w:p>
          <w:p w14:paraId="50FF3D0A"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6AD58B16" w14:textId="77777777" w:rsidR="00187E2C" w:rsidRDefault="00000000">
            <w:pPr>
              <w:spacing w:after="20" w:line="245" w:lineRule="auto"/>
            </w:pPr>
            <w:r>
              <w:rPr>
                <w:b/>
                <w:color w:val="000000"/>
                <w:sz w:val="17"/>
              </w:rPr>
              <w:t>POUČEVANJE V GIBANJU</w:t>
            </w:r>
          </w:p>
          <w:p w14:paraId="1D45BEC2"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17B3E462" w14:textId="77777777" w:rsidR="00187E2C" w:rsidRDefault="00000000">
            <w:pPr>
              <w:spacing w:after="20" w:line="245" w:lineRule="auto"/>
            </w:pPr>
            <w:r>
              <w:rPr>
                <w:b/>
                <w:color w:val="000000"/>
                <w:sz w:val="17"/>
              </w:rPr>
              <w:t>DELO PO POSTAJAH</w:t>
            </w:r>
          </w:p>
          <w:p w14:paraId="6B4D3726" w14:textId="77777777" w:rsidR="00187E2C" w:rsidRDefault="00000000">
            <w:pPr>
              <w:spacing w:after="60" w:line="245" w:lineRule="auto"/>
            </w:pPr>
            <w:r>
              <w:rPr>
                <w:color w:val="000000"/>
                <w:sz w:val="15"/>
              </w:rPr>
              <w:t>1. doživljajsko-književna – poslušanje, pogovor, igra vlog in predmetno/slikovno izhodišče; 2. glasovno-gibalna – slišim glas /p/, razvrščam besede in sestavljam žive zloge; 3. bralna – ČRKA P • BRALNI LIST 21, modelirano, vodeno ali ponovljeno branje; 4. tipno-grafomotorična – črko P oblikujem, hodim po njeni poti in jo zapišem ter izbor dokaza, povratna informacija in naslednji korak.</w:t>
            </w:r>
          </w:p>
          <w:p w14:paraId="0C49ABD0" w14:textId="77777777" w:rsidR="00187E2C" w:rsidRDefault="00000000">
            <w:pPr>
              <w:spacing w:after="20" w:line="245" w:lineRule="auto"/>
            </w:pPr>
            <w:r>
              <w:rPr>
                <w:b/>
                <w:color w:val="000000"/>
                <w:sz w:val="17"/>
              </w:rPr>
              <w:t>DIFERENCIACIJA IN VKLJUČEVANJE</w:t>
            </w:r>
          </w:p>
          <w:p w14:paraId="0150F98C"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1A821F11" w14:textId="77777777" w:rsidR="00187E2C" w:rsidRDefault="00000000">
            <w:pPr>
              <w:spacing w:after="20" w:line="245" w:lineRule="auto"/>
            </w:pPr>
            <w:r>
              <w:rPr>
                <w:b/>
                <w:color w:val="000000"/>
                <w:sz w:val="17"/>
              </w:rPr>
              <w:t>SPREMLJANJE</w:t>
            </w:r>
          </w:p>
          <w:p w14:paraId="0CEE934A"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3795412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BF34C21" w14:textId="77777777">
              <w:trPr>
                <w:jc w:val="center"/>
              </w:trPr>
              <w:tc>
                <w:tcPr>
                  <w:tcW w:w="7087" w:type="dxa"/>
                  <w:shd w:val="clear" w:color="auto" w:fill="C6E7F3"/>
                  <w:tcMar>
                    <w:top w:w="45" w:type="dxa"/>
                    <w:left w:w="70" w:type="dxa"/>
                    <w:bottom w:w="45" w:type="dxa"/>
                    <w:right w:w="70" w:type="dxa"/>
                  </w:tcMar>
                </w:tcPr>
                <w:p w14:paraId="73F07CDE" w14:textId="77777777" w:rsidR="00187E2C" w:rsidRDefault="00000000">
                  <w:pPr>
                    <w:keepNext/>
                  </w:pPr>
                  <w:r>
                    <w:rPr>
                      <w:b/>
                      <w:color w:val="000000"/>
                      <w:sz w:val="17"/>
                    </w:rPr>
                    <w:t>GLAVNI DEL – DOŽIVLJAJSKO, JEZIKOVNO IN OPISMENJEVALNO UČENJE (6 šolskih ur)</w:t>
                  </w:r>
                </w:p>
              </w:tc>
            </w:tr>
          </w:tbl>
          <w:p w14:paraId="6FBC7503" w14:textId="77777777" w:rsidR="00187E2C" w:rsidRDefault="00187E2C">
            <w:pPr>
              <w:spacing w:line="20" w:lineRule="exact"/>
            </w:pPr>
          </w:p>
          <w:p w14:paraId="2BE1EB01" w14:textId="77777777" w:rsidR="00187E2C" w:rsidRDefault="00000000">
            <w:pPr>
              <w:keepNext/>
              <w:spacing w:before="22" w:after="6" w:line="245" w:lineRule="auto"/>
            </w:pPr>
            <w:r>
              <w:rPr>
                <w:b/>
                <w:color w:val="000000"/>
                <w:sz w:val="15"/>
              </w:rPr>
              <w:t>1. URA – Besedilo o preteklosti – Poslušam in doživljam</w:t>
            </w:r>
          </w:p>
          <w:p w14:paraId="15014308"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»besedilo o preteklosti • velika tiskana črka p • bralni list 21«.</w:t>
            </w:r>
          </w:p>
          <w:p w14:paraId="6C755030"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»posluša spominsko pripoved«.</w:t>
            </w:r>
          </w:p>
          <w:p w14:paraId="6B9229CF" w14:textId="77777777" w:rsidR="00187E2C" w:rsidRDefault="00000000">
            <w:pPr>
              <w:spacing w:after="15" w:line="245" w:lineRule="auto"/>
            </w:pPr>
            <w:r>
              <w:rPr>
                <w:i/>
                <w:color w:val="D95BC6"/>
                <w:sz w:val="14"/>
              </w:rPr>
              <w:t>Predvideni dokaz: odziv med poslušanjem, izbrana slika in ena poved o doživetju..</w:t>
            </w:r>
          </w:p>
          <w:p w14:paraId="615AEB73" w14:textId="77777777" w:rsidR="00187E2C" w:rsidRDefault="00000000">
            <w:pPr>
              <w:keepNext/>
              <w:spacing w:before="22" w:after="6" w:line="245" w:lineRule="auto"/>
            </w:pPr>
            <w:r>
              <w:rPr>
                <w:b/>
                <w:color w:val="000000"/>
                <w:sz w:val="15"/>
              </w:rPr>
              <w:t>2. URA – Besedilo o preteklosti – Govorim in pojasnjujem</w:t>
            </w:r>
          </w:p>
          <w:p w14:paraId="7807815A"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52FA4D16"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»postavlja vprašanja«.</w:t>
            </w:r>
          </w:p>
          <w:p w14:paraId="676C1457" w14:textId="77777777" w:rsidR="00187E2C" w:rsidRDefault="00000000">
            <w:pPr>
              <w:spacing w:after="15" w:line="245" w:lineRule="auto"/>
            </w:pPr>
            <w:r>
              <w:rPr>
                <w:i/>
                <w:color w:val="D95BC6"/>
                <w:sz w:val="14"/>
              </w:rPr>
              <w:t>Predvideni dokaz: zvočni posnetek ali anekdotski zapis kratke izmenjave..</w:t>
            </w:r>
          </w:p>
          <w:p w14:paraId="38553528" w14:textId="77777777" w:rsidR="00187E2C" w:rsidRDefault="00000000">
            <w:pPr>
              <w:keepNext/>
              <w:spacing w:before="22" w:after="6" w:line="245" w:lineRule="auto"/>
            </w:pPr>
            <w:r>
              <w:rPr>
                <w:b/>
                <w:color w:val="000000"/>
                <w:sz w:val="15"/>
              </w:rPr>
              <w:t>3. URA – Besedilo o preteklosti – Razčlenjujem jezik</w:t>
            </w:r>
          </w:p>
          <w:p w14:paraId="37E51A6C"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6B33615F"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»pove dogodek v časovnem zaporedju«.</w:t>
            </w:r>
          </w:p>
          <w:p w14:paraId="2D2B65EF" w14:textId="77777777" w:rsidR="00187E2C" w:rsidRDefault="00000000">
            <w:pPr>
              <w:spacing w:after="15" w:line="245" w:lineRule="auto"/>
            </w:pPr>
            <w:r>
              <w:rPr>
                <w:i/>
                <w:color w:val="D95BC6"/>
                <w:sz w:val="14"/>
              </w:rPr>
              <w:t>Predvideni dokaz: pravilno sestavljen primer in učenčeva ustna razlaga postopka..</w:t>
            </w:r>
          </w:p>
          <w:p w14:paraId="74F2555E" w14:textId="77777777" w:rsidR="00187E2C" w:rsidRDefault="00000000">
            <w:pPr>
              <w:keepNext/>
              <w:spacing w:before="22" w:after="6" w:line="245" w:lineRule="auto"/>
            </w:pPr>
            <w:r>
              <w:rPr>
                <w:b/>
                <w:color w:val="000000"/>
                <w:sz w:val="15"/>
              </w:rPr>
              <w:t>4. URA – SLIŠIM GLAS /p/ IN ODKRIVAM ČRKO P</w:t>
            </w:r>
          </w:p>
          <w:p w14:paraId="0FC1E54C"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(pes, kapa, čep, rep); učenci se premikajo v kote začetek–sredina–konec, nato med črkami poiščejo P in jo oblikujejo s telesom.</w:t>
            </w:r>
          </w:p>
          <w:p w14:paraId="1C8648B0"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P ter jo predstavi s telesom ali vrvjo.</w:t>
            </w:r>
          </w:p>
          <w:p w14:paraId="669F44A1" w14:textId="77777777" w:rsidR="00187E2C" w:rsidRDefault="00000000">
            <w:pPr>
              <w:spacing w:after="15" w:line="245" w:lineRule="auto"/>
            </w:pPr>
            <w:r>
              <w:rPr>
                <w:i/>
                <w:color w:val="D95BC6"/>
                <w:sz w:val="14"/>
              </w:rPr>
              <w:t>Predvideni dokaz: štiri pravilne glasovne odločitve, izbor črke P in kratka učenčeva razlaga..</w:t>
            </w:r>
          </w:p>
          <w:p w14:paraId="0718B347" w14:textId="77777777" w:rsidR="00187E2C" w:rsidRDefault="00000000">
            <w:pPr>
              <w:keepNext/>
              <w:spacing w:before="22" w:after="6" w:line="245" w:lineRule="auto"/>
            </w:pPr>
            <w:r>
              <w:rPr>
                <w:b/>
                <w:color w:val="000000"/>
                <w:sz w:val="15"/>
              </w:rPr>
              <w:t>5. URA – Oblikujem in pišem črko P</w:t>
            </w:r>
          </w:p>
          <w:p w14:paraId="59A255A7"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43BCBD9C" w14:textId="77777777" w:rsidR="00187E2C" w:rsidRDefault="00000000">
            <w:pPr>
              <w:spacing w:after="7" w:line="245" w:lineRule="auto"/>
            </w:pPr>
            <w:r>
              <w:rPr>
                <w:b/>
                <w:color w:val="000000"/>
                <w:sz w:val="14"/>
              </w:rPr>
              <w:t xml:space="preserve">Dejavnost učencev: </w:t>
            </w:r>
            <w:r>
              <w:rPr>
                <w:color w:val="000000"/>
                <w:sz w:val="14"/>
              </w:rPr>
              <w:t>Črko P gradi in zapisuje na različnih podlagah, nato preide na manjši format; po povratni informaciji ponovi isti zapis.</w:t>
            </w:r>
          </w:p>
          <w:p w14:paraId="3AC2F0A0" w14:textId="77777777" w:rsidR="00187E2C" w:rsidRDefault="00000000">
            <w:pPr>
              <w:spacing w:after="15" w:line="245" w:lineRule="auto"/>
            </w:pPr>
            <w:r>
              <w:rPr>
                <w:i/>
                <w:color w:val="D95BC6"/>
                <w:sz w:val="14"/>
              </w:rPr>
              <w:t>Predvideni dokaz: fotografija konstrukcije črke P, opazovalni zapis smeri potez in datirana vrstica treh zapisov..</w:t>
            </w:r>
          </w:p>
          <w:p w14:paraId="6395F3A1" w14:textId="77777777" w:rsidR="00187E2C" w:rsidRDefault="00000000">
            <w:pPr>
              <w:keepNext/>
              <w:spacing w:before="22" w:after="6" w:line="245" w:lineRule="auto"/>
            </w:pPr>
            <w:r>
              <w:rPr>
                <w:b/>
                <w:color w:val="000000"/>
                <w:sz w:val="15"/>
              </w:rPr>
              <w:t>6. URA – Berem in uporabim črko P</w:t>
            </w:r>
          </w:p>
          <w:p w14:paraId="0AB04899"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P in Bralni list 21; gradivo omeji na znane črke A, E, I, O, U, N, M, T, J, V, R, S, L, K, P.</w:t>
            </w:r>
          </w:p>
          <w:p w14:paraId="27DDD8A5" w14:textId="77777777" w:rsidR="00187E2C" w:rsidRDefault="00000000">
            <w:pPr>
              <w:spacing w:after="7" w:line="245" w:lineRule="auto"/>
            </w:pPr>
            <w:r>
              <w:rPr>
                <w:b/>
                <w:color w:val="000000"/>
                <w:sz w:val="14"/>
              </w:rPr>
              <w:t xml:space="preserve">Dejavnost učencev: </w:t>
            </w:r>
            <w:r>
              <w:rPr>
                <w:color w:val="000000"/>
                <w:sz w:val="14"/>
              </w:rPr>
              <w:t>Sestavlja, premešča in bere PA • PI • PO • PE • PU ter PES • PILA • PERO • POT; izbere zahtevnost in rešuje Bralni list 21.</w:t>
            </w:r>
          </w:p>
          <w:p w14:paraId="04CCFB3A" w14:textId="77777777" w:rsidR="00187E2C" w:rsidRDefault="00000000">
            <w:pPr>
              <w:spacing w:after="15" w:line="245" w:lineRule="auto"/>
            </w:pPr>
            <w:r>
              <w:rPr>
                <w:i/>
                <w:color w:val="D95BC6"/>
                <w:sz w:val="14"/>
              </w:rPr>
              <w:t>Predvideni dokaz: izpolnjen Bralni list 21, individualni bralni zapis, sestavljen ali zapisan primer s črko P in samovrednotenje..</w:t>
            </w:r>
          </w:p>
          <w:tbl>
            <w:tblPr>
              <w:tblStyle w:val="Tabelamrea"/>
              <w:tblW w:w="0" w:type="auto"/>
              <w:jc w:val="center"/>
              <w:tblLayout w:type="fixed"/>
              <w:tblLook w:val="04A0" w:firstRow="1" w:lastRow="0" w:firstColumn="1" w:lastColumn="0" w:noHBand="0" w:noVBand="1"/>
            </w:tblPr>
            <w:tblGrid>
              <w:gridCol w:w="7087"/>
            </w:tblGrid>
            <w:tr w:rsidR="00187E2C" w14:paraId="7BF40B11" w14:textId="77777777">
              <w:trPr>
                <w:jc w:val="center"/>
              </w:trPr>
              <w:tc>
                <w:tcPr>
                  <w:tcW w:w="7087" w:type="dxa"/>
                  <w:shd w:val="clear" w:color="auto" w:fill="EDC9EA"/>
                  <w:tcMar>
                    <w:top w:w="45" w:type="dxa"/>
                    <w:left w:w="70" w:type="dxa"/>
                    <w:bottom w:w="45" w:type="dxa"/>
                    <w:right w:w="70" w:type="dxa"/>
                  </w:tcMar>
                </w:tcPr>
                <w:p w14:paraId="46CE85E9" w14:textId="77777777" w:rsidR="00187E2C" w:rsidRDefault="00000000">
                  <w:pPr>
                    <w:keepNext/>
                  </w:pPr>
                  <w:r>
                    <w:rPr>
                      <w:b/>
                      <w:color w:val="000000"/>
                      <w:sz w:val="17"/>
                    </w:rPr>
                    <w:t>POVRATNA INFORMACIJA UČITELJICE MED DELOM</w:t>
                  </w:r>
                </w:p>
              </w:tc>
            </w:tr>
          </w:tbl>
          <w:p w14:paraId="5C5979B2" w14:textId="77777777" w:rsidR="00187E2C" w:rsidRDefault="00187E2C"/>
          <w:p w14:paraId="6F9E7881"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2D81DAB6" w14:textId="77777777" w:rsidR="00187E2C" w:rsidRDefault="00187E2C"/>
          <w:p w14:paraId="69B036AE" w14:textId="77777777" w:rsidR="00187E2C" w:rsidRDefault="00000000">
            <w:pPr>
              <w:spacing w:after="4" w:line="245" w:lineRule="auto"/>
            </w:pPr>
            <w:r>
              <w:rPr>
                <w:b/>
                <w:color w:val="000000"/>
                <w:sz w:val="15"/>
              </w:rPr>
              <w:t>1. URA – Besedilo o preteklosti – Poslušam in doživljam</w:t>
            </w:r>
          </w:p>
          <w:p w14:paraId="282EA4C1" w14:textId="77777777" w:rsidR="00187E2C" w:rsidRDefault="00000000">
            <w:pPr>
              <w:spacing w:after="7" w:line="245" w:lineRule="auto"/>
            </w:pPr>
            <w:r>
              <w:rPr>
                <w:color w:val="000000"/>
                <w:sz w:val="14"/>
              </w:rPr>
              <w:t>Napoveduje ob naslovu/sliki, med poslušanjem pokaže dogovorjen znak in po poslušanju izbere sliko občutja.</w:t>
            </w:r>
          </w:p>
          <w:p w14:paraId="2073370A" w14:textId="77777777" w:rsidR="00187E2C" w:rsidRDefault="00000000">
            <w:pPr>
              <w:spacing w:after="15" w:line="245" w:lineRule="auto"/>
            </w:pPr>
            <w:r>
              <w:rPr>
                <w:color w:val="D95BC6"/>
                <w:sz w:val="13"/>
              </w:rPr>
              <w:t>Dokaz: odziv med poslušanjem, izbrana slika in ena poved o doživetju.</w:t>
            </w:r>
          </w:p>
          <w:p w14:paraId="7F133393" w14:textId="77777777" w:rsidR="00187E2C" w:rsidRDefault="00000000">
            <w:pPr>
              <w:spacing w:after="4" w:line="245" w:lineRule="auto"/>
            </w:pPr>
            <w:r>
              <w:rPr>
                <w:b/>
                <w:color w:val="000000"/>
                <w:sz w:val="15"/>
              </w:rPr>
              <w:t>2. URA – Besedilo o preteklosti – Govorim in pojasnjujem</w:t>
            </w:r>
          </w:p>
          <w:p w14:paraId="1EAE9068" w14:textId="77777777" w:rsidR="00187E2C" w:rsidRDefault="00000000">
            <w:pPr>
              <w:spacing w:after="7" w:line="245" w:lineRule="auto"/>
            </w:pPr>
            <w:r>
              <w:rPr>
                <w:color w:val="000000"/>
                <w:sz w:val="14"/>
              </w:rPr>
              <w:t>V paru govori in posluša, zamenja vlogo, postavi vprašanje ter uporabi besedo iz tedenske besedne banke.</w:t>
            </w:r>
          </w:p>
          <w:p w14:paraId="29E69EF4" w14:textId="77777777" w:rsidR="00187E2C" w:rsidRDefault="00000000">
            <w:pPr>
              <w:spacing w:after="15" w:line="245" w:lineRule="auto"/>
            </w:pPr>
            <w:r>
              <w:rPr>
                <w:color w:val="D95BC6"/>
                <w:sz w:val="13"/>
              </w:rPr>
              <w:t>Dokaz: zvočni posnetek ali anekdotski zapis kratke izmenjave.</w:t>
            </w:r>
          </w:p>
          <w:p w14:paraId="0F6CC0D3" w14:textId="77777777" w:rsidR="00187E2C" w:rsidRDefault="00000000">
            <w:pPr>
              <w:spacing w:after="4" w:line="245" w:lineRule="auto"/>
            </w:pPr>
            <w:r>
              <w:rPr>
                <w:b/>
                <w:color w:val="000000"/>
                <w:sz w:val="15"/>
              </w:rPr>
              <w:t>3. URA – Besedilo o preteklosti – Razčlenjujem jezik</w:t>
            </w:r>
          </w:p>
          <w:p w14:paraId="5A2E0B62" w14:textId="77777777" w:rsidR="00187E2C" w:rsidRDefault="00000000">
            <w:pPr>
              <w:spacing w:after="7" w:line="245" w:lineRule="auto"/>
            </w:pPr>
            <w:r>
              <w:rPr>
                <w:color w:val="000000"/>
                <w:sz w:val="14"/>
              </w:rPr>
              <w:t>Ploska, stopa, razstavlja in sestavlja; primer razvrsti ter svojo rešitev preveri s sošolcem.</w:t>
            </w:r>
          </w:p>
          <w:p w14:paraId="3377994D" w14:textId="77777777" w:rsidR="00187E2C" w:rsidRDefault="00000000">
            <w:pPr>
              <w:spacing w:after="15" w:line="245" w:lineRule="auto"/>
            </w:pPr>
            <w:r>
              <w:rPr>
                <w:color w:val="D95BC6"/>
                <w:sz w:val="13"/>
              </w:rPr>
              <w:t>Dokaz: pravilno sestavljen primer in učenčeva ustna razlaga postopka.</w:t>
            </w:r>
          </w:p>
          <w:p w14:paraId="0E40EBA1" w14:textId="77777777" w:rsidR="00187E2C" w:rsidRDefault="00000000">
            <w:pPr>
              <w:spacing w:after="4" w:line="245" w:lineRule="auto"/>
            </w:pPr>
            <w:r>
              <w:rPr>
                <w:b/>
                <w:color w:val="000000"/>
                <w:sz w:val="15"/>
              </w:rPr>
              <w:t>4. URA – SLIŠIM GLAS /p/ IN ODKRIVAM ČRKO P</w:t>
            </w:r>
          </w:p>
          <w:p w14:paraId="6B9C2BFE" w14:textId="77777777" w:rsidR="00187E2C" w:rsidRDefault="00000000">
            <w:pPr>
              <w:spacing w:after="7" w:line="245" w:lineRule="auto"/>
            </w:pPr>
            <w:r>
              <w:rPr>
                <w:color w:val="000000"/>
                <w:sz w:val="14"/>
              </w:rPr>
              <w:t>Besede razvršča z gibanjem, za vsak glas položi žeton, med znaki poišče P ter jo predstavi s telesom ali vrvjo.</w:t>
            </w:r>
          </w:p>
          <w:p w14:paraId="6150AB6E" w14:textId="77777777" w:rsidR="00187E2C" w:rsidRDefault="00000000">
            <w:pPr>
              <w:spacing w:after="15" w:line="245" w:lineRule="auto"/>
            </w:pPr>
            <w:r>
              <w:rPr>
                <w:color w:val="D95BC6"/>
                <w:sz w:val="13"/>
              </w:rPr>
              <w:t>Dokaz: štiri pravilne glasovne odločitve, izbor črke P in kratka učenčeva razlaga.</w:t>
            </w:r>
          </w:p>
          <w:p w14:paraId="6ECD740C" w14:textId="77777777" w:rsidR="00187E2C" w:rsidRDefault="00000000">
            <w:pPr>
              <w:spacing w:after="4" w:line="245" w:lineRule="auto"/>
            </w:pPr>
            <w:r>
              <w:rPr>
                <w:b/>
                <w:color w:val="000000"/>
                <w:sz w:val="15"/>
              </w:rPr>
              <w:t>5. URA – Oblikujem in pišem črko P</w:t>
            </w:r>
          </w:p>
          <w:p w14:paraId="5AE9EF70" w14:textId="77777777" w:rsidR="00187E2C" w:rsidRDefault="00000000">
            <w:pPr>
              <w:spacing w:after="7" w:line="245" w:lineRule="auto"/>
            </w:pPr>
            <w:r>
              <w:rPr>
                <w:color w:val="000000"/>
                <w:sz w:val="14"/>
              </w:rPr>
              <w:t>Črko P gradi in zapisuje na različnih podlagah, nato preide na manjši format.</w:t>
            </w:r>
          </w:p>
          <w:p w14:paraId="5B9377EC" w14:textId="77777777" w:rsidR="00187E2C" w:rsidRDefault="00000000">
            <w:pPr>
              <w:spacing w:after="15" w:line="245" w:lineRule="auto"/>
            </w:pPr>
            <w:r>
              <w:rPr>
                <w:color w:val="D95BC6"/>
                <w:sz w:val="13"/>
              </w:rPr>
              <w:t>Dokaz: fotografija konstrukcije črke P, opazovalni zapis smeri potez in datirana.</w:t>
            </w:r>
          </w:p>
          <w:p w14:paraId="436C8994" w14:textId="77777777" w:rsidR="00187E2C" w:rsidRDefault="00000000">
            <w:pPr>
              <w:spacing w:after="4" w:line="245" w:lineRule="auto"/>
            </w:pPr>
            <w:r>
              <w:rPr>
                <w:b/>
                <w:color w:val="000000"/>
                <w:sz w:val="15"/>
              </w:rPr>
              <w:t>6. URA – Berem in uporabim črko P</w:t>
            </w:r>
          </w:p>
          <w:p w14:paraId="35E6BB5F" w14:textId="77777777" w:rsidR="00187E2C" w:rsidRDefault="00000000">
            <w:pPr>
              <w:spacing w:after="7" w:line="245" w:lineRule="auto"/>
            </w:pPr>
            <w:r>
              <w:rPr>
                <w:color w:val="000000"/>
                <w:sz w:val="14"/>
              </w:rPr>
              <w:t>Sestavlja, premešča in bere PA • PI • PO • PE • PU ter PES • PILA • PERO • POT.</w:t>
            </w:r>
          </w:p>
          <w:p w14:paraId="6FAF05B9" w14:textId="77777777" w:rsidR="00187E2C" w:rsidRDefault="00000000">
            <w:pPr>
              <w:spacing w:after="15" w:line="245" w:lineRule="auto"/>
            </w:pPr>
            <w:r>
              <w:rPr>
                <w:color w:val="D95BC6"/>
                <w:sz w:val="13"/>
              </w:rPr>
              <w:t>Dokaz: izpolnjen Bralni list 21, individualni bralni zapis.</w:t>
            </w:r>
          </w:p>
        </w:tc>
      </w:tr>
    </w:tbl>
    <w:p w14:paraId="24B9441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4C9A02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75173D"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10981EA" w14:textId="77777777" w:rsidR="00187E2C" w:rsidRDefault="00000000">
            <w:pPr>
              <w:jc w:val="center"/>
            </w:pPr>
            <w:r>
              <w:rPr>
                <w:b/>
                <w:color w:val="000000"/>
                <w:sz w:val="20"/>
              </w:rPr>
              <w:t>UČNE DEJAVNOSTI, METODE IN FORMATIVNO SPREMLJANJE</w:t>
            </w:r>
          </w:p>
        </w:tc>
      </w:tr>
      <w:tr w:rsidR="00187E2C" w14:paraId="6F1AE44A" w14:textId="77777777">
        <w:trPr>
          <w:tblHeader/>
          <w:jc w:val="center"/>
        </w:trPr>
        <w:tc>
          <w:tcPr>
            <w:tcW w:w="4422" w:type="dxa"/>
            <w:vMerge/>
            <w:tcMar>
              <w:top w:w="70" w:type="dxa"/>
              <w:left w:w="90" w:type="dxa"/>
              <w:bottom w:w="70" w:type="dxa"/>
              <w:right w:w="90" w:type="dxa"/>
            </w:tcMar>
            <w:vAlign w:val="center"/>
          </w:tcPr>
          <w:p w14:paraId="3611260C" w14:textId="77777777" w:rsidR="00187E2C" w:rsidRDefault="00187E2C"/>
        </w:tc>
        <w:tc>
          <w:tcPr>
            <w:tcW w:w="7087" w:type="dxa"/>
            <w:shd w:val="clear" w:color="auto" w:fill="FFFFFF"/>
            <w:tcMar>
              <w:top w:w="70" w:type="dxa"/>
              <w:left w:w="90" w:type="dxa"/>
              <w:bottom w:w="70" w:type="dxa"/>
              <w:right w:w="90" w:type="dxa"/>
            </w:tcMar>
            <w:vAlign w:val="center"/>
          </w:tcPr>
          <w:p w14:paraId="4AED7133"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21C9F60" w14:textId="77777777" w:rsidR="00187E2C" w:rsidRDefault="00000000">
            <w:pPr>
              <w:jc w:val="center"/>
            </w:pPr>
            <w:r>
              <w:rPr>
                <w:b/>
                <w:color w:val="000000"/>
              </w:rPr>
              <w:t>UČENEC</w:t>
            </w:r>
          </w:p>
        </w:tc>
      </w:tr>
      <w:tr w:rsidR="00187E2C" w14:paraId="5AF7F854" w14:textId="77777777">
        <w:trPr>
          <w:jc w:val="center"/>
        </w:trPr>
        <w:tc>
          <w:tcPr>
            <w:tcW w:w="4422" w:type="dxa"/>
            <w:tcMar>
              <w:top w:w="70" w:type="dxa"/>
              <w:left w:w="90" w:type="dxa"/>
              <w:bottom w:w="70" w:type="dxa"/>
              <w:right w:w="90" w:type="dxa"/>
            </w:tcMar>
          </w:tcPr>
          <w:p w14:paraId="75B4D07C" w14:textId="77777777" w:rsidR="00187E2C" w:rsidRDefault="00187E2C"/>
          <w:p w14:paraId="34AF0A93" w14:textId="77777777" w:rsidR="00187E2C" w:rsidRDefault="00000000">
            <w:pPr>
              <w:spacing w:after="40" w:line="245" w:lineRule="auto"/>
            </w:pPr>
            <w:r>
              <w:rPr>
                <w:b/>
                <w:color w:val="000000"/>
              </w:rPr>
              <w:t>FORMATIVNO SPREMLJANJE</w:t>
            </w:r>
          </w:p>
          <w:p w14:paraId="3A35880A"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32B0AAEB"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3E99D78E"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2EEF48CA"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2CC83DEF" w14:textId="77777777" w:rsidR="00187E2C" w:rsidRDefault="00000000">
            <w:pPr>
              <w:spacing w:before="40" w:after="20" w:line="245" w:lineRule="auto"/>
            </w:pPr>
            <w:r>
              <w:rPr>
                <w:b/>
                <w:color w:val="000000"/>
                <w:sz w:val="17"/>
              </w:rPr>
              <w:t>VARNOST IN ODGOVORNOST</w:t>
            </w:r>
          </w:p>
          <w:p w14:paraId="18FCB76B"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2154330" w14:textId="77777777" w:rsidR="00187E2C" w:rsidRDefault="00000000">
            <w:pPr>
              <w:spacing w:after="20" w:line="245" w:lineRule="auto"/>
            </w:pPr>
            <w:r>
              <w:rPr>
                <w:b/>
                <w:color w:val="000000"/>
                <w:sz w:val="17"/>
              </w:rPr>
              <w:t>EVIDENCA PO IZVEDBI</w:t>
            </w:r>
          </w:p>
          <w:p w14:paraId="74BF4E91"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6A36117A"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3D31988" w14:textId="77777777">
              <w:trPr>
                <w:jc w:val="center"/>
              </w:trPr>
              <w:tc>
                <w:tcPr>
                  <w:tcW w:w="7087" w:type="dxa"/>
                  <w:shd w:val="clear" w:color="auto" w:fill="EDC9EA"/>
                  <w:tcMar>
                    <w:top w:w="45" w:type="dxa"/>
                    <w:left w:w="70" w:type="dxa"/>
                    <w:bottom w:w="45" w:type="dxa"/>
                    <w:right w:w="70" w:type="dxa"/>
                  </w:tcMar>
                </w:tcPr>
                <w:p w14:paraId="37495874" w14:textId="77777777" w:rsidR="00187E2C" w:rsidRDefault="00000000">
                  <w:pPr>
                    <w:keepNext/>
                  </w:pPr>
                  <w:r>
                    <w:rPr>
                      <w:b/>
                      <w:color w:val="000000"/>
                    </w:rPr>
                    <w:t>VPRAŠANJA V PODPORO JEZIKOVNEMU, BRALNEMU IN KNJIŽEVNEMU UČENJU</w:t>
                  </w:r>
                </w:p>
              </w:tc>
            </w:tr>
          </w:tbl>
          <w:p w14:paraId="24874382" w14:textId="77777777" w:rsidR="00187E2C" w:rsidRDefault="00187E2C">
            <w:pPr>
              <w:spacing w:line="20" w:lineRule="exact"/>
            </w:pPr>
          </w:p>
          <w:p w14:paraId="7435A88B" w14:textId="77777777" w:rsidR="00187E2C" w:rsidRDefault="00000000">
            <w:pPr>
              <w:pStyle w:val="Oznaenseznam"/>
              <w:spacing w:after="16"/>
            </w:pPr>
            <w:r>
              <w:rPr>
                <w:color w:val="000000"/>
                <w:sz w:val="16"/>
              </w:rPr>
              <w:t>Kaj ti je naslovnica, slika, predmet, zvok ali gib pomagal razumeti?</w:t>
            </w:r>
          </w:p>
          <w:p w14:paraId="498FBFED" w14:textId="77777777" w:rsidR="00187E2C" w:rsidRDefault="00000000">
            <w:pPr>
              <w:pStyle w:val="Oznaenseznam"/>
              <w:spacing w:after="16"/>
            </w:pPr>
            <w:r>
              <w:rPr>
                <w:color w:val="000000"/>
                <w:sz w:val="16"/>
              </w:rPr>
              <w:t>Kako si našel/-la glas, črko, zlog, besedo ali bistveni podatek?</w:t>
            </w:r>
          </w:p>
          <w:p w14:paraId="2AC2C270" w14:textId="77777777" w:rsidR="00187E2C" w:rsidRDefault="00000000">
            <w:pPr>
              <w:pStyle w:val="Oznaenseznam"/>
              <w:spacing w:after="16"/>
            </w:pPr>
            <w:r>
              <w:rPr>
                <w:color w:val="000000"/>
                <w:sz w:val="16"/>
              </w:rPr>
              <w:t>Kako veš, da tvoja pripoved, branje ali zapis dosega dogovorjeni kriterij?</w:t>
            </w:r>
          </w:p>
          <w:p w14:paraId="0CAA0647" w14:textId="77777777" w:rsidR="00187E2C" w:rsidRDefault="00000000">
            <w:pPr>
              <w:pStyle w:val="Oznaenseznam"/>
              <w:spacing w:after="16"/>
            </w:pPr>
            <w:r>
              <w:rPr>
                <w:color w:val="000000"/>
                <w:sz w:val="16"/>
              </w:rPr>
              <w:t>Ali lahko svoje razumevanje pokažeš še z drugim načinom – govorom, gibanjem, risbo, branjem ali zapisom?</w:t>
            </w:r>
          </w:p>
          <w:p w14:paraId="71BF7F1F"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7F853603" w14:textId="77777777">
              <w:trPr>
                <w:jc w:val="center"/>
              </w:trPr>
              <w:tc>
                <w:tcPr>
                  <w:tcW w:w="7087" w:type="dxa"/>
                  <w:shd w:val="clear" w:color="auto" w:fill="C6E7F3"/>
                  <w:tcMar>
                    <w:top w:w="45" w:type="dxa"/>
                    <w:left w:w="70" w:type="dxa"/>
                    <w:bottom w:w="45" w:type="dxa"/>
                    <w:right w:w="70" w:type="dxa"/>
                  </w:tcMar>
                </w:tcPr>
                <w:p w14:paraId="5A7CC457" w14:textId="77777777" w:rsidR="00187E2C" w:rsidRDefault="00000000">
                  <w:pPr>
                    <w:keepNext/>
                  </w:pPr>
                  <w:r>
                    <w:rPr>
                      <w:b/>
                      <w:color w:val="000000"/>
                    </w:rPr>
                    <w:t>ZAKLJUČNI DEL – UTRJEVANJE, BRALNI ODZIV IN REFLEKSIJA (10–15 min)</w:t>
                  </w:r>
                </w:p>
              </w:tc>
            </w:tr>
          </w:tbl>
          <w:p w14:paraId="34760D52" w14:textId="77777777" w:rsidR="00187E2C" w:rsidRDefault="00187E2C">
            <w:pPr>
              <w:spacing w:line="20" w:lineRule="exact"/>
            </w:pPr>
          </w:p>
          <w:p w14:paraId="2FE9E2EC"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0C8F631A" w14:textId="77777777">
              <w:trPr>
                <w:jc w:val="center"/>
              </w:trPr>
              <w:tc>
                <w:tcPr>
                  <w:tcW w:w="7087" w:type="dxa"/>
                  <w:shd w:val="clear" w:color="auto" w:fill="EDC9EA"/>
                  <w:tcMar>
                    <w:top w:w="45" w:type="dxa"/>
                    <w:left w:w="70" w:type="dxa"/>
                    <w:bottom w:w="45" w:type="dxa"/>
                    <w:right w:w="70" w:type="dxa"/>
                  </w:tcMar>
                </w:tcPr>
                <w:p w14:paraId="3AB3534C" w14:textId="77777777" w:rsidR="00187E2C" w:rsidRDefault="00000000">
                  <w:pPr>
                    <w:keepNext/>
                  </w:pPr>
                  <w:r>
                    <w:rPr>
                      <w:b/>
                      <w:color w:val="000000"/>
                    </w:rPr>
                    <w:t>SAMOVREDNOTENJE</w:t>
                  </w:r>
                </w:p>
              </w:tc>
            </w:tr>
          </w:tbl>
          <w:p w14:paraId="73D9A3C6" w14:textId="77777777" w:rsidR="00187E2C" w:rsidRDefault="00187E2C">
            <w:pPr>
              <w:spacing w:line="20" w:lineRule="exact"/>
            </w:pPr>
          </w:p>
          <w:p w14:paraId="7F6CE022"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2B6350E4" w14:textId="77777777">
              <w:trPr>
                <w:jc w:val="center"/>
              </w:trPr>
              <w:tc>
                <w:tcPr>
                  <w:tcW w:w="7087" w:type="dxa"/>
                  <w:shd w:val="clear" w:color="auto" w:fill="EDC9EA"/>
                  <w:tcMar>
                    <w:top w:w="45" w:type="dxa"/>
                    <w:left w:w="70" w:type="dxa"/>
                    <w:bottom w:w="45" w:type="dxa"/>
                    <w:right w:w="70" w:type="dxa"/>
                  </w:tcMar>
                </w:tcPr>
                <w:p w14:paraId="0EDF6646" w14:textId="77777777" w:rsidR="00187E2C" w:rsidRDefault="00000000">
                  <w:pPr>
                    <w:keepNext/>
                  </w:pPr>
                  <w:r>
                    <w:rPr>
                      <w:b/>
                      <w:color w:val="000000"/>
                    </w:rPr>
                    <w:t>VRSTNIŠKO VREDNOTENJE</w:t>
                  </w:r>
                </w:p>
              </w:tc>
            </w:tr>
          </w:tbl>
          <w:p w14:paraId="1C22FCEB" w14:textId="77777777" w:rsidR="00187E2C" w:rsidRDefault="00187E2C">
            <w:pPr>
              <w:spacing w:line="20" w:lineRule="exact"/>
            </w:pPr>
          </w:p>
          <w:p w14:paraId="054D7ECB"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273EAAA" w14:textId="77777777">
              <w:trPr>
                <w:jc w:val="center"/>
              </w:trPr>
              <w:tc>
                <w:tcPr>
                  <w:tcW w:w="7087" w:type="dxa"/>
                  <w:shd w:val="clear" w:color="auto" w:fill="EDC9EA"/>
                  <w:tcMar>
                    <w:top w:w="45" w:type="dxa"/>
                    <w:left w:w="70" w:type="dxa"/>
                    <w:bottom w:w="45" w:type="dxa"/>
                    <w:right w:w="70" w:type="dxa"/>
                  </w:tcMar>
                </w:tcPr>
                <w:p w14:paraId="0905E6CD" w14:textId="77777777" w:rsidR="00187E2C" w:rsidRDefault="00000000">
                  <w:pPr>
                    <w:keepNext/>
                  </w:pPr>
                  <w:r>
                    <w:rPr>
                      <w:b/>
                      <w:color w:val="000000"/>
                    </w:rPr>
                    <w:t>SKUPNI POVZETEK</w:t>
                  </w:r>
                </w:p>
              </w:tc>
            </w:tr>
          </w:tbl>
          <w:p w14:paraId="73FE4B54" w14:textId="77777777" w:rsidR="00187E2C" w:rsidRDefault="00187E2C"/>
          <w:p w14:paraId="7D9CD1F8" w14:textId="77777777" w:rsidR="00187E2C" w:rsidRDefault="00000000">
            <w:pPr>
              <w:spacing w:before="20" w:after="40" w:line="245" w:lineRule="auto"/>
            </w:pPr>
            <w:r>
              <w:rPr>
                <w:b/>
                <w:color w:val="000000"/>
                <w:sz w:val="16"/>
              </w:rPr>
              <w:t>Prepoznam glas /p/ in črko P,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04300C10" w14:textId="77777777" w:rsidR="00187E2C" w:rsidRDefault="00187E2C"/>
          <w:p w14:paraId="424B63C1" w14:textId="77777777" w:rsidR="00187E2C" w:rsidRDefault="00000000">
            <w:pPr>
              <w:spacing w:after="100" w:line="245" w:lineRule="auto"/>
            </w:pPr>
            <w:r>
              <w:rPr>
                <w:color w:val="000000"/>
                <w:sz w:val="16"/>
              </w:rPr>
              <w:t>Odgovarja na podporna vprašanja ter se sklicuje na poslušano besedilo, sliko, govor, bralni list ali zapis.</w:t>
            </w:r>
          </w:p>
          <w:p w14:paraId="613EC7D1" w14:textId="77777777" w:rsidR="00187E2C" w:rsidRDefault="00000000">
            <w:pPr>
              <w:spacing w:after="100" w:line="245" w:lineRule="auto"/>
            </w:pPr>
            <w:r>
              <w:rPr>
                <w:color w:val="000000"/>
                <w:sz w:val="16"/>
              </w:rPr>
              <w:t>Primerja začetni odziv z novim dokazom in pojasni, kaj se je naučil/-a.</w:t>
            </w:r>
          </w:p>
          <w:p w14:paraId="40847B8F" w14:textId="77777777" w:rsidR="00187E2C" w:rsidRDefault="00000000">
            <w:pPr>
              <w:spacing w:after="100" w:line="245" w:lineRule="auto"/>
            </w:pPr>
            <w:r>
              <w:rPr>
                <w:color w:val="000000"/>
                <w:sz w:val="16"/>
              </w:rPr>
              <w:t>Izbere raven samostojnosti in določi naslednji korak.</w:t>
            </w:r>
          </w:p>
          <w:p w14:paraId="35850699" w14:textId="77777777" w:rsidR="00187E2C" w:rsidRDefault="00000000">
            <w:pPr>
              <w:spacing w:after="100" w:line="245" w:lineRule="auto"/>
            </w:pPr>
            <w:r>
              <w:rPr>
                <w:color w:val="000000"/>
                <w:sz w:val="16"/>
              </w:rPr>
              <w:t>Sošolcu poda prijazen in konkreten odziv, vezan na kriterij.</w:t>
            </w:r>
          </w:p>
          <w:p w14:paraId="4B5AF9C4" w14:textId="77777777" w:rsidR="00187E2C" w:rsidRDefault="00000000">
            <w:pPr>
              <w:spacing w:after="20" w:line="245" w:lineRule="auto"/>
            </w:pPr>
            <w:r>
              <w:rPr>
                <w:b/>
                <w:color w:val="D95BC6"/>
                <w:sz w:val="17"/>
              </w:rPr>
              <w:t>DOKAZ O UČENJU</w:t>
            </w:r>
          </w:p>
          <w:p w14:paraId="7C2CBA67"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75FE928B"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7DA60C9A" w14:textId="77777777">
        <w:trPr>
          <w:cantSplit/>
          <w:jc w:val="center"/>
        </w:trPr>
        <w:tc>
          <w:tcPr>
            <w:tcW w:w="14060" w:type="dxa"/>
            <w:gridSpan w:val="6"/>
            <w:tcMar>
              <w:top w:w="70" w:type="dxa"/>
              <w:left w:w="90" w:type="dxa"/>
              <w:bottom w:w="70" w:type="dxa"/>
              <w:right w:w="90" w:type="dxa"/>
            </w:tcMar>
            <w:vAlign w:val="center"/>
          </w:tcPr>
          <w:p w14:paraId="4248CB24" w14:textId="77777777" w:rsidR="00187E2C" w:rsidRDefault="00000000">
            <w:pPr>
              <w:jc w:val="center"/>
            </w:pPr>
            <w:r>
              <w:rPr>
                <w:b/>
                <w:color w:val="000000"/>
                <w:sz w:val="24"/>
              </w:rPr>
              <w:lastRenderedPageBreak/>
              <w:t>UČNA PRIPRAVA 22/39</w:t>
            </w:r>
          </w:p>
        </w:tc>
      </w:tr>
      <w:tr w:rsidR="00187E2C" w14:paraId="6B4BBAB2" w14:textId="77777777">
        <w:trPr>
          <w:jc w:val="center"/>
        </w:trPr>
        <w:tc>
          <w:tcPr>
            <w:tcW w:w="2665" w:type="dxa"/>
            <w:tcMar>
              <w:top w:w="70" w:type="dxa"/>
              <w:left w:w="90" w:type="dxa"/>
              <w:bottom w:w="70" w:type="dxa"/>
              <w:right w:w="90" w:type="dxa"/>
            </w:tcMar>
            <w:vAlign w:val="center"/>
          </w:tcPr>
          <w:p w14:paraId="663E58B1"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0DD7C1C"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BEEF0AC"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893E0A9" w14:textId="77777777" w:rsidR="00187E2C" w:rsidRDefault="00000000">
            <w:r>
              <w:rPr>
                <w:b/>
                <w:color w:val="000000"/>
                <w:sz w:val="16"/>
              </w:rPr>
              <w:t xml:space="preserve">NAČRTOVANI TERMIN: </w:t>
            </w:r>
            <w:r>
              <w:rPr>
                <w:color w:val="000000"/>
                <w:sz w:val="16"/>
              </w:rPr>
              <w:t>22. teden • 9.–12. 2. 2027</w:t>
            </w:r>
          </w:p>
        </w:tc>
        <w:tc>
          <w:tcPr>
            <w:tcW w:w="2268" w:type="dxa"/>
            <w:tcMar>
              <w:top w:w="70" w:type="dxa"/>
              <w:left w:w="90" w:type="dxa"/>
              <w:bottom w:w="70" w:type="dxa"/>
              <w:right w:w="90" w:type="dxa"/>
            </w:tcMar>
            <w:vAlign w:val="center"/>
          </w:tcPr>
          <w:p w14:paraId="4C1E8118"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94B5D6B" w14:textId="77777777" w:rsidR="00187E2C" w:rsidRDefault="00000000">
            <w:r>
              <w:rPr>
                <w:b/>
                <w:color w:val="000000"/>
                <w:sz w:val="16"/>
              </w:rPr>
              <w:t xml:space="preserve">ŠTEVILO UR: </w:t>
            </w:r>
            <w:r>
              <w:rPr>
                <w:color w:val="000000"/>
                <w:sz w:val="16"/>
              </w:rPr>
              <w:t>3</w:t>
            </w:r>
          </w:p>
        </w:tc>
      </w:tr>
      <w:tr w:rsidR="00187E2C" w14:paraId="43D0770E" w14:textId="77777777">
        <w:trPr>
          <w:jc w:val="center"/>
        </w:trPr>
        <w:tc>
          <w:tcPr>
            <w:tcW w:w="14061" w:type="dxa"/>
            <w:gridSpan w:val="6"/>
            <w:tcMar>
              <w:top w:w="70" w:type="dxa"/>
              <w:left w:w="90" w:type="dxa"/>
              <w:bottom w:w="70" w:type="dxa"/>
              <w:right w:w="90" w:type="dxa"/>
            </w:tcMar>
            <w:vAlign w:val="center"/>
          </w:tcPr>
          <w:p w14:paraId="53461CEC" w14:textId="77777777" w:rsidR="00187E2C" w:rsidRDefault="00000000">
            <w:r>
              <w:rPr>
                <w:b/>
                <w:color w:val="000000"/>
                <w:sz w:val="17"/>
              </w:rPr>
              <w:t xml:space="preserve">TIP UČNE URE: </w:t>
            </w:r>
            <w:r>
              <w:rPr>
                <w:color w:val="000000"/>
                <w:sz w:val="17"/>
              </w:rPr>
              <w:t>utrjevanje, pisno opisno ocenjevanje znanja, analiza dosežkov in ponovno učenje</w:t>
            </w:r>
          </w:p>
        </w:tc>
      </w:tr>
      <w:tr w:rsidR="00187E2C" w14:paraId="46B47A31" w14:textId="77777777">
        <w:trPr>
          <w:cantSplit/>
          <w:jc w:val="center"/>
        </w:trPr>
        <w:tc>
          <w:tcPr>
            <w:tcW w:w="14060" w:type="dxa"/>
            <w:gridSpan w:val="6"/>
            <w:tcMar>
              <w:top w:w="70" w:type="dxa"/>
              <w:left w:w="90" w:type="dxa"/>
              <w:bottom w:w="70" w:type="dxa"/>
              <w:right w:w="90" w:type="dxa"/>
            </w:tcMar>
            <w:vAlign w:val="center"/>
          </w:tcPr>
          <w:p w14:paraId="2F742E73" w14:textId="77777777" w:rsidR="00187E2C" w:rsidRDefault="00187E2C"/>
          <w:p w14:paraId="1726CDDE" w14:textId="77777777" w:rsidR="00187E2C" w:rsidRDefault="00000000">
            <w:pPr>
              <w:spacing w:line="245" w:lineRule="auto"/>
            </w:pPr>
            <w:r>
              <w:rPr>
                <w:b/>
                <w:color w:val="000000"/>
                <w:sz w:val="16"/>
              </w:rPr>
              <w:t xml:space="preserve">UČNI SKLOP: </w:t>
            </w:r>
            <w:r>
              <w:rPr>
                <w:color w:val="000000"/>
                <w:sz w:val="16"/>
              </w:rPr>
              <w:t>NEKOČ IN DANES – ČAS IN DEDIŠČINA</w:t>
            </w:r>
          </w:p>
        </w:tc>
      </w:tr>
      <w:tr w:rsidR="00187E2C" w14:paraId="7C8659C2" w14:textId="77777777">
        <w:trPr>
          <w:cantSplit/>
          <w:jc w:val="center"/>
        </w:trPr>
        <w:tc>
          <w:tcPr>
            <w:tcW w:w="14060" w:type="dxa"/>
            <w:gridSpan w:val="6"/>
            <w:tcMar>
              <w:top w:w="70" w:type="dxa"/>
              <w:left w:w="90" w:type="dxa"/>
              <w:bottom w:w="70" w:type="dxa"/>
              <w:right w:w="90" w:type="dxa"/>
            </w:tcMar>
            <w:vAlign w:val="center"/>
          </w:tcPr>
          <w:p w14:paraId="14C07AA7" w14:textId="77777777" w:rsidR="00187E2C" w:rsidRDefault="00187E2C"/>
          <w:p w14:paraId="372E0BC5" w14:textId="77777777" w:rsidR="00187E2C" w:rsidRDefault="00000000">
            <w:pPr>
              <w:spacing w:line="245" w:lineRule="auto"/>
            </w:pPr>
            <w:r>
              <w:rPr>
                <w:b/>
                <w:color w:val="000000"/>
                <w:sz w:val="16"/>
              </w:rPr>
              <w:t xml:space="preserve">UČNA TEMA: </w:t>
            </w:r>
            <w:r>
              <w:rPr>
                <w:color w:val="000000"/>
                <w:sz w:val="16"/>
              </w:rPr>
              <w:t>KULTURNI PRAZNIK • VELIKA TISKANA ČRKA D</w:t>
            </w:r>
          </w:p>
        </w:tc>
      </w:tr>
      <w:tr w:rsidR="00187E2C" w14:paraId="21CAE710" w14:textId="77777777">
        <w:trPr>
          <w:cantSplit/>
          <w:jc w:val="center"/>
        </w:trPr>
        <w:tc>
          <w:tcPr>
            <w:tcW w:w="14060" w:type="dxa"/>
            <w:gridSpan w:val="6"/>
            <w:tcMar>
              <w:top w:w="70" w:type="dxa"/>
              <w:left w:w="90" w:type="dxa"/>
              <w:bottom w:w="70" w:type="dxa"/>
              <w:right w:w="90" w:type="dxa"/>
            </w:tcMar>
            <w:vAlign w:val="center"/>
          </w:tcPr>
          <w:p w14:paraId="492E5579" w14:textId="77777777" w:rsidR="00187E2C" w:rsidRDefault="00187E2C"/>
          <w:p w14:paraId="1191CF50" w14:textId="77777777" w:rsidR="00187E2C" w:rsidRDefault="00000000">
            <w:pPr>
              <w:spacing w:line="245" w:lineRule="auto"/>
            </w:pPr>
            <w:r>
              <w:rPr>
                <w:b/>
                <w:color w:val="000000"/>
                <w:sz w:val="16"/>
              </w:rPr>
              <w:t xml:space="preserve">KNJIŽEVNO IZHODIŠČE IN MOTIV: </w:t>
            </w:r>
            <w:r>
              <w:rPr>
                <w:color w:val="000000"/>
                <w:sz w:val="16"/>
              </w:rPr>
              <w:t>»Ciciban in čebela« – Oton Župančič • slovenska poezija, kulturna dediščina in skrb za naravo</w:t>
            </w:r>
          </w:p>
        </w:tc>
      </w:tr>
      <w:tr w:rsidR="00187E2C" w14:paraId="1EA836D4" w14:textId="77777777">
        <w:trPr>
          <w:cantSplit/>
          <w:jc w:val="center"/>
        </w:trPr>
        <w:tc>
          <w:tcPr>
            <w:tcW w:w="14060" w:type="dxa"/>
            <w:gridSpan w:val="6"/>
            <w:tcMar>
              <w:top w:w="70" w:type="dxa"/>
              <w:left w:w="90" w:type="dxa"/>
              <w:bottom w:w="70" w:type="dxa"/>
              <w:right w:w="90" w:type="dxa"/>
            </w:tcMar>
            <w:vAlign w:val="center"/>
          </w:tcPr>
          <w:p w14:paraId="000F10BB" w14:textId="77777777" w:rsidR="00187E2C" w:rsidRDefault="00187E2C"/>
          <w:p w14:paraId="5D018716" w14:textId="77777777" w:rsidR="00187E2C" w:rsidRDefault="00000000">
            <w:pPr>
              <w:spacing w:line="245" w:lineRule="auto"/>
            </w:pPr>
            <w:r>
              <w:rPr>
                <w:b/>
                <w:color w:val="000000"/>
                <w:sz w:val="16"/>
              </w:rPr>
              <w:t xml:space="preserve">BRALNI LIST / ČRKA: </w:t>
            </w:r>
            <w:r>
              <w:rPr>
                <w:color w:val="000000"/>
                <w:sz w:val="16"/>
              </w:rPr>
              <w:t>ČRKA D • BRALNI LIST 22 – Berem črko D in zloge ter besede: glas /d/ znane črke: A, E, I, O, U, N, M, T, J, V, R, S, L, K, P, D; slišim glas; prepoznam črko; navpična in velika zaobljena poteza; berem in zapišem</w:t>
            </w:r>
          </w:p>
        </w:tc>
      </w:tr>
      <w:tr w:rsidR="00187E2C" w14:paraId="7F13F014" w14:textId="77777777">
        <w:trPr>
          <w:cantSplit/>
          <w:jc w:val="center"/>
        </w:trPr>
        <w:tc>
          <w:tcPr>
            <w:tcW w:w="14060" w:type="dxa"/>
            <w:gridSpan w:val="6"/>
            <w:tcMar>
              <w:top w:w="70" w:type="dxa"/>
              <w:left w:w="90" w:type="dxa"/>
              <w:bottom w:w="70" w:type="dxa"/>
              <w:right w:w="90" w:type="dxa"/>
            </w:tcMar>
            <w:vAlign w:val="center"/>
          </w:tcPr>
          <w:p w14:paraId="364C3058" w14:textId="77777777" w:rsidR="00187E2C" w:rsidRDefault="00187E2C"/>
          <w:p w14:paraId="23E764D4" w14:textId="77777777" w:rsidR="00187E2C" w:rsidRDefault="00000000">
            <w:pPr>
              <w:spacing w:line="245" w:lineRule="auto"/>
            </w:pPr>
            <w:r>
              <w:rPr>
                <w:b/>
                <w:color w:val="000000"/>
                <w:sz w:val="16"/>
              </w:rPr>
              <w:t xml:space="preserve">UČNE ENOTE: </w:t>
            </w:r>
            <w:r>
              <w:rPr>
                <w:color w:val="000000"/>
                <w:sz w:val="16"/>
              </w:rPr>
              <w:t>1. ura – Kulturni praznik – Poslušam in doživljam • 2. ura – SLIŠIM GLAS /d/ IN ODKRIVAM ČRKO D • 3. ura – Oblikujem, pišem in berem črko D</w:t>
            </w:r>
          </w:p>
        </w:tc>
      </w:tr>
      <w:tr w:rsidR="00187E2C" w14:paraId="5BC85A3F" w14:textId="77777777">
        <w:trPr>
          <w:cantSplit/>
          <w:jc w:val="center"/>
        </w:trPr>
        <w:tc>
          <w:tcPr>
            <w:tcW w:w="14060" w:type="dxa"/>
            <w:gridSpan w:val="6"/>
            <w:tcMar>
              <w:top w:w="70" w:type="dxa"/>
              <w:left w:w="90" w:type="dxa"/>
              <w:bottom w:w="70" w:type="dxa"/>
              <w:right w:w="90" w:type="dxa"/>
            </w:tcMar>
            <w:vAlign w:val="center"/>
          </w:tcPr>
          <w:p w14:paraId="3AEE3204" w14:textId="77777777" w:rsidR="00187E2C" w:rsidRDefault="00187E2C"/>
          <w:p w14:paraId="5F019BF1"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367FC14A" w14:textId="77777777">
        <w:trPr>
          <w:cantSplit/>
          <w:jc w:val="center"/>
        </w:trPr>
        <w:tc>
          <w:tcPr>
            <w:tcW w:w="14060" w:type="dxa"/>
            <w:gridSpan w:val="6"/>
            <w:tcMar>
              <w:top w:w="70" w:type="dxa"/>
              <w:left w:w="90" w:type="dxa"/>
              <w:bottom w:w="70" w:type="dxa"/>
              <w:right w:w="90" w:type="dxa"/>
            </w:tcMar>
            <w:vAlign w:val="center"/>
          </w:tcPr>
          <w:p w14:paraId="303AF9BB" w14:textId="77777777" w:rsidR="00187E2C" w:rsidRDefault="00187E2C"/>
          <w:p w14:paraId="618B426A"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060210F2" w14:textId="77777777">
        <w:trPr>
          <w:cantSplit/>
          <w:jc w:val="center"/>
        </w:trPr>
        <w:tc>
          <w:tcPr>
            <w:tcW w:w="14060" w:type="dxa"/>
            <w:gridSpan w:val="6"/>
            <w:tcMar>
              <w:top w:w="70" w:type="dxa"/>
              <w:left w:w="90" w:type="dxa"/>
              <w:bottom w:w="70" w:type="dxa"/>
              <w:right w:w="90" w:type="dxa"/>
            </w:tcMar>
            <w:vAlign w:val="center"/>
          </w:tcPr>
          <w:p w14:paraId="5E26F31F" w14:textId="77777777" w:rsidR="00187E2C" w:rsidRDefault="00187E2C"/>
          <w:p w14:paraId="1749D1CB"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C86BD7D" w14:textId="77777777">
        <w:trPr>
          <w:cantSplit/>
          <w:jc w:val="center"/>
        </w:trPr>
        <w:tc>
          <w:tcPr>
            <w:tcW w:w="14060" w:type="dxa"/>
            <w:gridSpan w:val="6"/>
            <w:tcMar>
              <w:top w:w="70" w:type="dxa"/>
              <w:left w:w="90" w:type="dxa"/>
              <w:bottom w:w="70" w:type="dxa"/>
              <w:right w:w="90" w:type="dxa"/>
            </w:tcMar>
            <w:vAlign w:val="center"/>
          </w:tcPr>
          <w:p w14:paraId="1850D03C" w14:textId="77777777" w:rsidR="00187E2C" w:rsidRDefault="00187E2C"/>
          <w:p w14:paraId="6F5149BD" w14:textId="77777777" w:rsidR="00187E2C" w:rsidRDefault="00000000">
            <w:pPr>
              <w:spacing w:line="245" w:lineRule="auto"/>
            </w:pPr>
            <w:r>
              <w:rPr>
                <w:b/>
                <w:color w:val="000000"/>
                <w:sz w:val="16"/>
              </w:rPr>
              <w:t xml:space="preserve">MEDPREDMETNE POVEZAVE: </w:t>
            </w:r>
            <w:r>
              <w:rPr>
                <w:color w:val="000000"/>
                <w:sz w:val="16"/>
              </w:rPr>
              <w:t>SPO – slovenska poezija, kulturna dediščina in skrb za naravo; GUM – ritem, zvočnost in glas; LUM – ilustracija, črta in grafomotorika; ŠPO – gibalna pripoved, dramatizacija in postaje; MAT – smer, zaporedje in orientacija</w:t>
            </w:r>
          </w:p>
        </w:tc>
      </w:tr>
      <w:tr w:rsidR="00187E2C" w14:paraId="69F33D95" w14:textId="77777777">
        <w:trPr>
          <w:cantSplit/>
          <w:jc w:val="center"/>
        </w:trPr>
        <w:tc>
          <w:tcPr>
            <w:tcW w:w="14060" w:type="dxa"/>
            <w:gridSpan w:val="6"/>
            <w:tcMar>
              <w:top w:w="70" w:type="dxa"/>
              <w:left w:w="90" w:type="dxa"/>
              <w:bottom w:w="70" w:type="dxa"/>
              <w:right w:w="90" w:type="dxa"/>
            </w:tcMar>
            <w:vAlign w:val="center"/>
          </w:tcPr>
          <w:p w14:paraId="7820388D" w14:textId="77777777" w:rsidR="00187E2C" w:rsidRDefault="00187E2C"/>
          <w:p w14:paraId="072678C1" w14:textId="77777777" w:rsidR="00187E2C" w:rsidRDefault="00000000">
            <w:pPr>
              <w:spacing w:line="245" w:lineRule="auto"/>
            </w:pPr>
            <w:r>
              <w:rPr>
                <w:b/>
                <w:color w:val="000000"/>
                <w:sz w:val="16"/>
              </w:rPr>
              <w:t xml:space="preserve">UČNA SREDSTVA IN PRIPOMOČKI: </w:t>
            </w:r>
            <w:r>
              <w:rPr>
                <w:color w:val="000000"/>
                <w:sz w:val="16"/>
              </w:rPr>
              <w:t>ČRKA D • BRALNI LIST 22, povečano besedilo oziroma kartice, slikanica ali odlomek, slikovno zaporedje, kartice besed in glasov, talne črke ali zlogi, ogledala, vrvice ali modelirna masa, mini tabla, zvezek oziroma jezikovna mapa</w:t>
            </w:r>
          </w:p>
        </w:tc>
      </w:tr>
      <w:tr w:rsidR="00187E2C" w14:paraId="58A959C5" w14:textId="77777777">
        <w:trPr>
          <w:cantSplit/>
          <w:jc w:val="center"/>
        </w:trPr>
        <w:tc>
          <w:tcPr>
            <w:tcW w:w="14060" w:type="dxa"/>
            <w:gridSpan w:val="6"/>
            <w:tcMar>
              <w:top w:w="70" w:type="dxa"/>
              <w:left w:w="90" w:type="dxa"/>
              <w:bottom w:w="70" w:type="dxa"/>
              <w:right w:w="90" w:type="dxa"/>
            </w:tcMar>
            <w:vAlign w:val="center"/>
          </w:tcPr>
          <w:p w14:paraId="338E632F" w14:textId="77777777" w:rsidR="00187E2C" w:rsidRDefault="00187E2C"/>
          <w:p w14:paraId="787FC4AF"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4DAD327F" w14:textId="77777777">
        <w:trPr>
          <w:cantSplit/>
          <w:jc w:val="center"/>
        </w:trPr>
        <w:tc>
          <w:tcPr>
            <w:tcW w:w="14060" w:type="dxa"/>
            <w:gridSpan w:val="6"/>
            <w:tcMar>
              <w:top w:w="70" w:type="dxa"/>
              <w:left w:w="90" w:type="dxa"/>
              <w:bottom w:w="70" w:type="dxa"/>
              <w:right w:w="90" w:type="dxa"/>
            </w:tcMar>
            <w:vAlign w:val="center"/>
          </w:tcPr>
          <w:p w14:paraId="73E5BF7E" w14:textId="77777777" w:rsidR="00187E2C" w:rsidRDefault="00187E2C"/>
          <w:p w14:paraId="4FF03850" w14:textId="77777777" w:rsidR="00187E2C" w:rsidRDefault="00000000">
            <w:pPr>
              <w:spacing w:line="245" w:lineRule="auto"/>
            </w:pPr>
            <w:r>
              <w:rPr>
                <w:b/>
                <w:color w:val="000000"/>
                <w:sz w:val="16"/>
              </w:rPr>
              <w:t xml:space="preserve">OCENJEVANJE / DAN DEJAVNOSTI: </w:t>
            </w:r>
            <w:r>
              <w:rPr>
                <w:color w:val="000000"/>
                <w:sz w:val="16"/>
              </w:rPr>
              <w:t>OCENJEVANJE 3 – PISNO: glasovno zavedanje, prvih 17 črk ter začetno branje in pisanje; analiza dosežkov • KULTURNI DAN</w:t>
            </w:r>
          </w:p>
        </w:tc>
      </w:tr>
      <w:tr w:rsidR="00187E2C" w14:paraId="41E7A7D8" w14:textId="77777777">
        <w:trPr>
          <w:cantSplit/>
          <w:jc w:val="center"/>
        </w:trPr>
        <w:tc>
          <w:tcPr>
            <w:tcW w:w="14060" w:type="dxa"/>
            <w:gridSpan w:val="6"/>
            <w:tcMar>
              <w:top w:w="70" w:type="dxa"/>
              <w:left w:w="90" w:type="dxa"/>
              <w:bottom w:w="70" w:type="dxa"/>
              <w:right w:w="90" w:type="dxa"/>
            </w:tcMar>
            <w:vAlign w:val="center"/>
          </w:tcPr>
          <w:p w14:paraId="08771F63" w14:textId="77777777" w:rsidR="00187E2C" w:rsidRDefault="00187E2C"/>
          <w:p w14:paraId="5CFBC5FF"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6F1EEBF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0147B6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050905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DBF545D" w14:textId="77777777" w:rsidR="00187E2C" w:rsidRDefault="00000000">
            <w:pPr>
              <w:jc w:val="center"/>
            </w:pPr>
            <w:r>
              <w:rPr>
                <w:b/>
                <w:color w:val="000000"/>
                <w:sz w:val="20"/>
              </w:rPr>
              <w:t>UČNE DEJAVNOSTI, METODE IN FORMATIVNO SPREMLJANJE</w:t>
            </w:r>
          </w:p>
        </w:tc>
      </w:tr>
      <w:tr w:rsidR="00187E2C" w14:paraId="689DB52F" w14:textId="77777777">
        <w:trPr>
          <w:tblHeader/>
          <w:jc w:val="center"/>
        </w:trPr>
        <w:tc>
          <w:tcPr>
            <w:tcW w:w="4422" w:type="dxa"/>
            <w:vMerge/>
            <w:tcMar>
              <w:top w:w="70" w:type="dxa"/>
              <w:left w:w="90" w:type="dxa"/>
              <w:bottom w:w="70" w:type="dxa"/>
              <w:right w:w="90" w:type="dxa"/>
            </w:tcMar>
            <w:vAlign w:val="center"/>
          </w:tcPr>
          <w:p w14:paraId="1CCF15EE" w14:textId="77777777" w:rsidR="00187E2C" w:rsidRDefault="00187E2C"/>
        </w:tc>
        <w:tc>
          <w:tcPr>
            <w:tcW w:w="7087" w:type="dxa"/>
            <w:shd w:val="clear" w:color="auto" w:fill="FFFFFF"/>
            <w:tcMar>
              <w:top w:w="70" w:type="dxa"/>
              <w:left w:w="90" w:type="dxa"/>
              <w:bottom w:w="70" w:type="dxa"/>
              <w:right w:w="90" w:type="dxa"/>
            </w:tcMar>
            <w:vAlign w:val="center"/>
          </w:tcPr>
          <w:p w14:paraId="4F891A6F"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9C7FF65" w14:textId="77777777" w:rsidR="00187E2C" w:rsidRDefault="00000000">
            <w:pPr>
              <w:jc w:val="center"/>
            </w:pPr>
            <w:r>
              <w:rPr>
                <w:b/>
                <w:color w:val="000000"/>
              </w:rPr>
              <w:t>UČENEC</w:t>
            </w:r>
          </w:p>
        </w:tc>
      </w:tr>
      <w:tr w:rsidR="00187E2C" w14:paraId="7BA6D866" w14:textId="77777777">
        <w:trPr>
          <w:jc w:val="center"/>
        </w:trPr>
        <w:tc>
          <w:tcPr>
            <w:tcW w:w="4422" w:type="dxa"/>
            <w:tcMar>
              <w:top w:w="70" w:type="dxa"/>
              <w:left w:w="90" w:type="dxa"/>
              <w:bottom w:w="70" w:type="dxa"/>
              <w:right w:w="90" w:type="dxa"/>
            </w:tcMar>
          </w:tcPr>
          <w:p w14:paraId="053CB0B5" w14:textId="77777777" w:rsidR="00187E2C" w:rsidRDefault="00187E2C"/>
          <w:p w14:paraId="0453C110" w14:textId="77777777" w:rsidR="00187E2C" w:rsidRDefault="00000000">
            <w:pPr>
              <w:spacing w:after="60" w:line="245" w:lineRule="auto"/>
            </w:pPr>
            <w:r>
              <w:rPr>
                <w:b/>
                <w:color w:val="000000"/>
              </w:rPr>
              <w:t>UČNI CILJI</w:t>
            </w:r>
          </w:p>
          <w:p w14:paraId="1C2223DC" w14:textId="77777777" w:rsidR="00187E2C" w:rsidRDefault="00000000">
            <w:pPr>
              <w:spacing w:after="20" w:line="245" w:lineRule="auto"/>
            </w:pPr>
            <w:r>
              <w:rPr>
                <w:b/>
                <w:color w:val="000000"/>
                <w:sz w:val="17"/>
              </w:rPr>
              <w:t>SPLOŠNI</w:t>
            </w:r>
          </w:p>
          <w:p w14:paraId="64C6665E"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2A520DE0" w14:textId="77777777" w:rsidR="00187E2C" w:rsidRDefault="00000000">
            <w:pPr>
              <w:pStyle w:val="Oznaenseznam"/>
              <w:spacing w:after="16"/>
            </w:pPr>
            <w:r>
              <w:rPr>
                <w:color w:val="000000"/>
                <w:sz w:val="16"/>
              </w:rPr>
              <w:t>doživlja književno besedilo ter se nanj odziva z govorom, gibanjem, dramatizacijo, risbo ali zapisom</w:t>
            </w:r>
          </w:p>
          <w:p w14:paraId="28EB092B" w14:textId="77777777" w:rsidR="00187E2C" w:rsidRDefault="00000000">
            <w:pPr>
              <w:pStyle w:val="Oznaenseznam"/>
              <w:spacing w:after="16"/>
            </w:pPr>
            <w:r>
              <w:rPr>
                <w:color w:val="000000"/>
                <w:sz w:val="16"/>
              </w:rPr>
              <w:t>razvija glasovno zavedanje, povezavo glas–črka in začetno branje ter pisanje po individualnem napredku</w:t>
            </w:r>
          </w:p>
          <w:p w14:paraId="5BCB7256" w14:textId="77777777" w:rsidR="00187E2C" w:rsidRDefault="00000000">
            <w:pPr>
              <w:pStyle w:val="Oznaenseznam"/>
              <w:spacing w:after="16"/>
            </w:pPr>
            <w:r>
              <w:rPr>
                <w:color w:val="000000"/>
                <w:sz w:val="16"/>
              </w:rPr>
              <w:t>ob namenih in kriterijih spremlja svoje učenje ter uporabi opisno povratno informacijo</w:t>
            </w:r>
          </w:p>
          <w:p w14:paraId="26EE4488" w14:textId="77777777" w:rsidR="00187E2C" w:rsidRDefault="00000000">
            <w:pPr>
              <w:spacing w:before="40" w:after="20" w:line="245" w:lineRule="auto"/>
            </w:pPr>
            <w:r>
              <w:rPr>
                <w:b/>
                <w:color w:val="000000"/>
                <w:sz w:val="17"/>
              </w:rPr>
              <w:t>OPERATIVNI</w:t>
            </w:r>
          </w:p>
          <w:p w14:paraId="1DC7CF7A" w14:textId="77777777" w:rsidR="00187E2C" w:rsidRDefault="00000000">
            <w:pPr>
              <w:pStyle w:val="Oznaenseznam"/>
              <w:spacing w:after="16"/>
            </w:pPr>
            <w:r>
              <w:rPr>
                <w:color w:val="000000"/>
                <w:sz w:val="16"/>
              </w:rPr>
              <w:t>posluša pesem ali pripoved</w:t>
            </w:r>
          </w:p>
          <w:p w14:paraId="156F4C65" w14:textId="77777777" w:rsidR="00187E2C" w:rsidRDefault="00000000">
            <w:pPr>
              <w:pStyle w:val="Oznaenseznam"/>
              <w:spacing w:after="16"/>
            </w:pPr>
            <w:r>
              <w:rPr>
                <w:color w:val="000000"/>
                <w:sz w:val="16"/>
              </w:rPr>
              <w:t>doživeto recitira</w:t>
            </w:r>
          </w:p>
          <w:p w14:paraId="69D286B2" w14:textId="77777777" w:rsidR="00187E2C" w:rsidRDefault="00000000">
            <w:pPr>
              <w:pStyle w:val="Oznaenseznam"/>
              <w:spacing w:after="16"/>
            </w:pPr>
            <w:r>
              <w:rPr>
                <w:color w:val="000000"/>
                <w:sz w:val="16"/>
              </w:rPr>
              <w:t>izrazi svoje doživetje</w:t>
            </w:r>
          </w:p>
          <w:p w14:paraId="4C8649DB" w14:textId="77777777" w:rsidR="00187E2C" w:rsidRDefault="00000000">
            <w:pPr>
              <w:pStyle w:val="Oznaenseznam"/>
              <w:spacing w:after="16"/>
            </w:pPr>
            <w:r>
              <w:rPr>
                <w:color w:val="000000"/>
                <w:sz w:val="16"/>
              </w:rPr>
              <w:t>prepozna in poimenuje veliko tiskano črko D ter jo poveže z glasom /d/</w:t>
            </w:r>
          </w:p>
          <w:p w14:paraId="56CC45AD" w14:textId="77777777" w:rsidR="00187E2C" w:rsidRDefault="00000000">
            <w:pPr>
              <w:pStyle w:val="Oznaenseznam"/>
              <w:spacing w:after="16"/>
            </w:pPr>
            <w:r>
              <w:rPr>
                <w:color w:val="000000"/>
                <w:sz w:val="16"/>
              </w:rPr>
              <w:t>veččutno oblikuje in čitljivo zapiše veliko tiskano črko D</w:t>
            </w:r>
          </w:p>
          <w:p w14:paraId="7599E5FF" w14:textId="77777777" w:rsidR="00187E2C" w:rsidRDefault="00000000">
            <w:pPr>
              <w:pStyle w:val="Oznaenseznam"/>
              <w:spacing w:after="16"/>
            </w:pPr>
            <w:r>
              <w:rPr>
                <w:color w:val="000000"/>
                <w:sz w:val="16"/>
              </w:rPr>
              <w:t>bere in sestavlja zloge oziroma besede z znanimi črkami: DOM • DAN • DELO • MED</w:t>
            </w:r>
          </w:p>
          <w:p w14:paraId="2C1953E9" w14:textId="77777777" w:rsidR="00187E2C" w:rsidRDefault="00000000">
            <w:pPr>
              <w:spacing w:before="40" w:after="20" w:line="245" w:lineRule="auto"/>
            </w:pPr>
            <w:r>
              <w:rPr>
                <w:b/>
                <w:color w:val="000000"/>
                <w:sz w:val="17"/>
              </w:rPr>
              <w:t>PRIČAKOVANI DOSEŽKI / MINIMALNI POUDARKI</w:t>
            </w:r>
          </w:p>
          <w:p w14:paraId="62B4D740" w14:textId="77777777" w:rsidR="00187E2C" w:rsidRDefault="00000000">
            <w:pPr>
              <w:pStyle w:val="Oznaenseznam"/>
              <w:spacing w:after="16"/>
            </w:pPr>
            <w:r>
              <w:rPr>
                <w:color w:val="000000"/>
                <w:sz w:val="15"/>
              </w:rPr>
              <w:t>samostojno oziroma z dogovorjeno oporo posluša pesem ali pripoved</w:t>
            </w:r>
          </w:p>
          <w:p w14:paraId="4EB2A8A3" w14:textId="77777777" w:rsidR="00187E2C" w:rsidRDefault="00000000">
            <w:pPr>
              <w:pStyle w:val="Oznaenseznam"/>
              <w:spacing w:after="16"/>
            </w:pPr>
            <w:r>
              <w:rPr>
                <w:color w:val="000000"/>
                <w:sz w:val="15"/>
              </w:rPr>
              <w:t>samostojno oziroma z dogovorjeno oporo doživeto recitira</w:t>
            </w:r>
          </w:p>
          <w:p w14:paraId="36FC4EC1" w14:textId="77777777" w:rsidR="00187E2C" w:rsidRDefault="00000000">
            <w:pPr>
              <w:pStyle w:val="Oznaenseznam"/>
              <w:spacing w:after="16"/>
            </w:pPr>
            <w:r>
              <w:rPr>
                <w:color w:val="000000"/>
                <w:sz w:val="15"/>
              </w:rPr>
              <w:t>samostojno oziroma z dogovorjeno oporo izrazi svoje doživetje</w:t>
            </w:r>
          </w:p>
          <w:p w14:paraId="08661E47" w14:textId="77777777" w:rsidR="00187E2C" w:rsidRDefault="00000000">
            <w:pPr>
              <w:pStyle w:val="Oznaenseznam"/>
              <w:spacing w:after="16"/>
            </w:pPr>
            <w:r>
              <w:rPr>
                <w:color w:val="000000"/>
                <w:sz w:val="15"/>
              </w:rPr>
              <w:t>samostojno oziroma z dogovorjeno oporo prepozna in poimenuje veliko tiskano črko D ter jo poveže z glasom /d/</w:t>
            </w:r>
          </w:p>
          <w:p w14:paraId="50A44D4D" w14:textId="77777777" w:rsidR="00187E2C" w:rsidRDefault="00000000">
            <w:pPr>
              <w:pStyle w:val="Oznaenseznam"/>
              <w:spacing w:after="16"/>
            </w:pPr>
            <w:r>
              <w:rPr>
                <w:color w:val="000000"/>
                <w:sz w:val="15"/>
              </w:rPr>
              <w:t>samostojno oziroma z dogovorjeno oporo veččutno oblikuje in čitljivo zapiše veliko tiskano črko D</w:t>
            </w:r>
          </w:p>
        </w:tc>
        <w:tc>
          <w:tcPr>
            <w:tcW w:w="7087" w:type="dxa"/>
            <w:tcMar>
              <w:top w:w="70" w:type="dxa"/>
              <w:left w:w="90" w:type="dxa"/>
              <w:bottom w:w="70" w:type="dxa"/>
              <w:right w:w="90" w:type="dxa"/>
            </w:tcMar>
          </w:tcPr>
          <w:p w14:paraId="4A36761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6EA6157" w14:textId="77777777">
              <w:trPr>
                <w:jc w:val="center"/>
              </w:trPr>
              <w:tc>
                <w:tcPr>
                  <w:tcW w:w="7087" w:type="dxa"/>
                  <w:shd w:val="clear" w:color="auto" w:fill="C6E7F3"/>
                  <w:tcMar>
                    <w:top w:w="45" w:type="dxa"/>
                    <w:left w:w="70" w:type="dxa"/>
                    <w:bottom w:w="45" w:type="dxa"/>
                    <w:right w:w="70" w:type="dxa"/>
                  </w:tcMar>
                </w:tcPr>
                <w:p w14:paraId="265C1DA7" w14:textId="77777777" w:rsidR="00187E2C" w:rsidRDefault="00000000">
                  <w:pPr>
                    <w:keepNext/>
                  </w:pPr>
                  <w:r>
                    <w:rPr>
                      <w:b/>
                      <w:color w:val="000000"/>
                    </w:rPr>
                    <w:t>UVODNI DEL – motivacija, aktivacija predznanja in namen učenja (15–20 min)</w:t>
                  </w:r>
                </w:p>
              </w:tc>
            </w:tr>
          </w:tbl>
          <w:p w14:paraId="58A51FFE" w14:textId="77777777" w:rsidR="00187E2C" w:rsidRDefault="00187E2C">
            <w:pPr>
              <w:spacing w:line="20" w:lineRule="exact"/>
            </w:pPr>
          </w:p>
          <w:p w14:paraId="51C947DC" w14:textId="77777777" w:rsidR="00187E2C" w:rsidRDefault="00000000">
            <w:pPr>
              <w:spacing w:before="40" w:after="60" w:line="245" w:lineRule="auto"/>
            </w:pPr>
            <w:r>
              <w:rPr>
                <w:color w:val="000000"/>
                <w:sz w:val="16"/>
              </w:rPr>
              <w:t>Učenci ob naslovnici, odlomku ali ilustraciji dela »Ciciban in čebela« – Oton Župančič doživljajsko vstopijo v motiv slovenska poezija, kulturna dediščina in skrb za naravo. S kretnjo, predmetom, sliko, glasom ali kratko povedjo pokažejo predznanje in napoved. Izhodiščni odziv povežejo z dejavnostjo ČRKA D • BRALNI LIST 22 – Berem črko D in zloge ter besede. Pred ocenjevanjem obnovijo kriterije, po njem pa dokaz analizirajo in določijo naslednji korak.</w:t>
            </w:r>
          </w:p>
          <w:tbl>
            <w:tblPr>
              <w:tblStyle w:val="Tabelamrea"/>
              <w:tblW w:w="0" w:type="auto"/>
              <w:jc w:val="center"/>
              <w:tblLayout w:type="fixed"/>
              <w:tblLook w:val="04A0" w:firstRow="1" w:lastRow="0" w:firstColumn="1" w:lastColumn="0" w:noHBand="0" w:noVBand="1"/>
            </w:tblPr>
            <w:tblGrid>
              <w:gridCol w:w="7087"/>
            </w:tblGrid>
            <w:tr w:rsidR="00187E2C" w14:paraId="14EC0C9D" w14:textId="77777777">
              <w:trPr>
                <w:jc w:val="center"/>
              </w:trPr>
              <w:tc>
                <w:tcPr>
                  <w:tcW w:w="7087" w:type="dxa"/>
                  <w:shd w:val="clear" w:color="auto" w:fill="EDC9EA"/>
                  <w:tcMar>
                    <w:top w:w="45" w:type="dxa"/>
                    <w:left w:w="70" w:type="dxa"/>
                    <w:bottom w:w="45" w:type="dxa"/>
                    <w:right w:w="70" w:type="dxa"/>
                  </w:tcMar>
                </w:tcPr>
                <w:p w14:paraId="31D6B50A" w14:textId="77777777" w:rsidR="00187E2C" w:rsidRDefault="00000000">
                  <w:pPr>
                    <w:keepNext/>
                  </w:pPr>
                  <w:r>
                    <w:rPr>
                      <w:b/>
                      <w:color w:val="000000"/>
                    </w:rPr>
                    <w:t>NAMENI UČENJA</w:t>
                  </w:r>
                </w:p>
              </w:tc>
            </w:tr>
          </w:tbl>
          <w:p w14:paraId="3EAC9D8E" w14:textId="77777777" w:rsidR="00187E2C" w:rsidRDefault="00187E2C">
            <w:pPr>
              <w:spacing w:line="20" w:lineRule="exact"/>
            </w:pPr>
          </w:p>
          <w:p w14:paraId="7F25251A"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4F0D5273" w14:textId="77777777" w:rsidR="00187E2C" w:rsidRDefault="00000000">
            <w:pPr>
              <w:pStyle w:val="Oznaenseznam"/>
              <w:spacing w:after="16"/>
            </w:pPr>
            <w:r>
              <w:rPr>
                <w:color w:val="000000"/>
                <w:sz w:val="16"/>
              </w:rPr>
              <w:t>poslušam pesem ali pripoved</w:t>
            </w:r>
          </w:p>
          <w:p w14:paraId="4D20F74B" w14:textId="77777777" w:rsidR="00187E2C" w:rsidRDefault="00000000">
            <w:pPr>
              <w:pStyle w:val="Oznaenseznam"/>
              <w:spacing w:after="16"/>
            </w:pPr>
            <w:r>
              <w:rPr>
                <w:color w:val="000000"/>
                <w:sz w:val="16"/>
              </w:rPr>
              <w:t>doživeto recitiram</w:t>
            </w:r>
          </w:p>
          <w:p w14:paraId="04BBD935" w14:textId="77777777" w:rsidR="00187E2C" w:rsidRDefault="00000000">
            <w:pPr>
              <w:pStyle w:val="Oznaenseznam"/>
              <w:spacing w:after="16"/>
            </w:pPr>
            <w:r>
              <w:rPr>
                <w:color w:val="000000"/>
                <w:sz w:val="16"/>
              </w:rPr>
              <w:t>izrazim svoje doživetje</w:t>
            </w:r>
          </w:p>
          <w:p w14:paraId="35887B61" w14:textId="77777777" w:rsidR="00187E2C" w:rsidRDefault="00000000">
            <w:pPr>
              <w:pStyle w:val="Oznaenseznam"/>
              <w:spacing w:after="16"/>
            </w:pPr>
            <w:r>
              <w:rPr>
                <w:color w:val="000000"/>
                <w:sz w:val="16"/>
              </w:rPr>
              <w:t>prepoznam in poimenujem veliko tiskano črko D ter jo povežem z glasom /d/</w:t>
            </w:r>
          </w:p>
          <w:p w14:paraId="4FF209C2" w14:textId="77777777" w:rsidR="00187E2C" w:rsidRDefault="00000000">
            <w:pPr>
              <w:pStyle w:val="Oznaenseznam"/>
              <w:spacing w:after="16"/>
            </w:pPr>
            <w:r>
              <w:rPr>
                <w:color w:val="000000"/>
                <w:sz w:val="16"/>
              </w:rPr>
              <w:t>veččutno oblikujem in čitljivo zapišem veliko tiskano črko D</w:t>
            </w:r>
          </w:p>
          <w:p w14:paraId="136D494C" w14:textId="77777777" w:rsidR="00187E2C" w:rsidRDefault="00000000">
            <w:pPr>
              <w:pStyle w:val="Oznaenseznam"/>
              <w:spacing w:after="16"/>
            </w:pPr>
            <w:r>
              <w:rPr>
                <w:color w:val="000000"/>
                <w:sz w:val="16"/>
              </w:rPr>
              <w:t>berem in sestavlja zloge oziroma besede z znanimi črkami: DOM • DAN • DELO • MED</w:t>
            </w:r>
          </w:p>
          <w:tbl>
            <w:tblPr>
              <w:tblStyle w:val="Tabelamrea"/>
              <w:tblW w:w="0" w:type="auto"/>
              <w:jc w:val="center"/>
              <w:tblLayout w:type="fixed"/>
              <w:tblLook w:val="04A0" w:firstRow="1" w:lastRow="0" w:firstColumn="1" w:lastColumn="0" w:noHBand="0" w:noVBand="1"/>
            </w:tblPr>
            <w:tblGrid>
              <w:gridCol w:w="7087"/>
            </w:tblGrid>
            <w:tr w:rsidR="00187E2C" w14:paraId="6C6C6F7B" w14:textId="77777777">
              <w:trPr>
                <w:jc w:val="center"/>
              </w:trPr>
              <w:tc>
                <w:tcPr>
                  <w:tcW w:w="7087" w:type="dxa"/>
                  <w:shd w:val="clear" w:color="auto" w:fill="EDC9EA"/>
                  <w:tcMar>
                    <w:top w:w="45" w:type="dxa"/>
                    <w:left w:w="70" w:type="dxa"/>
                    <w:bottom w:w="45" w:type="dxa"/>
                    <w:right w:w="70" w:type="dxa"/>
                  </w:tcMar>
                </w:tcPr>
                <w:p w14:paraId="62A198B6" w14:textId="77777777" w:rsidR="00187E2C" w:rsidRDefault="00000000">
                  <w:pPr>
                    <w:keepNext/>
                  </w:pPr>
                  <w:r>
                    <w:rPr>
                      <w:b/>
                      <w:color w:val="000000"/>
                    </w:rPr>
                    <w:t>PREVERJANJE PREDZNANJA</w:t>
                  </w:r>
                </w:p>
              </w:tc>
            </w:tr>
          </w:tbl>
          <w:p w14:paraId="16FDBB12" w14:textId="77777777" w:rsidR="00187E2C" w:rsidRDefault="00187E2C">
            <w:pPr>
              <w:spacing w:line="20" w:lineRule="exact"/>
            </w:pPr>
          </w:p>
          <w:p w14:paraId="1EFE5EE8" w14:textId="77777777" w:rsidR="00187E2C" w:rsidRDefault="00000000">
            <w:pPr>
              <w:pStyle w:val="Oznaenseznam"/>
              <w:spacing w:after="16"/>
            </w:pPr>
            <w:r>
              <w:rPr>
                <w:color w:val="000000"/>
                <w:sz w:val="16"/>
              </w:rPr>
              <w:t>Kaj mi naslovnica, ilustracija ali naslov pove o motivu slovenska poezija, kulturna dediščina in skrb za naravo?</w:t>
            </w:r>
          </w:p>
          <w:p w14:paraId="1F8BBB0E" w14:textId="77777777" w:rsidR="00187E2C" w:rsidRDefault="00000000">
            <w:pPr>
              <w:pStyle w:val="Oznaenseznam"/>
              <w:spacing w:after="16"/>
            </w:pPr>
            <w:r>
              <w:rPr>
                <w:color w:val="000000"/>
                <w:sz w:val="16"/>
              </w:rPr>
              <w:t>Kje v besedah slišim glas /d/ in po katerih potezah prepoznam črko D?</w:t>
            </w:r>
          </w:p>
          <w:p w14:paraId="4E93DA95"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2F9B5FAC" w14:textId="77777777">
              <w:trPr>
                <w:jc w:val="center"/>
              </w:trPr>
              <w:tc>
                <w:tcPr>
                  <w:tcW w:w="7087" w:type="dxa"/>
                  <w:shd w:val="clear" w:color="auto" w:fill="EDC9EA"/>
                  <w:tcMar>
                    <w:top w:w="45" w:type="dxa"/>
                    <w:left w:w="70" w:type="dxa"/>
                    <w:bottom w:w="45" w:type="dxa"/>
                    <w:right w:w="70" w:type="dxa"/>
                  </w:tcMar>
                </w:tcPr>
                <w:p w14:paraId="19355F72" w14:textId="77777777" w:rsidR="00187E2C" w:rsidRDefault="00000000">
                  <w:pPr>
                    <w:keepNext/>
                  </w:pPr>
                  <w:r>
                    <w:rPr>
                      <w:b/>
                      <w:color w:val="000000"/>
                    </w:rPr>
                    <w:t>KRITERIJI USPEŠNOSTI</w:t>
                  </w:r>
                </w:p>
              </w:tc>
            </w:tr>
          </w:tbl>
          <w:p w14:paraId="76B2195B" w14:textId="77777777" w:rsidR="00187E2C" w:rsidRDefault="00187E2C"/>
          <w:p w14:paraId="2983AA07" w14:textId="77777777" w:rsidR="00187E2C" w:rsidRDefault="00000000">
            <w:pPr>
              <w:spacing w:before="20" w:after="20" w:line="245" w:lineRule="auto"/>
            </w:pPr>
            <w:r>
              <w:rPr>
                <w:b/>
                <w:color w:val="000000"/>
                <w:sz w:val="16"/>
              </w:rPr>
              <w:t>Uspešen/-na bom, ko:</w:t>
            </w:r>
          </w:p>
          <w:p w14:paraId="3B1E8CA9" w14:textId="77777777" w:rsidR="00187E2C" w:rsidRDefault="00000000">
            <w:pPr>
              <w:pStyle w:val="Oznaenseznam"/>
              <w:spacing w:after="16"/>
            </w:pPr>
            <w:r>
              <w:rPr>
                <w:color w:val="000000"/>
                <w:sz w:val="16"/>
              </w:rPr>
              <w:t>poslušam pesem ali pripoved</w:t>
            </w:r>
          </w:p>
          <w:p w14:paraId="1E06F920" w14:textId="77777777" w:rsidR="00187E2C" w:rsidRDefault="00000000">
            <w:pPr>
              <w:pStyle w:val="Oznaenseznam"/>
              <w:spacing w:after="16"/>
            </w:pPr>
            <w:r>
              <w:rPr>
                <w:color w:val="000000"/>
                <w:sz w:val="16"/>
              </w:rPr>
              <w:t>doživeto recitiram</w:t>
            </w:r>
          </w:p>
          <w:p w14:paraId="0C901047" w14:textId="77777777" w:rsidR="00187E2C" w:rsidRDefault="00000000">
            <w:pPr>
              <w:pStyle w:val="Oznaenseznam"/>
              <w:spacing w:after="16"/>
            </w:pPr>
            <w:r>
              <w:rPr>
                <w:color w:val="000000"/>
                <w:sz w:val="16"/>
              </w:rPr>
              <w:t>izrazim svoje doživetje</w:t>
            </w:r>
          </w:p>
          <w:p w14:paraId="0DCD2A7E" w14:textId="77777777" w:rsidR="00187E2C" w:rsidRDefault="00000000">
            <w:pPr>
              <w:pStyle w:val="Oznaenseznam"/>
              <w:spacing w:after="16"/>
            </w:pPr>
            <w:r>
              <w:rPr>
                <w:color w:val="000000"/>
                <w:sz w:val="16"/>
              </w:rPr>
              <w:t>prepoznam in poimenujem veliko tiskano črko D ter jo povežem z glasom /d/</w:t>
            </w:r>
          </w:p>
          <w:p w14:paraId="12E3EE2E" w14:textId="77777777" w:rsidR="00187E2C" w:rsidRDefault="00000000">
            <w:pPr>
              <w:pStyle w:val="Oznaenseznam"/>
              <w:spacing w:after="16"/>
            </w:pPr>
            <w:r>
              <w:rPr>
                <w:color w:val="000000"/>
                <w:sz w:val="16"/>
              </w:rPr>
              <w:t>veččutno oblikujem in čitljivo zapišem veliko tiskano črko D</w:t>
            </w:r>
          </w:p>
          <w:p w14:paraId="4D351C59" w14:textId="77777777" w:rsidR="00187E2C" w:rsidRDefault="00000000">
            <w:pPr>
              <w:pStyle w:val="Oznaenseznam"/>
              <w:spacing w:after="16"/>
            </w:pPr>
            <w:r>
              <w:rPr>
                <w:color w:val="000000"/>
                <w:sz w:val="16"/>
              </w:rPr>
              <w:t>berem in sestavlja zloge oziroma besede z znanimi črkami: DOM • DAN • DELO • MED</w:t>
            </w:r>
          </w:p>
          <w:p w14:paraId="098D60AC"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0FC24DE6" w14:textId="77777777" w:rsidR="00187E2C" w:rsidRDefault="00187E2C"/>
          <w:p w14:paraId="2C3338DD"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441934A0" w14:textId="77777777" w:rsidR="00187E2C" w:rsidRDefault="00000000">
            <w:pPr>
              <w:spacing w:after="80" w:line="245" w:lineRule="auto"/>
            </w:pPr>
            <w:r>
              <w:rPr>
                <w:color w:val="000000"/>
                <w:sz w:val="16"/>
              </w:rPr>
              <w:t>Pove, pokaže ali nariše, kaj že ve in katero strategijo bi uporabil.</w:t>
            </w:r>
          </w:p>
          <w:p w14:paraId="1604BCC3" w14:textId="77777777" w:rsidR="00187E2C" w:rsidRDefault="00000000">
            <w:pPr>
              <w:spacing w:after="100" w:line="245" w:lineRule="auto"/>
            </w:pPr>
            <w:r>
              <w:rPr>
                <w:color w:val="000000"/>
                <w:sz w:val="16"/>
              </w:rPr>
              <w:t>Sodeluje pri razumevanju namenov in kriterijev uspešnosti.</w:t>
            </w:r>
          </w:p>
          <w:p w14:paraId="4ECA4820" w14:textId="77777777" w:rsidR="00187E2C" w:rsidRDefault="00000000">
            <w:pPr>
              <w:spacing w:after="20" w:line="245" w:lineRule="auto"/>
            </w:pPr>
            <w:r>
              <w:rPr>
                <w:b/>
                <w:color w:val="D95BC6"/>
                <w:sz w:val="17"/>
              </w:rPr>
              <w:t>DOKAZ O UČENJU</w:t>
            </w:r>
          </w:p>
          <w:p w14:paraId="413DD1CF"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4AC8B7F7"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9CA22A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14662C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447991F" w14:textId="77777777" w:rsidR="00187E2C" w:rsidRDefault="00000000">
            <w:pPr>
              <w:jc w:val="center"/>
            </w:pPr>
            <w:r>
              <w:rPr>
                <w:b/>
                <w:color w:val="000000"/>
                <w:sz w:val="20"/>
              </w:rPr>
              <w:t>UČNE DEJAVNOSTI, METODE IN FORMATIVNO SPREMLJANJE</w:t>
            </w:r>
          </w:p>
        </w:tc>
      </w:tr>
      <w:tr w:rsidR="00187E2C" w14:paraId="42886382" w14:textId="77777777">
        <w:trPr>
          <w:tblHeader/>
          <w:jc w:val="center"/>
        </w:trPr>
        <w:tc>
          <w:tcPr>
            <w:tcW w:w="4422" w:type="dxa"/>
            <w:vMerge/>
            <w:tcMar>
              <w:top w:w="70" w:type="dxa"/>
              <w:left w:w="90" w:type="dxa"/>
              <w:bottom w:w="70" w:type="dxa"/>
              <w:right w:w="90" w:type="dxa"/>
            </w:tcMar>
            <w:vAlign w:val="center"/>
          </w:tcPr>
          <w:p w14:paraId="3A9FA207" w14:textId="77777777" w:rsidR="00187E2C" w:rsidRDefault="00187E2C"/>
        </w:tc>
        <w:tc>
          <w:tcPr>
            <w:tcW w:w="7087" w:type="dxa"/>
            <w:shd w:val="clear" w:color="auto" w:fill="FFFFFF"/>
            <w:tcMar>
              <w:top w:w="70" w:type="dxa"/>
              <w:left w:w="90" w:type="dxa"/>
              <w:bottom w:w="70" w:type="dxa"/>
              <w:right w:w="90" w:type="dxa"/>
            </w:tcMar>
            <w:vAlign w:val="center"/>
          </w:tcPr>
          <w:p w14:paraId="1917C614"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016B772" w14:textId="77777777" w:rsidR="00187E2C" w:rsidRDefault="00000000">
            <w:pPr>
              <w:jc w:val="center"/>
            </w:pPr>
            <w:r>
              <w:rPr>
                <w:b/>
                <w:color w:val="000000"/>
              </w:rPr>
              <w:t>UČENEC</w:t>
            </w:r>
          </w:p>
        </w:tc>
      </w:tr>
      <w:tr w:rsidR="00187E2C" w14:paraId="5FDD1DF7" w14:textId="77777777">
        <w:trPr>
          <w:jc w:val="center"/>
        </w:trPr>
        <w:tc>
          <w:tcPr>
            <w:tcW w:w="4422" w:type="dxa"/>
            <w:tcMar>
              <w:top w:w="70" w:type="dxa"/>
              <w:left w:w="90" w:type="dxa"/>
              <w:bottom w:w="70" w:type="dxa"/>
              <w:right w:w="90" w:type="dxa"/>
            </w:tcMar>
          </w:tcPr>
          <w:p w14:paraId="055E5CEE" w14:textId="77777777" w:rsidR="00187E2C" w:rsidRDefault="00187E2C"/>
          <w:p w14:paraId="101FBCC1" w14:textId="77777777" w:rsidR="00187E2C" w:rsidRDefault="00000000">
            <w:pPr>
              <w:spacing w:after="40" w:line="245" w:lineRule="auto"/>
            </w:pPr>
            <w:r>
              <w:rPr>
                <w:b/>
                <w:color w:val="000000"/>
              </w:rPr>
              <w:t>KLJUČNI POJMI</w:t>
            </w:r>
          </w:p>
          <w:p w14:paraId="2C98E49F" w14:textId="77777777" w:rsidR="00187E2C" w:rsidRDefault="00000000">
            <w:pPr>
              <w:spacing w:after="60" w:line="245" w:lineRule="auto"/>
            </w:pPr>
            <w:r>
              <w:rPr>
                <w:color w:val="000000"/>
                <w:sz w:val="15"/>
              </w:rPr>
              <w:t>glas /d/, črka D, zlog, beseda, poved, smer poteze, bralna strategija, naslov, avtor, ilustrator, književna oseba</w:t>
            </w:r>
          </w:p>
          <w:p w14:paraId="00877D8F" w14:textId="77777777" w:rsidR="00187E2C" w:rsidRDefault="00000000">
            <w:pPr>
              <w:spacing w:after="20" w:line="245" w:lineRule="auto"/>
            </w:pPr>
            <w:r>
              <w:rPr>
                <w:b/>
                <w:color w:val="000000"/>
                <w:sz w:val="17"/>
              </w:rPr>
              <w:t>DOKAZI O UČENJU</w:t>
            </w:r>
          </w:p>
          <w:p w14:paraId="68E88999" w14:textId="77777777" w:rsidR="00187E2C" w:rsidRDefault="00000000">
            <w:pPr>
              <w:pStyle w:val="Oznaenseznam"/>
              <w:spacing w:after="9"/>
            </w:pPr>
            <w:r>
              <w:rPr>
                <w:color w:val="000000"/>
                <w:sz w:val="15"/>
              </w:rPr>
              <w:t>odziv med poslušanjem, izbrana slika in ena poved o doživetju.</w:t>
            </w:r>
          </w:p>
          <w:p w14:paraId="3BF3AAB2" w14:textId="77777777" w:rsidR="00187E2C" w:rsidRDefault="00000000">
            <w:pPr>
              <w:pStyle w:val="Oznaenseznam"/>
              <w:spacing w:after="9"/>
            </w:pPr>
            <w:r>
              <w:rPr>
                <w:color w:val="000000"/>
                <w:sz w:val="15"/>
              </w:rPr>
              <w:t>štiri pravilne glasovne odločitve, izbor črke D in kratka učenčeva razlaga.</w:t>
            </w:r>
          </w:p>
          <w:p w14:paraId="0DE83420" w14:textId="77777777" w:rsidR="00187E2C" w:rsidRDefault="00000000">
            <w:pPr>
              <w:pStyle w:val="Oznaenseznam"/>
              <w:spacing w:after="9"/>
            </w:pPr>
            <w:r>
              <w:rPr>
                <w:color w:val="000000"/>
                <w:sz w:val="15"/>
              </w:rPr>
              <w:t>fotografija veččutne črke D, datiran zapis in izpolnjen Bralni list 22 z individualnim branjem izbranega zloga/bralnega primera.</w:t>
            </w:r>
          </w:p>
          <w:p w14:paraId="202471B7" w14:textId="77777777" w:rsidR="00187E2C" w:rsidRDefault="00000000">
            <w:pPr>
              <w:spacing w:before="40" w:after="20" w:line="245" w:lineRule="auto"/>
            </w:pPr>
            <w:r>
              <w:rPr>
                <w:b/>
                <w:color w:val="000000"/>
                <w:sz w:val="17"/>
              </w:rPr>
              <w:t>KNJIŽEVNO DOŽIVETJE IN IZKUŠENJSKI POUK</w:t>
            </w:r>
          </w:p>
          <w:p w14:paraId="312B34E6"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619936F7" w14:textId="77777777" w:rsidR="00187E2C" w:rsidRDefault="00000000">
            <w:pPr>
              <w:spacing w:after="20" w:line="245" w:lineRule="auto"/>
            </w:pPr>
            <w:r>
              <w:rPr>
                <w:b/>
                <w:color w:val="000000"/>
                <w:sz w:val="17"/>
              </w:rPr>
              <w:t>POUČEVANJE V GIBANJU</w:t>
            </w:r>
          </w:p>
          <w:p w14:paraId="4DDE92A6"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6EACB9E0" w14:textId="77777777" w:rsidR="00187E2C" w:rsidRDefault="00000000">
            <w:pPr>
              <w:spacing w:after="20" w:line="245" w:lineRule="auto"/>
            </w:pPr>
            <w:r>
              <w:rPr>
                <w:b/>
                <w:color w:val="000000"/>
                <w:sz w:val="17"/>
              </w:rPr>
              <w:t>DELO PO POSTAJAH</w:t>
            </w:r>
          </w:p>
          <w:p w14:paraId="7363C2D4" w14:textId="77777777" w:rsidR="00187E2C" w:rsidRDefault="00000000">
            <w:pPr>
              <w:spacing w:after="60" w:line="245" w:lineRule="auto"/>
            </w:pPr>
            <w:r>
              <w:rPr>
                <w:color w:val="000000"/>
                <w:sz w:val="15"/>
              </w:rPr>
              <w:t>1. doživljajsko-književna – poslušanje, pogovor, igra vlog in predmetno/slikovno izhodišče; 2. glasovno-gibalna – slišim glas /d/, razvrščam besede in sestavljam žive zloge; 3. bralna – ČRKA D • BRALNI LIST 22, modelirano, vodeno ali ponovljeno branje; 4. tipno-grafomotorična – črko D oblikujem, hodim po njeni poti in jo zapišem ter izbor dokaza, povratna informacija in naslednji korak. Pri pisnem ocenjevanju se postaje izvedejo v pripravi, analizi in ponovnem učenju; pisni dokaz učenec opravi individualno v mirnem okolju.</w:t>
            </w:r>
          </w:p>
          <w:p w14:paraId="553633FA" w14:textId="77777777" w:rsidR="00187E2C" w:rsidRDefault="00000000">
            <w:pPr>
              <w:spacing w:after="20" w:line="245" w:lineRule="auto"/>
            </w:pPr>
            <w:r>
              <w:rPr>
                <w:b/>
                <w:color w:val="000000"/>
                <w:sz w:val="17"/>
              </w:rPr>
              <w:t>DIFERENCIACIJA IN VKLJUČEVANJE</w:t>
            </w:r>
          </w:p>
          <w:p w14:paraId="1B74EC7E"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FA15C1C" w14:textId="77777777" w:rsidR="00187E2C" w:rsidRDefault="00000000">
            <w:pPr>
              <w:spacing w:after="20" w:line="245" w:lineRule="auto"/>
            </w:pPr>
            <w:r>
              <w:rPr>
                <w:b/>
                <w:color w:val="000000"/>
                <w:sz w:val="17"/>
              </w:rPr>
              <w:t>SPREMLJANJE</w:t>
            </w:r>
          </w:p>
          <w:p w14:paraId="1C57A32C"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91B9258"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218CA58" w14:textId="77777777">
              <w:trPr>
                <w:jc w:val="center"/>
              </w:trPr>
              <w:tc>
                <w:tcPr>
                  <w:tcW w:w="7087" w:type="dxa"/>
                  <w:shd w:val="clear" w:color="auto" w:fill="C6E7F3"/>
                  <w:tcMar>
                    <w:top w:w="45" w:type="dxa"/>
                    <w:left w:w="70" w:type="dxa"/>
                    <w:bottom w:w="45" w:type="dxa"/>
                    <w:right w:w="70" w:type="dxa"/>
                  </w:tcMar>
                </w:tcPr>
                <w:p w14:paraId="61CA1F1F" w14:textId="77777777" w:rsidR="00187E2C" w:rsidRDefault="00000000">
                  <w:pPr>
                    <w:keepNext/>
                  </w:pPr>
                  <w:r>
                    <w:rPr>
                      <w:b/>
                      <w:color w:val="000000"/>
                      <w:sz w:val="17"/>
                    </w:rPr>
                    <w:t>GLAVNI DEL – DOŽIVLJAJSKO, JEZIKOVNO IN OPISMENJEVALNO UČENJE (3 šolske ure)</w:t>
                  </w:r>
                </w:p>
              </w:tc>
            </w:tr>
          </w:tbl>
          <w:p w14:paraId="2C1762E5" w14:textId="77777777" w:rsidR="00187E2C" w:rsidRDefault="00187E2C">
            <w:pPr>
              <w:spacing w:line="20" w:lineRule="exact"/>
            </w:pPr>
          </w:p>
          <w:p w14:paraId="1839A543" w14:textId="77777777" w:rsidR="00187E2C" w:rsidRDefault="00000000">
            <w:pPr>
              <w:keepNext/>
              <w:spacing w:before="22" w:after="6" w:line="245" w:lineRule="auto"/>
            </w:pPr>
            <w:r>
              <w:rPr>
                <w:b/>
                <w:color w:val="000000"/>
                <w:sz w:val="16"/>
              </w:rPr>
              <w:t>1. URA – Kulturni praznik – Poslušam in doživljam</w:t>
            </w:r>
          </w:p>
          <w:p w14:paraId="7685CC69"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»kulturni praznik • velika tiskana črka d • bralni list 22«.</w:t>
            </w:r>
          </w:p>
          <w:p w14:paraId="05FFC685"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»posluša pesem ali pripoved«.</w:t>
            </w:r>
          </w:p>
          <w:p w14:paraId="406F7EDC" w14:textId="77777777" w:rsidR="00187E2C" w:rsidRDefault="00000000">
            <w:pPr>
              <w:spacing w:after="15" w:line="245" w:lineRule="auto"/>
            </w:pPr>
            <w:r>
              <w:rPr>
                <w:i/>
                <w:color w:val="D95BC6"/>
                <w:sz w:val="14"/>
              </w:rPr>
              <w:t>Predvideni dokaz: odziv med poslušanjem, izbrana slika in ena poved o doživetju..</w:t>
            </w:r>
          </w:p>
          <w:p w14:paraId="10628DA6" w14:textId="77777777" w:rsidR="00187E2C" w:rsidRDefault="00000000">
            <w:pPr>
              <w:keepNext/>
              <w:spacing w:before="22" w:after="6" w:line="245" w:lineRule="auto"/>
            </w:pPr>
            <w:r>
              <w:rPr>
                <w:b/>
                <w:color w:val="000000"/>
                <w:sz w:val="16"/>
              </w:rPr>
              <w:t>2. URA – SLIŠIM GLAS /d/ IN ODKRIVAM ČRKO D</w:t>
            </w:r>
          </w:p>
          <w:p w14:paraId="2FE0D6F9"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(dom, voda, med, grad); učenci se premikajo v kote začetek–sredina–konec, nato med črkami poiščejo D in jo oblikujejo s telesom.</w:t>
            </w:r>
          </w:p>
          <w:p w14:paraId="5FA3D4BD"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D ter jo predstavi s telesom ali vrvjo.</w:t>
            </w:r>
          </w:p>
          <w:p w14:paraId="2B253F09" w14:textId="77777777" w:rsidR="00187E2C" w:rsidRDefault="00000000">
            <w:pPr>
              <w:spacing w:after="15" w:line="245" w:lineRule="auto"/>
            </w:pPr>
            <w:r>
              <w:rPr>
                <w:i/>
                <w:color w:val="D95BC6"/>
                <w:sz w:val="14"/>
              </w:rPr>
              <w:t>Predvideni dokaz: štiri pravilne glasovne odločitve, izbor črke D in kratka učenčeva razlaga..</w:t>
            </w:r>
          </w:p>
          <w:p w14:paraId="4EF01715" w14:textId="77777777" w:rsidR="00187E2C" w:rsidRDefault="00000000">
            <w:pPr>
              <w:keepNext/>
              <w:spacing w:before="22" w:after="6" w:line="245" w:lineRule="auto"/>
            </w:pPr>
            <w:r>
              <w:rPr>
                <w:b/>
                <w:color w:val="000000"/>
                <w:sz w:val="16"/>
              </w:rPr>
              <w:t>3. URA – Oblikujem, pišem in berem črko D</w:t>
            </w:r>
          </w:p>
          <w:p w14:paraId="6BB26029" w14:textId="77777777" w:rsidR="00187E2C" w:rsidRDefault="00000000">
            <w:pPr>
              <w:spacing w:after="7" w:line="245" w:lineRule="auto"/>
            </w:pPr>
            <w:r>
              <w:rPr>
                <w:b/>
                <w:color w:val="000000"/>
                <w:sz w:val="15"/>
              </w:rPr>
              <w:t xml:space="preserve">Dejavnost učiteljice: </w:t>
            </w:r>
            <w:r>
              <w:rPr>
                <w:color w:val="000000"/>
                <w:sz w:val="15"/>
              </w:rPr>
              <w:t>Modelira poteze (navpična in velika zaobljena poteza); vodi rotacijo: črka iz teles/vrvi – zapis v zraku/pesku – zapis na listu – Bralni list 22 in branje DA • DI • DO • DE • DU.</w:t>
            </w:r>
          </w:p>
          <w:p w14:paraId="351FF570" w14:textId="77777777" w:rsidR="00187E2C" w:rsidRDefault="00000000">
            <w:pPr>
              <w:spacing w:after="7" w:line="245" w:lineRule="auto"/>
            </w:pPr>
            <w:r>
              <w:rPr>
                <w:b/>
                <w:color w:val="000000"/>
                <w:sz w:val="15"/>
              </w:rPr>
              <w:t xml:space="preserve">Dejavnost učencev: </w:t>
            </w:r>
            <w:r>
              <w:rPr>
                <w:color w:val="000000"/>
                <w:sz w:val="15"/>
              </w:rPr>
              <w:t>Črko D sestavi, prehodi, zapiše z večjim gibom in nato na list; na Bralnem listu 22 z magnetnimi/talnimi črkami sestavlja ter bere zloge in bralne primere.</w:t>
            </w:r>
          </w:p>
          <w:p w14:paraId="26179CEF" w14:textId="77777777" w:rsidR="00187E2C" w:rsidRDefault="00000000">
            <w:pPr>
              <w:spacing w:after="15" w:line="245" w:lineRule="auto"/>
            </w:pPr>
            <w:r>
              <w:rPr>
                <w:i/>
                <w:color w:val="D95BC6"/>
                <w:sz w:val="14"/>
              </w:rPr>
              <w:t>Predvideni dokaz: fotografija veččutne črke D, datiran zapis in izpolnjen Bralni list 22 z individualnim branjem izbranega zloga/bralnega primera..</w:t>
            </w:r>
          </w:p>
          <w:tbl>
            <w:tblPr>
              <w:tblStyle w:val="Tabelamrea"/>
              <w:tblW w:w="0" w:type="auto"/>
              <w:jc w:val="center"/>
              <w:tblLayout w:type="fixed"/>
              <w:tblLook w:val="04A0" w:firstRow="1" w:lastRow="0" w:firstColumn="1" w:lastColumn="0" w:noHBand="0" w:noVBand="1"/>
            </w:tblPr>
            <w:tblGrid>
              <w:gridCol w:w="7087"/>
            </w:tblGrid>
            <w:tr w:rsidR="00187E2C" w14:paraId="6EA3367D" w14:textId="77777777">
              <w:trPr>
                <w:jc w:val="center"/>
              </w:trPr>
              <w:tc>
                <w:tcPr>
                  <w:tcW w:w="7087" w:type="dxa"/>
                  <w:shd w:val="clear" w:color="auto" w:fill="EDC9EA"/>
                  <w:tcMar>
                    <w:top w:w="45" w:type="dxa"/>
                    <w:left w:w="70" w:type="dxa"/>
                    <w:bottom w:w="45" w:type="dxa"/>
                    <w:right w:w="70" w:type="dxa"/>
                  </w:tcMar>
                </w:tcPr>
                <w:p w14:paraId="72EC4F18" w14:textId="77777777" w:rsidR="00187E2C" w:rsidRDefault="00000000">
                  <w:pPr>
                    <w:keepNext/>
                  </w:pPr>
                  <w:r>
                    <w:rPr>
                      <w:b/>
                      <w:color w:val="000000"/>
                      <w:sz w:val="17"/>
                    </w:rPr>
                    <w:t>POVRATNA INFORMACIJA UČITELJICE MED DELOM</w:t>
                  </w:r>
                </w:p>
              </w:tc>
            </w:tr>
          </w:tbl>
          <w:p w14:paraId="066E5379" w14:textId="77777777" w:rsidR="00187E2C" w:rsidRDefault="00187E2C"/>
          <w:p w14:paraId="5184F863"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7539C6FA" w14:textId="77777777" w:rsidR="00187E2C" w:rsidRDefault="00187E2C"/>
          <w:p w14:paraId="44935CEE" w14:textId="77777777" w:rsidR="00187E2C" w:rsidRDefault="00000000">
            <w:pPr>
              <w:spacing w:after="4" w:line="245" w:lineRule="auto"/>
            </w:pPr>
            <w:r>
              <w:rPr>
                <w:b/>
                <w:color w:val="000000"/>
                <w:sz w:val="15"/>
              </w:rPr>
              <w:t>1. URA – Kulturni praznik – Poslušam in doživljam</w:t>
            </w:r>
          </w:p>
          <w:p w14:paraId="6460F6E4" w14:textId="77777777" w:rsidR="00187E2C" w:rsidRDefault="00000000">
            <w:pPr>
              <w:spacing w:after="7" w:line="245" w:lineRule="auto"/>
            </w:pPr>
            <w:r>
              <w:rPr>
                <w:color w:val="000000"/>
                <w:sz w:val="14"/>
              </w:rPr>
              <w:t>Napoveduje ob naslovu/sliki, med poslušanjem pokaže dogovorjen znak in po poslušanju izbere sliko občutja.</w:t>
            </w:r>
          </w:p>
          <w:p w14:paraId="76EC8043" w14:textId="77777777" w:rsidR="00187E2C" w:rsidRDefault="00000000">
            <w:pPr>
              <w:spacing w:after="15" w:line="245" w:lineRule="auto"/>
            </w:pPr>
            <w:r>
              <w:rPr>
                <w:color w:val="D95BC6"/>
                <w:sz w:val="14"/>
              </w:rPr>
              <w:t>Dokaz: odziv med poslušanjem, izbrana slika in ena poved o doživetju.</w:t>
            </w:r>
          </w:p>
          <w:p w14:paraId="6A0178B5" w14:textId="77777777" w:rsidR="00187E2C" w:rsidRDefault="00000000">
            <w:pPr>
              <w:spacing w:after="4" w:line="245" w:lineRule="auto"/>
            </w:pPr>
            <w:r>
              <w:rPr>
                <w:b/>
                <w:color w:val="000000"/>
                <w:sz w:val="15"/>
              </w:rPr>
              <w:t>2. URA – SLIŠIM GLAS /d/ IN ODKRIVAM ČRKO D</w:t>
            </w:r>
          </w:p>
          <w:p w14:paraId="5580A705" w14:textId="77777777" w:rsidR="00187E2C" w:rsidRDefault="00000000">
            <w:pPr>
              <w:spacing w:after="7" w:line="245" w:lineRule="auto"/>
            </w:pPr>
            <w:r>
              <w:rPr>
                <w:color w:val="000000"/>
                <w:sz w:val="14"/>
              </w:rPr>
              <w:t>Besede razvršča z gibanjem, za vsak glas položi žeton, med znaki poišče D ter jo predstavi s telesom ali vrvjo.</w:t>
            </w:r>
          </w:p>
          <w:p w14:paraId="439460E7" w14:textId="77777777" w:rsidR="00187E2C" w:rsidRDefault="00000000">
            <w:pPr>
              <w:spacing w:after="15" w:line="245" w:lineRule="auto"/>
            </w:pPr>
            <w:r>
              <w:rPr>
                <w:color w:val="D95BC6"/>
                <w:sz w:val="14"/>
              </w:rPr>
              <w:t>Dokaz: štiri pravilne glasovne odločitve, izbor črke D in kratka učenčeva razlaga.</w:t>
            </w:r>
          </w:p>
          <w:p w14:paraId="2E5661F3" w14:textId="77777777" w:rsidR="00187E2C" w:rsidRDefault="00000000">
            <w:pPr>
              <w:spacing w:after="4" w:line="245" w:lineRule="auto"/>
            </w:pPr>
            <w:r>
              <w:rPr>
                <w:b/>
                <w:color w:val="000000"/>
                <w:sz w:val="15"/>
              </w:rPr>
              <w:t>3. URA – Oblikujem, pišem in berem črko D</w:t>
            </w:r>
          </w:p>
          <w:p w14:paraId="42F86D8F" w14:textId="77777777" w:rsidR="00187E2C" w:rsidRDefault="00000000">
            <w:pPr>
              <w:spacing w:after="7" w:line="245" w:lineRule="auto"/>
            </w:pPr>
            <w:r>
              <w:rPr>
                <w:color w:val="000000"/>
                <w:sz w:val="14"/>
              </w:rPr>
              <w:t>Črko D sestavi, prehodi, zapiše z večjim gibom in nato na list.</w:t>
            </w:r>
          </w:p>
          <w:p w14:paraId="4F8FEF53" w14:textId="77777777" w:rsidR="00187E2C" w:rsidRDefault="00000000">
            <w:pPr>
              <w:spacing w:after="15" w:line="245" w:lineRule="auto"/>
            </w:pPr>
            <w:r>
              <w:rPr>
                <w:color w:val="D95BC6"/>
                <w:sz w:val="14"/>
              </w:rPr>
              <w:t>Dokaz: fotografija veččutne črke D, datiran zapis in izpolnjen Bralni list 22 z.</w:t>
            </w:r>
          </w:p>
        </w:tc>
      </w:tr>
    </w:tbl>
    <w:p w14:paraId="40D36C4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F6E1BD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9ED36E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C5F4F32" w14:textId="77777777" w:rsidR="00187E2C" w:rsidRDefault="00000000">
            <w:pPr>
              <w:jc w:val="center"/>
            </w:pPr>
            <w:r>
              <w:rPr>
                <w:b/>
                <w:color w:val="000000"/>
                <w:sz w:val="20"/>
              </w:rPr>
              <w:t>UČNE DEJAVNOSTI, METODE IN FORMATIVNO SPREMLJANJE</w:t>
            </w:r>
          </w:p>
        </w:tc>
      </w:tr>
      <w:tr w:rsidR="00187E2C" w14:paraId="5B95FB89" w14:textId="77777777">
        <w:trPr>
          <w:tblHeader/>
          <w:jc w:val="center"/>
        </w:trPr>
        <w:tc>
          <w:tcPr>
            <w:tcW w:w="4422" w:type="dxa"/>
            <w:vMerge/>
            <w:tcMar>
              <w:top w:w="70" w:type="dxa"/>
              <w:left w:w="90" w:type="dxa"/>
              <w:bottom w:w="70" w:type="dxa"/>
              <w:right w:w="90" w:type="dxa"/>
            </w:tcMar>
            <w:vAlign w:val="center"/>
          </w:tcPr>
          <w:p w14:paraId="5E2FB9EF" w14:textId="77777777" w:rsidR="00187E2C" w:rsidRDefault="00187E2C"/>
        </w:tc>
        <w:tc>
          <w:tcPr>
            <w:tcW w:w="7087" w:type="dxa"/>
            <w:shd w:val="clear" w:color="auto" w:fill="FFFFFF"/>
            <w:tcMar>
              <w:top w:w="70" w:type="dxa"/>
              <w:left w:w="90" w:type="dxa"/>
              <w:bottom w:w="70" w:type="dxa"/>
              <w:right w:w="90" w:type="dxa"/>
            </w:tcMar>
            <w:vAlign w:val="center"/>
          </w:tcPr>
          <w:p w14:paraId="67FCFF0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FD1B83D" w14:textId="77777777" w:rsidR="00187E2C" w:rsidRDefault="00000000">
            <w:pPr>
              <w:jc w:val="center"/>
            </w:pPr>
            <w:r>
              <w:rPr>
                <w:b/>
                <w:color w:val="000000"/>
              </w:rPr>
              <w:t>UČENEC</w:t>
            </w:r>
          </w:p>
        </w:tc>
      </w:tr>
      <w:tr w:rsidR="00187E2C" w14:paraId="0296CF33" w14:textId="77777777">
        <w:trPr>
          <w:jc w:val="center"/>
        </w:trPr>
        <w:tc>
          <w:tcPr>
            <w:tcW w:w="4422" w:type="dxa"/>
            <w:tcMar>
              <w:top w:w="70" w:type="dxa"/>
              <w:left w:w="90" w:type="dxa"/>
              <w:bottom w:w="70" w:type="dxa"/>
              <w:right w:w="90" w:type="dxa"/>
            </w:tcMar>
          </w:tcPr>
          <w:p w14:paraId="23DFAEE2" w14:textId="77777777" w:rsidR="00187E2C" w:rsidRDefault="00187E2C"/>
          <w:p w14:paraId="5744CE18" w14:textId="77777777" w:rsidR="00187E2C" w:rsidRDefault="00000000">
            <w:pPr>
              <w:spacing w:after="40" w:line="245" w:lineRule="auto"/>
            </w:pPr>
            <w:r>
              <w:rPr>
                <w:b/>
                <w:color w:val="000000"/>
              </w:rPr>
              <w:t>FORMATIVNO SPREMLJANJE</w:t>
            </w:r>
          </w:p>
          <w:p w14:paraId="05A35F31"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67878090"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545C0321"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8F0FBA0"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7FF225E1" w14:textId="77777777" w:rsidR="00187E2C" w:rsidRDefault="00000000">
            <w:pPr>
              <w:spacing w:before="40" w:after="20" w:line="245" w:lineRule="auto"/>
            </w:pPr>
            <w:r>
              <w:rPr>
                <w:b/>
                <w:color w:val="000000"/>
                <w:sz w:val="17"/>
              </w:rPr>
              <w:t>VARNOST IN ODGOVORNOST</w:t>
            </w:r>
          </w:p>
          <w:p w14:paraId="07A41324"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C7EFCDB" w14:textId="77777777" w:rsidR="00187E2C" w:rsidRDefault="00000000">
            <w:pPr>
              <w:spacing w:after="20" w:line="245" w:lineRule="auto"/>
            </w:pPr>
            <w:r>
              <w:rPr>
                <w:b/>
                <w:color w:val="000000"/>
                <w:sz w:val="17"/>
              </w:rPr>
              <w:t>EVIDENCA PO IZVEDBI</w:t>
            </w:r>
          </w:p>
          <w:p w14:paraId="6EB740E9"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0742254E"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6F9AA37" w14:textId="77777777">
              <w:trPr>
                <w:jc w:val="center"/>
              </w:trPr>
              <w:tc>
                <w:tcPr>
                  <w:tcW w:w="7087" w:type="dxa"/>
                  <w:shd w:val="clear" w:color="auto" w:fill="EDC9EA"/>
                  <w:tcMar>
                    <w:top w:w="45" w:type="dxa"/>
                    <w:left w:w="70" w:type="dxa"/>
                    <w:bottom w:w="45" w:type="dxa"/>
                    <w:right w:w="70" w:type="dxa"/>
                  </w:tcMar>
                </w:tcPr>
                <w:p w14:paraId="0F9DE227" w14:textId="77777777" w:rsidR="00187E2C" w:rsidRDefault="00000000">
                  <w:pPr>
                    <w:keepNext/>
                  </w:pPr>
                  <w:r>
                    <w:rPr>
                      <w:b/>
                      <w:color w:val="000000"/>
                    </w:rPr>
                    <w:t>VPRAŠANJA V PODPORO JEZIKOVNEMU, BRALNEMU IN KNJIŽEVNEMU UČENJU</w:t>
                  </w:r>
                </w:p>
              </w:tc>
            </w:tr>
          </w:tbl>
          <w:p w14:paraId="2303D4BA" w14:textId="77777777" w:rsidR="00187E2C" w:rsidRDefault="00187E2C">
            <w:pPr>
              <w:spacing w:line="20" w:lineRule="exact"/>
            </w:pPr>
          </w:p>
          <w:p w14:paraId="6504A7C1" w14:textId="77777777" w:rsidR="00187E2C" w:rsidRDefault="00000000">
            <w:pPr>
              <w:pStyle w:val="Oznaenseznam"/>
              <w:spacing w:after="16"/>
            </w:pPr>
            <w:r>
              <w:rPr>
                <w:color w:val="000000"/>
                <w:sz w:val="16"/>
              </w:rPr>
              <w:t>Kaj ti je naslovnica, slika, predmet, zvok ali gib pomagal razumeti?</w:t>
            </w:r>
          </w:p>
          <w:p w14:paraId="7EA47C30" w14:textId="77777777" w:rsidR="00187E2C" w:rsidRDefault="00000000">
            <w:pPr>
              <w:pStyle w:val="Oznaenseznam"/>
              <w:spacing w:after="16"/>
            </w:pPr>
            <w:r>
              <w:rPr>
                <w:color w:val="000000"/>
                <w:sz w:val="16"/>
              </w:rPr>
              <w:t>Kako si našel/-la glas, črko, zlog, besedo ali bistveni podatek?</w:t>
            </w:r>
          </w:p>
          <w:p w14:paraId="073D3EEB" w14:textId="77777777" w:rsidR="00187E2C" w:rsidRDefault="00000000">
            <w:pPr>
              <w:pStyle w:val="Oznaenseznam"/>
              <w:spacing w:after="16"/>
            </w:pPr>
            <w:r>
              <w:rPr>
                <w:color w:val="000000"/>
                <w:sz w:val="16"/>
              </w:rPr>
              <w:t>Kako veš, da tvoja pripoved, branje ali zapis dosega dogovorjeni kriterij?</w:t>
            </w:r>
          </w:p>
          <w:p w14:paraId="53A36C0D" w14:textId="77777777" w:rsidR="00187E2C" w:rsidRDefault="00000000">
            <w:pPr>
              <w:pStyle w:val="Oznaenseznam"/>
              <w:spacing w:after="16"/>
            </w:pPr>
            <w:r>
              <w:rPr>
                <w:color w:val="000000"/>
                <w:sz w:val="16"/>
              </w:rPr>
              <w:t>Ali lahko svoje razumevanje pokažeš še z drugim načinom – govorom, gibanjem, risbo, branjem ali zapisom?</w:t>
            </w:r>
          </w:p>
          <w:p w14:paraId="3F750EC8"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044EEADE" w14:textId="77777777">
              <w:trPr>
                <w:jc w:val="center"/>
              </w:trPr>
              <w:tc>
                <w:tcPr>
                  <w:tcW w:w="7087" w:type="dxa"/>
                  <w:shd w:val="clear" w:color="auto" w:fill="C6E7F3"/>
                  <w:tcMar>
                    <w:top w:w="45" w:type="dxa"/>
                    <w:left w:w="70" w:type="dxa"/>
                    <w:bottom w:w="45" w:type="dxa"/>
                    <w:right w:w="70" w:type="dxa"/>
                  </w:tcMar>
                </w:tcPr>
                <w:p w14:paraId="08C4E341" w14:textId="77777777" w:rsidR="00187E2C" w:rsidRDefault="00000000">
                  <w:pPr>
                    <w:keepNext/>
                  </w:pPr>
                  <w:r>
                    <w:rPr>
                      <w:b/>
                      <w:color w:val="000000"/>
                    </w:rPr>
                    <w:t>ZAKLJUČNI DEL – UTRJEVANJE, BRALNI ODZIV IN REFLEKSIJA (10–15 min)</w:t>
                  </w:r>
                </w:p>
              </w:tc>
            </w:tr>
          </w:tbl>
          <w:p w14:paraId="6294E73E" w14:textId="77777777" w:rsidR="00187E2C" w:rsidRDefault="00187E2C">
            <w:pPr>
              <w:spacing w:line="20" w:lineRule="exact"/>
            </w:pPr>
          </w:p>
          <w:p w14:paraId="05780FE4"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0FC02B22" w14:textId="77777777">
              <w:trPr>
                <w:jc w:val="center"/>
              </w:trPr>
              <w:tc>
                <w:tcPr>
                  <w:tcW w:w="7087" w:type="dxa"/>
                  <w:shd w:val="clear" w:color="auto" w:fill="EDC9EA"/>
                  <w:tcMar>
                    <w:top w:w="45" w:type="dxa"/>
                    <w:left w:w="70" w:type="dxa"/>
                    <w:bottom w:w="45" w:type="dxa"/>
                    <w:right w:w="70" w:type="dxa"/>
                  </w:tcMar>
                </w:tcPr>
                <w:p w14:paraId="6A06538D" w14:textId="77777777" w:rsidR="00187E2C" w:rsidRDefault="00000000">
                  <w:pPr>
                    <w:keepNext/>
                  </w:pPr>
                  <w:r>
                    <w:rPr>
                      <w:b/>
                      <w:color w:val="000000"/>
                    </w:rPr>
                    <w:t>SAMOVREDNOTENJE</w:t>
                  </w:r>
                </w:p>
              </w:tc>
            </w:tr>
          </w:tbl>
          <w:p w14:paraId="5A4361D6" w14:textId="77777777" w:rsidR="00187E2C" w:rsidRDefault="00187E2C">
            <w:pPr>
              <w:spacing w:line="20" w:lineRule="exact"/>
            </w:pPr>
          </w:p>
          <w:p w14:paraId="660D2834"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35EA5969" w14:textId="77777777">
              <w:trPr>
                <w:jc w:val="center"/>
              </w:trPr>
              <w:tc>
                <w:tcPr>
                  <w:tcW w:w="7087" w:type="dxa"/>
                  <w:shd w:val="clear" w:color="auto" w:fill="EDC9EA"/>
                  <w:tcMar>
                    <w:top w:w="45" w:type="dxa"/>
                    <w:left w:w="70" w:type="dxa"/>
                    <w:bottom w:w="45" w:type="dxa"/>
                    <w:right w:w="70" w:type="dxa"/>
                  </w:tcMar>
                </w:tcPr>
                <w:p w14:paraId="21CC4E73" w14:textId="77777777" w:rsidR="00187E2C" w:rsidRDefault="00000000">
                  <w:pPr>
                    <w:keepNext/>
                  </w:pPr>
                  <w:r>
                    <w:rPr>
                      <w:b/>
                      <w:color w:val="000000"/>
                    </w:rPr>
                    <w:t>VRSTNIŠKO VREDNOTENJE</w:t>
                  </w:r>
                </w:p>
              </w:tc>
            </w:tr>
          </w:tbl>
          <w:p w14:paraId="7A74DD7E" w14:textId="77777777" w:rsidR="00187E2C" w:rsidRDefault="00187E2C">
            <w:pPr>
              <w:spacing w:line="20" w:lineRule="exact"/>
            </w:pPr>
          </w:p>
          <w:p w14:paraId="70622E7F"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3E1C0DD7" w14:textId="77777777">
              <w:trPr>
                <w:jc w:val="center"/>
              </w:trPr>
              <w:tc>
                <w:tcPr>
                  <w:tcW w:w="7087" w:type="dxa"/>
                  <w:shd w:val="clear" w:color="auto" w:fill="EDC9EA"/>
                  <w:tcMar>
                    <w:top w:w="45" w:type="dxa"/>
                    <w:left w:w="70" w:type="dxa"/>
                    <w:bottom w:w="45" w:type="dxa"/>
                    <w:right w:w="70" w:type="dxa"/>
                  </w:tcMar>
                </w:tcPr>
                <w:p w14:paraId="019EA491" w14:textId="77777777" w:rsidR="00187E2C" w:rsidRDefault="00000000">
                  <w:pPr>
                    <w:keepNext/>
                  </w:pPr>
                  <w:r>
                    <w:rPr>
                      <w:b/>
                      <w:color w:val="000000"/>
                    </w:rPr>
                    <w:t>SKUPNI POVZETEK</w:t>
                  </w:r>
                </w:p>
              </w:tc>
            </w:tr>
          </w:tbl>
          <w:p w14:paraId="554BCFAA" w14:textId="77777777" w:rsidR="00187E2C" w:rsidRDefault="00187E2C">
            <w:pPr>
              <w:spacing w:line="20" w:lineRule="exact"/>
            </w:pPr>
          </w:p>
          <w:p w14:paraId="586A9AE7" w14:textId="77777777" w:rsidR="00187E2C" w:rsidRDefault="00000000">
            <w:pPr>
              <w:spacing w:before="20" w:after="40" w:line="245" w:lineRule="auto"/>
            </w:pPr>
            <w:r>
              <w:rPr>
                <w:b/>
                <w:color w:val="000000"/>
                <w:sz w:val="16"/>
              </w:rPr>
              <w:t>Prepoznam glas /d/ in črko D, jo veččutno oblikujem, čitljivo zapišem ter uporabim pri začetnem branju in pisanju. Književno doživetje izrazim z govorom, gibanjem, risbo ali zapisom.</w:t>
            </w:r>
          </w:p>
          <w:tbl>
            <w:tblPr>
              <w:tblStyle w:val="Tabelamrea"/>
              <w:tblW w:w="0" w:type="auto"/>
              <w:jc w:val="center"/>
              <w:tblLayout w:type="fixed"/>
              <w:tblLook w:val="04A0" w:firstRow="1" w:lastRow="0" w:firstColumn="1" w:lastColumn="0" w:noHBand="0" w:noVBand="1"/>
            </w:tblPr>
            <w:tblGrid>
              <w:gridCol w:w="7087"/>
            </w:tblGrid>
            <w:tr w:rsidR="00187E2C" w14:paraId="0C884860" w14:textId="77777777">
              <w:trPr>
                <w:jc w:val="center"/>
              </w:trPr>
              <w:tc>
                <w:tcPr>
                  <w:tcW w:w="7087" w:type="dxa"/>
                  <w:shd w:val="clear" w:color="auto" w:fill="EDC9EA"/>
                  <w:tcMar>
                    <w:top w:w="45" w:type="dxa"/>
                    <w:left w:w="70" w:type="dxa"/>
                    <w:bottom w:w="45" w:type="dxa"/>
                    <w:right w:w="70" w:type="dxa"/>
                  </w:tcMar>
                </w:tcPr>
                <w:p w14:paraId="0CC56A36" w14:textId="77777777" w:rsidR="00187E2C" w:rsidRDefault="00000000">
                  <w:pPr>
                    <w:keepNext/>
                  </w:pPr>
                  <w:r>
                    <w:rPr>
                      <w:b/>
                      <w:color w:val="000000"/>
                    </w:rPr>
                    <w:t>OPISNO OCENJEVANJE</w:t>
                  </w:r>
                </w:p>
              </w:tc>
            </w:tr>
          </w:tbl>
          <w:p w14:paraId="634D4B89" w14:textId="77777777" w:rsidR="00187E2C" w:rsidRDefault="00187E2C"/>
          <w:p w14:paraId="2757BD9C" w14:textId="77777777" w:rsidR="00187E2C" w:rsidRDefault="00000000">
            <w:pPr>
              <w:spacing w:before="20" w:after="30" w:line="245" w:lineRule="auto"/>
            </w:pPr>
            <w:r>
              <w:rPr>
                <w:color w:val="000000"/>
                <w:sz w:val="16"/>
              </w:rPr>
              <w:t>OCENJEVANJE 3 – PISNO: glasovno zavedanje, prvih 17 črk ter začetno branje in pisanje; analiza dosežkov • KULTURNI DAN</w:t>
            </w:r>
          </w:p>
        </w:tc>
        <w:tc>
          <w:tcPr>
            <w:tcW w:w="2551" w:type="dxa"/>
            <w:tcMar>
              <w:top w:w="70" w:type="dxa"/>
              <w:left w:w="90" w:type="dxa"/>
              <w:bottom w:w="70" w:type="dxa"/>
              <w:right w:w="90" w:type="dxa"/>
            </w:tcMar>
          </w:tcPr>
          <w:p w14:paraId="6C11C04B" w14:textId="77777777" w:rsidR="00187E2C" w:rsidRDefault="00187E2C"/>
          <w:p w14:paraId="000AE70D" w14:textId="77777777" w:rsidR="00187E2C" w:rsidRDefault="00000000">
            <w:pPr>
              <w:spacing w:after="100" w:line="245" w:lineRule="auto"/>
            </w:pPr>
            <w:r>
              <w:rPr>
                <w:color w:val="000000"/>
                <w:sz w:val="16"/>
              </w:rPr>
              <w:t>Odgovarja na podporna vprašanja ter se sklicuje na poslušano besedilo, sliko, govor, bralni list ali zapis.</w:t>
            </w:r>
          </w:p>
          <w:p w14:paraId="3D4E7D1E" w14:textId="77777777" w:rsidR="00187E2C" w:rsidRDefault="00000000">
            <w:pPr>
              <w:spacing w:after="100" w:line="245" w:lineRule="auto"/>
            </w:pPr>
            <w:r>
              <w:rPr>
                <w:color w:val="000000"/>
                <w:sz w:val="16"/>
              </w:rPr>
              <w:t>Primerja začetni odziv z novim dokazom in pojasni, kaj se je naučil/-a.</w:t>
            </w:r>
          </w:p>
          <w:p w14:paraId="0722C5DD" w14:textId="77777777" w:rsidR="00187E2C" w:rsidRDefault="00000000">
            <w:pPr>
              <w:spacing w:after="100" w:line="245" w:lineRule="auto"/>
            </w:pPr>
            <w:r>
              <w:rPr>
                <w:color w:val="000000"/>
                <w:sz w:val="16"/>
              </w:rPr>
              <w:t>Izbere raven samostojnosti in določi naslednji korak.</w:t>
            </w:r>
          </w:p>
          <w:p w14:paraId="5C0D67DB" w14:textId="77777777" w:rsidR="00187E2C" w:rsidRDefault="00000000">
            <w:pPr>
              <w:spacing w:after="100" w:line="245" w:lineRule="auto"/>
            </w:pPr>
            <w:r>
              <w:rPr>
                <w:color w:val="000000"/>
                <w:sz w:val="16"/>
              </w:rPr>
              <w:t>Sošolcu poda prijazen in konkreten odziv, vezan na kriterij.</w:t>
            </w:r>
          </w:p>
          <w:p w14:paraId="09561BB9" w14:textId="77777777" w:rsidR="00187E2C" w:rsidRDefault="00000000">
            <w:pPr>
              <w:spacing w:after="20" w:line="245" w:lineRule="auto"/>
            </w:pPr>
            <w:r>
              <w:rPr>
                <w:b/>
                <w:color w:val="D95BC6"/>
                <w:sz w:val="17"/>
              </w:rPr>
              <w:t>DOKAZ O UČENJU</w:t>
            </w:r>
          </w:p>
          <w:p w14:paraId="47722F8B"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6E9799FC"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6E323EDE" w14:textId="77777777">
        <w:trPr>
          <w:cantSplit/>
          <w:jc w:val="center"/>
        </w:trPr>
        <w:tc>
          <w:tcPr>
            <w:tcW w:w="14060" w:type="dxa"/>
            <w:gridSpan w:val="6"/>
            <w:tcMar>
              <w:top w:w="70" w:type="dxa"/>
              <w:left w:w="90" w:type="dxa"/>
              <w:bottom w:w="70" w:type="dxa"/>
              <w:right w:w="90" w:type="dxa"/>
            </w:tcMar>
            <w:vAlign w:val="center"/>
          </w:tcPr>
          <w:p w14:paraId="48FB5D2C" w14:textId="77777777" w:rsidR="00187E2C" w:rsidRDefault="00000000">
            <w:pPr>
              <w:jc w:val="center"/>
            </w:pPr>
            <w:r>
              <w:rPr>
                <w:b/>
                <w:color w:val="000000"/>
                <w:sz w:val="24"/>
              </w:rPr>
              <w:lastRenderedPageBreak/>
              <w:t>UČNA PRIPRAVA 23/39</w:t>
            </w:r>
          </w:p>
        </w:tc>
      </w:tr>
      <w:tr w:rsidR="00187E2C" w14:paraId="6E04978F" w14:textId="77777777">
        <w:trPr>
          <w:jc w:val="center"/>
        </w:trPr>
        <w:tc>
          <w:tcPr>
            <w:tcW w:w="2665" w:type="dxa"/>
            <w:tcMar>
              <w:top w:w="70" w:type="dxa"/>
              <w:left w:w="90" w:type="dxa"/>
              <w:bottom w:w="70" w:type="dxa"/>
              <w:right w:w="90" w:type="dxa"/>
            </w:tcMar>
            <w:vAlign w:val="center"/>
          </w:tcPr>
          <w:p w14:paraId="18A2BB58"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5F9D9A3"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D1F24AC"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ECEA7E3" w14:textId="77777777" w:rsidR="00187E2C" w:rsidRDefault="00000000">
            <w:r>
              <w:rPr>
                <w:b/>
                <w:color w:val="000000"/>
                <w:sz w:val="16"/>
              </w:rPr>
              <w:t xml:space="preserve">NAČRTOVANI TERMIN: </w:t>
            </w:r>
            <w:r>
              <w:rPr>
                <w:color w:val="000000"/>
                <w:sz w:val="16"/>
              </w:rPr>
              <w:t>23. teden • 15.–19. 2. 2027</w:t>
            </w:r>
          </w:p>
        </w:tc>
        <w:tc>
          <w:tcPr>
            <w:tcW w:w="2268" w:type="dxa"/>
            <w:tcMar>
              <w:top w:w="70" w:type="dxa"/>
              <w:left w:w="90" w:type="dxa"/>
              <w:bottom w:w="70" w:type="dxa"/>
              <w:right w:w="90" w:type="dxa"/>
            </w:tcMar>
            <w:vAlign w:val="center"/>
          </w:tcPr>
          <w:p w14:paraId="190B7B4C"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885BF31" w14:textId="77777777" w:rsidR="00187E2C" w:rsidRDefault="00000000">
            <w:r>
              <w:rPr>
                <w:b/>
                <w:color w:val="000000"/>
                <w:sz w:val="16"/>
              </w:rPr>
              <w:t xml:space="preserve">ŠTEVILO UR: </w:t>
            </w:r>
            <w:r>
              <w:rPr>
                <w:color w:val="000000"/>
                <w:sz w:val="16"/>
              </w:rPr>
              <w:t>5</w:t>
            </w:r>
          </w:p>
        </w:tc>
      </w:tr>
      <w:tr w:rsidR="00187E2C" w14:paraId="00407774" w14:textId="77777777">
        <w:trPr>
          <w:jc w:val="center"/>
        </w:trPr>
        <w:tc>
          <w:tcPr>
            <w:tcW w:w="14061" w:type="dxa"/>
            <w:gridSpan w:val="6"/>
            <w:tcMar>
              <w:top w:w="70" w:type="dxa"/>
              <w:left w:w="90" w:type="dxa"/>
              <w:bottom w:w="70" w:type="dxa"/>
              <w:right w:w="90" w:type="dxa"/>
            </w:tcMar>
            <w:vAlign w:val="center"/>
          </w:tcPr>
          <w:p w14:paraId="41374435"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4B1A90C6" w14:textId="77777777">
        <w:trPr>
          <w:cantSplit/>
          <w:jc w:val="center"/>
        </w:trPr>
        <w:tc>
          <w:tcPr>
            <w:tcW w:w="14060" w:type="dxa"/>
            <w:gridSpan w:val="6"/>
            <w:tcMar>
              <w:top w:w="70" w:type="dxa"/>
              <w:left w:w="90" w:type="dxa"/>
              <w:bottom w:w="70" w:type="dxa"/>
              <w:right w:w="90" w:type="dxa"/>
            </w:tcMar>
            <w:vAlign w:val="center"/>
          </w:tcPr>
          <w:p w14:paraId="44335A95" w14:textId="77777777" w:rsidR="00187E2C" w:rsidRDefault="00187E2C"/>
          <w:p w14:paraId="0126DDE0" w14:textId="77777777" w:rsidR="00187E2C" w:rsidRDefault="00000000">
            <w:pPr>
              <w:spacing w:line="245" w:lineRule="auto"/>
            </w:pPr>
            <w:r>
              <w:rPr>
                <w:b/>
                <w:color w:val="000000"/>
                <w:sz w:val="16"/>
              </w:rPr>
              <w:t xml:space="preserve">UČNI SKLOP: </w:t>
            </w:r>
            <w:r>
              <w:rPr>
                <w:color w:val="000000"/>
                <w:sz w:val="16"/>
              </w:rPr>
              <w:t>NEKOČ IN DANES – ČAS IN DEDIŠČINA</w:t>
            </w:r>
          </w:p>
        </w:tc>
      </w:tr>
      <w:tr w:rsidR="00187E2C" w14:paraId="318A54FB" w14:textId="77777777">
        <w:trPr>
          <w:cantSplit/>
          <w:jc w:val="center"/>
        </w:trPr>
        <w:tc>
          <w:tcPr>
            <w:tcW w:w="14060" w:type="dxa"/>
            <w:gridSpan w:val="6"/>
            <w:tcMar>
              <w:top w:w="70" w:type="dxa"/>
              <w:left w:w="90" w:type="dxa"/>
              <w:bottom w:w="70" w:type="dxa"/>
              <w:right w:w="90" w:type="dxa"/>
            </w:tcMar>
            <w:vAlign w:val="center"/>
          </w:tcPr>
          <w:p w14:paraId="5530D0D3" w14:textId="77777777" w:rsidR="00187E2C" w:rsidRDefault="00187E2C"/>
          <w:p w14:paraId="4CC80C3D" w14:textId="77777777" w:rsidR="00187E2C" w:rsidRDefault="00000000">
            <w:pPr>
              <w:spacing w:line="245" w:lineRule="auto"/>
            </w:pPr>
            <w:r>
              <w:rPr>
                <w:b/>
                <w:color w:val="000000"/>
                <w:sz w:val="16"/>
              </w:rPr>
              <w:t xml:space="preserve">UČNA TEMA: </w:t>
            </w:r>
            <w:r>
              <w:rPr>
                <w:color w:val="000000"/>
                <w:sz w:val="16"/>
              </w:rPr>
              <w:t>ANALIZA PISNEGA DOKAZA • PRVIH 17 ČRK IN VELIKA TISKANA ČRKA B</w:t>
            </w:r>
          </w:p>
        </w:tc>
      </w:tr>
      <w:tr w:rsidR="00187E2C" w14:paraId="35380004" w14:textId="77777777">
        <w:trPr>
          <w:cantSplit/>
          <w:jc w:val="center"/>
        </w:trPr>
        <w:tc>
          <w:tcPr>
            <w:tcW w:w="14060" w:type="dxa"/>
            <w:gridSpan w:val="6"/>
            <w:tcMar>
              <w:top w:w="70" w:type="dxa"/>
              <w:left w:w="90" w:type="dxa"/>
              <w:bottom w:w="70" w:type="dxa"/>
              <w:right w:w="90" w:type="dxa"/>
            </w:tcMar>
            <w:vAlign w:val="center"/>
          </w:tcPr>
          <w:p w14:paraId="22EAEC57" w14:textId="77777777" w:rsidR="00187E2C" w:rsidRDefault="00187E2C"/>
          <w:p w14:paraId="29798033" w14:textId="77777777" w:rsidR="00187E2C" w:rsidRDefault="00000000">
            <w:pPr>
              <w:spacing w:line="245" w:lineRule="auto"/>
            </w:pPr>
            <w:r>
              <w:rPr>
                <w:b/>
                <w:color w:val="000000"/>
                <w:sz w:val="16"/>
              </w:rPr>
              <w:t xml:space="preserve">KNJIŽEVNO IZHODIŠČE IN MOTIV: </w:t>
            </w:r>
            <w:r>
              <w:rPr>
                <w:color w:val="000000"/>
                <w:sz w:val="16"/>
              </w:rPr>
              <w:t>»Mojca Pokrajculja« – slovenska ljudska pravljica • stari predmeti, skupno bivanje in ustno izročilo</w:t>
            </w:r>
          </w:p>
        </w:tc>
      </w:tr>
      <w:tr w:rsidR="00187E2C" w14:paraId="770787E5" w14:textId="77777777">
        <w:trPr>
          <w:cantSplit/>
          <w:jc w:val="center"/>
        </w:trPr>
        <w:tc>
          <w:tcPr>
            <w:tcW w:w="14060" w:type="dxa"/>
            <w:gridSpan w:val="6"/>
            <w:tcMar>
              <w:top w:w="70" w:type="dxa"/>
              <w:left w:w="90" w:type="dxa"/>
              <w:bottom w:w="70" w:type="dxa"/>
              <w:right w:w="90" w:type="dxa"/>
            </w:tcMar>
            <w:vAlign w:val="center"/>
          </w:tcPr>
          <w:p w14:paraId="40656AFA" w14:textId="77777777" w:rsidR="00187E2C" w:rsidRDefault="00187E2C"/>
          <w:p w14:paraId="0DC5C447" w14:textId="77777777" w:rsidR="00187E2C" w:rsidRDefault="00000000">
            <w:pPr>
              <w:spacing w:line="245" w:lineRule="auto"/>
            </w:pPr>
            <w:r>
              <w:rPr>
                <w:b/>
                <w:color w:val="000000"/>
                <w:sz w:val="16"/>
              </w:rPr>
              <w:t xml:space="preserve">BRALNI LIST / ČRKA: </w:t>
            </w:r>
            <w:r>
              <w:rPr>
                <w:color w:val="000000"/>
                <w:sz w:val="16"/>
              </w:rPr>
              <w:t>ČRKA B • BRALNI LIST 23 – Berem črko B in zloge ter besede: glas /b/ znane črke: A, E, I, O, U, N, M, T, J, V, R, S, L, K, P, D, B; slišim glas; prepoznam črko; navpična in dve zaobljeni potezi; berem in zapišem</w:t>
            </w:r>
          </w:p>
        </w:tc>
      </w:tr>
      <w:tr w:rsidR="00187E2C" w14:paraId="7F98A2C4" w14:textId="77777777">
        <w:trPr>
          <w:cantSplit/>
          <w:jc w:val="center"/>
        </w:trPr>
        <w:tc>
          <w:tcPr>
            <w:tcW w:w="14060" w:type="dxa"/>
            <w:gridSpan w:val="6"/>
            <w:tcMar>
              <w:top w:w="70" w:type="dxa"/>
              <w:left w:w="90" w:type="dxa"/>
              <w:bottom w:w="70" w:type="dxa"/>
              <w:right w:w="90" w:type="dxa"/>
            </w:tcMar>
            <w:vAlign w:val="center"/>
          </w:tcPr>
          <w:p w14:paraId="76F54D8E" w14:textId="77777777" w:rsidR="00187E2C" w:rsidRDefault="00187E2C"/>
          <w:p w14:paraId="3BAD3A0C" w14:textId="77777777" w:rsidR="00187E2C" w:rsidRDefault="00000000">
            <w:pPr>
              <w:spacing w:line="245" w:lineRule="auto"/>
            </w:pPr>
            <w:r>
              <w:rPr>
                <w:b/>
                <w:color w:val="000000"/>
                <w:sz w:val="16"/>
              </w:rPr>
              <w:t xml:space="preserve">UČNE ENOTE: </w:t>
            </w:r>
            <w:r>
              <w:rPr>
                <w:color w:val="000000"/>
                <w:sz w:val="16"/>
              </w:rPr>
              <w:t>1. ura – Govorni nastop – Poslušam in doživljam • 2. ura – Govorni nastop – Govorim in pojasnjujem • 3. ura – SLIŠIM GLAS /b/ IN ODKRIVAM ČRKO B • 4. ura – Oblikujem in pišem črko B • 5. ura – Berem in uporabim črko B</w:t>
            </w:r>
          </w:p>
        </w:tc>
      </w:tr>
      <w:tr w:rsidR="00187E2C" w14:paraId="2AD8129B" w14:textId="77777777">
        <w:trPr>
          <w:cantSplit/>
          <w:jc w:val="center"/>
        </w:trPr>
        <w:tc>
          <w:tcPr>
            <w:tcW w:w="14060" w:type="dxa"/>
            <w:gridSpan w:val="6"/>
            <w:tcMar>
              <w:top w:w="70" w:type="dxa"/>
              <w:left w:w="90" w:type="dxa"/>
              <w:bottom w:w="70" w:type="dxa"/>
              <w:right w:w="90" w:type="dxa"/>
            </w:tcMar>
            <w:vAlign w:val="center"/>
          </w:tcPr>
          <w:p w14:paraId="1DA93330" w14:textId="77777777" w:rsidR="00187E2C" w:rsidRDefault="00187E2C"/>
          <w:p w14:paraId="7F1D872F"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69439CD5" w14:textId="77777777">
        <w:trPr>
          <w:cantSplit/>
          <w:jc w:val="center"/>
        </w:trPr>
        <w:tc>
          <w:tcPr>
            <w:tcW w:w="14060" w:type="dxa"/>
            <w:gridSpan w:val="6"/>
            <w:tcMar>
              <w:top w:w="70" w:type="dxa"/>
              <w:left w:w="90" w:type="dxa"/>
              <w:bottom w:w="70" w:type="dxa"/>
              <w:right w:w="90" w:type="dxa"/>
            </w:tcMar>
            <w:vAlign w:val="center"/>
          </w:tcPr>
          <w:p w14:paraId="3E4E99F4" w14:textId="77777777" w:rsidR="00187E2C" w:rsidRDefault="00187E2C"/>
          <w:p w14:paraId="6874F0B7"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5BDA36D" w14:textId="77777777">
        <w:trPr>
          <w:cantSplit/>
          <w:jc w:val="center"/>
        </w:trPr>
        <w:tc>
          <w:tcPr>
            <w:tcW w:w="14060" w:type="dxa"/>
            <w:gridSpan w:val="6"/>
            <w:tcMar>
              <w:top w:w="70" w:type="dxa"/>
              <w:left w:w="90" w:type="dxa"/>
              <w:bottom w:w="70" w:type="dxa"/>
              <w:right w:w="90" w:type="dxa"/>
            </w:tcMar>
            <w:vAlign w:val="center"/>
          </w:tcPr>
          <w:p w14:paraId="61E476FC" w14:textId="77777777" w:rsidR="00187E2C" w:rsidRDefault="00187E2C"/>
          <w:p w14:paraId="14B5990F"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33D005A5" w14:textId="77777777">
        <w:trPr>
          <w:cantSplit/>
          <w:jc w:val="center"/>
        </w:trPr>
        <w:tc>
          <w:tcPr>
            <w:tcW w:w="14060" w:type="dxa"/>
            <w:gridSpan w:val="6"/>
            <w:tcMar>
              <w:top w:w="70" w:type="dxa"/>
              <w:left w:w="90" w:type="dxa"/>
              <w:bottom w:w="70" w:type="dxa"/>
              <w:right w:w="90" w:type="dxa"/>
            </w:tcMar>
            <w:vAlign w:val="center"/>
          </w:tcPr>
          <w:p w14:paraId="2733514F" w14:textId="77777777" w:rsidR="00187E2C" w:rsidRDefault="00187E2C"/>
          <w:p w14:paraId="76C30CD4" w14:textId="77777777" w:rsidR="00187E2C" w:rsidRDefault="00000000">
            <w:pPr>
              <w:spacing w:line="245" w:lineRule="auto"/>
            </w:pPr>
            <w:r>
              <w:rPr>
                <w:b/>
                <w:color w:val="000000"/>
                <w:sz w:val="16"/>
              </w:rPr>
              <w:t xml:space="preserve">MEDPREDMETNE POVEZAVE: </w:t>
            </w:r>
            <w:r>
              <w:rPr>
                <w:color w:val="000000"/>
                <w:sz w:val="16"/>
              </w:rPr>
              <w:t>SPO – stari predmeti, skupno bivanje in ustno izročilo; GUM – ritem, zvočnost in glas; LUM – ilustracija, črta in grafomotorika; ŠPO – gibalna pripoved, dramatizacija in postaje; MAT – smer, zaporedje in orientacija</w:t>
            </w:r>
          </w:p>
        </w:tc>
      </w:tr>
      <w:tr w:rsidR="00187E2C" w14:paraId="24ECC0F8" w14:textId="77777777">
        <w:trPr>
          <w:cantSplit/>
          <w:jc w:val="center"/>
        </w:trPr>
        <w:tc>
          <w:tcPr>
            <w:tcW w:w="14060" w:type="dxa"/>
            <w:gridSpan w:val="6"/>
            <w:tcMar>
              <w:top w:w="70" w:type="dxa"/>
              <w:left w:w="90" w:type="dxa"/>
              <w:bottom w:w="70" w:type="dxa"/>
              <w:right w:w="90" w:type="dxa"/>
            </w:tcMar>
            <w:vAlign w:val="center"/>
          </w:tcPr>
          <w:p w14:paraId="4E7562AF" w14:textId="77777777" w:rsidR="00187E2C" w:rsidRDefault="00187E2C"/>
          <w:p w14:paraId="0857A1F4" w14:textId="77777777" w:rsidR="00187E2C" w:rsidRDefault="00000000">
            <w:pPr>
              <w:spacing w:line="245" w:lineRule="auto"/>
            </w:pPr>
            <w:r>
              <w:rPr>
                <w:b/>
                <w:color w:val="000000"/>
                <w:sz w:val="16"/>
              </w:rPr>
              <w:t xml:space="preserve">UČNA SREDSTVA IN PRIPOMOČKI: </w:t>
            </w:r>
            <w:r>
              <w:rPr>
                <w:color w:val="000000"/>
                <w:sz w:val="16"/>
              </w:rPr>
              <w:t>ČRKA B • BRALNI LIST 23, povečano besedilo oziroma kartice, slikanica ali odlomek, slikovno zaporedje, kartice besed in glasov, talne črke ali zlogi, ogledala, vrvice ali modelirna masa, mini tabla, zvezek oziroma jezikovna mapa</w:t>
            </w:r>
          </w:p>
        </w:tc>
      </w:tr>
      <w:tr w:rsidR="00187E2C" w14:paraId="12CDD0C9" w14:textId="77777777">
        <w:trPr>
          <w:cantSplit/>
          <w:jc w:val="center"/>
        </w:trPr>
        <w:tc>
          <w:tcPr>
            <w:tcW w:w="14060" w:type="dxa"/>
            <w:gridSpan w:val="6"/>
            <w:tcMar>
              <w:top w:w="70" w:type="dxa"/>
              <w:left w:w="90" w:type="dxa"/>
              <w:bottom w:w="70" w:type="dxa"/>
              <w:right w:w="90" w:type="dxa"/>
            </w:tcMar>
            <w:vAlign w:val="center"/>
          </w:tcPr>
          <w:p w14:paraId="29B3ADD5" w14:textId="77777777" w:rsidR="00187E2C" w:rsidRDefault="00187E2C"/>
          <w:p w14:paraId="6D207FA5"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46D397CC" w14:textId="77777777">
        <w:trPr>
          <w:cantSplit/>
          <w:jc w:val="center"/>
        </w:trPr>
        <w:tc>
          <w:tcPr>
            <w:tcW w:w="14060" w:type="dxa"/>
            <w:gridSpan w:val="6"/>
            <w:tcMar>
              <w:top w:w="70" w:type="dxa"/>
              <w:left w:w="90" w:type="dxa"/>
              <w:bottom w:w="70" w:type="dxa"/>
              <w:right w:w="90" w:type="dxa"/>
            </w:tcMar>
            <w:vAlign w:val="center"/>
          </w:tcPr>
          <w:p w14:paraId="7CCF5B99" w14:textId="77777777" w:rsidR="00187E2C" w:rsidRDefault="00187E2C"/>
          <w:p w14:paraId="39F9FFB5" w14:textId="77777777" w:rsidR="00187E2C" w:rsidRDefault="00000000">
            <w:pPr>
              <w:spacing w:line="245" w:lineRule="auto"/>
            </w:pPr>
            <w:r>
              <w:rPr>
                <w:b/>
                <w:color w:val="000000"/>
                <w:sz w:val="16"/>
              </w:rPr>
              <w:t xml:space="preserve">OCENJEVANJE / DAN DEJAVNOSTI: </w:t>
            </w:r>
            <w:r>
              <w:rPr>
                <w:color w:val="000000"/>
                <w:sz w:val="16"/>
              </w:rPr>
              <w:t>KULTURNI DAN</w:t>
            </w:r>
          </w:p>
        </w:tc>
      </w:tr>
      <w:tr w:rsidR="00187E2C" w14:paraId="68D9FD97" w14:textId="77777777">
        <w:trPr>
          <w:cantSplit/>
          <w:jc w:val="center"/>
        </w:trPr>
        <w:tc>
          <w:tcPr>
            <w:tcW w:w="14060" w:type="dxa"/>
            <w:gridSpan w:val="6"/>
            <w:tcMar>
              <w:top w:w="70" w:type="dxa"/>
              <w:left w:w="90" w:type="dxa"/>
              <w:bottom w:w="70" w:type="dxa"/>
              <w:right w:w="90" w:type="dxa"/>
            </w:tcMar>
            <w:vAlign w:val="center"/>
          </w:tcPr>
          <w:p w14:paraId="3E734D2B" w14:textId="77777777" w:rsidR="00187E2C" w:rsidRDefault="00187E2C"/>
          <w:p w14:paraId="68643F37"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DE2772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6B3B2C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02D3B6"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B80C934" w14:textId="77777777" w:rsidR="00187E2C" w:rsidRDefault="00000000">
            <w:pPr>
              <w:jc w:val="center"/>
            </w:pPr>
            <w:r>
              <w:rPr>
                <w:b/>
                <w:color w:val="000000"/>
                <w:sz w:val="20"/>
              </w:rPr>
              <w:t>UČNE DEJAVNOSTI, METODE IN FORMATIVNO SPREMLJANJE</w:t>
            </w:r>
          </w:p>
        </w:tc>
      </w:tr>
      <w:tr w:rsidR="00187E2C" w14:paraId="7131E916" w14:textId="77777777">
        <w:trPr>
          <w:tblHeader/>
          <w:jc w:val="center"/>
        </w:trPr>
        <w:tc>
          <w:tcPr>
            <w:tcW w:w="4422" w:type="dxa"/>
            <w:vMerge/>
            <w:tcMar>
              <w:top w:w="70" w:type="dxa"/>
              <w:left w:w="90" w:type="dxa"/>
              <w:bottom w:w="70" w:type="dxa"/>
              <w:right w:w="90" w:type="dxa"/>
            </w:tcMar>
            <w:vAlign w:val="center"/>
          </w:tcPr>
          <w:p w14:paraId="46DF0CF5" w14:textId="77777777" w:rsidR="00187E2C" w:rsidRDefault="00187E2C"/>
        </w:tc>
        <w:tc>
          <w:tcPr>
            <w:tcW w:w="7087" w:type="dxa"/>
            <w:shd w:val="clear" w:color="auto" w:fill="FFFFFF"/>
            <w:tcMar>
              <w:top w:w="70" w:type="dxa"/>
              <w:left w:w="90" w:type="dxa"/>
              <w:bottom w:w="70" w:type="dxa"/>
              <w:right w:w="90" w:type="dxa"/>
            </w:tcMar>
            <w:vAlign w:val="center"/>
          </w:tcPr>
          <w:p w14:paraId="7600EC7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C7C8CCA" w14:textId="77777777" w:rsidR="00187E2C" w:rsidRDefault="00000000">
            <w:pPr>
              <w:jc w:val="center"/>
            </w:pPr>
            <w:r>
              <w:rPr>
                <w:b/>
                <w:color w:val="000000"/>
              </w:rPr>
              <w:t>UČENEC</w:t>
            </w:r>
          </w:p>
        </w:tc>
      </w:tr>
      <w:tr w:rsidR="00187E2C" w14:paraId="5E013FE6" w14:textId="77777777">
        <w:trPr>
          <w:jc w:val="center"/>
        </w:trPr>
        <w:tc>
          <w:tcPr>
            <w:tcW w:w="4422" w:type="dxa"/>
            <w:tcMar>
              <w:top w:w="70" w:type="dxa"/>
              <w:left w:w="90" w:type="dxa"/>
              <w:bottom w:w="70" w:type="dxa"/>
              <w:right w:w="90" w:type="dxa"/>
            </w:tcMar>
          </w:tcPr>
          <w:p w14:paraId="22C7EAAE" w14:textId="77777777" w:rsidR="00187E2C" w:rsidRDefault="00187E2C"/>
          <w:p w14:paraId="6A82C816" w14:textId="77777777" w:rsidR="00187E2C" w:rsidRDefault="00000000">
            <w:pPr>
              <w:spacing w:after="60" w:line="245" w:lineRule="auto"/>
            </w:pPr>
            <w:r>
              <w:rPr>
                <w:b/>
                <w:color w:val="000000"/>
              </w:rPr>
              <w:t>UČNI CILJI</w:t>
            </w:r>
          </w:p>
          <w:p w14:paraId="3642DAA5" w14:textId="77777777" w:rsidR="00187E2C" w:rsidRDefault="00000000">
            <w:pPr>
              <w:spacing w:after="20" w:line="245" w:lineRule="auto"/>
            </w:pPr>
            <w:r>
              <w:rPr>
                <w:b/>
                <w:color w:val="000000"/>
                <w:sz w:val="17"/>
              </w:rPr>
              <w:t>SPLOŠNI</w:t>
            </w:r>
          </w:p>
          <w:p w14:paraId="3DCABFF0"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2632256B" w14:textId="77777777" w:rsidR="00187E2C" w:rsidRDefault="00000000">
            <w:pPr>
              <w:pStyle w:val="Oznaenseznam"/>
              <w:spacing w:after="16"/>
            </w:pPr>
            <w:r>
              <w:rPr>
                <w:color w:val="000000"/>
                <w:sz w:val="16"/>
              </w:rPr>
              <w:t>doživlja književno besedilo ter se nanj odziva z govorom, gibanjem, dramatizacijo, risbo ali zapisom</w:t>
            </w:r>
          </w:p>
          <w:p w14:paraId="6CD23B6E" w14:textId="77777777" w:rsidR="00187E2C" w:rsidRDefault="00000000">
            <w:pPr>
              <w:pStyle w:val="Oznaenseznam"/>
              <w:spacing w:after="16"/>
            </w:pPr>
            <w:r>
              <w:rPr>
                <w:color w:val="000000"/>
                <w:sz w:val="16"/>
              </w:rPr>
              <w:t>razvija glasovno zavedanje, povezavo glas–črka in začetno branje ter pisanje po individualnem napredku</w:t>
            </w:r>
          </w:p>
          <w:p w14:paraId="583EE8B1" w14:textId="77777777" w:rsidR="00187E2C" w:rsidRDefault="00000000">
            <w:pPr>
              <w:pStyle w:val="Oznaenseznam"/>
              <w:spacing w:after="16"/>
            </w:pPr>
            <w:r>
              <w:rPr>
                <w:color w:val="000000"/>
                <w:sz w:val="16"/>
              </w:rPr>
              <w:t>ob namenih in kriterijih spremlja svoje učenje ter uporabi opisno povratno informacijo</w:t>
            </w:r>
          </w:p>
          <w:p w14:paraId="0071A05A" w14:textId="77777777" w:rsidR="00187E2C" w:rsidRDefault="00000000">
            <w:pPr>
              <w:spacing w:before="40" w:after="20" w:line="245" w:lineRule="auto"/>
            </w:pPr>
            <w:r>
              <w:rPr>
                <w:b/>
                <w:color w:val="000000"/>
                <w:sz w:val="17"/>
              </w:rPr>
              <w:t>OPERATIVNI</w:t>
            </w:r>
          </w:p>
          <w:p w14:paraId="22214C34" w14:textId="77777777" w:rsidR="00187E2C" w:rsidRDefault="00000000">
            <w:pPr>
              <w:pStyle w:val="Oznaenseznam"/>
              <w:spacing w:after="16"/>
            </w:pPr>
            <w:r>
              <w:rPr>
                <w:color w:val="000000"/>
                <w:sz w:val="16"/>
              </w:rPr>
              <w:t>poveže glas in črko med prvimi 17 obravnavanimi črkami</w:t>
            </w:r>
          </w:p>
          <w:p w14:paraId="72752082" w14:textId="77777777" w:rsidR="00187E2C" w:rsidRDefault="00000000">
            <w:pPr>
              <w:pStyle w:val="Oznaenseznam"/>
              <w:spacing w:after="16"/>
            </w:pPr>
            <w:r>
              <w:rPr>
                <w:color w:val="000000"/>
                <w:sz w:val="16"/>
              </w:rPr>
              <w:t>dopolni oziroma zapiše zloge in kratke besede</w:t>
            </w:r>
          </w:p>
          <w:p w14:paraId="126D1AB8" w14:textId="77777777" w:rsidR="00187E2C" w:rsidRDefault="00000000">
            <w:pPr>
              <w:pStyle w:val="Oznaenseznam"/>
              <w:spacing w:after="16"/>
            </w:pPr>
            <w:r>
              <w:rPr>
                <w:color w:val="000000"/>
                <w:sz w:val="16"/>
              </w:rPr>
              <w:t>prebere preproste besede ali kratke povedi</w:t>
            </w:r>
          </w:p>
          <w:p w14:paraId="7EA6CDE5" w14:textId="77777777" w:rsidR="00187E2C" w:rsidRDefault="00000000">
            <w:pPr>
              <w:pStyle w:val="Oznaenseznam"/>
              <w:spacing w:after="16"/>
            </w:pPr>
            <w:r>
              <w:rPr>
                <w:color w:val="000000"/>
                <w:sz w:val="16"/>
              </w:rPr>
              <w:t>pregleda zapis in popravi opaženo napako</w:t>
            </w:r>
          </w:p>
          <w:p w14:paraId="6035CE37" w14:textId="77777777" w:rsidR="00187E2C" w:rsidRDefault="00000000">
            <w:pPr>
              <w:spacing w:before="40" w:after="20" w:line="245" w:lineRule="auto"/>
            </w:pPr>
            <w:r>
              <w:rPr>
                <w:b/>
                <w:color w:val="000000"/>
                <w:sz w:val="17"/>
              </w:rPr>
              <w:t>PRIČAKOVANI DOSEŽKI / MINIMALNI POUDARKI</w:t>
            </w:r>
          </w:p>
          <w:p w14:paraId="0B34EFEC" w14:textId="77777777" w:rsidR="00187E2C" w:rsidRDefault="00000000">
            <w:pPr>
              <w:pStyle w:val="Oznaenseznam"/>
              <w:spacing w:after="16"/>
            </w:pPr>
            <w:r>
              <w:rPr>
                <w:color w:val="000000"/>
                <w:sz w:val="15"/>
              </w:rPr>
              <w:t>samostojno oziroma z dogovorjeno oporo poveže glas in črko med prvimi 17 obravnavanimi črkami</w:t>
            </w:r>
          </w:p>
          <w:p w14:paraId="08E4DF58" w14:textId="77777777" w:rsidR="00187E2C" w:rsidRDefault="00000000">
            <w:pPr>
              <w:pStyle w:val="Oznaenseznam"/>
              <w:spacing w:after="16"/>
            </w:pPr>
            <w:r>
              <w:rPr>
                <w:color w:val="000000"/>
                <w:sz w:val="15"/>
              </w:rPr>
              <w:t>samostojno oziroma z dogovorjeno oporo dopolni oziroma zapiše zloge in kratke besede</w:t>
            </w:r>
          </w:p>
          <w:p w14:paraId="4F58E5B2" w14:textId="77777777" w:rsidR="00187E2C" w:rsidRDefault="00000000">
            <w:pPr>
              <w:pStyle w:val="Oznaenseznam"/>
              <w:spacing w:after="16"/>
            </w:pPr>
            <w:r>
              <w:rPr>
                <w:color w:val="000000"/>
                <w:sz w:val="15"/>
              </w:rPr>
              <w:t>samostojno oziroma z dogovorjeno oporo prebere preproste besede ali kratke povedi</w:t>
            </w:r>
          </w:p>
          <w:p w14:paraId="2070B662" w14:textId="77777777" w:rsidR="00187E2C" w:rsidRDefault="00000000">
            <w:pPr>
              <w:pStyle w:val="Oznaenseznam"/>
              <w:spacing w:after="16"/>
            </w:pPr>
            <w:r>
              <w:rPr>
                <w:color w:val="000000"/>
                <w:sz w:val="15"/>
              </w:rPr>
              <w:t>samostojno oziroma z dogovorjeno oporo pregleda zapis in popravi opaženo napako</w:t>
            </w:r>
          </w:p>
        </w:tc>
        <w:tc>
          <w:tcPr>
            <w:tcW w:w="7087" w:type="dxa"/>
            <w:tcMar>
              <w:top w:w="70" w:type="dxa"/>
              <w:left w:w="90" w:type="dxa"/>
              <w:bottom w:w="70" w:type="dxa"/>
              <w:right w:w="90" w:type="dxa"/>
            </w:tcMar>
          </w:tcPr>
          <w:p w14:paraId="1F11837A"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197E615" w14:textId="77777777">
              <w:trPr>
                <w:jc w:val="center"/>
              </w:trPr>
              <w:tc>
                <w:tcPr>
                  <w:tcW w:w="7087" w:type="dxa"/>
                  <w:shd w:val="clear" w:color="auto" w:fill="C6E7F3"/>
                  <w:tcMar>
                    <w:top w:w="45" w:type="dxa"/>
                    <w:left w:w="70" w:type="dxa"/>
                    <w:bottom w:w="45" w:type="dxa"/>
                    <w:right w:w="70" w:type="dxa"/>
                  </w:tcMar>
                </w:tcPr>
                <w:p w14:paraId="7DEDA9CC" w14:textId="77777777" w:rsidR="00187E2C" w:rsidRDefault="00000000">
                  <w:pPr>
                    <w:keepNext/>
                  </w:pPr>
                  <w:r>
                    <w:rPr>
                      <w:b/>
                      <w:color w:val="000000"/>
                    </w:rPr>
                    <w:t>UVODNI DEL – motivacija, aktivacija predznanja in namen učenja (15–20 min)</w:t>
                  </w:r>
                </w:p>
              </w:tc>
            </w:tr>
          </w:tbl>
          <w:p w14:paraId="5B62678E" w14:textId="77777777" w:rsidR="00187E2C" w:rsidRDefault="00187E2C">
            <w:pPr>
              <w:spacing w:line="20" w:lineRule="exact"/>
            </w:pPr>
          </w:p>
          <w:p w14:paraId="692B87B4" w14:textId="77777777" w:rsidR="00187E2C" w:rsidRDefault="00000000">
            <w:pPr>
              <w:spacing w:before="40" w:after="60" w:line="245" w:lineRule="auto"/>
            </w:pPr>
            <w:r>
              <w:rPr>
                <w:color w:val="000000"/>
                <w:sz w:val="16"/>
              </w:rPr>
              <w:t>Učenci ob naslovnici, odlomku ali ilustraciji dela »Mojca Pokrajculja« – slovenska ljudska pravljica doživljajsko vstopijo v motiv stari predmeti, skupno bivanje in ustno izročilo. S kretnjo, predmetom, sliko, glasom ali kratko povedjo pokažejo predznanje in napoved. Izhodiščni odziv povežejo z dejavnostjo ČRKA B • BRALNI LIST 23 – Berem črko B in zloge ter besede.</w:t>
            </w:r>
          </w:p>
          <w:tbl>
            <w:tblPr>
              <w:tblStyle w:val="Tabelamrea"/>
              <w:tblW w:w="0" w:type="auto"/>
              <w:jc w:val="center"/>
              <w:tblLayout w:type="fixed"/>
              <w:tblLook w:val="04A0" w:firstRow="1" w:lastRow="0" w:firstColumn="1" w:lastColumn="0" w:noHBand="0" w:noVBand="1"/>
            </w:tblPr>
            <w:tblGrid>
              <w:gridCol w:w="7087"/>
            </w:tblGrid>
            <w:tr w:rsidR="00187E2C" w14:paraId="52B13858" w14:textId="77777777">
              <w:trPr>
                <w:jc w:val="center"/>
              </w:trPr>
              <w:tc>
                <w:tcPr>
                  <w:tcW w:w="7087" w:type="dxa"/>
                  <w:shd w:val="clear" w:color="auto" w:fill="EDC9EA"/>
                  <w:tcMar>
                    <w:top w:w="45" w:type="dxa"/>
                    <w:left w:w="70" w:type="dxa"/>
                    <w:bottom w:w="45" w:type="dxa"/>
                    <w:right w:w="70" w:type="dxa"/>
                  </w:tcMar>
                </w:tcPr>
                <w:p w14:paraId="4601EB6B" w14:textId="77777777" w:rsidR="00187E2C" w:rsidRDefault="00000000">
                  <w:pPr>
                    <w:keepNext/>
                  </w:pPr>
                  <w:r>
                    <w:rPr>
                      <w:b/>
                      <w:color w:val="000000"/>
                    </w:rPr>
                    <w:t>NAMENI UČENJA</w:t>
                  </w:r>
                </w:p>
              </w:tc>
            </w:tr>
          </w:tbl>
          <w:p w14:paraId="73CB64F4" w14:textId="77777777" w:rsidR="00187E2C" w:rsidRDefault="00187E2C">
            <w:pPr>
              <w:spacing w:line="20" w:lineRule="exact"/>
            </w:pPr>
          </w:p>
          <w:p w14:paraId="5CECCE70"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03B88AD0" w14:textId="77777777" w:rsidR="00187E2C" w:rsidRDefault="00000000">
            <w:pPr>
              <w:pStyle w:val="Oznaenseznam"/>
              <w:spacing w:after="16"/>
            </w:pPr>
            <w:r>
              <w:rPr>
                <w:color w:val="000000"/>
                <w:sz w:val="16"/>
              </w:rPr>
              <w:t>povežem glas in črko med prvimi 17 obravnavanimi črkami</w:t>
            </w:r>
          </w:p>
          <w:p w14:paraId="59B20528" w14:textId="77777777" w:rsidR="00187E2C" w:rsidRDefault="00000000">
            <w:pPr>
              <w:pStyle w:val="Oznaenseznam"/>
              <w:spacing w:after="16"/>
            </w:pPr>
            <w:r>
              <w:rPr>
                <w:color w:val="000000"/>
                <w:sz w:val="16"/>
              </w:rPr>
              <w:t>dopolnim oziroma zapišem zloge in kratke besede</w:t>
            </w:r>
          </w:p>
          <w:p w14:paraId="1D7CC732" w14:textId="77777777" w:rsidR="00187E2C" w:rsidRDefault="00000000">
            <w:pPr>
              <w:pStyle w:val="Oznaenseznam"/>
              <w:spacing w:after="16"/>
            </w:pPr>
            <w:r>
              <w:rPr>
                <w:color w:val="000000"/>
                <w:sz w:val="16"/>
              </w:rPr>
              <w:t>prebere preproste besede ali kratke povedi</w:t>
            </w:r>
          </w:p>
          <w:p w14:paraId="56F27FB6" w14:textId="77777777" w:rsidR="00187E2C" w:rsidRDefault="00000000">
            <w:pPr>
              <w:pStyle w:val="Oznaenseznam"/>
              <w:spacing w:after="16"/>
            </w:pPr>
            <w:r>
              <w:rPr>
                <w:color w:val="000000"/>
                <w:sz w:val="16"/>
              </w:rPr>
              <w:t>pregledam zapis in popravim opaženo napako</w:t>
            </w:r>
          </w:p>
          <w:tbl>
            <w:tblPr>
              <w:tblStyle w:val="Tabelamrea"/>
              <w:tblW w:w="0" w:type="auto"/>
              <w:jc w:val="center"/>
              <w:tblLayout w:type="fixed"/>
              <w:tblLook w:val="04A0" w:firstRow="1" w:lastRow="0" w:firstColumn="1" w:lastColumn="0" w:noHBand="0" w:noVBand="1"/>
            </w:tblPr>
            <w:tblGrid>
              <w:gridCol w:w="7087"/>
            </w:tblGrid>
            <w:tr w:rsidR="00187E2C" w14:paraId="7BE07327" w14:textId="77777777">
              <w:trPr>
                <w:jc w:val="center"/>
              </w:trPr>
              <w:tc>
                <w:tcPr>
                  <w:tcW w:w="7087" w:type="dxa"/>
                  <w:shd w:val="clear" w:color="auto" w:fill="EDC9EA"/>
                  <w:tcMar>
                    <w:top w:w="45" w:type="dxa"/>
                    <w:left w:w="70" w:type="dxa"/>
                    <w:bottom w:w="45" w:type="dxa"/>
                    <w:right w:w="70" w:type="dxa"/>
                  </w:tcMar>
                </w:tcPr>
                <w:p w14:paraId="301A4BF3" w14:textId="77777777" w:rsidR="00187E2C" w:rsidRDefault="00000000">
                  <w:pPr>
                    <w:keepNext/>
                  </w:pPr>
                  <w:r>
                    <w:rPr>
                      <w:b/>
                      <w:color w:val="000000"/>
                    </w:rPr>
                    <w:t>PREVERJANJE PREDZNANJA</w:t>
                  </w:r>
                </w:p>
              </w:tc>
            </w:tr>
          </w:tbl>
          <w:p w14:paraId="6CAEA31D" w14:textId="77777777" w:rsidR="00187E2C" w:rsidRDefault="00187E2C">
            <w:pPr>
              <w:spacing w:line="20" w:lineRule="exact"/>
            </w:pPr>
          </w:p>
          <w:p w14:paraId="02B48ACC" w14:textId="77777777" w:rsidR="00187E2C" w:rsidRDefault="00000000">
            <w:pPr>
              <w:pStyle w:val="Oznaenseznam"/>
              <w:spacing w:after="16"/>
            </w:pPr>
            <w:r>
              <w:rPr>
                <w:color w:val="000000"/>
                <w:sz w:val="16"/>
              </w:rPr>
              <w:t>Kaj mi naslovnica, ilustracija ali naslov pove o motivu stari predmeti, skupno bivanje in ustno izročilo?</w:t>
            </w:r>
          </w:p>
          <w:p w14:paraId="633D5FF1" w14:textId="77777777" w:rsidR="00187E2C" w:rsidRDefault="00000000">
            <w:pPr>
              <w:pStyle w:val="Oznaenseznam"/>
              <w:spacing w:after="16"/>
            </w:pPr>
            <w:r>
              <w:rPr>
                <w:color w:val="000000"/>
                <w:sz w:val="16"/>
              </w:rPr>
              <w:t>Kje v besedah slišim glas /b/ in po katerih potezah prepoznam črko B?</w:t>
            </w:r>
          </w:p>
          <w:p w14:paraId="4496845C"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5AF9F525" w14:textId="77777777">
              <w:trPr>
                <w:jc w:val="center"/>
              </w:trPr>
              <w:tc>
                <w:tcPr>
                  <w:tcW w:w="7087" w:type="dxa"/>
                  <w:shd w:val="clear" w:color="auto" w:fill="EDC9EA"/>
                  <w:tcMar>
                    <w:top w:w="45" w:type="dxa"/>
                    <w:left w:w="70" w:type="dxa"/>
                    <w:bottom w:w="45" w:type="dxa"/>
                    <w:right w:w="70" w:type="dxa"/>
                  </w:tcMar>
                </w:tcPr>
                <w:p w14:paraId="5D6085CD" w14:textId="77777777" w:rsidR="00187E2C" w:rsidRDefault="00000000">
                  <w:pPr>
                    <w:keepNext/>
                  </w:pPr>
                  <w:r>
                    <w:rPr>
                      <w:b/>
                      <w:color w:val="000000"/>
                    </w:rPr>
                    <w:t>KRITERIJI USPEŠNOSTI</w:t>
                  </w:r>
                </w:p>
              </w:tc>
            </w:tr>
          </w:tbl>
          <w:p w14:paraId="423E66F4" w14:textId="77777777" w:rsidR="00187E2C" w:rsidRDefault="00187E2C"/>
          <w:p w14:paraId="6F0088A9" w14:textId="77777777" w:rsidR="00187E2C" w:rsidRDefault="00000000">
            <w:pPr>
              <w:spacing w:before="20" w:after="20" w:line="245" w:lineRule="auto"/>
            </w:pPr>
            <w:r>
              <w:rPr>
                <w:b/>
                <w:color w:val="000000"/>
                <w:sz w:val="16"/>
              </w:rPr>
              <w:t>Uspešen/-na bom, ko:</w:t>
            </w:r>
          </w:p>
          <w:p w14:paraId="0287BC6D" w14:textId="77777777" w:rsidR="00187E2C" w:rsidRDefault="00000000">
            <w:pPr>
              <w:pStyle w:val="Oznaenseznam"/>
              <w:spacing w:after="16"/>
            </w:pPr>
            <w:r>
              <w:rPr>
                <w:color w:val="000000"/>
                <w:sz w:val="16"/>
              </w:rPr>
              <w:t>povežem glas in črko med prvimi 17 obravnavanimi črkami</w:t>
            </w:r>
          </w:p>
          <w:p w14:paraId="2C544CFC" w14:textId="77777777" w:rsidR="00187E2C" w:rsidRDefault="00000000">
            <w:pPr>
              <w:pStyle w:val="Oznaenseznam"/>
              <w:spacing w:after="16"/>
            </w:pPr>
            <w:r>
              <w:rPr>
                <w:color w:val="000000"/>
                <w:sz w:val="16"/>
              </w:rPr>
              <w:t>dopolnim oziroma zapišem zloge in kratke besede</w:t>
            </w:r>
          </w:p>
          <w:p w14:paraId="391A198B" w14:textId="77777777" w:rsidR="00187E2C" w:rsidRDefault="00000000">
            <w:pPr>
              <w:pStyle w:val="Oznaenseznam"/>
              <w:spacing w:after="16"/>
            </w:pPr>
            <w:r>
              <w:rPr>
                <w:color w:val="000000"/>
                <w:sz w:val="16"/>
              </w:rPr>
              <w:t>prebere preproste besede ali kratke povedi</w:t>
            </w:r>
          </w:p>
          <w:p w14:paraId="3952CA9B" w14:textId="77777777" w:rsidR="00187E2C" w:rsidRDefault="00000000">
            <w:pPr>
              <w:pStyle w:val="Oznaenseznam"/>
              <w:spacing w:after="16"/>
            </w:pPr>
            <w:r>
              <w:rPr>
                <w:color w:val="000000"/>
                <w:sz w:val="16"/>
              </w:rPr>
              <w:t>pregledam zapis in popravim opaženo napako</w:t>
            </w:r>
          </w:p>
          <w:p w14:paraId="38335F5F"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25DE88CB" w14:textId="77777777" w:rsidR="00187E2C" w:rsidRDefault="00187E2C"/>
          <w:p w14:paraId="65329FF2"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622EFCB3" w14:textId="77777777" w:rsidR="00187E2C" w:rsidRDefault="00000000">
            <w:pPr>
              <w:spacing w:after="80" w:line="245" w:lineRule="auto"/>
            </w:pPr>
            <w:r>
              <w:rPr>
                <w:color w:val="000000"/>
                <w:sz w:val="16"/>
              </w:rPr>
              <w:t>Pove, pokaže ali nariše, kaj že ve in katero strategijo bi uporabil.</w:t>
            </w:r>
          </w:p>
          <w:p w14:paraId="3FA14D8C" w14:textId="77777777" w:rsidR="00187E2C" w:rsidRDefault="00000000">
            <w:pPr>
              <w:spacing w:after="100" w:line="245" w:lineRule="auto"/>
            </w:pPr>
            <w:r>
              <w:rPr>
                <w:color w:val="000000"/>
                <w:sz w:val="16"/>
              </w:rPr>
              <w:t>Sodeluje pri razumevanju namenov in kriterijev uspešnosti.</w:t>
            </w:r>
          </w:p>
          <w:p w14:paraId="2A28CAA1" w14:textId="77777777" w:rsidR="00187E2C" w:rsidRDefault="00000000">
            <w:pPr>
              <w:spacing w:after="20" w:line="245" w:lineRule="auto"/>
            </w:pPr>
            <w:r>
              <w:rPr>
                <w:b/>
                <w:color w:val="D95BC6"/>
                <w:sz w:val="17"/>
              </w:rPr>
              <w:t>DOKAZ O UČENJU</w:t>
            </w:r>
          </w:p>
          <w:p w14:paraId="79F24300"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70FD3FC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CA2882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E84C4B5"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7B20B6" w14:textId="77777777" w:rsidR="00187E2C" w:rsidRDefault="00000000">
            <w:pPr>
              <w:jc w:val="center"/>
            </w:pPr>
            <w:r>
              <w:rPr>
                <w:b/>
                <w:color w:val="000000"/>
                <w:sz w:val="20"/>
              </w:rPr>
              <w:t>UČNE DEJAVNOSTI, METODE IN FORMATIVNO SPREMLJANJE</w:t>
            </w:r>
          </w:p>
        </w:tc>
      </w:tr>
      <w:tr w:rsidR="00187E2C" w14:paraId="437BD6D1" w14:textId="77777777">
        <w:trPr>
          <w:tblHeader/>
          <w:jc w:val="center"/>
        </w:trPr>
        <w:tc>
          <w:tcPr>
            <w:tcW w:w="4422" w:type="dxa"/>
            <w:vMerge/>
            <w:tcMar>
              <w:top w:w="70" w:type="dxa"/>
              <w:left w:w="90" w:type="dxa"/>
              <w:bottom w:w="70" w:type="dxa"/>
              <w:right w:w="90" w:type="dxa"/>
            </w:tcMar>
            <w:vAlign w:val="center"/>
          </w:tcPr>
          <w:p w14:paraId="424D6C06" w14:textId="77777777" w:rsidR="00187E2C" w:rsidRDefault="00187E2C"/>
        </w:tc>
        <w:tc>
          <w:tcPr>
            <w:tcW w:w="7087" w:type="dxa"/>
            <w:shd w:val="clear" w:color="auto" w:fill="FFFFFF"/>
            <w:tcMar>
              <w:top w:w="70" w:type="dxa"/>
              <w:left w:w="90" w:type="dxa"/>
              <w:bottom w:w="70" w:type="dxa"/>
              <w:right w:w="90" w:type="dxa"/>
            </w:tcMar>
            <w:vAlign w:val="center"/>
          </w:tcPr>
          <w:p w14:paraId="2F35FCB2"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52BFC53" w14:textId="77777777" w:rsidR="00187E2C" w:rsidRDefault="00000000">
            <w:pPr>
              <w:jc w:val="center"/>
            </w:pPr>
            <w:r>
              <w:rPr>
                <w:b/>
                <w:color w:val="000000"/>
              </w:rPr>
              <w:t>UČENEC</w:t>
            </w:r>
          </w:p>
        </w:tc>
      </w:tr>
      <w:tr w:rsidR="00187E2C" w14:paraId="44144324" w14:textId="77777777">
        <w:trPr>
          <w:jc w:val="center"/>
        </w:trPr>
        <w:tc>
          <w:tcPr>
            <w:tcW w:w="4422" w:type="dxa"/>
            <w:tcMar>
              <w:top w:w="70" w:type="dxa"/>
              <w:left w:w="90" w:type="dxa"/>
              <w:bottom w:w="70" w:type="dxa"/>
              <w:right w:w="90" w:type="dxa"/>
            </w:tcMar>
          </w:tcPr>
          <w:p w14:paraId="00ECE187" w14:textId="77777777" w:rsidR="00187E2C" w:rsidRDefault="00187E2C"/>
          <w:p w14:paraId="1A94A41A" w14:textId="77777777" w:rsidR="00187E2C" w:rsidRDefault="00000000">
            <w:pPr>
              <w:spacing w:after="40" w:line="245" w:lineRule="auto"/>
            </w:pPr>
            <w:r>
              <w:rPr>
                <w:b/>
                <w:color w:val="000000"/>
              </w:rPr>
              <w:t>KLJUČNI POJMI</w:t>
            </w:r>
          </w:p>
          <w:p w14:paraId="53684BCB" w14:textId="77777777" w:rsidR="00187E2C" w:rsidRDefault="00000000">
            <w:pPr>
              <w:spacing w:after="60" w:line="245" w:lineRule="auto"/>
            </w:pPr>
            <w:r>
              <w:rPr>
                <w:color w:val="000000"/>
                <w:sz w:val="15"/>
              </w:rPr>
              <w:t>glas /b/, črka B, zlog, beseda, poved, smer poteze, bralna strategija, naslov, avtor, ilustrator, književna oseba</w:t>
            </w:r>
          </w:p>
          <w:p w14:paraId="633081A0" w14:textId="77777777" w:rsidR="00187E2C" w:rsidRDefault="00000000">
            <w:pPr>
              <w:spacing w:after="20" w:line="245" w:lineRule="auto"/>
            </w:pPr>
            <w:r>
              <w:rPr>
                <w:b/>
                <w:color w:val="000000"/>
                <w:sz w:val="17"/>
              </w:rPr>
              <w:t>DOKAZI O UČENJU</w:t>
            </w:r>
          </w:p>
          <w:p w14:paraId="56E9B53C" w14:textId="77777777" w:rsidR="00187E2C" w:rsidRDefault="00000000">
            <w:pPr>
              <w:pStyle w:val="Oznaenseznam"/>
              <w:spacing w:after="9"/>
            </w:pPr>
            <w:r>
              <w:rPr>
                <w:color w:val="000000"/>
                <w:sz w:val="15"/>
              </w:rPr>
              <w:t>odziv med poslušanjem, izbrana slika in ena poved o doživetju.</w:t>
            </w:r>
          </w:p>
          <w:p w14:paraId="5EDA9E07" w14:textId="77777777" w:rsidR="00187E2C" w:rsidRDefault="00000000">
            <w:pPr>
              <w:pStyle w:val="Oznaenseznam"/>
              <w:spacing w:after="9"/>
            </w:pPr>
            <w:r>
              <w:rPr>
                <w:color w:val="000000"/>
                <w:sz w:val="15"/>
              </w:rPr>
              <w:t>zvočni posnetek ali anekdotski zapis kratke izmenjave.</w:t>
            </w:r>
          </w:p>
          <w:p w14:paraId="03ED6D94" w14:textId="77777777" w:rsidR="00187E2C" w:rsidRDefault="00000000">
            <w:pPr>
              <w:pStyle w:val="Oznaenseznam"/>
              <w:spacing w:after="9"/>
            </w:pPr>
            <w:r>
              <w:rPr>
                <w:color w:val="000000"/>
                <w:sz w:val="15"/>
              </w:rPr>
              <w:t>štiri pravilne glasovne odločitve, izbor črke B in kratka učenčeva razlaga.</w:t>
            </w:r>
          </w:p>
          <w:p w14:paraId="469183FB" w14:textId="77777777" w:rsidR="00187E2C" w:rsidRDefault="00000000">
            <w:pPr>
              <w:pStyle w:val="Oznaenseznam"/>
              <w:spacing w:after="9"/>
            </w:pPr>
            <w:r>
              <w:rPr>
                <w:color w:val="000000"/>
                <w:sz w:val="15"/>
              </w:rPr>
              <w:t>fotografija konstrukcije črke B, opazovalni zapis smeri potez in datirana vrstica treh zapisov.</w:t>
            </w:r>
          </w:p>
          <w:p w14:paraId="57811D62" w14:textId="77777777" w:rsidR="00187E2C" w:rsidRDefault="00000000">
            <w:pPr>
              <w:pStyle w:val="Oznaenseznam"/>
              <w:spacing w:after="9"/>
            </w:pPr>
            <w:r>
              <w:rPr>
                <w:color w:val="000000"/>
                <w:sz w:val="15"/>
              </w:rPr>
              <w:t>izpolnjen Bralni list 23, individualni bralni zapis, sestavljen ali zapisan primer s črko B in samovrednotenje.</w:t>
            </w:r>
          </w:p>
          <w:p w14:paraId="0F511358" w14:textId="77777777" w:rsidR="00187E2C" w:rsidRDefault="00000000">
            <w:pPr>
              <w:spacing w:before="40" w:after="20" w:line="245" w:lineRule="auto"/>
            </w:pPr>
            <w:r>
              <w:rPr>
                <w:b/>
                <w:color w:val="000000"/>
                <w:sz w:val="17"/>
              </w:rPr>
              <w:t>KNJIŽEVNO DOŽIVETJE IN IZKUŠENJSKI POUK</w:t>
            </w:r>
          </w:p>
          <w:p w14:paraId="345FC92C"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9B56B48" w14:textId="77777777" w:rsidR="00187E2C" w:rsidRDefault="00000000">
            <w:pPr>
              <w:spacing w:after="20" w:line="245" w:lineRule="auto"/>
            </w:pPr>
            <w:r>
              <w:rPr>
                <w:b/>
                <w:color w:val="000000"/>
                <w:sz w:val="17"/>
              </w:rPr>
              <w:t>POUČEVANJE V GIBANJU</w:t>
            </w:r>
          </w:p>
          <w:p w14:paraId="1FE1A23E"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2E19EC62" w14:textId="77777777" w:rsidR="00187E2C" w:rsidRDefault="00000000">
            <w:pPr>
              <w:spacing w:after="20" w:line="245" w:lineRule="auto"/>
            </w:pPr>
            <w:r>
              <w:rPr>
                <w:b/>
                <w:color w:val="000000"/>
                <w:sz w:val="17"/>
              </w:rPr>
              <w:t>DELO PO POSTAJAH</w:t>
            </w:r>
          </w:p>
          <w:p w14:paraId="338E267F" w14:textId="77777777" w:rsidR="00187E2C" w:rsidRDefault="00000000">
            <w:pPr>
              <w:spacing w:after="60" w:line="245" w:lineRule="auto"/>
            </w:pPr>
            <w:r>
              <w:rPr>
                <w:color w:val="000000"/>
                <w:sz w:val="15"/>
              </w:rPr>
              <w:t>1. doživljajsko-književna – poslušanje, pogovor, igra vlog in predmetno/slikovno izhodišče; 2. glasovno-gibalna – slišim glas /b/, razvrščam besede in sestavljam žive zloge; 3. bralna – ČRKA B • BRALNI LIST 23, modelirano, vodeno ali ponovljeno branje; 4. tipno-grafomotorična – črko B oblikujem, hodim po njeni poti in jo zapišem ter izbor dokaza, povratna informacija in naslednji korak.</w:t>
            </w:r>
          </w:p>
          <w:p w14:paraId="6F67A722" w14:textId="77777777" w:rsidR="00187E2C" w:rsidRDefault="00000000">
            <w:pPr>
              <w:spacing w:after="20" w:line="245" w:lineRule="auto"/>
            </w:pPr>
            <w:r>
              <w:rPr>
                <w:b/>
                <w:color w:val="000000"/>
                <w:sz w:val="17"/>
              </w:rPr>
              <w:t>DIFERENCIACIJA IN VKLJUČEVANJE</w:t>
            </w:r>
          </w:p>
          <w:p w14:paraId="7683AAC0"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343A7B11" w14:textId="77777777" w:rsidR="00187E2C" w:rsidRDefault="00000000">
            <w:pPr>
              <w:spacing w:after="20" w:line="245" w:lineRule="auto"/>
            </w:pPr>
            <w:r>
              <w:rPr>
                <w:b/>
                <w:color w:val="000000"/>
                <w:sz w:val="17"/>
              </w:rPr>
              <w:t>SPREMLJANJE</w:t>
            </w:r>
          </w:p>
          <w:p w14:paraId="429003A2"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29E82A2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88C15A3" w14:textId="77777777">
              <w:trPr>
                <w:jc w:val="center"/>
              </w:trPr>
              <w:tc>
                <w:tcPr>
                  <w:tcW w:w="7087" w:type="dxa"/>
                  <w:shd w:val="clear" w:color="auto" w:fill="C6E7F3"/>
                  <w:tcMar>
                    <w:top w:w="45" w:type="dxa"/>
                    <w:left w:w="70" w:type="dxa"/>
                    <w:bottom w:w="45" w:type="dxa"/>
                    <w:right w:w="70" w:type="dxa"/>
                  </w:tcMar>
                </w:tcPr>
                <w:p w14:paraId="4AA50A61" w14:textId="77777777" w:rsidR="00187E2C" w:rsidRDefault="00000000">
                  <w:pPr>
                    <w:keepNext/>
                  </w:pPr>
                  <w:r>
                    <w:rPr>
                      <w:b/>
                      <w:color w:val="000000"/>
                      <w:sz w:val="17"/>
                    </w:rPr>
                    <w:t>GLAVNI DEL – DOŽIVLJAJSKO, JEZIKOVNO IN OPISMENJEVALNO UČENJE (5 šolskih ur)</w:t>
                  </w:r>
                </w:p>
              </w:tc>
            </w:tr>
          </w:tbl>
          <w:p w14:paraId="7126E55B" w14:textId="77777777" w:rsidR="00187E2C" w:rsidRDefault="00187E2C">
            <w:pPr>
              <w:spacing w:line="20" w:lineRule="exact"/>
            </w:pPr>
          </w:p>
          <w:p w14:paraId="7C39B769" w14:textId="77777777" w:rsidR="00187E2C" w:rsidRDefault="00000000">
            <w:pPr>
              <w:keepNext/>
              <w:spacing w:before="22" w:after="6" w:line="245" w:lineRule="auto"/>
            </w:pPr>
            <w:r>
              <w:rPr>
                <w:b/>
                <w:color w:val="000000"/>
                <w:sz w:val="16"/>
              </w:rPr>
              <w:t>1. URA – Govorni nastop – Poslušam in doživljam</w:t>
            </w:r>
          </w:p>
          <w:p w14:paraId="4D3E31F4"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»govorni nastop • velika tiskana črka b • bralni list 23«; sproti zbira individualne dokaze in prilagodi oporo.</w:t>
            </w:r>
          </w:p>
          <w:p w14:paraId="660F2C63"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»predstavi predmet ali spomin«.</w:t>
            </w:r>
          </w:p>
          <w:p w14:paraId="6F26CE7E" w14:textId="77777777" w:rsidR="00187E2C" w:rsidRDefault="00000000">
            <w:pPr>
              <w:spacing w:after="15" w:line="245" w:lineRule="auto"/>
            </w:pPr>
            <w:r>
              <w:rPr>
                <w:i/>
                <w:color w:val="D95BC6"/>
                <w:sz w:val="14"/>
              </w:rPr>
              <w:t>Predvideni dokaz: odziv med poslušanjem, izbrana slika in ena poved o doživetju..</w:t>
            </w:r>
          </w:p>
          <w:p w14:paraId="3ECCB3A1" w14:textId="77777777" w:rsidR="00187E2C" w:rsidRDefault="00000000">
            <w:pPr>
              <w:keepNext/>
              <w:spacing w:before="22" w:after="6" w:line="245" w:lineRule="auto"/>
            </w:pPr>
            <w:r>
              <w:rPr>
                <w:b/>
                <w:color w:val="000000"/>
                <w:sz w:val="16"/>
              </w:rPr>
              <w:t>2. URA – Govorni nastop – Govorim in pojasnjujem</w:t>
            </w:r>
          </w:p>
          <w:p w14:paraId="4E140B11" w14:textId="77777777" w:rsidR="00187E2C" w:rsidRDefault="00000000">
            <w:pPr>
              <w:spacing w:after="7" w:line="245" w:lineRule="auto"/>
            </w:pPr>
            <w:r>
              <w:rPr>
                <w:b/>
                <w:color w:val="000000"/>
                <w:sz w:val="15"/>
              </w:rPr>
              <w:t xml:space="preserve">Dejavnost učiteljice: </w:t>
            </w:r>
            <w:r>
              <w:rPr>
                <w:color w:val="000000"/>
                <w:sz w:val="15"/>
              </w:rPr>
              <w:t>Modelira pogovor ali pripoved ter ponudi slikovne opore in začetke povedi; sproti zbira individualne dokaze in prilagodi oporo.</w:t>
            </w:r>
          </w:p>
          <w:p w14:paraId="71F9745F" w14:textId="77777777" w:rsidR="00187E2C" w:rsidRDefault="00000000">
            <w:pPr>
              <w:spacing w:after="7" w:line="245" w:lineRule="auto"/>
            </w:pPr>
            <w:r>
              <w:rPr>
                <w:b/>
                <w:color w:val="000000"/>
                <w:sz w:val="15"/>
              </w:rPr>
              <w:t xml:space="preserve">Dejavnost učencev: </w:t>
            </w:r>
            <w:r>
              <w:rPr>
                <w:color w:val="000000"/>
                <w:sz w:val="15"/>
              </w:rPr>
              <w:t>V paru govori in posluša, zamenja vlogo, postavi vprašanje ter uporabi besedo iz tedenske besedne banke; dejavnost poveže s ciljem »govori razločno in smiselno«.</w:t>
            </w:r>
          </w:p>
          <w:p w14:paraId="09F2619E" w14:textId="77777777" w:rsidR="00187E2C" w:rsidRDefault="00000000">
            <w:pPr>
              <w:spacing w:after="15" w:line="245" w:lineRule="auto"/>
            </w:pPr>
            <w:r>
              <w:rPr>
                <w:i/>
                <w:color w:val="D95BC6"/>
                <w:sz w:val="14"/>
              </w:rPr>
              <w:t>Predvideni dokaz: zvočni posnetek ali anekdotski zapis kratke izmenjave..</w:t>
            </w:r>
          </w:p>
          <w:p w14:paraId="32979CAD" w14:textId="77777777" w:rsidR="00187E2C" w:rsidRDefault="00000000">
            <w:pPr>
              <w:keepNext/>
              <w:spacing w:before="22" w:after="6" w:line="245" w:lineRule="auto"/>
            </w:pPr>
            <w:r>
              <w:rPr>
                <w:b/>
                <w:color w:val="000000"/>
                <w:sz w:val="16"/>
              </w:rPr>
              <w:t>3. URA – SLIŠIM GLAS /b/ IN ODKRIVAM ČRKO B</w:t>
            </w:r>
          </w:p>
          <w:p w14:paraId="7D626E1D"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(banana, riba, zob, golob); učenci se premikajo v kote začetek–sredina–konec, nato med črkami poiščejo B in jo oblikujejo s telesom.</w:t>
            </w:r>
          </w:p>
          <w:p w14:paraId="44274380"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B ter jo predstavi s telesom ali vrvjo.</w:t>
            </w:r>
          </w:p>
          <w:p w14:paraId="31554DCF" w14:textId="77777777" w:rsidR="00187E2C" w:rsidRDefault="00000000">
            <w:pPr>
              <w:spacing w:after="15" w:line="245" w:lineRule="auto"/>
            </w:pPr>
            <w:r>
              <w:rPr>
                <w:i/>
                <w:color w:val="D95BC6"/>
                <w:sz w:val="14"/>
              </w:rPr>
              <w:t>Predvideni dokaz: štiri pravilne glasovne odločitve, izbor črke B in kratka učenčeva razlaga..</w:t>
            </w:r>
          </w:p>
          <w:p w14:paraId="3096BC8A" w14:textId="77777777" w:rsidR="00187E2C" w:rsidRDefault="00000000">
            <w:pPr>
              <w:keepNext/>
              <w:spacing w:before="22" w:after="6" w:line="245" w:lineRule="auto"/>
            </w:pPr>
            <w:r>
              <w:rPr>
                <w:b/>
                <w:color w:val="000000"/>
                <w:sz w:val="16"/>
              </w:rPr>
              <w:t>4. URA – Oblikujem in pišem črko B</w:t>
            </w:r>
          </w:p>
          <w:p w14:paraId="21CBD8C5" w14:textId="77777777" w:rsidR="00187E2C" w:rsidRDefault="00000000">
            <w:pPr>
              <w:spacing w:after="7" w:line="245" w:lineRule="auto"/>
            </w:pPr>
            <w:r>
              <w:rPr>
                <w:b/>
                <w:color w:val="000000"/>
                <w:sz w:val="15"/>
              </w:rPr>
              <w:t xml:space="preserve">Dejavnost učiteljice: </w:t>
            </w:r>
            <w:r>
              <w:rPr>
                <w:color w:val="000000"/>
                <w:sz w:val="15"/>
              </w:rPr>
              <w:t>Organizira veččutne postaje: telo/vrv/palčke ali plastelin – prst v pesku – trak v zraku – velika podlaga – črtovje. Opazuje smer poteze in poda eno takoj uporabno povratno informacijo.</w:t>
            </w:r>
          </w:p>
          <w:p w14:paraId="2447C0DB" w14:textId="77777777" w:rsidR="00187E2C" w:rsidRDefault="00000000">
            <w:pPr>
              <w:spacing w:after="7" w:line="245" w:lineRule="auto"/>
            </w:pPr>
            <w:r>
              <w:rPr>
                <w:b/>
                <w:color w:val="000000"/>
                <w:sz w:val="15"/>
              </w:rPr>
              <w:t xml:space="preserve">Dejavnost učencev: </w:t>
            </w:r>
            <w:r>
              <w:rPr>
                <w:color w:val="000000"/>
                <w:sz w:val="15"/>
              </w:rPr>
              <w:t>Črko B gradi in zapisuje na različnih podlagah, nato preide na manjši format; po povratni informaciji ponovi isti zapis.</w:t>
            </w:r>
          </w:p>
          <w:p w14:paraId="6FBE4961" w14:textId="77777777" w:rsidR="00187E2C" w:rsidRDefault="00000000">
            <w:pPr>
              <w:spacing w:after="15" w:line="245" w:lineRule="auto"/>
            </w:pPr>
            <w:r>
              <w:rPr>
                <w:i/>
                <w:color w:val="D95BC6"/>
                <w:sz w:val="14"/>
              </w:rPr>
              <w:t>Predvideni dokaz: fotografija konstrukcije črke B, opazovalni zapis smeri potez in datirana vrstica treh zapisov..</w:t>
            </w:r>
          </w:p>
          <w:p w14:paraId="7211F470" w14:textId="77777777" w:rsidR="00187E2C" w:rsidRDefault="00000000">
            <w:pPr>
              <w:keepNext/>
              <w:spacing w:before="22" w:after="6" w:line="245" w:lineRule="auto"/>
            </w:pPr>
            <w:r>
              <w:rPr>
                <w:b/>
                <w:color w:val="000000"/>
                <w:sz w:val="16"/>
              </w:rPr>
              <w:t>5. URA – Berem in uporabim črko B</w:t>
            </w:r>
          </w:p>
          <w:p w14:paraId="35DB639A" w14:textId="77777777" w:rsidR="00187E2C" w:rsidRDefault="00000000">
            <w:pPr>
              <w:spacing w:after="7" w:line="245" w:lineRule="auto"/>
            </w:pPr>
            <w:r>
              <w:rPr>
                <w:b/>
                <w:color w:val="000000"/>
                <w:sz w:val="15"/>
              </w:rPr>
              <w:t xml:space="preserve">Dejavnost učiteljice: </w:t>
            </w:r>
            <w:r>
              <w:rPr>
                <w:color w:val="000000"/>
                <w:sz w:val="15"/>
              </w:rPr>
              <w:t>Vodi bralne postaje: živi zlogi, magnetne črke, pari kartic, mini tabla, učni list za B in Bralni list 23; gradivo omeji na znane črke A, E, I, O, U, N, M, T, J, V, R, S, L, K, P, D, B.</w:t>
            </w:r>
          </w:p>
          <w:p w14:paraId="3C88C89D" w14:textId="77777777" w:rsidR="00187E2C" w:rsidRDefault="00000000">
            <w:pPr>
              <w:spacing w:after="7" w:line="245" w:lineRule="auto"/>
            </w:pPr>
            <w:r>
              <w:rPr>
                <w:b/>
                <w:color w:val="000000"/>
                <w:sz w:val="15"/>
              </w:rPr>
              <w:t xml:space="preserve">Dejavnost učencev: </w:t>
            </w:r>
            <w:r>
              <w:rPr>
                <w:color w:val="000000"/>
                <w:sz w:val="15"/>
              </w:rPr>
              <w:t>Sestavlja, premešča in bere BA • BI • BO • BE ter BIBA • RIBA • BELA • BOM; izbere zahtevnost in rešuje Bralni list 23.</w:t>
            </w:r>
          </w:p>
          <w:p w14:paraId="6684F551" w14:textId="77777777" w:rsidR="00187E2C" w:rsidRDefault="00000000">
            <w:pPr>
              <w:spacing w:after="15" w:line="245" w:lineRule="auto"/>
            </w:pPr>
            <w:r>
              <w:rPr>
                <w:i/>
                <w:color w:val="D95BC6"/>
                <w:sz w:val="14"/>
              </w:rPr>
              <w:t>Predvideni dokaz: izpolnjen Bralni list 23, individualni bralni zapis, sestavljen ali zapisan primer s črko B in samovrednotenje..</w:t>
            </w:r>
          </w:p>
          <w:tbl>
            <w:tblPr>
              <w:tblStyle w:val="Tabelamrea"/>
              <w:tblW w:w="0" w:type="auto"/>
              <w:jc w:val="center"/>
              <w:tblLayout w:type="fixed"/>
              <w:tblLook w:val="04A0" w:firstRow="1" w:lastRow="0" w:firstColumn="1" w:lastColumn="0" w:noHBand="0" w:noVBand="1"/>
            </w:tblPr>
            <w:tblGrid>
              <w:gridCol w:w="7087"/>
            </w:tblGrid>
            <w:tr w:rsidR="00187E2C" w14:paraId="1D2BEF4A" w14:textId="77777777">
              <w:trPr>
                <w:jc w:val="center"/>
              </w:trPr>
              <w:tc>
                <w:tcPr>
                  <w:tcW w:w="7087" w:type="dxa"/>
                  <w:shd w:val="clear" w:color="auto" w:fill="EDC9EA"/>
                  <w:tcMar>
                    <w:top w:w="45" w:type="dxa"/>
                    <w:left w:w="70" w:type="dxa"/>
                    <w:bottom w:w="45" w:type="dxa"/>
                    <w:right w:w="70" w:type="dxa"/>
                  </w:tcMar>
                </w:tcPr>
                <w:p w14:paraId="15C40CCE" w14:textId="77777777" w:rsidR="00187E2C" w:rsidRDefault="00000000">
                  <w:pPr>
                    <w:keepNext/>
                  </w:pPr>
                  <w:r>
                    <w:rPr>
                      <w:b/>
                      <w:color w:val="000000"/>
                      <w:sz w:val="17"/>
                    </w:rPr>
                    <w:t>POVRATNA INFORMACIJA UČITELJICE MED DELOM</w:t>
                  </w:r>
                </w:p>
              </w:tc>
            </w:tr>
          </w:tbl>
          <w:p w14:paraId="3987A30E" w14:textId="77777777" w:rsidR="00187E2C" w:rsidRDefault="00187E2C"/>
          <w:p w14:paraId="23871A44"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110775CD" w14:textId="77777777" w:rsidR="00187E2C" w:rsidRDefault="00187E2C"/>
          <w:p w14:paraId="663EFDCE" w14:textId="77777777" w:rsidR="00187E2C" w:rsidRDefault="00000000">
            <w:pPr>
              <w:spacing w:after="4" w:line="245" w:lineRule="auto"/>
            </w:pPr>
            <w:r>
              <w:rPr>
                <w:b/>
                <w:color w:val="000000"/>
                <w:sz w:val="15"/>
              </w:rPr>
              <w:t>1. URA – Govorni nastop – Poslušam in doživljam</w:t>
            </w:r>
          </w:p>
          <w:p w14:paraId="199BBADB" w14:textId="77777777" w:rsidR="00187E2C" w:rsidRDefault="00000000">
            <w:pPr>
              <w:spacing w:after="7" w:line="245" w:lineRule="auto"/>
            </w:pPr>
            <w:r>
              <w:rPr>
                <w:color w:val="000000"/>
                <w:sz w:val="14"/>
              </w:rPr>
              <w:t>Napoveduje ob naslovu/sliki, med poslušanjem pokaže dogovorjen znak in po poslušanju izbere sliko občutja.</w:t>
            </w:r>
          </w:p>
          <w:p w14:paraId="065C1012" w14:textId="77777777" w:rsidR="00187E2C" w:rsidRDefault="00000000">
            <w:pPr>
              <w:spacing w:after="15" w:line="245" w:lineRule="auto"/>
            </w:pPr>
            <w:r>
              <w:rPr>
                <w:color w:val="D95BC6"/>
                <w:sz w:val="14"/>
              </w:rPr>
              <w:t>Dokaz: odziv med poslušanjem, izbrana slika in ena poved o doživetju.</w:t>
            </w:r>
          </w:p>
          <w:p w14:paraId="14E131F9" w14:textId="77777777" w:rsidR="00187E2C" w:rsidRDefault="00000000">
            <w:pPr>
              <w:spacing w:after="4" w:line="245" w:lineRule="auto"/>
            </w:pPr>
            <w:r>
              <w:rPr>
                <w:b/>
                <w:color w:val="000000"/>
                <w:sz w:val="15"/>
              </w:rPr>
              <w:t>2. URA – Govorni nastop – Govorim in pojasnjujem</w:t>
            </w:r>
          </w:p>
          <w:p w14:paraId="1E46D01C" w14:textId="77777777" w:rsidR="00187E2C" w:rsidRDefault="00000000">
            <w:pPr>
              <w:spacing w:after="7" w:line="245" w:lineRule="auto"/>
            </w:pPr>
            <w:r>
              <w:rPr>
                <w:color w:val="000000"/>
                <w:sz w:val="14"/>
              </w:rPr>
              <w:t>V paru govori in posluša, zamenja vlogo, postavi vprašanje ter uporabi besedo iz tedenske besedne banke.</w:t>
            </w:r>
          </w:p>
          <w:p w14:paraId="1DAA93EC" w14:textId="77777777" w:rsidR="00187E2C" w:rsidRDefault="00000000">
            <w:pPr>
              <w:spacing w:after="15" w:line="245" w:lineRule="auto"/>
            </w:pPr>
            <w:r>
              <w:rPr>
                <w:color w:val="D95BC6"/>
                <w:sz w:val="14"/>
              </w:rPr>
              <w:t>Dokaz: zvočni posnetek ali anekdotski zapis kratke izmenjave.</w:t>
            </w:r>
          </w:p>
          <w:p w14:paraId="33F97EBB" w14:textId="77777777" w:rsidR="00187E2C" w:rsidRDefault="00000000">
            <w:pPr>
              <w:spacing w:after="4" w:line="245" w:lineRule="auto"/>
            </w:pPr>
            <w:r>
              <w:rPr>
                <w:b/>
                <w:color w:val="000000"/>
                <w:sz w:val="15"/>
              </w:rPr>
              <w:t>3. URA – SLIŠIM GLAS /b/ IN ODKRIVAM ČRKO B</w:t>
            </w:r>
          </w:p>
          <w:p w14:paraId="057F960B" w14:textId="77777777" w:rsidR="00187E2C" w:rsidRDefault="00000000">
            <w:pPr>
              <w:spacing w:after="7" w:line="245" w:lineRule="auto"/>
            </w:pPr>
            <w:r>
              <w:rPr>
                <w:color w:val="000000"/>
                <w:sz w:val="14"/>
              </w:rPr>
              <w:t>Besede razvršča z gibanjem, za vsak glas položi žeton, med znaki poišče B ter jo predstavi s telesom ali vrvjo.</w:t>
            </w:r>
          </w:p>
          <w:p w14:paraId="0AABC9C3" w14:textId="77777777" w:rsidR="00187E2C" w:rsidRDefault="00000000">
            <w:pPr>
              <w:spacing w:after="15" w:line="245" w:lineRule="auto"/>
            </w:pPr>
            <w:r>
              <w:rPr>
                <w:color w:val="D95BC6"/>
                <w:sz w:val="14"/>
              </w:rPr>
              <w:t>Dokaz: štiri pravilne glasovne odločitve, izbor črke B in kratka učenčeva razlaga.</w:t>
            </w:r>
          </w:p>
          <w:p w14:paraId="7B68064B" w14:textId="77777777" w:rsidR="00187E2C" w:rsidRDefault="00000000">
            <w:pPr>
              <w:spacing w:after="4" w:line="245" w:lineRule="auto"/>
            </w:pPr>
            <w:r>
              <w:rPr>
                <w:b/>
                <w:color w:val="000000"/>
                <w:sz w:val="15"/>
              </w:rPr>
              <w:t>4. URA – Oblikujem in pišem črko B</w:t>
            </w:r>
          </w:p>
          <w:p w14:paraId="60C65DE2" w14:textId="77777777" w:rsidR="00187E2C" w:rsidRDefault="00000000">
            <w:pPr>
              <w:spacing w:after="7" w:line="245" w:lineRule="auto"/>
            </w:pPr>
            <w:r>
              <w:rPr>
                <w:color w:val="000000"/>
                <w:sz w:val="14"/>
              </w:rPr>
              <w:t>Črko B gradi in zapisuje na različnih podlagah, nato preide na manjši format.</w:t>
            </w:r>
          </w:p>
          <w:p w14:paraId="350CA402" w14:textId="77777777" w:rsidR="00187E2C" w:rsidRDefault="00000000">
            <w:pPr>
              <w:spacing w:after="15" w:line="245" w:lineRule="auto"/>
            </w:pPr>
            <w:r>
              <w:rPr>
                <w:color w:val="D95BC6"/>
                <w:sz w:val="14"/>
              </w:rPr>
              <w:t>Dokaz: fotografija konstrukcije črke B, opazovalni zapis smeri potez in datirana.</w:t>
            </w:r>
          </w:p>
          <w:p w14:paraId="40FCB2B3" w14:textId="77777777" w:rsidR="00187E2C" w:rsidRDefault="00000000">
            <w:pPr>
              <w:spacing w:after="4" w:line="245" w:lineRule="auto"/>
            </w:pPr>
            <w:r>
              <w:rPr>
                <w:b/>
                <w:color w:val="000000"/>
                <w:sz w:val="15"/>
              </w:rPr>
              <w:t>5. URA – Berem in uporabim črko B</w:t>
            </w:r>
          </w:p>
          <w:p w14:paraId="39604BED" w14:textId="77777777" w:rsidR="00187E2C" w:rsidRDefault="00000000">
            <w:pPr>
              <w:spacing w:after="7" w:line="245" w:lineRule="auto"/>
            </w:pPr>
            <w:r>
              <w:rPr>
                <w:color w:val="000000"/>
                <w:sz w:val="14"/>
              </w:rPr>
              <w:t>Sestavlja, premešča in bere BA • BI • BO • BE ter BIBA • RIBA • BELA • BOM.</w:t>
            </w:r>
          </w:p>
          <w:p w14:paraId="3E4DA734" w14:textId="77777777" w:rsidR="00187E2C" w:rsidRDefault="00000000">
            <w:pPr>
              <w:spacing w:after="15" w:line="245" w:lineRule="auto"/>
            </w:pPr>
            <w:r>
              <w:rPr>
                <w:color w:val="D95BC6"/>
                <w:sz w:val="14"/>
              </w:rPr>
              <w:t>Dokaz: izpolnjen Bralni list 23, individualni bralni zapis.</w:t>
            </w:r>
          </w:p>
        </w:tc>
      </w:tr>
    </w:tbl>
    <w:p w14:paraId="5860A05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4504D5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F3B812"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9E94030" w14:textId="77777777" w:rsidR="00187E2C" w:rsidRDefault="00000000">
            <w:pPr>
              <w:jc w:val="center"/>
            </w:pPr>
            <w:r>
              <w:rPr>
                <w:b/>
                <w:color w:val="000000"/>
                <w:sz w:val="20"/>
              </w:rPr>
              <w:t>UČNE DEJAVNOSTI, METODE IN FORMATIVNO SPREMLJANJE</w:t>
            </w:r>
          </w:p>
        </w:tc>
      </w:tr>
      <w:tr w:rsidR="00187E2C" w14:paraId="4225C2F1" w14:textId="77777777">
        <w:trPr>
          <w:tblHeader/>
          <w:jc w:val="center"/>
        </w:trPr>
        <w:tc>
          <w:tcPr>
            <w:tcW w:w="4422" w:type="dxa"/>
            <w:vMerge/>
            <w:tcMar>
              <w:top w:w="70" w:type="dxa"/>
              <w:left w:w="90" w:type="dxa"/>
              <w:bottom w:w="70" w:type="dxa"/>
              <w:right w:w="90" w:type="dxa"/>
            </w:tcMar>
            <w:vAlign w:val="center"/>
          </w:tcPr>
          <w:p w14:paraId="77B530D7" w14:textId="77777777" w:rsidR="00187E2C" w:rsidRDefault="00187E2C"/>
        </w:tc>
        <w:tc>
          <w:tcPr>
            <w:tcW w:w="7087" w:type="dxa"/>
            <w:shd w:val="clear" w:color="auto" w:fill="FFFFFF"/>
            <w:tcMar>
              <w:top w:w="70" w:type="dxa"/>
              <w:left w:w="90" w:type="dxa"/>
              <w:bottom w:w="70" w:type="dxa"/>
              <w:right w:w="90" w:type="dxa"/>
            </w:tcMar>
            <w:vAlign w:val="center"/>
          </w:tcPr>
          <w:p w14:paraId="7D1FA78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26BF1BD" w14:textId="77777777" w:rsidR="00187E2C" w:rsidRDefault="00000000">
            <w:pPr>
              <w:jc w:val="center"/>
            </w:pPr>
            <w:r>
              <w:rPr>
                <w:b/>
                <w:color w:val="000000"/>
              </w:rPr>
              <w:t>UČENEC</w:t>
            </w:r>
          </w:p>
        </w:tc>
      </w:tr>
      <w:tr w:rsidR="00187E2C" w14:paraId="11B1BE91" w14:textId="77777777">
        <w:trPr>
          <w:jc w:val="center"/>
        </w:trPr>
        <w:tc>
          <w:tcPr>
            <w:tcW w:w="4422" w:type="dxa"/>
            <w:tcMar>
              <w:top w:w="70" w:type="dxa"/>
              <w:left w:w="90" w:type="dxa"/>
              <w:bottom w:w="70" w:type="dxa"/>
              <w:right w:w="90" w:type="dxa"/>
            </w:tcMar>
          </w:tcPr>
          <w:p w14:paraId="3DB464E1" w14:textId="77777777" w:rsidR="00187E2C" w:rsidRDefault="00187E2C"/>
          <w:p w14:paraId="4C8ED099" w14:textId="77777777" w:rsidR="00187E2C" w:rsidRDefault="00000000">
            <w:pPr>
              <w:spacing w:after="40" w:line="245" w:lineRule="auto"/>
            </w:pPr>
            <w:r>
              <w:rPr>
                <w:b/>
                <w:color w:val="000000"/>
              </w:rPr>
              <w:t>FORMATIVNO SPREMLJANJE</w:t>
            </w:r>
          </w:p>
          <w:p w14:paraId="1DE554A7"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01ED40B2"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05D79EB8"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3BF0B936"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1CFE1837" w14:textId="77777777" w:rsidR="00187E2C" w:rsidRDefault="00000000">
            <w:pPr>
              <w:spacing w:before="40" w:after="20" w:line="245" w:lineRule="auto"/>
            </w:pPr>
            <w:r>
              <w:rPr>
                <w:b/>
                <w:color w:val="000000"/>
                <w:sz w:val="17"/>
              </w:rPr>
              <w:t>VARNOST IN ODGOVORNOST</w:t>
            </w:r>
          </w:p>
          <w:p w14:paraId="5AF3A4BC"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5003A753" w14:textId="77777777" w:rsidR="00187E2C" w:rsidRDefault="00000000">
            <w:pPr>
              <w:spacing w:after="20" w:line="245" w:lineRule="auto"/>
            </w:pPr>
            <w:r>
              <w:rPr>
                <w:b/>
                <w:color w:val="000000"/>
                <w:sz w:val="17"/>
              </w:rPr>
              <w:t>EVIDENCA PO IZVEDBI</w:t>
            </w:r>
          </w:p>
          <w:p w14:paraId="3736EBA0"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50FA361C"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2BD4B38" w14:textId="77777777">
              <w:trPr>
                <w:jc w:val="center"/>
              </w:trPr>
              <w:tc>
                <w:tcPr>
                  <w:tcW w:w="7087" w:type="dxa"/>
                  <w:shd w:val="clear" w:color="auto" w:fill="EDC9EA"/>
                  <w:tcMar>
                    <w:top w:w="45" w:type="dxa"/>
                    <w:left w:w="70" w:type="dxa"/>
                    <w:bottom w:w="45" w:type="dxa"/>
                    <w:right w:w="70" w:type="dxa"/>
                  </w:tcMar>
                </w:tcPr>
                <w:p w14:paraId="29FAB9F9" w14:textId="77777777" w:rsidR="00187E2C" w:rsidRDefault="00000000">
                  <w:pPr>
                    <w:keepNext/>
                  </w:pPr>
                  <w:r>
                    <w:rPr>
                      <w:b/>
                      <w:color w:val="000000"/>
                    </w:rPr>
                    <w:t>VPRAŠANJA V PODPORO JEZIKOVNEMU, BRALNEMU IN KNJIŽEVNEMU UČENJU</w:t>
                  </w:r>
                </w:p>
              </w:tc>
            </w:tr>
          </w:tbl>
          <w:p w14:paraId="02FB5AF2" w14:textId="77777777" w:rsidR="00187E2C" w:rsidRDefault="00187E2C">
            <w:pPr>
              <w:spacing w:line="20" w:lineRule="exact"/>
            </w:pPr>
          </w:p>
          <w:p w14:paraId="7FDCA0D8" w14:textId="77777777" w:rsidR="00187E2C" w:rsidRDefault="00000000">
            <w:pPr>
              <w:pStyle w:val="Oznaenseznam"/>
              <w:spacing w:after="16"/>
            </w:pPr>
            <w:r>
              <w:rPr>
                <w:color w:val="000000"/>
                <w:sz w:val="16"/>
              </w:rPr>
              <w:t>Kaj ti je naslovnica, slika, predmet, zvok ali gib pomagal razumeti?</w:t>
            </w:r>
          </w:p>
          <w:p w14:paraId="4E1381BF" w14:textId="77777777" w:rsidR="00187E2C" w:rsidRDefault="00000000">
            <w:pPr>
              <w:pStyle w:val="Oznaenseznam"/>
              <w:spacing w:after="16"/>
            </w:pPr>
            <w:r>
              <w:rPr>
                <w:color w:val="000000"/>
                <w:sz w:val="16"/>
              </w:rPr>
              <w:t>Kako si našel/-la glas, črko, zlog, besedo ali bistveni podatek?</w:t>
            </w:r>
          </w:p>
          <w:p w14:paraId="5D654FEE" w14:textId="77777777" w:rsidR="00187E2C" w:rsidRDefault="00000000">
            <w:pPr>
              <w:pStyle w:val="Oznaenseznam"/>
              <w:spacing w:after="16"/>
            </w:pPr>
            <w:r>
              <w:rPr>
                <w:color w:val="000000"/>
                <w:sz w:val="16"/>
              </w:rPr>
              <w:t>Kako veš, da tvoja pripoved, branje ali zapis dosega dogovorjeni kriterij?</w:t>
            </w:r>
          </w:p>
          <w:p w14:paraId="12B84B9C" w14:textId="77777777" w:rsidR="00187E2C" w:rsidRDefault="00000000">
            <w:pPr>
              <w:pStyle w:val="Oznaenseznam"/>
              <w:spacing w:after="16"/>
            </w:pPr>
            <w:r>
              <w:rPr>
                <w:color w:val="000000"/>
                <w:sz w:val="16"/>
              </w:rPr>
              <w:t>Ali lahko svoje razumevanje pokažeš še z drugim načinom – govorom, gibanjem, risbo, branjem ali zapisom?</w:t>
            </w:r>
          </w:p>
          <w:p w14:paraId="43395399"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4D3A5F0E" w14:textId="77777777">
              <w:trPr>
                <w:jc w:val="center"/>
              </w:trPr>
              <w:tc>
                <w:tcPr>
                  <w:tcW w:w="7087" w:type="dxa"/>
                  <w:shd w:val="clear" w:color="auto" w:fill="C6E7F3"/>
                  <w:tcMar>
                    <w:top w:w="45" w:type="dxa"/>
                    <w:left w:w="70" w:type="dxa"/>
                    <w:bottom w:w="45" w:type="dxa"/>
                    <w:right w:w="70" w:type="dxa"/>
                  </w:tcMar>
                </w:tcPr>
                <w:p w14:paraId="0948E9B4" w14:textId="77777777" w:rsidR="00187E2C" w:rsidRDefault="00000000">
                  <w:pPr>
                    <w:keepNext/>
                  </w:pPr>
                  <w:r>
                    <w:rPr>
                      <w:b/>
                      <w:color w:val="000000"/>
                    </w:rPr>
                    <w:t>ZAKLJUČNI DEL – UTRJEVANJE, BRALNI ODZIV IN REFLEKSIJA (10–15 min)</w:t>
                  </w:r>
                </w:p>
              </w:tc>
            </w:tr>
          </w:tbl>
          <w:p w14:paraId="535D6C8F" w14:textId="77777777" w:rsidR="00187E2C" w:rsidRDefault="00187E2C">
            <w:pPr>
              <w:spacing w:line="20" w:lineRule="exact"/>
            </w:pPr>
          </w:p>
          <w:p w14:paraId="421A86EF"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2D3587E2" w14:textId="77777777">
              <w:trPr>
                <w:jc w:val="center"/>
              </w:trPr>
              <w:tc>
                <w:tcPr>
                  <w:tcW w:w="7087" w:type="dxa"/>
                  <w:shd w:val="clear" w:color="auto" w:fill="EDC9EA"/>
                  <w:tcMar>
                    <w:top w:w="45" w:type="dxa"/>
                    <w:left w:w="70" w:type="dxa"/>
                    <w:bottom w:w="45" w:type="dxa"/>
                    <w:right w:w="70" w:type="dxa"/>
                  </w:tcMar>
                </w:tcPr>
                <w:p w14:paraId="0EB768A0" w14:textId="77777777" w:rsidR="00187E2C" w:rsidRDefault="00000000">
                  <w:pPr>
                    <w:keepNext/>
                  </w:pPr>
                  <w:r>
                    <w:rPr>
                      <w:b/>
                      <w:color w:val="000000"/>
                    </w:rPr>
                    <w:t>SAMOVREDNOTENJE</w:t>
                  </w:r>
                </w:p>
              </w:tc>
            </w:tr>
          </w:tbl>
          <w:p w14:paraId="79AAC70F" w14:textId="77777777" w:rsidR="00187E2C" w:rsidRDefault="00187E2C">
            <w:pPr>
              <w:spacing w:line="20" w:lineRule="exact"/>
            </w:pPr>
          </w:p>
          <w:p w14:paraId="27A3821D"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4CDA6D54" w14:textId="77777777">
              <w:trPr>
                <w:jc w:val="center"/>
              </w:trPr>
              <w:tc>
                <w:tcPr>
                  <w:tcW w:w="7087" w:type="dxa"/>
                  <w:shd w:val="clear" w:color="auto" w:fill="EDC9EA"/>
                  <w:tcMar>
                    <w:top w:w="45" w:type="dxa"/>
                    <w:left w:w="70" w:type="dxa"/>
                    <w:bottom w:w="45" w:type="dxa"/>
                    <w:right w:w="70" w:type="dxa"/>
                  </w:tcMar>
                </w:tcPr>
                <w:p w14:paraId="46C34928" w14:textId="77777777" w:rsidR="00187E2C" w:rsidRDefault="00000000">
                  <w:pPr>
                    <w:keepNext/>
                  </w:pPr>
                  <w:r>
                    <w:rPr>
                      <w:b/>
                      <w:color w:val="000000"/>
                    </w:rPr>
                    <w:t>VRSTNIŠKO VREDNOTENJE</w:t>
                  </w:r>
                </w:p>
              </w:tc>
            </w:tr>
          </w:tbl>
          <w:p w14:paraId="72A11BA2" w14:textId="77777777" w:rsidR="00187E2C" w:rsidRDefault="00187E2C">
            <w:pPr>
              <w:spacing w:line="20" w:lineRule="exact"/>
            </w:pPr>
          </w:p>
          <w:p w14:paraId="29AE1A2D"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0164B399" w14:textId="77777777">
              <w:trPr>
                <w:jc w:val="center"/>
              </w:trPr>
              <w:tc>
                <w:tcPr>
                  <w:tcW w:w="7087" w:type="dxa"/>
                  <w:shd w:val="clear" w:color="auto" w:fill="EDC9EA"/>
                  <w:tcMar>
                    <w:top w:w="45" w:type="dxa"/>
                    <w:left w:w="70" w:type="dxa"/>
                    <w:bottom w:w="45" w:type="dxa"/>
                    <w:right w:w="70" w:type="dxa"/>
                  </w:tcMar>
                </w:tcPr>
                <w:p w14:paraId="172F01CC" w14:textId="77777777" w:rsidR="00187E2C" w:rsidRDefault="00000000">
                  <w:pPr>
                    <w:keepNext/>
                  </w:pPr>
                  <w:r>
                    <w:rPr>
                      <w:b/>
                      <w:color w:val="000000"/>
                    </w:rPr>
                    <w:t>SKUPNI POVZETEK</w:t>
                  </w:r>
                </w:p>
              </w:tc>
            </w:tr>
          </w:tbl>
          <w:p w14:paraId="0F4AA8CF" w14:textId="77777777" w:rsidR="00187E2C" w:rsidRDefault="00187E2C"/>
          <w:p w14:paraId="3E3AD7D4" w14:textId="77777777" w:rsidR="00187E2C" w:rsidRDefault="00000000">
            <w:pPr>
              <w:spacing w:before="20" w:after="40" w:line="245" w:lineRule="auto"/>
            </w:pPr>
            <w:r>
              <w:rPr>
                <w:b/>
                <w:color w:val="000000"/>
                <w:sz w:val="16"/>
              </w:rPr>
              <w:t>Prepoznam glas /b/ in črko B,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7276C20E" w14:textId="77777777" w:rsidR="00187E2C" w:rsidRDefault="00187E2C"/>
          <w:p w14:paraId="50FF9A1B" w14:textId="77777777" w:rsidR="00187E2C" w:rsidRDefault="00000000">
            <w:pPr>
              <w:spacing w:after="100" w:line="245" w:lineRule="auto"/>
            </w:pPr>
            <w:r>
              <w:rPr>
                <w:color w:val="000000"/>
                <w:sz w:val="16"/>
              </w:rPr>
              <w:t>Odgovarja na podporna vprašanja ter se sklicuje na poslušano besedilo, sliko, govor, bralni list ali zapis.</w:t>
            </w:r>
          </w:p>
          <w:p w14:paraId="78C7E3EF" w14:textId="77777777" w:rsidR="00187E2C" w:rsidRDefault="00000000">
            <w:pPr>
              <w:spacing w:after="100" w:line="245" w:lineRule="auto"/>
            </w:pPr>
            <w:r>
              <w:rPr>
                <w:color w:val="000000"/>
                <w:sz w:val="16"/>
              </w:rPr>
              <w:t>Primerja začetni odziv z novim dokazom in pojasni, kaj se je naučil/-a.</w:t>
            </w:r>
          </w:p>
          <w:p w14:paraId="278037C5" w14:textId="77777777" w:rsidR="00187E2C" w:rsidRDefault="00000000">
            <w:pPr>
              <w:spacing w:after="100" w:line="245" w:lineRule="auto"/>
            </w:pPr>
            <w:r>
              <w:rPr>
                <w:color w:val="000000"/>
                <w:sz w:val="16"/>
              </w:rPr>
              <w:t>Izbere raven samostojnosti in določi naslednji korak.</w:t>
            </w:r>
          </w:p>
          <w:p w14:paraId="7CE8426D" w14:textId="77777777" w:rsidR="00187E2C" w:rsidRDefault="00000000">
            <w:pPr>
              <w:spacing w:after="100" w:line="245" w:lineRule="auto"/>
            </w:pPr>
            <w:r>
              <w:rPr>
                <w:color w:val="000000"/>
                <w:sz w:val="16"/>
              </w:rPr>
              <w:t>Sošolcu poda prijazen in konkreten odziv, vezan na kriterij.</w:t>
            </w:r>
          </w:p>
          <w:p w14:paraId="754942D6" w14:textId="77777777" w:rsidR="00187E2C" w:rsidRDefault="00000000">
            <w:pPr>
              <w:spacing w:after="20" w:line="245" w:lineRule="auto"/>
            </w:pPr>
            <w:r>
              <w:rPr>
                <w:b/>
                <w:color w:val="D95BC6"/>
                <w:sz w:val="17"/>
              </w:rPr>
              <w:t>DOKAZ O UČENJU</w:t>
            </w:r>
          </w:p>
          <w:p w14:paraId="1695F3AC"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6AE8732D"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69E29FE" w14:textId="77777777">
        <w:trPr>
          <w:cantSplit/>
          <w:jc w:val="center"/>
        </w:trPr>
        <w:tc>
          <w:tcPr>
            <w:tcW w:w="14060" w:type="dxa"/>
            <w:gridSpan w:val="6"/>
            <w:tcMar>
              <w:top w:w="70" w:type="dxa"/>
              <w:left w:w="90" w:type="dxa"/>
              <w:bottom w:w="70" w:type="dxa"/>
              <w:right w:w="90" w:type="dxa"/>
            </w:tcMar>
            <w:vAlign w:val="center"/>
          </w:tcPr>
          <w:p w14:paraId="72976F85" w14:textId="77777777" w:rsidR="00187E2C" w:rsidRDefault="00000000">
            <w:pPr>
              <w:jc w:val="center"/>
            </w:pPr>
            <w:r>
              <w:rPr>
                <w:b/>
                <w:color w:val="000000"/>
                <w:sz w:val="24"/>
              </w:rPr>
              <w:lastRenderedPageBreak/>
              <w:t>UČNA PRIPRAVA 24/39</w:t>
            </w:r>
          </w:p>
        </w:tc>
      </w:tr>
      <w:tr w:rsidR="00187E2C" w14:paraId="247E3E9E" w14:textId="77777777">
        <w:trPr>
          <w:jc w:val="center"/>
        </w:trPr>
        <w:tc>
          <w:tcPr>
            <w:tcW w:w="2665" w:type="dxa"/>
            <w:tcMar>
              <w:top w:w="70" w:type="dxa"/>
              <w:left w:w="90" w:type="dxa"/>
              <w:bottom w:w="70" w:type="dxa"/>
              <w:right w:w="90" w:type="dxa"/>
            </w:tcMar>
            <w:vAlign w:val="center"/>
          </w:tcPr>
          <w:p w14:paraId="6CBDC5AB"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7552D80"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29BF756C"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108759F" w14:textId="77777777" w:rsidR="00187E2C" w:rsidRDefault="00000000">
            <w:r>
              <w:rPr>
                <w:b/>
                <w:color w:val="000000"/>
                <w:sz w:val="16"/>
              </w:rPr>
              <w:t xml:space="preserve">NAČRTOVANI TERMIN: </w:t>
            </w:r>
            <w:r>
              <w:rPr>
                <w:color w:val="000000"/>
                <w:sz w:val="16"/>
              </w:rPr>
              <w:t>24. teden • 1.–5. 3. 2027</w:t>
            </w:r>
          </w:p>
        </w:tc>
        <w:tc>
          <w:tcPr>
            <w:tcW w:w="2268" w:type="dxa"/>
            <w:tcMar>
              <w:top w:w="70" w:type="dxa"/>
              <w:left w:w="90" w:type="dxa"/>
              <w:bottom w:w="70" w:type="dxa"/>
              <w:right w:w="90" w:type="dxa"/>
            </w:tcMar>
            <w:vAlign w:val="center"/>
          </w:tcPr>
          <w:p w14:paraId="2C950FE2"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D8F10A3" w14:textId="77777777" w:rsidR="00187E2C" w:rsidRDefault="00000000">
            <w:r>
              <w:rPr>
                <w:b/>
                <w:color w:val="000000"/>
                <w:sz w:val="16"/>
              </w:rPr>
              <w:t xml:space="preserve">ŠTEVILO UR: </w:t>
            </w:r>
            <w:r>
              <w:rPr>
                <w:color w:val="000000"/>
                <w:sz w:val="16"/>
              </w:rPr>
              <w:t>6</w:t>
            </w:r>
          </w:p>
        </w:tc>
      </w:tr>
      <w:tr w:rsidR="00187E2C" w14:paraId="7E894301" w14:textId="77777777">
        <w:trPr>
          <w:jc w:val="center"/>
        </w:trPr>
        <w:tc>
          <w:tcPr>
            <w:tcW w:w="14061" w:type="dxa"/>
            <w:gridSpan w:val="6"/>
            <w:tcMar>
              <w:top w:w="70" w:type="dxa"/>
              <w:left w:w="90" w:type="dxa"/>
              <w:bottom w:w="70" w:type="dxa"/>
              <w:right w:w="90" w:type="dxa"/>
            </w:tcMar>
            <w:vAlign w:val="center"/>
          </w:tcPr>
          <w:p w14:paraId="1A35018D"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52174AE1" w14:textId="77777777">
        <w:trPr>
          <w:cantSplit/>
          <w:jc w:val="center"/>
        </w:trPr>
        <w:tc>
          <w:tcPr>
            <w:tcW w:w="14060" w:type="dxa"/>
            <w:gridSpan w:val="6"/>
            <w:tcMar>
              <w:top w:w="70" w:type="dxa"/>
              <w:left w:w="90" w:type="dxa"/>
              <w:bottom w:w="70" w:type="dxa"/>
              <w:right w:w="90" w:type="dxa"/>
            </w:tcMar>
            <w:vAlign w:val="center"/>
          </w:tcPr>
          <w:p w14:paraId="72DC73D2" w14:textId="77777777" w:rsidR="00187E2C" w:rsidRDefault="00187E2C"/>
          <w:p w14:paraId="0E54463D" w14:textId="77777777" w:rsidR="00187E2C" w:rsidRDefault="00000000">
            <w:pPr>
              <w:spacing w:line="245" w:lineRule="auto"/>
            </w:pPr>
            <w:r>
              <w:rPr>
                <w:b/>
                <w:color w:val="000000"/>
                <w:sz w:val="16"/>
              </w:rPr>
              <w:t xml:space="preserve">UČNI SKLOP: </w:t>
            </w:r>
            <w:r>
              <w:rPr>
                <w:color w:val="000000"/>
                <w:sz w:val="16"/>
              </w:rPr>
              <w:t>ŽIVIM ZDRAVO – JAZ IN DOBRO POČUTJE</w:t>
            </w:r>
          </w:p>
        </w:tc>
      </w:tr>
      <w:tr w:rsidR="00187E2C" w14:paraId="0F3FDDFB" w14:textId="77777777">
        <w:trPr>
          <w:cantSplit/>
          <w:jc w:val="center"/>
        </w:trPr>
        <w:tc>
          <w:tcPr>
            <w:tcW w:w="14060" w:type="dxa"/>
            <w:gridSpan w:val="6"/>
            <w:tcMar>
              <w:top w:w="70" w:type="dxa"/>
              <w:left w:w="90" w:type="dxa"/>
              <w:bottom w:w="70" w:type="dxa"/>
              <w:right w:w="90" w:type="dxa"/>
            </w:tcMar>
            <w:vAlign w:val="center"/>
          </w:tcPr>
          <w:p w14:paraId="62A086D5" w14:textId="77777777" w:rsidR="00187E2C" w:rsidRDefault="00187E2C"/>
          <w:p w14:paraId="43618533" w14:textId="77777777" w:rsidR="00187E2C" w:rsidRDefault="00000000">
            <w:pPr>
              <w:spacing w:line="245" w:lineRule="auto"/>
            </w:pPr>
            <w:r>
              <w:rPr>
                <w:b/>
                <w:color w:val="000000"/>
                <w:sz w:val="16"/>
              </w:rPr>
              <w:t xml:space="preserve">UČNA TEMA: </w:t>
            </w:r>
            <w:r>
              <w:rPr>
                <w:color w:val="000000"/>
                <w:sz w:val="16"/>
              </w:rPr>
              <w:t>OPIS SEBE • VELIKA TISKANA ČRKA G</w:t>
            </w:r>
          </w:p>
        </w:tc>
      </w:tr>
      <w:tr w:rsidR="00187E2C" w14:paraId="5208CFFA" w14:textId="77777777">
        <w:trPr>
          <w:cantSplit/>
          <w:jc w:val="center"/>
        </w:trPr>
        <w:tc>
          <w:tcPr>
            <w:tcW w:w="14060" w:type="dxa"/>
            <w:gridSpan w:val="6"/>
            <w:tcMar>
              <w:top w:w="70" w:type="dxa"/>
              <w:left w:w="90" w:type="dxa"/>
              <w:bottom w:w="70" w:type="dxa"/>
              <w:right w:w="90" w:type="dxa"/>
            </w:tcMar>
            <w:vAlign w:val="center"/>
          </w:tcPr>
          <w:p w14:paraId="2033A19B" w14:textId="77777777" w:rsidR="00187E2C" w:rsidRDefault="00187E2C"/>
          <w:p w14:paraId="77CB6C5B" w14:textId="77777777" w:rsidR="00187E2C" w:rsidRDefault="00000000">
            <w:pPr>
              <w:spacing w:line="245" w:lineRule="auto"/>
            </w:pPr>
            <w:r>
              <w:rPr>
                <w:b/>
                <w:color w:val="000000"/>
                <w:sz w:val="16"/>
              </w:rPr>
              <w:t xml:space="preserve">KNJIŽEVNO IZHODIŠČE IN MOTIV: </w:t>
            </w:r>
            <w:r>
              <w:rPr>
                <w:color w:val="000000"/>
                <w:sz w:val="16"/>
              </w:rPr>
              <w:t>»Sapramiška« – Svetlana Makarovič • telo, zobje, čutila, pomoč in vztrajnost</w:t>
            </w:r>
          </w:p>
        </w:tc>
      </w:tr>
      <w:tr w:rsidR="00187E2C" w14:paraId="5475706F" w14:textId="77777777">
        <w:trPr>
          <w:cantSplit/>
          <w:jc w:val="center"/>
        </w:trPr>
        <w:tc>
          <w:tcPr>
            <w:tcW w:w="14060" w:type="dxa"/>
            <w:gridSpan w:val="6"/>
            <w:tcMar>
              <w:top w:w="70" w:type="dxa"/>
              <w:left w:w="90" w:type="dxa"/>
              <w:bottom w:w="70" w:type="dxa"/>
              <w:right w:w="90" w:type="dxa"/>
            </w:tcMar>
            <w:vAlign w:val="center"/>
          </w:tcPr>
          <w:p w14:paraId="371F7978" w14:textId="77777777" w:rsidR="00187E2C" w:rsidRDefault="00187E2C"/>
          <w:p w14:paraId="4D83CDA7" w14:textId="77777777" w:rsidR="00187E2C" w:rsidRDefault="00000000">
            <w:pPr>
              <w:spacing w:line="245" w:lineRule="auto"/>
            </w:pPr>
            <w:r>
              <w:rPr>
                <w:b/>
                <w:color w:val="000000"/>
                <w:sz w:val="16"/>
              </w:rPr>
              <w:t xml:space="preserve">BRALNI LIST / ČRKA: </w:t>
            </w:r>
            <w:r>
              <w:rPr>
                <w:color w:val="000000"/>
                <w:sz w:val="16"/>
              </w:rPr>
              <w:t>ČRKA G • BRALNI LIST 24 – Berem črko G in zloge ter besede: glas /g/ znane črke: A, E, I, O, U, N, M, T, J, V, R, S, L, K, P, D, B, G; slišim glas; prepoznam črko; skoraj sklenjena ovalna poteza z notranjo prečko; berem in zapišem</w:t>
            </w:r>
          </w:p>
        </w:tc>
      </w:tr>
      <w:tr w:rsidR="00187E2C" w14:paraId="79C3692F" w14:textId="77777777">
        <w:trPr>
          <w:cantSplit/>
          <w:jc w:val="center"/>
        </w:trPr>
        <w:tc>
          <w:tcPr>
            <w:tcW w:w="14060" w:type="dxa"/>
            <w:gridSpan w:val="6"/>
            <w:tcMar>
              <w:top w:w="70" w:type="dxa"/>
              <w:left w:w="90" w:type="dxa"/>
              <w:bottom w:w="70" w:type="dxa"/>
              <w:right w:w="90" w:type="dxa"/>
            </w:tcMar>
            <w:vAlign w:val="center"/>
          </w:tcPr>
          <w:p w14:paraId="38673A53" w14:textId="77777777" w:rsidR="00187E2C" w:rsidRDefault="00187E2C"/>
          <w:p w14:paraId="6B35607C" w14:textId="77777777" w:rsidR="00187E2C" w:rsidRDefault="00000000">
            <w:pPr>
              <w:spacing w:line="245" w:lineRule="auto"/>
            </w:pPr>
            <w:r>
              <w:rPr>
                <w:b/>
                <w:color w:val="000000"/>
                <w:sz w:val="16"/>
              </w:rPr>
              <w:t xml:space="preserve">UČNE ENOTE: </w:t>
            </w:r>
            <w:r>
              <w:rPr>
                <w:color w:val="000000"/>
                <w:sz w:val="16"/>
              </w:rPr>
              <w:t>1. ura – Opis sebe – Poslušam in doživljam • 2. ura – Opis sebe – Govorim in pojasnjujem • 3. ura – Opis sebe – Razčlenjujem jezik • 4. ura – SLIŠIM GLAS /g/ IN ODKRIVAM ČRKO G • 5. ura – Oblikujem in pišem črko G • 6. ura – Berem in uporabim črko G</w:t>
            </w:r>
          </w:p>
        </w:tc>
      </w:tr>
      <w:tr w:rsidR="00187E2C" w14:paraId="57E9C8DB" w14:textId="77777777">
        <w:trPr>
          <w:cantSplit/>
          <w:jc w:val="center"/>
        </w:trPr>
        <w:tc>
          <w:tcPr>
            <w:tcW w:w="14060" w:type="dxa"/>
            <w:gridSpan w:val="6"/>
            <w:tcMar>
              <w:top w:w="70" w:type="dxa"/>
              <w:left w:w="90" w:type="dxa"/>
              <w:bottom w:w="70" w:type="dxa"/>
              <w:right w:w="90" w:type="dxa"/>
            </w:tcMar>
            <w:vAlign w:val="center"/>
          </w:tcPr>
          <w:p w14:paraId="58A71EE4" w14:textId="77777777" w:rsidR="00187E2C" w:rsidRDefault="00187E2C"/>
          <w:p w14:paraId="1E59038C"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8CDFFCF" w14:textId="77777777">
        <w:trPr>
          <w:cantSplit/>
          <w:jc w:val="center"/>
        </w:trPr>
        <w:tc>
          <w:tcPr>
            <w:tcW w:w="14060" w:type="dxa"/>
            <w:gridSpan w:val="6"/>
            <w:tcMar>
              <w:top w:w="70" w:type="dxa"/>
              <w:left w:w="90" w:type="dxa"/>
              <w:bottom w:w="70" w:type="dxa"/>
              <w:right w:w="90" w:type="dxa"/>
            </w:tcMar>
            <w:vAlign w:val="center"/>
          </w:tcPr>
          <w:p w14:paraId="3ECB5FD6" w14:textId="77777777" w:rsidR="00187E2C" w:rsidRDefault="00187E2C"/>
          <w:p w14:paraId="1B286C43"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588034A5" w14:textId="77777777">
        <w:trPr>
          <w:cantSplit/>
          <w:jc w:val="center"/>
        </w:trPr>
        <w:tc>
          <w:tcPr>
            <w:tcW w:w="14060" w:type="dxa"/>
            <w:gridSpan w:val="6"/>
            <w:tcMar>
              <w:top w:w="70" w:type="dxa"/>
              <w:left w:w="90" w:type="dxa"/>
              <w:bottom w:w="70" w:type="dxa"/>
              <w:right w:w="90" w:type="dxa"/>
            </w:tcMar>
            <w:vAlign w:val="center"/>
          </w:tcPr>
          <w:p w14:paraId="11DB8E41" w14:textId="77777777" w:rsidR="00187E2C" w:rsidRDefault="00187E2C"/>
          <w:p w14:paraId="2EED1660"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2C3CF8C0" w14:textId="77777777">
        <w:trPr>
          <w:cantSplit/>
          <w:jc w:val="center"/>
        </w:trPr>
        <w:tc>
          <w:tcPr>
            <w:tcW w:w="14060" w:type="dxa"/>
            <w:gridSpan w:val="6"/>
            <w:tcMar>
              <w:top w:w="70" w:type="dxa"/>
              <w:left w:w="90" w:type="dxa"/>
              <w:bottom w:w="70" w:type="dxa"/>
              <w:right w:w="90" w:type="dxa"/>
            </w:tcMar>
            <w:vAlign w:val="center"/>
          </w:tcPr>
          <w:p w14:paraId="49707AA1" w14:textId="77777777" w:rsidR="00187E2C" w:rsidRDefault="00187E2C"/>
          <w:p w14:paraId="7B1D4069" w14:textId="77777777" w:rsidR="00187E2C" w:rsidRDefault="00000000">
            <w:pPr>
              <w:spacing w:line="245" w:lineRule="auto"/>
            </w:pPr>
            <w:r>
              <w:rPr>
                <w:b/>
                <w:color w:val="000000"/>
                <w:sz w:val="16"/>
              </w:rPr>
              <w:t xml:space="preserve">MEDPREDMETNE POVEZAVE: </w:t>
            </w:r>
            <w:r>
              <w:rPr>
                <w:color w:val="000000"/>
                <w:sz w:val="16"/>
              </w:rPr>
              <w:t>SPO – telo, zobje, čutila, pomoč in vztrajnost; GUM – ritem, zvočnost in glas; LUM – ilustracija, črta in grafomotorika; ŠPO – gibalna pripoved, dramatizacija in postaje; MAT – smer, zaporedje in orientacija</w:t>
            </w:r>
          </w:p>
        </w:tc>
      </w:tr>
      <w:tr w:rsidR="00187E2C" w14:paraId="51D6117F" w14:textId="77777777">
        <w:trPr>
          <w:cantSplit/>
          <w:jc w:val="center"/>
        </w:trPr>
        <w:tc>
          <w:tcPr>
            <w:tcW w:w="14060" w:type="dxa"/>
            <w:gridSpan w:val="6"/>
            <w:tcMar>
              <w:top w:w="70" w:type="dxa"/>
              <w:left w:w="90" w:type="dxa"/>
              <w:bottom w:w="70" w:type="dxa"/>
              <w:right w:w="90" w:type="dxa"/>
            </w:tcMar>
            <w:vAlign w:val="center"/>
          </w:tcPr>
          <w:p w14:paraId="3A1FBA4A" w14:textId="77777777" w:rsidR="00187E2C" w:rsidRDefault="00187E2C"/>
          <w:p w14:paraId="6E3A68DE" w14:textId="77777777" w:rsidR="00187E2C" w:rsidRDefault="00000000">
            <w:pPr>
              <w:spacing w:line="245" w:lineRule="auto"/>
            </w:pPr>
            <w:r>
              <w:rPr>
                <w:b/>
                <w:color w:val="000000"/>
                <w:sz w:val="16"/>
              </w:rPr>
              <w:t xml:space="preserve">UČNA SREDSTVA IN PRIPOMOČKI: </w:t>
            </w:r>
            <w:r>
              <w:rPr>
                <w:color w:val="000000"/>
                <w:sz w:val="16"/>
              </w:rPr>
              <w:t>ČRKA G • BRALNI LIST 24, povečano besedilo oziroma kartice, slikanica ali odlomek, slikovno zaporedje, kartice besed in glasov, talne črke ali zlogi, ogledala, vrvice ali modelirna masa, mini tabla, zvezek oziroma jezikovna mapa</w:t>
            </w:r>
          </w:p>
        </w:tc>
      </w:tr>
      <w:tr w:rsidR="00187E2C" w14:paraId="33D5A252" w14:textId="77777777">
        <w:trPr>
          <w:cantSplit/>
          <w:jc w:val="center"/>
        </w:trPr>
        <w:tc>
          <w:tcPr>
            <w:tcW w:w="14060" w:type="dxa"/>
            <w:gridSpan w:val="6"/>
            <w:tcMar>
              <w:top w:w="70" w:type="dxa"/>
              <w:left w:w="90" w:type="dxa"/>
              <w:bottom w:w="70" w:type="dxa"/>
              <w:right w:w="90" w:type="dxa"/>
            </w:tcMar>
            <w:vAlign w:val="center"/>
          </w:tcPr>
          <w:p w14:paraId="1C6A10ED" w14:textId="77777777" w:rsidR="00187E2C" w:rsidRDefault="00187E2C"/>
          <w:p w14:paraId="2C181B22"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0DA3605" w14:textId="77777777">
        <w:trPr>
          <w:cantSplit/>
          <w:jc w:val="center"/>
        </w:trPr>
        <w:tc>
          <w:tcPr>
            <w:tcW w:w="14060" w:type="dxa"/>
            <w:gridSpan w:val="6"/>
            <w:tcMar>
              <w:top w:w="70" w:type="dxa"/>
              <w:left w:w="90" w:type="dxa"/>
              <w:bottom w:w="70" w:type="dxa"/>
              <w:right w:w="90" w:type="dxa"/>
            </w:tcMar>
            <w:vAlign w:val="center"/>
          </w:tcPr>
          <w:p w14:paraId="25C0FBC2" w14:textId="77777777" w:rsidR="00187E2C" w:rsidRDefault="00187E2C"/>
          <w:p w14:paraId="7786FE64"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3DBA7665" w14:textId="77777777">
        <w:trPr>
          <w:cantSplit/>
          <w:jc w:val="center"/>
        </w:trPr>
        <w:tc>
          <w:tcPr>
            <w:tcW w:w="14060" w:type="dxa"/>
            <w:gridSpan w:val="6"/>
            <w:tcMar>
              <w:top w:w="70" w:type="dxa"/>
              <w:left w:w="90" w:type="dxa"/>
              <w:bottom w:w="70" w:type="dxa"/>
              <w:right w:w="90" w:type="dxa"/>
            </w:tcMar>
            <w:vAlign w:val="center"/>
          </w:tcPr>
          <w:p w14:paraId="1E5722AE" w14:textId="77777777" w:rsidR="00187E2C" w:rsidRDefault="00187E2C"/>
          <w:p w14:paraId="0FDA1DEB"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55CD91C"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B25CC6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601C789"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50ADBB" w14:textId="77777777" w:rsidR="00187E2C" w:rsidRDefault="00000000">
            <w:pPr>
              <w:jc w:val="center"/>
            </w:pPr>
            <w:r>
              <w:rPr>
                <w:b/>
                <w:color w:val="000000"/>
                <w:sz w:val="20"/>
              </w:rPr>
              <w:t>UČNE DEJAVNOSTI, METODE IN FORMATIVNO SPREMLJANJE</w:t>
            </w:r>
          </w:p>
        </w:tc>
      </w:tr>
      <w:tr w:rsidR="00187E2C" w14:paraId="5BD43D06" w14:textId="77777777">
        <w:trPr>
          <w:tblHeader/>
          <w:jc w:val="center"/>
        </w:trPr>
        <w:tc>
          <w:tcPr>
            <w:tcW w:w="4422" w:type="dxa"/>
            <w:vMerge/>
            <w:tcMar>
              <w:top w:w="70" w:type="dxa"/>
              <w:left w:w="90" w:type="dxa"/>
              <w:bottom w:w="70" w:type="dxa"/>
              <w:right w:w="90" w:type="dxa"/>
            </w:tcMar>
            <w:vAlign w:val="center"/>
          </w:tcPr>
          <w:p w14:paraId="641F73B7" w14:textId="77777777" w:rsidR="00187E2C" w:rsidRDefault="00187E2C"/>
        </w:tc>
        <w:tc>
          <w:tcPr>
            <w:tcW w:w="7087" w:type="dxa"/>
            <w:shd w:val="clear" w:color="auto" w:fill="FFFFFF"/>
            <w:tcMar>
              <w:top w:w="70" w:type="dxa"/>
              <w:left w:w="90" w:type="dxa"/>
              <w:bottom w:w="70" w:type="dxa"/>
              <w:right w:w="90" w:type="dxa"/>
            </w:tcMar>
            <w:vAlign w:val="center"/>
          </w:tcPr>
          <w:p w14:paraId="25A72DB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9909C98" w14:textId="77777777" w:rsidR="00187E2C" w:rsidRDefault="00000000">
            <w:pPr>
              <w:jc w:val="center"/>
            </w:pPr>
            <w:r>
              <w:rPr>
                <w:b/>
                <w:color w:val="000000"/>
              </w:rPr>
              <w:t>UČENEC</w:t>
            </w:r>
          </w:p>
        </w:tc>
      </w:tr>
      <w:tr w:rsidR="00187E2C" w14:paraId="16F309CE" w14:textId="77777777">
        <w:trPr>
          <w:jc w:val="center"/>
        </w:trPr>
        <w:tc>
          <w:tcPr>
            <w:tcW w:w="4422" w:type="dxa"/>
            <w:tcMar>
              <w:top w:w="70" w:type="dxa"/>
              <w:left w:w="90" w:type="dxa"/>
              <w:bottom w:w="70" w:type="dxa"/>
              <w:right w:w="90" w:type="dxa"/>
            </w:tcMar>
          </w:tcPr>
          <w:p w14:paraId="7835E5CB" w14:textId="77777777" w:rsidR="00187E2C" w:rsidRDefault="00187E2C"/>
          <w:p w14:paraId="46BD9C0D" w14:textId="77777777" w:rsidR="00187E2C" w:rsidRDefault="00000000">
            <w:pPr>
              <w:spacing w:after="60" w:line="245" w:lineRule="auto"/>
            </w:pPr>
            <w:r>
              <w:rPr>
                <w:b/>
                <w:color w:val="000000"/>
              </w:rPr>
              <w:t>UČNI CILJI</w:t>
            </w:r>
          </w:p>
          <w:p w14:paraId="73186993" w14:textId="77777777" w:rsidR="00187E2C" w:rsidRDefault="00000000">
            <w:pPr>
              <w:spacing w:after="20" w:line="245" w:lineRule="auto"/>
            </w:pPr>
            <w:r>
              <w:rPr>
                <w:b/>
                <w:color w:val="000000"/>
                <w:sz w:val="17"/>
              </w:rPr>
              <w:t>SPLOŠNI</w:t>
            </w:r>
          </w:p>
          <w:p w14:paraId="0A9717DA"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617ACBF4" w14:textId="77777777" w:rsidR="00187E2C" w:rsidRDefault="00000000">
            <w:pPr>
              <w:pStyle w:val="Oznaenseznam"/>
              <w:spacing w:after="16"/>
            </w:pPr>
            <w:r>
              <w:rPr>
                <w:color w:val="000000"/>
                <w:sz w:val="16"/>
              </w:rPr>
              <w:t>doživlja književno besedilo ter se nanj odziva z govorom, gibanjem, dramatizacijo, risbo ali zapisom</w:t>
            </w:r>
          </w:p>
          <w:p w14:paraId="3EEF2D9A" w14:textId="77777777" w:rsidR="00187E2C" w:rsidRDefault="00000000">
            <w:pPr>
              <w:pStyle w:val="Oznaenseznam"/>
              <w:spacing w:after="16"/>
            </w:pPr>
            <w:r>
              <w:rPr>
                <w:color w:val="000000"/>
                <w:sz w:val="16"/>
              </w:rPr>
              <w:t>razvija glasovno zavedanje, povezavo glas–črka in začetno branje ter pisanje po individualnem napredku</w:t>
            </w:r>
          </w:p>
          <w:p w14:paraId="78B53E3D" w14:textId="77777777" w:rsidR="00187E2C" w:rsidRDefault="00000000">
            <w:pPr>
              <w:pStyle w:val="Oznaenseznam"/>
              <w:spacing w:after="16"/>
            </w:pPr>
            <w:r>
              <w:rPr>
                <w:color w:val="000000"/>
                <w:sz w:val="16"/>
              </w:rPr>
              <w:t>ob namenih in kriterijih spremlja svoje učenje ter uporabi opisno povratno informacijo</w:t>
            </w:r>
          </w:p>
          <w:p w14:paraId="5C21AD6F" w14:textId="77777777" w:rsidR="00187E2C" w:rsidRDefault="00000000">
            <w:pPr>
              <w:spacing w:before="40" w:after="20" w:line="245" w:lineRule="auto"/>
            </w:pPr>
            <w:r>
              <w:rPr>
                <w:b/>
                <w:color w:val="000000"/>
                <w:sz w:val="17"/>
              </w:rPr>
              <w:t>OPERATIVNI</w:t>
            </w:r>
          </w:p>
          <w:p w14:paraId="13075E28" w14:textId="77777777" w:rsidR="00187E2C" w:rsidRDefault="00000000">
            <w:pPr>
              <w:pStyle w:val="Oznaenseznam"/>
              <w:spacing w:after="16"/>
            </w:pPr>
            <w:r>
              <w:rPr>
                <w:color w:val="000000"/>
                <w:sz w:val="16"/>
              </w:rPr>
              <w:t>razume opis samega sebe</w:t>
            </w:r>
          </w:p>
          <w:p w14:paraId="1CB3EE6A" w14:textId="77777777" w:rsidR="00187E2C" w:rsidRDefault="00000000">
            <w:pPr>
              <w:pStyle w:val="Oznaenseznam"/>
              <w:spacing w:after="16"/>
            </w:pPr>
            <w:r>
              <w:rPr>
                <w:color w:val="000000"/>
                <w:sz w:val="16"/>
              </w:rPr>
              <w:t>preprosto se opiše</w:t>
            </w:r>
          </w:p>
          <w:p w14:paraId="3DCE0FBB" w14:textId="77777777" w:rsidR="00187E2C" w:rsidRDefault="00000000">
            <w:pPr>
              <w:pStyle w:val="Oznaenseznam"/>
              <w:spacing w:after="16"/>
            </w:pPr>
            <w:r>
              <w:rPr>
                <w:color w:val="000000"/>
                <w:sz w:val="16"/>
              </w:rPr>
              <w:t>bere in zapiše povedi z obravnavanimi tiskanimi črkami</w:t>
            </w:r>
          </w:p>
          <w:p w14:paraId="253E4DC1" w14:textId="77777777" w:rsidR="00187E2C" w:rsidRDefault="00000000">
            <w:pPr>
              <w:pStyle w:val="Oznaenseznam"/>
              <w:spacing w:after="16"/>
            </w:pPr>
            <w:r>
              <w:rPr>
                <w:color w:val="000000"/>
                <w:sz w:val="16"/>
              </w:rPr>
              <w:t>prepozna in poimenuje veliko tiskano črko G ter jo poveže z glasom /g/</w:t>
            </w:r>
          </w:p>
          <w:p w14:paraId="6239B044" w14:textId="77777777" w:rsidR="00187E2C" w:rsidRDefault="00000000">
            <w:pPr>
              <w:pStyle w:val="Oznaenseznam"/>
              <w:spacing w:after="16"/>
            </w:pPr>
            <w:r>
              <w:rPr>
                <w:color w:val="000000"/>
                <w:sz w:val="16"/>
              </w:rPr>
              <w:t>veččutno oblikuje in čitljivo zapiše veliko tiskano črko G</w:t>
            </w:r>
          </w:p>
          <w:p w14:paraId="5A2C01A9" w14:textId="77777777" w:rsidR="00187E2C" w:rsidRDefault="00000000">
            <w:pPr>
              <w:pStyle w:val="Oznaenseznam"/>
              <w:spacing w:after="16"/>
            </w:pPr>
            <w:r>
              <w:rPr>
                <w:color w:val="000000"/>
                <w:sz w:val="16"/>
              </w:rPr>
              <w:t>bere in sestavlja zloge oziroma besede z znanimi črkami: GORA • NOGA • MIGA • GUMA</w:t>
            </w:r>
          </w:p>
          <w:p w14:paraId="65488BE1" w14:textId="77777777" w:rsidR="00187E2C" w:rsidRDefault="00000000">
            <w:pPr>
              <w:spacing w:before="40" w:after="20" w:line="245" w:lineRule="auto"/>
            </w:pPr>
            <w:r>
              <w:rPr>
                <w:b/>
                <w:color w:val="000000"/>
                <w:sz w:val="17"/>
              </w:rPr>
              <w:t>PRIČAKOVANI DOSEŽKI / MINIMALNI POUDARKI</w:t>
            </w:r>
          </w:p>
          <w:p w14:paraId="2B2B2EA0" w14:textId="77777777" w:rsidR="00187E2C" w:rsidRDefault="00000000">
            <w:pPr>
              <w:pStyle w:val="Oznaenseznam"/>
              <w:spacing w:after="16"/>
            </w:pPr>
            <w:r>
              <w:rPr>
                <w:color w:val="000000"/>
                <w:sz w:val="15"/>
              </w:rPr>
              <w:t>samostojno oziroma z dogovorjeno oporo razume opis samega sebe</w:t>
            </w:r>
          </w:p>
          <w:p w14:paraId="32A87B94" w14:textId="77777777" w:rsidR="00187E2C" w:rsidRDefault="00000000">
            <w:pPr>
              <w:pStyle w:val="Oznaenseznam"/>
              <w:spacing w:after="16"/>
            </w:pPr>
            <w:r>
              <w:rPr>
                <w:color w:val="000000"/>
                <w:sz w:val="15"/>
              </w:rPr>
              <w:t>samostojno oziroma z dogovorjeno oporo preprosto se opiše</w:t>
            </w:r>
          </w:p>
          <w:p w14:paraId="0499B33D" w14:textId="77777777" w:rsidR="00187E2C" w:rsidRDefault="00000000">
            <w:pPr>
              <w:pStyle w:val="Oznaenseznam"/>
              <w:spacing w:after="16"/>
            </w:pPr>
            <w:r>
              <w:rPr>
                <w:color w:val="000000"/>
                <w:sz w:val="15"/>
              </w:rPr>
              <w:t>samostojno oziroma z dogovorjeno oporo bere in zapiše povedi z obravnavanimi tiskanimi črkami</w:t>
            </w:r>
          </w:p>
          <w:p w14:paraId="177DCFCE" w14:textId="77777777" w:rsidR="00187E2C" w:rsidRDefault="00000000">
            <w:pPr>
              <w:pStyle w:val="Oznaenseznam"/>
              <w:spacing w:after="16"/>
            </w:pPr>
            <w:r>
              <w:rPr>
                <w:color w:val="000000"/>
                <w:sz w:val="15"/>
              </w:rPr>
              <w:t>samostojno oziroma z dogovorjeno oporo prepozna in poimenuje veliko tiskano črko G ter jo poveže z glasom /g/</w:t>
            </w:r>
          </w:p>
          <w:p w14:paraId="5099BE7E" w14:textId="77777777" w:rsidR="00187E2C" w:rsidRDefault="00000000">
            <w:pPr>
              <w:pStyle w:val="Oznaenseznam"/>
              <w:spacing w:after="16"/>
            </w:pPr>
            <w:r>
              <w:rPr>
                <w:color w:val="000000"/>
                <w:sz w:val="15"/>
              </w:rPr>
              <w:t>samostojno oziroma z dogovorjeno oporo veččutno oblikuje in čitljivo zapiše veliko tiskano črko G</w:t>
            </w:r>
          </w:p>
        </w:tc>
        <w:tc>
          <w:tcPr>
            <w:tcW w:w="7087" w:type="dxa"/>
            <w:tcMar>
              <w:top w:w="70" w:type="dxa"/>
              <w:left w:w="90" w:type="dxa"/>
              <w:bottom w:w="70" w:type="dxa"/>
              <w:right w:w="90" w:type="dxa"/>
            </w:tcMar>
          </w:tcPr>
          <w:p w14:paraId="352DCB8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02413B6" w14:textId="77777777">
              <w:trPr>
                <w:jc w:val="center"/>
              </w:trPr>
              <w:tc>
                <w:tcPr>
                  <w:tcW w:w="7087" w:type="dxa"/>
                  <w:shd w:val="clear" w:color="auto" w:fill="C6E7F3"/>
                  <w:tcMar>
                    <w:top w:w="45" w:type="dxa"/>
                    <w:left w:w="70" w:type="dxa"/>
                    <w:bottom w:w="45" w:type="dxa"/>
                    <w:right w:w="70" w:type="dxa"/>
                  </w:tcMar>
                </w:tcPr>
                <w:p w14:paraId="38E4E4A3" w14:textId="77777777" w:rsidR="00187E2C" w:rsidRDefault="00000000">
                  <w:pPr>
                    <w:keepNext/>
                  </w:pPr>
                  <w:r>
                    <w:rPr>
                      <w:b/>
                      <w:color w:val="000000"/>
                    </w:rPr>
                    <w:t>UVODNI DEL – motivacija, aktivacija predznanja in namen učenja (15–20 min)</w:t>
                  </w:r>
                </w:p>
              </w:tc>
            </w:tr>
          </w:tbl>
          <w:p w14:paraId="4315066F" w14:textId="77777777" w:rsidR="00187E2C" w:rsidRDefault="00187E2C">
            <w:pPr>
              <w:spacing w:line="20" w:lineRule="exact"/>
            </w:pPr>
          </w:p>
          <w:p w14:paraId="18A49795" w14:textId="77777777" w:rsidR="00187E2C" w:rsidRDefault="00000000">
            <w:pPr>
              <w:spacing w:before="40" w:after="60" w:line="245" w:lineRule="auto"/>
            </w:pPr>
            <w:r>
              <w:rPr>
                <w:color w:val="000000"/>
                <w:sz w:val="16"/>
              </w:rPr>
              <w:t>Učenci ob naslovnici, odlomku ali ilustraciji dela »Sapramiška« – Svetlana Makarovič doživljajsko vstopijo v motiv telo, zobje, čutila, pomoč in vztrajnost. S kretnjo, predmetom, sliko, glasom ali kratko povedjo pokažejo predznanje in napoved. Izhodiščni odziv povežejo z dejavnostjo ČRKA G • BRALNI LIST 24 – Berem črko G in zloge ter besede.</w:t>
            </w:r>
          </w:p>
          <w:tbl>
            <w:tblPr>
              <w:tblStyle w:val="Tabelamrea"/>
              <w:tblW w:w="0" w:type="auto"/>
              <w:jc w:val="center"/>
              <w:tblLayout w:type="fixed"/>
              <w:tblLook w:val="04A0" w:firstRow="1" w:lastRow="0" w:firstColumn="1" w:lastColumn="0" w:noHBand="0" w:noVBand="1"/>
            </w:tblPr>
            <w:tblGrid>
              <w:gridCol w:w="7087"/>
            </w:tblGrid>
            <w:tr w:rsidR="00187E2C" w14:paraId="33DE94F8" w14:textId="77777777">
              <w:trPr>
                <w:jc w:val="center"/>
              </w:trPr>
              <w:tc>
                <w:tcPr>
                  <w:tcW w:w="7087" w:type="dxa"/>
                  <w:shd w:val="clear" w:color="auto" w:fill="EDC9EA"/>
                  <w:tcMar>
                    <w:top w:w="45" w:type="dxa"/>
                    <w:left w:w="70" w:type="dxa"/>
                    <w:bottom w:w="45" w:type="dxa"/>
                    <w:right w:w="70" w:type="dxa"/>
                  </w:tcMar>
                </w:tcPr>
                <w:p w14:paraId="7D57FF00" w14:textId="77777777" w:rsidR="00187E2C" w:rsidRDefault="00000000">
                  <w:pPr>
                    <w:keepNext/>
                  </w:pPr>
                  <w:r>
                    <w:rPr>
                      <w:b/>
                      <w:color w:val="000000"/>
                    </w:rPr>
                    <w:t>NAMENI UČENJA</w:t>
                  </w:r>
                </w:p>
              </w:tc>
            </w:tr>
          </w:tbl>
          <w:p w14:paraId="7D05AC35" w14:textId="77777777" w:rsidR="00187E2C" w:rsidRDefault="00187E2C">
            <w:pPr>
              <w:spacing w:line="20" w:lineRule="exact"/>
            </w:pPr>
          </w:p>
          <w:p w14:paraId="5DAC5D58"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3885EEFB" w14:textId="77777777" w:rsidR="00187E2C" w:rsidRDefault="00000000">
            <w:pPr>
              <w:pStyle w:val="Oznaenseznam"/>
              <w:spacing w:after="16"/>
            </w:pPr>
            <w:r>
              <w:rPr>
                <w:color w:val="000000"/>
                <w:sz w:val="16"/>
              </w:rPr>
              <w:t>razumem opis samega sebe</w:t>
            </w:r>
          </w:p>
          <w:p w14:paraId="052DF040" w14:textId="77777777" w:rsidR="00187E2C" w:rsidRDefault="00000000">
            <w:pPr>
              <w:pStyle w:val="Oznaenseznam"/>
              <w:spacing w:after="16"/>
            </w:pPr>
            <w:r>
              <w:rPr>
                <w:color w:val="000000"/>
                <w:sz w:val="16"/>
              </w:rPr>
              <w:t>preprosto se opišem</w:t>
            </w:r>
          </w:p>
          <w:p w14:paraId="4E666B4A" w14:textId="77777777" w:rsidR="00187E2C" w:rsidRDefault="00000000">
            <w:pPr>
              <w:pStyle w:val="Oznaenseznam"/>
              <w:spacing w:after="16"/>
            </w:pPr>
            <w:r>
              <w:rPr>
                <w:color w:val="000000"/>
                <w:sz w:val="16"/>
              </w:rPr>
              <w:t>berem in zapišem povedi z obravnavanimi tiskanimi črkami</w:t>
            </w:r>
          </w:p>
          <w:p w14:paraId="4A2EDDE2" w14:textId="77777777" w:rsidR="00187E2C" w:rsidRDefault="00000000">
            <w:pPr>
              <w:pStyle w:val="Oznaenseznam"/>
              <w:spacing w:after="16"/>
            </w:pPr>
            <w:r>
              <w:rPr>
                <w:color w:val="000000"/>
                <w:sz w:val="16"/>
              </w:rPr>
              <w:t>prepoznam in poimenujem veliko tiskano črko G ter jo povežem z glasom /g/</w:t>
            </w:r>
          </w:p>
          <w:p w14:paraId="03030571" w14:textId="77777777" w:rsidR="00187E2C" w:rsidRDefault="00000000">
            <w:pPr>
              <w:pStyle w:val="Oznaenseznam"/>
              <w:spacing w:after="16"/>
            </w:pPr>
            <w:r>
              <w:rPr>
                <w:color w:val="000000"/>
                <w:sz w:val="16"/>
              </w:rPr>
              <w:t>veččutno oblikujem in čitljivo zapišem veliko tiskano črko G</w:t>
            </w:r>
          </w:p>
          <w:p w14:paraId="25F46777" w14:textId="77777777" w:rsidR="00187E2C" w:rsidRDefault="00000000">
            <w:pPr>
              <w:pStyle w:val="Oznaenseznam"/>
              <w:spacing w:after="16"/>
            </w:pPr>
            <w:r>
              <w:rPr>
                <w:color w:val="000000"/>
                <w:sz w:val="16"/>
              </w:rPr>
              <w:t>berem in sestavlja zloge oziroma besede z znanimi črkami: GORA • NOGA • MIGA • GUMA</w:t>
            </w:r>
          </w:p>
          <w:tbl>
            <w:tblPr>
              <w:tblStyle w:val="Tabelamrea"/>
              <w:tblW w:w="0" w:type="auto"/>
              <w:jc w:val="center"/>
              <w:tblLayout w:type="fixed"/>
              <w:tblLook w:val="04A0" w:firstRow="1" w:lastRow="0" w:firstColumn="1" w:lastColumn="0" w:noHBand="0" w:noVBand="1"/>
            </w:tblPr>
            <w:tblGrid>
              <w:gridCol w:w="7087"/>
            </w:tblGrid>
            <w:tr w:rsidR="00187E2C" w14:paraId="167E6B7B" w14:textId="77777777">
              <w:trPr>
                <w:jc w:val="center"/>
              </w:trPr>
              <w:tc>
                <w:tcPr>
                  <w:tcW w:w="7087" w:type="dxa"/>
                  <w:shd w:val="clear" w:color="auto" w:fill="EDC9EA"/>
                  <w:tcMar>
                    <w:top w:w="45" w:type="dxa"/>
                    <w:left w:w="70" w:type="dxa"/>
                    <w:bottom w:w="45" w:type="dxa"/>
                    <w:right w:w="70" w:type="dxa"/>
                  </w:tcMar>
                </w:tcPr>
                <w:p w14:paraId="2C32088A" w14:textId="77777777" w:rsidR="00187E2C" w:rsidRDefault="00000000">
                  <w:pPr>
                    <w:keepNext/>
                  </w:pPr>
                  <w:r>
                    <w:rPr>
                      <w:b/>
                      <w:color w:val="000000"/>
                    </w:rPr>
                    <w:t>PREVERJANJE PREDZNANJA</w:t>
                  </w:r>
                </w:p>
              </w:tc>
            </w:tr>
          </w:tbl>
          <w:p w14:paraId="0AEDFCE4" w14:textId="77777777" w:rsidR="00187E2C" w:rsidRDefault="00187E2C">
            <w:pPr>
              <w:spacing w:line="20" w:lineRule="exact"/>
            </w:pPr>
          </w:p>
          <w:p w14:paraId="670B7AF0" w14:textId="77777777" w:rsidR="00187E2C" w:rsidRDefault="00000000">
            <w:pPr>
              <w:pStyle w:val="Oznaenseznam"/>
              <w:spacing w:after="16"/>
            </w:pPr>
            <w:r>
              <w:rPr>
                <w:color w:val="000000"/>
                <w:sz w:val="16"/>
              </w:rPr>
              <w:t>Kaj mi naslovnica, ilustracija ali naslov pove o motivu telo, zobje, čutila, pomoč in vztrajnost?</w:t>
            </w:r>
          </w:p>
          <w:p w14:paraId="3E78274C" w14:textId="77777777" w:rsidR="00187E2C" w:rsidRDefault="00000000">
            <w:pPr>
              <w:pStyle w:val="Oznaenseznam"/>
              <w:spacing w:after="16"/>
            </w:pPr>
            <w:r>
              <w:rPr>
                <w:color w:val="000000"/>
                <w:sz w:val="16"/>
              </w:rPr>
              <w:t>Kje v besedah slišim glas /g/ in po katerih potezah prepoznam črko G?</w:t>
            </w:r>
          </w:p>
          <w:p w14:paraId="22886DD8"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58A63E4B" w14:textId="77777777">
              <w:trPr>
                <w:jc w:val="center"/>
              </w:trPr>
              <w:tc>
                <w:tcPr>
                  <w:tcW w:w="7087" w:type="dxa"/>
                  <w:shd w:val="clear" w:color="auto" w:fill="EDC9EA"/>
                  <w:tcMar>
                    <w:top w:w="45" w:type="dxa"/>
                    <w:left w:w="70" w:type="dxa"/>
                    <w:bottom w:w="45" w:type="dxa"/>
                    <w:right w:w="70" w:type="dxa"/>
                  </w:tcMar>
                </w:tcPr>
                <w:p w14:paraId="66EACC23" w14:textId="77777777" w:rsidR="00187E2C" w:rsidRDefault="00000000">
                  <w:pPr>
                    <w:keepNext/>
                  </w:pPr>
                  <w:r>
                    <w:rPr>
                      <w:b/>
                      <w:color w:val="000000"/>
                    </w:rPr>
                    <w:t>KRITERIJI USPEŠNOSTI</w:t>
                  </w:r>
                </w:p>
              </w:tc>
            </w:tr>
          </w:tbl>
          <w:p w14:paraId="7CB0AC71" w14:textId="77777777" w:rsidR="00187E2C" w:rsidRDefault="00187E2C"/>
          <w:p w14:paraId="20D46C28" w14:textId="77777777" w:rsidR="00187E2C" w:rsidRDefault="00000000">
            <w:pPr>
              <w:spacing w:before="20" w:after="20" w:line="245" w:lineRule="auto"/>
            </w:pPr>
            <w:r>
              <w:rPr>
                <w:b/>
                <w:color w:val="000000"/>
                <w:sz w:val="16"/>
              </w:rPr>
              <w:t>Uspešen/-na bom, ko:</w:t>
            </w:r>
          </w:p>
          <w:p w14:paraId="1045ECD0" w14:textId="77777777" w:rsidR="00187E2C" w:rsidRDefault="00000000">
            <w:pPr>
              <w:pStyle w:val="Oznaenseznam"/>
              <w:spacing w:after="16"/>
            </w:pPr>
            <w:r>
              <w:rPr>
                <w:color w:val="000000"/>
                <w:sz w:val="16"/>
              </w:rPr>
              <w:t>razumem opis samega sebe</w:t>
            </w:r>
          </w:p>
          <w:p w14:paraId="659A9677" w14:textId="77777777" w:rsidR="00187E2C" w:rsidRDefault="00000000">
            <w:pPr>
              <w:pStyle w:val="Oznaenseznam"/>
              <w:spacing w:after="16"/>
            </w:pPr>
            <w:r>
              <w:rPr>
                <w:color w:val="000000"/>
                <w:sz w:val="16"/>
              </w:rPr>
              <w:t>preprosto se opišem</w:t>
            </w:r>
          </w:p>
          <w:p w14:paraId="768B4831" w14:textId="77777777" w:rsidR="00187E2C" w:rsidRDefault="00000000">
            <w:pPr>
              <w:pStyle w:val="Oznaenseznam"/>
              <w:spacing w:after="16"/>
            </w:pPr>
            <w:r>
              <w:rPr>
                <w:color w:val="000000"/>
                <w:sz w:val="16"/>
              </w:rPr>
              <w:t>berem in zapišem povedi z obravnavanimi tiskanimi črkami</w:t>
            </w:r>
          </w:p>
          <w:p w14:paraId="585D6E65" w14:textId="77777777" w:rsidR="00187E2C" w:rsidRDefault="00000000">
            <w:pPr>
              <w:pStyle w:val="Oznaenseznam"/>
              <w:spacing w:after="16"/>
            </w:pPr>
            <w:r>
              <w:rPr>
                <w:color w:val="000000"/>
                <w:sz w:val="16"/>
              </w:rPr>
              <w:t>prepoznam in poimenujem veliko tiskano črko G ter jo povežem z glasom /g/</w:t>
            </w:r>
          </w:p>
          <w:p w14:paraId="1360F66E" w14:textId="77777777" w:rsidR="00187E2C" w:rsidRDefault="00000000">
            <w:pPr>
              <w:pStyle w:val="Oznaenseznam"/>
              <w:spacing w:after="16"/>
            </w:pPr>
            <w:r>
              <w:rPr>
                <w:color w:val="000000"/>
                <w:sz w:val="16"/>
              </w:rPr>
              <w:t>veččutno oblikujem in čitljivo zapišem veliko tiskano črko G</w:t>
            </w:r>
          </w:p>
          <w:p w14:paraId="09DA965B" w14:textId="77777777" w:rsidR="00187E2C" w:rsidRDefault="00000000">
            <w:pPr>
              <w:pStyle w:val="Oznaenseznam"/>
              <w:spacing w:after="16"/>
            </w:pPr>
            <w:r>
              <w:rPr>
                <w:color w:val="000000"/>
                <w:sz w:val="16"/>
              </w:rPr>
              <w:t>berem in sestavlja zloge oziroma besede z znanimi črkami: GORA • NOGA • MIGA • GUMA</w:t>
            </w:r>
          </w:p>
          <w:p w14:paraId="21C6E3F9"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662482CC" w14:textId="77777777" w:rsidR="00187E2C" w:rsidRDefault="00187E2C"/>
          <w:p w14:paraId="21BAC6EB"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156DF40C" w14:textId="77777777" w:rsidR="00187E2C" w:rsidRDefault="00000000">
            <w:pPr>
              <w:spacing w:after="80" w:line="245" w:lineRule="auto"/>
            </w:pPr>
            <w:r>
              <w:rPr>
                <w:color w:val="000000"/>
                <w:sz w:val="16"/>
              </w:rPr>
              <w:t>Pove, pokaže ali nariše, kaj že ve in katero strategijo bi uporabil.</w:t>
            </w:r>
          </w:p>
          <w:p w14:paraId="36383F8F" w14:textId="77777777" w:rsidR="00187E2C" w:rsidRDefault="00000000">
            <w:pPr>
              <w:spacing w:after="100" w:line="245" w:lineRule="auto"/>
            </w:pPr>
            <w:r>
              <w:rPr>
                <w:color w:val="000000"/>
                <w:sz w:val="16"/>
              </w:rPr>
              <w:t>Sodeluje pri razumevanju namenov in kriterijev uspešnosti.</w:t>
            </w:r>
          </w:p>
          <w:p w14:paraId="26EB2A91" w14:textId="77777777" w:rsidR="00187E2C" w:rsidRDefault="00000000">
            <w:pPr>
              <w:spacing w:after="20" w:line="245" w:lineRule="auto"/>
            </w:pPr>
            <w:r>
              <w:rPr>
                <w:b/>
                <w:color w:val="D95BC6"/>
                <w:sz w:val="17"/>
              </w:rPr>
              <w:t>DOKAZ O UČENJU</w:t>
            </w:r>
          </w:p>
          <w:p w14:paraId="26CCB972"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04CBF0F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D42158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E6FD82"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98214C" w14:textId="77777777" w:rsidR="00187E2C" w:rsidRDefault="00000000">
            <w:pPr>
              <w:jc w:val="center"/>
            </w:pPr>
            <w:r>
              <w:rPr>
                <w:b/>
                <w:color w:val="000000"/>
                <w:sz w:val="20"/>
              </w:rPr>
              <w:t>UČNE DEJAVNOSTI, METODE IN FORMATIVNO SPREMLJANJE</w:t>
            </w:r>
          </w:p>
        </w:tc>
      </w:tr>
      <w:tr w:rsidR="00187E2C" w14:paraId="650B8AAB" w14:textId="77777777">
        <w:trPr>
          <w:tblHeader/>
          <w:jc w:val="center"/>
        </w:trPr>
        <w:tc>
          <w:tcPr>
            <w:tcW w:w="4422" w:type="dxa"/>
            <w:vMerge/>
            <w:tcMar>
              <w:top w:w="70" w:type="dxa"/>
              <w:left w:w="90" w:type="dxa"/>
              <w:bottom w:w="70" w:type="dxa"/>
              <w:right w:w="90" w:type="dxa"/>
            </w:tcMar>
            <w:vAlign w:val="center"/>
          </w:tcPr>
          <w:p w14:paraId="7B3FFF34" w14:textId="77777777" w:rsidR="00187E2C" w:rsidRDefault="00187E2C"/>
        </w:tc>
        <w:tc>
          <w:tcPr>
            <w:tcW w:w="7087" w:type="dxa"/>
            <w:shd w:val="clear" w:color="auto" w:fill="FFFFFF"/>
            <w:tcMar>
              <w:top w:w="70" w:type="dxa"/>
              <w:left w:w="90" w:type="dxa"/>
              <w:bottom w:w="70" w:type="dxa"/>
              <w:right w:w="90" w:type="dxa"/>
            </w:tcMar>
            <w:vAlign w:val="center"/>
          </w:tcPr>
          <w:p w14:paraId="612E6C1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CF4C3E2" w14:textId="77777777" w:rsidR="00187E2C" w:rsidRDefault="00000000">
            <w:pPr>
              <w:jc w:val="center"/>
            </w:pPr>
            <w:r>
              <w:rPr>
                <w:b/>
                <w:color w:val="000000"/>
              </w:rPr>
              <w:t>UČENEC</w:t>
            </w:r>
          </w:p>
        </w:tc>
      </w:tr>
      <w:tr w:rsidR="00187E2C" w14:paraId="103CED84" w14:textId="77777777">
        <w:trPr>
          <w:jc w:val="center"/>
        </w:trPr>
        <w:tc>
          <w:tcPr>
            <w:tcW w:w="4422" w:type="dxa"/>
            <w:tcMar>
              <w:top w:w="70" w:type="dxa"/>
              <w:left w:w="90" w:type="dxa"/>
              <w:bottom w:w="70" w:type="dxa"/>
              <w:right w:w="90" w:type="dxa"/>
            </w:tcMar>
          </w:tcPr>
          <w:p w14:paraId="06D3AC99" w14:textId="77777777" w:rsidR="00187E2C" w:rsidRDefault="00187E2C"/>
          <w:p w14:paraId="01912155" w14:textId="77777777" w:rsidR="00187E2C" w:rsidRDefault="00000000">
            <w:pPr>
              <w:spacing w:after="40" w:line="245" w:lineRule="auto"/>
            </w:pPr>
            <w:r>
              <w:rPr>
                <w:b/>
                <w:color w:val="000000"/>
              </w:rPr>
              <w:t>KLJUČNI POJMI</w:t>
            </w:r>
          </w:p>
          <w:p w14:paraId="37B872C0" w14:textId="77777777" w:rsidR="00187E2C" w:rsidRDefault="00000000">
            <w:pPr>
              <w:spacing w:after="60" w:line="245" w:lineRule="auto"/>
            </w:pPr>
            <w:r>
              <w:rPr>
                <w:color w:val="000000"/>
                <w:sz w:val="15"/>
              </w:rPr>
              <w:t>glas /g/, črka G, zlog, beseda, poved, smer poteze, bralna strategija, naslov, avtor, ilustrator, književna oseba</w:t>
            </w:r>
          </w:p>
          <w:p w14:paraId="3A17046C" w14:textId="77777777" w:rsidR="00187E2C" w:rsidRDefault="00000000">
            <w:pPr>
              <w:spacing w:after="20" w:line="245" w:lineRule="auto"/>
            </w:pPr>
            <w:r>
              <w:rPr>
                <w:b/>
                <w:color w:val="000000"/>
                <w:sz w:val="17"/>
              </w:rPr>
              <w:t>DOKAZI O UČENJU</w:t>
            </w:r>
          </w:p>
          <w:p w14:paraId="20116BEB" w14:textId="77777777" w:rsidR="00187E2C" w:rsidRDefault="00000000">
            <w:pPr>
              <w:pStyle w:val="Oznaenseznam"/>
              <w:spacing w:after="9"/>
            </w:pPr>
            <w:r>
              <w:rPr>
                <w:color w:val="000000"/>
                <w:sz w:val="15"/>
              </w:rPr>
              <w:t>odziv med poslušanjem, izbrana slika in ena poved o doživetju.</w:t>
            </w:r>
          </w:p>
          <w:p w14:paraId="5765D130" w14:textId="77777777" w:rsidR="00187E2C" w:rsidRDefault="00000000">
            <w:pPr>
              <w:pStyle w:val="Oznaenseznam"/>
              <w:spacing w:after="9"/>
            </w:pPr>
            <w:r>
              <w:rPr>
                <w:color w:val="000000"/>
                <w:sz w:val="15"/>
              </w:rPr>
              <w:t>zvočni posnetek ali anekdotski zapis kratke izmenjave.</w:t>
            </w:r>
          </w:p>
          <w:p w14:paraId="78170ED4" w14:textId="77777777" w:rsidR="00187E2C" w:rsidRDefault="00000000">
            <w:pPr>
              <w:pStyle w:val="Oznaenseznam"/>
              <w:spacing w:after="9"/>
            </w:pPr>
            <w:r>
              <w:rPr>
                <w:color w:val="000000"/>
                <w:sz w:val="15"/>
              </w:rPr>
              <w:t>pravilno sestavljen primer in učenčeva ustna razlaga postopka.</w:t>
            </w:r>
          </w:p>
          <w:p w14:paraId="27A0C68A" w14:textId="77777777" w:rsidR="00187E2C" w:rsidRDefault="00000000">
            <w:pPr>
              <w:pStyle w:val="Oznaenseznam"/>
              <w:spacing w:after="9"/>
            </w:pPr>
            <w:r>
              <w:rPr>
                <w:color w:val="000000"/>
                <w:sz w:val="15"/>
              </w:rPr>
              <w:t>štiri pravilne glasovne odločitve, izbor črke G in kratka učenčeva razlaga.</w:t>
            </w:r>
          </w:p>
          <w:p w14:paraId="5DED68C8" w14:textId="77777777" w:rsidR="00187E2C" w:rsidRDefault="00000000">
            <w:pPr>
              <w:pStyle w:val="Oznaenseznam"/>
              <w:spacing w:after="9"/>
            </w:pPr>
            <w:r>
              <w:rPr>
                <w:color w:val="000000"/>
                <w:sz w:val="15"/>
              </w:rPr>
              <w:t>fotografija konstrukcije črke G, opazovalni zapis smeri potez in datirana vrstica treh zapisov.</w:t>
            </w:r>
          </w:p>
          <w:p w14:paraId="77D9B9E3" w14:textId="77777777" w:rsidR="00187E2C" w:rsidRDefault="00000000">
            <w:pPr>
              <w:pStyle w:val="Oznaenseznam"/>
              <w:spacing w:after="9"/>
            </w:pPr>
            <w:r>
              <w:rPr>
                <w:color w:val="000000"/>
                <w:sz w:val="15"/>
              </w:rPr>
              <w:t>izpolnjen Bralni list 24, individualni bralni zapis, sestavljen ali zapisan primer s črko G in samovrednotenje.</w:t>
            </w:r>
          </w:p>
          <w:p w14:paraId="76BD359E" w14:textId="77777777" w:rsidR="00187E2C" w:rsidRDefault="00000000">
            <w:pPr>
              <w:spacing w:before="40" w:after="20" w:line="245" w:lineRule="auto"/>
            </w:pPr>
            <w:r>
              <w:rPr>
                <w:b/>
                <w:color w:val="000000"/>
                <w:sz w:val="17"/>
              </w:rPr>
              <w:t>KNJIŽEVNO DOŽIVETJE IN IZKUŠENJSKI POUK</w:t>
            </w:r>
          </w:p>
          <w:p w14:paraId="53BEEDDA"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EB79CFC" w14:textId="77777777" w:rsidR="00187E2C" w:rsidRDefault="00000000">
            <w:pPr>
              <w:spacing w:after="20" w:line="245" w:lineRule="auto"/>
            </w:pPr>
            <w:r>
              <w:rPr>
                <w:b/>
                <w:color w:val="000000"/>
                <w:sz w:val="17"/>
              </w:rPr>
              <w:t>POUČEVANJE V GIBANJU</w:t>
            </w:r>
          </w:p>
          <w:p w14:paraId="450E52C0"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51897C78" w14:textId="77777777" w:rsidR="00187E2C" w:rsidRDefault="00000000">
            <w:pPr>
              <w:spacing w:after="20" w:line="245" w:lineRule="auto"/>
            </w:pPr>
            <w:r>
              <w:rPr>
                <w:b/>
                <w:color w:val="000000"/>
                <w:sz w:val="17"/>
              </w:rPr>
              <w:t>DELO PO POSTAJAH</w:t>
            </w:r>
          </w:p>
          <w:p w14:paraId="2278F6F0" w14:textId="77777777" w:rsidR="00187E2C" w:rsidRDefault="00000000">
            <w:pPr>
              <w:spacing w:after="60" w:line="245" w:lineRule="auto"/>
            </w:pPr>
            <w:r>
              <w:rPr>
                <w:color w:val="000000"/>
                <w:sz w:val="15"/>
              </w:rPr>
              <w:t>1. doživljajsko-književna – poslušanje, pogovor, igra vlog in predmetno/slikovno izhodišče; 2. glasovno-gibalna – slišim glas /g/, razvrščam besede in sestavljam žive zloge; 3. bralna – ČRKA G • BRALNI LIST 24, modelirano, vodeno ali ponovljeno branje; 4. tipno-grafomotorična – črko G oblikujem, hodim po njeni poti in jo zapišem ter izbor dokaza, povratna informacija in naslednji korak.</w:t>
            </w:r>
          </w:p>
          <w:p w14:paraId="15A62BE2" w14:textId="77777777" w:rsidR="00187E2C" w:rsidRDefault="00000000">
            <w:pPr>
              <w:spacing w:after="20" w:line="245" w:lineRule="auto"/>
            </w:pPr>
            <w:r>
              <w:rPr>
                <w:b/>
                <w:color w:val="000000"/>
                <w:sz w:val="17"/>
              </w:rPr>
              <w:t>DIFERENCIACIJA IN VKLJUČEVANJE</w:t>
            </w:r>
          </w:p>
          <w:p w14:paraId="22EE36A6"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27B344F7" w14:textId="77777777" w:rsidR="00187E2C" w:rsidRDefault="00000000">
            <w:pPr>
              <w:spacing w:after="20" w:line="245" w:lineRule="auto"/>
            </w:pPr>
            <w:r>
              <w:rPr>
                <w:b/>
                <w:color w:val="000000"/>
                <w:sz w:val="17"/>
              </w:rPr>
              <w:t>SPREMLJANJE</w:t>
            </w:r>
          </w:p>
          <w:p w14:paraId="23697639"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1FE92EEB"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07EC972" w14:textId="77777777">
              <w:trPr>
                <w:jc w:val="center"/>
              </w:trPr>
              <w:tc>
                <w:tcPr>
                  <w:tcW w:w="7087" w:type="dxa"/>
                  <w:shd w:val="clear" w:color="auto" w:fill="C6E7F3"/>
                  <w:tcMar>
                    <w:top w:w="45" w:type="dxa"/>
                    <w:left w:w="70" w:type="dxa"/>
                    <w:bottom w:w="45" w:type="dxa"/>
                    <w:right w:w="70" w:type="dxa"/>
                  </w:tcMar>
                </w:tcPr>
                <w:p w14:paraId="4FB9A86A" w14:textId="77777777" w:rsidR="00187E2C" w:rsidRDefault="00000000">
                  <w:pPr>
                    <w:keepNext/>
                  </w:pPr>
                  <w:r>
                    <w:rPr>
                      <w:b/>
                      <w:color w:val="000000"/>
                      <w:sz w:val="17"/>
                    </w:rPr>
                    <w:t>GLAVNI DEL – DOŽIVLJAJSKO, JEZIKOVNO IN OPISMENJEVALNO UČENJE (6 šolskih ur)</w:t>
                  </w:r>
                </w:p>
              </w:tc>
            </w:tr>
          </w:tbl>
          <w:p w14:paraId="3B02D336" w14:textId="77777777" w:rsidR="00187E2C" w:rsidRDefault="00187E2C">
            <w:pPr>
              <w:spacing w:line="20" w:lineRule="exact"/>
            </w:pPr>
          </w:p>
          <w:p w14:paraId="766D8C51" w14:textId="77777777" w:rsidR="00187E2C" w:rsidRDefault="00000000">
            <w:pPr>
              <w:keepNext/>
              <w:spacing w:before="22" w:after="6" w:line="245" w:lineRule="auto"/>
            </w:pPr>
            <w:r>
              <w:rPr>
                <w:b/>
                <w:color w:val="000000"/>
                <w:sz w:val="15"/>
              </w:rPr>
              <w:t>1. URA – Opis sebe – Poslušam in doživljam</w:t>
            </w:r>
          </w:p>
          <w:p w14:paraId="63ACE720"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»opis sebe • velika tiskana črka g • bralni list 24«; sproti zbira individualne dokaze in prilagodi oporo.</w:t>
            </w:r>
          </w:p>
          <w:p w14:paraId="7B2B9F72"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»razume opis samega sebe«.</w:t>
            </w:r>
          </w:p>
          <w:p w14:paraId="5390DD09" w14:textId="77777777" w:rsidR="00187E2C" w:rsidRDefault="00000000">
            <w:pPr>
              <w:spacing w:after="15" w:line="245" w:lineRule="auto"/>
            </w:pPr>
            <w:r>
              <w:rPr>
                <w:i/>
                <w:color w:val="D95BC6"/>
                <w:sz w:val="14"/>
              </w:rPr>
              <w:t>Predvideni dokaz: odziv med poslušanjem, izbrana slika in ena poved o doživetju..</w:t>
            </w:r>
          </w:p>
          <w:p w14:paraId="777C8F96" w14:textId="77777777" w:rsidR="00187E2C" w:rsidRDefault="00000000">
            <w:pPr>
              <w:keepNext/>
              <w:spacing w:before="22" w:after="6" w:line="245" w:lineRule="auto"/>
            </w:pPr>
            <w:r>
              <w:rPr>
                <w:b/>
                <w:color w:val="000000"/>
                <w:sz w:val="15"/>
              </w:rPr>
              <w:t>2. URA – Opis sebe – Govorim in pojasnjujem</w:t>
            </w:r>
          </w:p>
          <w:p w14:paraId="009D6E39"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329A3695"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»preprosto se opiše«.</w:t>
            </w:r>
          </w:p>
          <w:p w14:paraId="612CBC9B" w14:textId="77777777" w:rsidR="00187E2C" w:rsidRDefault="00000000">
            <w:pPr>
              <w:spacing w:after="15" w:line="245" w:lineRule="auto"/>
            </w:pPr>
            <w:r>
              <w:rPr>
                <w:i/>
                <w:color w:val="D95BC6"/>
                <w:sz w:val="14"/>
              </w:rPr>
              <w:t>Predvideni dokaz: zvočni posnetek ali anekdotski zapis kratke izmenjave..</w:t>
            </w:r>
          </w:p>
          <w:p w14:paraId="0C4C80C8" w14:textId="77777777" w:rsidR="00187E2C" w:rsidRDefault="00000000">
            <w:pPr>
              <w:keepNext/>
              <w:spacing w:before="22" w:after="6" w:line="245" w:lineRule="auto"/>
            </w:pPr>
            <w:r>
              <w:rPr>
                <w:b/>
                <w:color w:val="000000"/>
                <w:sz w:val="15"/>
              </w:rPr>
              <w:t>3. URA – Opis sebe – Razčlenjujem jezik</w:t>
            </w:r>
          </w:p>
          <w:p w14:paraId="6DF53B31"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73ECAC07"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»bere in zapiše povedi z obravnavanimi tiskanimi črkami«.</w:t>
            </w:r>
          </w:p>
          <w:p w14:paraId="599071AB" w14:textId="77777777" w:rsidR="00187E2C" w:rsidRDefault="00000000">
            <w:pPr>
              <w:spacing w:after="15" w:line="245" w:lineRule="auto"/>
            </w:pPr>
            <w:r>
              <w:rPr>
                <w:i/>
                <w:color w:val="D95BC6"/>
                <w:sz w:val="14"/>
              </w:rPr>
              <w:t>Predvideni dokaz: pravilno sestavljen primer in učenčeva ustna razlaga postopka..</w:t>
            </w:r>
          </w:p>
          <w:p w14:paraId="156580F8" w14:textId="77777777" w:rsidR="00187E2C" w:rsidRDefault="00000000">
            <w:pPr>
              <w:keepNext/>
              <w:spacing w:before="22" w:after="6" w:line="245" w:lineRule="auto"/>
            </w:pPr>
            <w:r>
              <w:rPr>
                <w:b/>
                <w:color w:val="000000"/>
                <w:sz w:val="15"/>
              </w:rPr>
              <w:t>4. URA – SLIŠIM GLAS /g/ IN ODKRIVAM ČRKO G</w:t>
            </w:r>
          </w:p>
          <w:p w14:paraId="72116762"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(goba, noga, rog, sneg); učenci se premikajo v kote začetek–sredina–konec, nato med črkami poiščejo G in jo oblikujejo s telesom.</w:t>
            </w:r>
          </w:p>
          <w:p w14:paraId="20B80AC5"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G ter jo predstavi s telesom ali vrvjo.</w:t>
            </w:r>
          </w:p>
          <w:p w14:paraId="4F81FE42" w14:textId="77777777" w:rsidR="00187E2C" w:rsidRDefault="00000000">
            <w:pPr>
              <w:spacing w:after="15" w:line="245" w:lineRule="auto"/>
            </w:pPr>
            <w:r>
              <w:rPr>
                <w:i/>
                <w:color w:val="D95BC6"/>
                <w:sz w:val="14"/>
              </w:rPr>
              <w:t>Predvideni dokaz: štiri pravilne glasovne odločitve, izbor črke G in kratka učenčeva razlaga..</w:t>
            </w:r>
          </w:p>
          <w:p w14:paraId="490409E2" w14:textId="77777777" w:rsidR="00187E2C" w:rsidRDefault="00000000">
            <w:pPr>
              <w:keepNext/>
              <w:spacing w:before="22" w:after="6" w:line="245" w:lineRule="auto"/>
            </w:pPr>
            <w:r>
              <w:rPr>
                <w:b/>
                <w:color w:val="000000"/>
                <w:sz w:val="15"/>
              </w:rPr>
              <w:t>5. URA – Oblikujem in pišem črko G</w:t>
            </w:r>
          </w:p>
          <w:p w14:paraId="3AFC101F"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73035A1D" w14:textId="77777777" w:rsidR="00187E2C" w:rsidRDefault="00000000">
            <w:pPr>
              <w:spacing w:after="7" w:line="245" w:lineRule="auto"/>
            </w:pPr>
            <w:r>
              <w:rPr>
                <w:b/>
                <w:color w:val="000000"/>
                <w:sz w:val="14"/>
              </w:rPr>
              <w:t xml:space="preserve">Dejavnost učencev: </w:t>
            </w:r>
            <w:r>
              <w:rPr>
                <w:color w:val="000000"/>
                <w:sz w:val="14"/>
              </w:rPr>
              <w:t>Črko G gradi in zapisuje na različnih podlagah, nato preide na manjši format; po povratni informaciji ponovi isti zapis.</w:t>
            </w:r>
          </w:p>
          <w:p w14:paraId="62A4F71B" w14:textId="77777777" w:rsidR="00187E2C" w:rsidRDefault="00000000">
            <w:pPr>
              <w:spacing w:after="15" w:line="245" w:lineRule="auto"/>
            </w:pPr>
            <w:r>
              <w:rPr>
                <w:i/>
                <w:color w:val="D95BC6"/>
                <w:sz w:val="14"/>
              </w:rPr>
              <w:t>Predvideni dokaz: fotografija konstrukcije črke G, opazovalni zapis smeri potez in datirana vrstica treh zapisov..</w:t>
            </w:r>
          </w:p>
          <w:p w14:paraId="6DA8A84A" w14:textId="77777777" w:rsidR="00187E2C" w:rsidRDefault="00000000">
            <w:pPr>
              <w:keepNext/>
              <w:spacing w:before="22" w:after="6" w:line="245" w:lineRule="auto"/>
            </w:pPr>
            <w:r>
              <w:rPr>
                <w:b/>
                <w:color w:val="000000"/>
                <w:sz w:val="15"/>
              </w:rPr>
              <w:t>6. URA – Berem in uporabim črko G</w:t>
            </w:r>
          </w:p>
          <w:p w14:paraId="7A4D04C8"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G in Bralni list 24; gradivo omeji na znane črke A, E, I, O, U, N, M, T, J, V, R, S, L, K, P, D, B, G.</w:t>
            </w:r>
          </w:p>
          <w:p w14:paraId="77BD6E0E" w14:textId="77777777" w:rsidR="00187E2C" w:rsidRDefault="00000000">
            <w:pPr>
              <w:spacing w:after="7" w:line="245" w:lineRule="auto"/>
            </w:pPr>
            <w:r>
              <w:rPr>
                <w:b/>
                <w:color w:val="000000"/>
                <w:sz w:val="14"/>
              </w:rPr>
              <w:t xml:space="preserve">Dejavnost učencev: </w:t>
            </w:r>
            <w:r>
              <w:rPr>
                <w:color w:val="000000"/>
                <w:sz w:val="14"/>
              </w:rPr>
              <w:t>Sestavlja, premešča in bere GA • GI • GO • GE ter GORA • NOGA • MIGA • GUMA; izbere zahtevnost in rešuje Bralni list 24.</w:t>
            </w:r>
          </w:p>
          <w:p w14:paraId="3934039A" w14:textId="77777777" w:rsidR="00187E2C" w:rsidRDefault="00000000">
            <w:pPr>
              <w:spacing w:after="15" w:line="245" w:lineRule="auto"/>
            </w:pPr>
            <w:r>
              <w:rPr>
                <w:i/>
                <w:color w:val="D95BC6"/>
                <w:sz w:val="14"/>
              </w:rPr>
              <w:t>Predvideni dokaz: izpolnjen Bralni list 24, individualni bralni zapis, sestavljen ali zapisan primer s črko G in samovrednotenje..</w:t>
            </w:r>
          </w:p>
          <w:tbl>
            <w:tblPr>
              <w:tblStyle w:val="Tabelamrea"/>
              <w:tblW w:w="0" w:type="auto"/>
              <w:jc w:val="center"/>
              <w:tblLayout w:type="fixed"/>
              <w:tblLook w:val="04A0" w:firstRow="1" w:lastRow="0" w:firstColumn="1" w:lastColumn="0" w:noHBand="0" w:noVBand="1"/>
            </w:tblPr>
            <w:tblGrid>
              <w:gridCol w:w="7087"/>
            </w:tblGrid>
            <w:tr w:rsidR="00187E2C" w14:paraId="564E88E7" w14:textId="77777777">
              <w:trPr>
                <w:jc w:val="center"/>
              </w:trPr>
              <w:tc>
                <w:tcPr>
                  <w:tcW w:w="7087" w:type="dxa"/>
                  <w:shd w:val="clear" w:color="auto" w:fill="EDC9EA"/>
                  <w:tcMar>
                    <w:top w:w="45" w:type="dxa"/>
                    <w:left w:w="70" w:type="dxa"/>
                    <w:bottom w:w="45" w:type="dxa"/>
                    <w:right w:w="70" w:type="dxa"/>
                  </w:tcMar>
                </w:tcPr>
                <w:p w14:paraId="1B7AEFCF" w14:textId="77777777" w:rsidR="00187E2C" w:rsidRDefault="00000000">
                  <w:pPr>
                    <w:keepNext/>
                  </w:pPr>
                  <w:r>
                    <w:rPr>
                      <w:b/>
                      <w:color w:val="000000"/>
                      <w:sz w:val="17"/>
                    </w:rPr>
                    <w:t>POVRATNA INFORMACIJA UČITELJICE MED DELOM</w:t>
                  </w:r>
                </w:p>
              </w:tc>
            </w:tr>
          </w:tbl>
          <w:p w14:paraId="1DE6E24F" w14:textId="77777777" w:rsidR="00187E2C" w:rsidRDefault="00187E2C"/>
          <w:p w14:paraId="3D84A2C0"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2464867B" w14:textId="77777777" w:rsidR="00187E2C" w:rsidRDefault="00187E2C"/>
          <w:p w14:paraId="3F87D149" w14:textId="77777777" w:rsidR="00187E2C" w:rsidRDefault="00000000">
            <w:pPr>
              <w:spacing w:after="4" w:line="245" w:lineRule="auto"/>
            </w:pPr>
            <w:r>
              <w:rPr>
                <w:b/>
                <w:color w:val="000000"/>
                <w:sz w:val="15"/>
              </w:rPr>
              <w:t>1. URA – Opis sebe – Poslušam in doživljam</w:t>
            </w:r>
          </w:p>
          <w:p w14:paraId="5874A4A0" w14:textId="77777777" w:rsidR="00187E2C" w:rsidRDefault="00000000">
            <w:pPr>
              <w:spacing w:after="7" w:line="245" w:lineRule="auto"/>
            </w:pPr>
            <w:r>
              <w:rPr>
                <w:color w:val="000000"/>
                <w:sz w:val="14"/>
              </w:rPr>
              <w:t>Napoveduje ob naslovu/sliki, med poslušanjem pokaže dogovorjen znak in po poslušanju izbere sliko občutja.</w:t>
            </w:r>
          </w:p>
          <w:p w14:paraId="0DDC766E" w14:textId="77777777" w:rsidR="00187E2C" w:rsidRDefault="00000000">
            <w:pPr>
              <w:spacing w:after="15" w:line="245" w:lineRule="auto"/>
            </w:pPr>
            <w:r>
              <w:rPr>
                <w:color w:val="D95BC6"/>
                <w:sz w:val="13"/>
              </w:rPr>
              <w:t>Dokaz: odziv med poslušanjem, izbrana slika in ena poved o doživetju.</w:t>
            </w:r>
          </w:p>
          <w:p w14:paraId="5DB80771" w14:textId="77777777" w:rsidR="00187E2C" w:rsidRDefault="00000000">
            <w:pPr>
              <w:spacing w:after="4" w:line="245" w:lineRule="auto"/>
            </w:pPr>
            <w:r>
              <w:rPr>
                <w:b/>
                <w:color w:val="000000"/>
                <w:sz w:val="15"/>
              </w:rPr>
              <w:t>2. URA – Opis sebe – Govorim in pojasnjujem</w:t>
            </w:r>
          </w:p>
          <w:p w14:paraId="78025DB4" w14:textId="77777777" w:rsidR="00187E2C" w:rsidRDefault="00000000">
            <w:pPr>
              <w:spacing w:after="7" w:line="245" w:lineRule="auto"/>
            </w:pPr>
            <w:r>
              <w:rPr>
                <w:color w:val="000000"/>
                <w:sz w:val="14"/>
              </w:rPr>
              <w:t>V paru govori in posluša, zamenja vlogo, postavi vprašanje ter uporabi besedo iz tedenske besedne banke.</w:t>
            </w:r>
          </w:p>
          <w:p w14:paraId="0DD1B290" w14:textId="77777777" w:rsidR="00187E2C" w:rsidRDefault="00000000">
            <w:pPr>
              <w:spacing w:after="15" w:line="245" w:lineRule="auto"/>
            </w:pPr>
            <w:r>
              <w:rPr>
                <w:color w:val="D95BC6"/>
                <w:sz w:val="13"/>
              </w:rPr>
              <w:t>Dokaz: zvočni posnetek ali anekdotski zapis kratke izmenjave.</w:t>
            </w:r>
          </w:p>
          <w:p w14:paraId="40BBEEA4" w14:textId="77777777" w:rsidR="00187E2C" w:rsidRDefault="00000000">
            <w:pPr>
              <w:spacing w:after="4" w:line="245" w:lineRule="auto"/>
            </w:pPr>
            <w:r>
              <w:rPr>
                <w:b/>
                <w:color w:val="000000"/>
                <w:sz w:val="15"/>
              </w:rPr>
              <w:t>3. URA – Opis sebe – Razčlenjujem jezik</w:t>
            </w:r>
          </w:p>
          <w:p w14:paraId="04BEE97E" w14:textId="77777777" w:rsidR="00187E2C" w:rsidRDefault="00000000">
            <w:pPr>
              <w:spacing w:after="7" w:line="245" w:lineRule="auto"/>
            </w:pPr>
            <w:r>
              <w:rPr>
                <w:color w:val="000000"/>
                <w:sz w:val="14"/>
              </w:rPr>
              <w:t>Ploska, stopa, razstavlja in sestavlja; primer razvrsti ter svojo rešitev preveri s sošolcem.</w:t>
            </w:r>
          </w:p>
          <w:p w14:paraId="2B102712" w14:textId="77777777" w:rsidR="00187E2C" w:rsidRDefault="00000000">
            <w:pPr>
              <w:spacing w:after="15" w:line="245" w:lineRule="auto"/>
            </w:pPr>
            <w:r>
              <w:rPr>
                <w:color w:val="D95BC6"/>
                <w:sz w:val="13"/>
              </w:rPr>
              <w:t>Dokaz: pravilno sestavljen primer in učenčeva ustna razlaga postopka.</w:t>
            </w:r>
          </w:p>
          <w:p w14:paraId="25B79C08" w14:textId="77777777" w:rsidR="00187E2C" w:rsidRDefault="00000000">
            <w:pPr>
              <w:spacing w:after="4" w:line="245" w:lineRule="auto"/>
            </w:pPr>
            <w:r>
              <w:rPr>
                <w:b/>
                <w:color w:val="000000"/>
                <w:sz w:val="15"/>
              </w:rPr>
              <w:t>4. URA – SLIŠIM GLAS /g/ IN ODKRIVAM ČRKO G</w:t>
            </w:r>
          </w:p>
          <w:p w14:paraId="0FE9A51E" w14:textId="77777777" w:rsidR="00187E2C" w:rsidRDefault="00000000">
            <w:pPr>
              <w:spacing w:after="7" w:line="245" w:lineRule="auto"/>
            </w:pPr>
            <w:r>
              <w:rPr>
                <w:color w:val="000000"/>
                <w:sz w:val="14"/>
              </w:rPr>
              <w:t>Besede razvršča z gibanjem, za vsak glas položi žeton, med znaki poišče G ter jo predstavi s telesom ali vrvjo.</w:t>
            </w:r>
          </w:p>
          <w:p w14:paraId="11702AF2" w14:textId="77777777" w:rsidR="00187E2C" w:rsidRDefault="00000000">
            <w:pPr>
              <w:spacing w:after="15" w:line="245" w:lineRule="auto"/>
            </w:pPr>
            <w:r>
              <w:rPr>
                <w:color w:val="D95BC6"/>
                <w:sz w:val="13"/>
              </w:rPr>
              <w:t>Dokaz: štiri pravilne glasovne odločitve, izbor črke G in kratka učenčeva razlaga.</w:t>
            </w:r>
          </w:p>
          <w:p w14:paraId="172C3E7D" w14:textId="77777777" w:rsidR="00187E2C" w:rsidRDefault="00000000">
            <w:pPr>
              <w:spacing w:after="4" w:line="245" w:lineRule="auto"/>
            </w:pPr>
            <w:r>
              <w:rPr>
                <w:b/>
                <w:color w:val="000000"/>
                <w:sz w:val="15"/>
              </w:rPr>
              <w:t>5. URA – Oblikujem in pišem črko G</w:t>
            </w:r>
          </w:p>
          <w:p w14:paraId="1765FA35" w14:textId="77777777" w:rsidR="00187E2C" w:rsidRDefault="00000000">
            <w:pPr>
              <w:spacing w:after="7" w:line="245" w:lineRule="auto"/>
            </w:pPr>
            <w:r>
              <w:rPr>
                <w:color w:val="000000"/>
                <w:sz w:val="14"/>
              </w:rPr>
              <w:t>Črko G gradi in zapisuje na različnih podlagah, nato preide na manjši format.</w:t>
            </w:r>
          </w:p>
          <w:p w14:paraId="3E3C90F4" w14:textId="77777777" w:rsidR="00187E2C" w:rsidRDefault="00000000">
            <w:pPr>
              <w:spacing w:after="15" w:line="245" w:lineRule="auto"/>
            </w:pPr>
            <w:r>
              <w:rPr>
                <w:color w:val="D95BC6"/>
                <w:sz w:val="13"/>
              </w:rPr>
              <w:t>Dokaz: fotografija konstrukcije črke G, opazovalni zapis smeri potez in datirana.</w:t>
            </w:r>
          </w:p>
          <w:p w14:paraId="3491C858" w14:textId="77777777" w:rsidR="00187E2C" w:rsidRDefault="00000000">
            <w:pPr>
              <w:spacing w:after="4" w:line="245" w:lineRule="auto"/>
            </w:pPr>
            <w:r>
              <w:rPr>
                <w:b/>
                <w:color w:val="000000"/>
                <w:sz w:val="15"/>
              </w:rPr>
              <w:t>6. URA – Berem in uporabim črko G</w:t>
            </w:r>
          </w:p>
          <w:p w14:paraId="57BF9A6E" w14:textId="77777777" w:rsidR="00187E2C" w:rsidRDefault="00000000">
            <w:pPr>
              <w:spacing w:after="7" w:line="245" w:lineRule="auto"/>
            </w:pPr>
            <w:r>
              <w:rPr>
                <w:color w:val="000000"/>
                <w:sz w:val="14"/>
              </w:rPr>
              <w:t>Sestavlja, premešča in bere GA • GI • GO • GE ter GORA • NOGA • MIGA • GUMA.</w:t>
            </w:r>
          </w:p>
          <w:p w14:paraId="6C944C38" w14:textId="77777777" w:rsidR="00187E2C" w:rsidRDefault="00000000">
            <w:pPr>
              <w:spacing w:after="15" w:line="245" w:lineRule="auto"/>
            </w:pPr>
            <w:r>
              <w:rPr>
                <w:color w:val="D95BC6"/>
                <w:sz w:val="13"/>
              </w:rPr>
              <w:t>Dokaz: izpolnjen Bralni list 24, individualni bralni zapis.</w:t>
            </w:r>
          </w:p>
        </w:tc>
      </w:tr>
    </w:tbl>
    <w:p w14:paraId="0C70AD7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490B57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BB2670"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BE74B8" w14:textId="77777777" w:rsidR="00187E2C" w:rsidRDefault="00000000">
            <w:pPr>
              <w:jc w:val="center"/>
            </w:pPr>
            <w:r>
              <w:rPr>
                <w:b/>
                <w:color w:val="000000"/>
                <w:sz w:val="20"/>
              </w:rPr>
              <w:t>UČNE DEJAVNOSTI, METODE IN FORMATIVNO SPREMLJANJE</w:t>
            </w:r>
          </w:p>
        </w:tc>
      </w:tr>
      <w:tr w:rsidR="00187E2C" w14:paraId="67068926" w14:textId="77777777">
        <w:trPr>
          <w:tblHeader/>
          <w:jc w:val="center"/>
        </w:trPr>
        <w:tc>
          <w:tcPr>
            <w:tcW w:w="4422" w:type="dxa"/>
            <w:vMerge/>
            <w:tcMar>
              <w:top w:w="70" w:type="dxa"/>
              <w:left w:w="90" w:type="dxa"/>
              <w:bottom w:w="70" w:type="dxa"/>
              <w:right w:w="90" w:type="dxa"/>
            </w:tcMar>
            <w:vAlign w:val="center"/>
          </w:tcPr>
          <w:p w14:paraId="4E8EBBE5" w14:textId="77777777" w:rsidR="00187E2C" w:rsidRDefault="00187E2C"/>
        </w:tc>
        <w:tc>
          <w:tcPr>
            <w:tcW w:w="7087" w:type="dxa"/>
            <w:shd w:val="clear" w:color="auto" w:fill="FFFFFF"/>
            <w:tcMar>
              <w:top w:w="70" w:type="dxa"/>
              <w:left w:w="90" w:type="dxa"/>
              <w:bottom w:w="70" w:type="dxa"/>
              <w:right w:w="90" w:type="dxa"/>
            </w:tcMar>
            <w:vAlign w:val="center"/>
          </w:tcPr>
          <w:p w14:paraId="54CB3155"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2306E5C" w14:textId="77777777" w:rsidR="00187E2C" w:rsidRDefault="00000000">
            <w:pPr>
              <w:jc w:val="center"/>
            </w:pPr>
            <w:r>
              <w:rPr>
                <w:b/>
                <w:color w:val="000000"/>
              </w:rPr>
              <w:t>UČENEC</w:t>
            </w:r>
          </w:p>
        </w:tc>
      </w:tr>
      <w:tr w:rsidR="00187E2C" w14:paraId="10CCD348" w14:textId="77777777">
        <w:trPr>
          <w:jc w:val="center"/>
        </w:trPr>
        <w:tc>
          <w:tcPr>
            <w:tcW w:w="4422" w:type="dxa"/>
            <w:tcMar>
              <w:top w:w="70" w:type="dxa"/>
              <w:left w:w="90" w:type="dxa"/>
              <w:bottom w:w="70" w:type="dxa"/>
              <w:right w:w="90" w:type="dxa"/>
            </w:tcMar>
          </w:tcPr>
          <w:p w14:paraId="00C86CD2" w14:textId="77777777" w:rsidR="00187E2C" w:rsidRDefault="00187E2C"/>
          <w:p w14:paraId="24036AFD" w14:textId="77777777" w:rsidR="00187E2C" w:rsidRDefault="00000000">
            <w:pPr>
              <w:spacing w:after="40" w:line="245" w:lineRule="auto"/>
            </w:pPr>
            <w:r>
              <w:rPr>
                <w:b/>
                <w:color w:val="000000"/>
              </w:rPr>
              <w:t>FORMATIVNO SPREMLJANJE</w:t>
            </w:r>
          </w:p>
          <w:p w14:paraId="322C3651"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652C8E90"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966174B"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5C988CD5"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635FB97E" w14:textId="77777777" w:rsidR="00187E2C" w:rsidRDefault="00000000">
            <w:pPr>
              <w:spacing w:before="40" w:after="20" w:line="245" w:lineRule="auto"/>
            </w:pPr>
            <w:r>
              <w:rPr>
                <w:b/>
                <w:color w:val="000000"/>
                <w:sz w:val="17"/>
              </w:rPr>
              <w:t>VARNOST IN ODGOVORNOST</w:t>
            </w:r>
          </w:p>
          <w:p w14:paraId="6A5C091D"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67D67E6A" w14:textId="77777777" w:rsidR="00187E2C" w:rsidRDefault="00000000">
            <w:pPr>
              <w:spacing w:after="20" w:line="245" w:lineRule="auto"/>
            </w:pPr>
            <w:r>
              <w:rPr>
                <w:b/>
                <w:color w:val="000000"/>
                <w:sz w:val="17"/>
              </w:rPr>
              <w:t>EVIDENCA PO IZVEDBI</w:t>
            </w:r>
          </w:p>
          <w:p w14:paraId="2ABCA364"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21D508F9"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B8278C2" w14:textId="77777777">
              <w:trPr>
                <w:jc w:val="center"/>
              </w:trPr>
              <w:tc>
                <w:tcPr>
                  <w:tcW w:w="7087" w:type="dxa"/>
                  <w:shd w:val="clear" w:color="auto" w:fill="EDC9EA"/>
                  <w:tcMar>
                    <w:top w:w="45" w:type="dxa"/>
                    <w:left w:w="70" w:type="dxa"/>
                    <w:bottom w:w="45" w:type="dxa"/>
                    <w:right w:w="70" w:type="dxa"/>
                  </w:tcMar>
                </w:tcPr>
                <w:p w14:paraId="04C6038A" w14:textId="77777777" w:rsidR="00187E2C" w:rsidRDefault="00000000">
                  <w:pPr>
                    <w:keepNext/>
                  </w:pPr>
                  <w:r>
                    <w:rPr>
                      <w:b/>
                      <w:color w:val="000000"/>
                    </w:rPr>
                    <w:t>VPRAŠANJA V PODPORO JEZIKOVNEMU, BRALNEMU IN KNJIŽEVNEMU UČENJU</w:t>
                  </w:r>
                </w:p>
              </w:tc>
            </w:tr>
          </w:tbl>
          <w:p w14:paraId="175F8A16" w14:textId="77777777" w:rsidR="00187E2C" w:rsidRDefault="00187E2C">
            <w:pPr>
              <w:spacing w:line="20" w:lineRule="exact"/>
            </w:pPr>
          </w:p>
          <w:p w14:paraId="47413F24" w14:textId="77777777" w:rsidR="00187E2C" w:rsidRDefault="00000000">
            <w:pPr>
              <w:pStyle w:val="Oznaenseznam"/>
              <w:spacing w:after="16"/>
            </w:pPr>
            <w:r>
              <w:rPr>
                <w:color w:val="000000"/>
                <w:sz w:val="16"/>
              </w:rPr>
              <w:t>Kaj ti je naslovnica, slika, predmet, zvok ali gib pomagal razumeti?</w:t>
            </w:r>
          </w:p>
          <w:p w14:paraId="2D20170E" w14:textId="77777777" w:rsidR="00187E2C" w:rsidRDefault="00000000">
            <w:pPr>
              <w:pStyle w:val="Oznaenseznam"/>
              <w:spacing w:after="16"/>
            </w:pPr>
            <w:r>
              <w:rPr>
                <w:color w:val="000000"/>
                <w:sz w:val="16"/>
              </w:rPr>
              <w:t>Kako si našel/-la glas, črko, zlog, besedo ali bistveni podatek?</w:t>
            </w:r>
          </w:p>
          <w:p w14:paraId="432138CC" w14:textId="77777777" w:rsidR="00187E2C" w:rsidRDefault="00000000">
            <w:pPr>
              <w:pStyle w:val="Oznaenseznam"/>
              <w:spacing w:after="16"/>
            </w:pPr>
            <w:r>
              <w:rPr>
                <w:color w:val="000000"/>
                <w:sz w:val="16"/>
              </w:rPr>
              <w:t>Kako veš, da tvoja pripoved, branje ali zapis dosega dogovorjeni kriterij?</w:t>
            </w:r>
          </w:p>
          <w:p w14:paraId="6C8CB33D" w14:textId="77777777" w:rsidR="00187E2C" w:rsidRDefault="00000000">
            <w:pPr>
              <w:pStyle w:val="Oznaenseznam"/>
              <w:spacing w:after="16"/>
            </w:pPr>
            <w:r>
              <w:rPr>
                <w:color w:val="000000"/>
                <w:sz w:val="16"/>
              </w:rPr>
              <w:t>Ali lahko svoje razumevanje pokažeš še z drugim načinom – govorom, gibanjem, risbo, branjem ali zapisom?</w:t>
            </w:r>
          </w:p>
          <w:p w14:paraId="6CC50FC9"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73D4EA12" w14:textId="77777777">
              <w:trPr>
                <w:jc w:val="center"/>
              </w:trPr>
              <w:tc>
                <w:tcPr>
                  <w:tcW w:w="7087" w:type="dxa"/>
                  <w:shd w:val="clear" w:color="auto" w:fill="C6E7F3"/>
                  <w:tcMar>
                    <w:top w:w="45" w:type="dxa"/>
                    <w:left w:w="70" w:type="dxa"/>
                    <w:bottom w:w="45" w:type="dxa"/>
                    <w:right w:w="70" w:type="dxa"/>
                  </w:tcMar>
                </w:tcPr>
                <w:p w14:paraId="5EFB901F" w14:textId="77777777" w:rsidR="00187E2C" w:rsidRDefault="00000000">
                  <w:pPr>
                    <w:keepNext/>
                  </w:pPr>
                  <w:r>
                    <w:rPr>
                      <w:b/>
                      <w:color w:val="000000"/>
                    </w:rPr>
                    <w:t>ZAKLJUČNI DEL – UTRJEVANJE, BRALNI ODZIV IN REFLEKSIJA (10–15 min)</w:t>
                  </w:r>
                </w:p>
              </w:tc>
            </w:tr>
          </w:tbl>
          <w:p w14:paraId="4A24BB8F" w14:textId="77777777" w:rsidR="00187E2C" w:rsidRDefault="00187E2C">
            <w:pPr>
              <w:spacing w:line="20" w:lineRule="exact"/>
            </w:pPr>
          </w:p>
          <w:p w14:paraId="7E3C4313"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5F6089B1" w14:textId="77777777">
              <w:trPr>
                <w:jc w:val="center"/>
              </w:trPr>
              <w:tc>
                <w:tcPr>
                  <w:tcW w:w="7087" w:type="dxa"/>
                  <w:shd w:val="clear" w:color="auto" w:fill="EDC9EA"/>
                  <w:tcMar>
                    <w:top w:w="45" w:type="dxa"/>
                    <w:left w:w="70" w:type="dxa"/>
                    <w:bottom w:w="45" w:type="dxa"/>
                    <w:right w:w="70" w:type="dxa"/>
                  </w:tcMar>
                </w:tcPr>
                <w:p w14:paraId="68E61FD8" w14:textId="77777777" w:rsidR="00187E2C" w:rsidRDefault="00000000">
                  <w:pPr>
                    <w:keepNext/>
                  </w:pPr>
                  <w:r>
                    <w:rPr>
                      <w:b/>
                      <w:color w:val="000000"/>
                    </w:rPr>
                    <w:t>SAMOVREDNOTENJE</w:t>
                  </w:r>
                </w:p>
              </w:tc>
            </w:tr>
          </w:tbl>
          <w:p w14:paraId="158F3E8B" w14:textId="77777777" w:rsidR="00187E2C" w:rsidRDefault="00187E2C">
            <w:pPr>
              <w:spacing w:line="20" w:lineRule="exact"/>
            </w:pPr>
          </w:p>
          <w:p w14:paraId="335F1BE9"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41B74A0B" w14:textId="77777777">
              <w:trPr>
                <w:jc w:val="center"/>
              </w:trPr>
              <w:tc>
                <w:tcPr>
                  <w:tcW w:w="7087" w:type="dxa"/>
                  <w:shd w:val="clear" w:color="auto" w:fill="EDC9EA"/>
                  <w:tcMar>
                    <w:top w:w="45" w:type="dxa"/>
                    <w:left w:w="70" w:type="dxa"/>
                    <w:bottom w:w="45" w:type="dxa"/>
                    <w:right w:w="70" w:type="dxa"/>
                  </w:tcMar>
                </w:tcPr>
                <w:p w14:paraId="62BE8313" w14:textId="77777777" w:rsidR="00187E2C" w:rsidRDefault="00000000">
                  <w:pPr>
                    <w:keepNext/>
                  </w:pPr>
                  <w:r>
                    <w:rPr>
                      <w:b/>
                      <w:color w:val="000000"/>
                    </w:rPr>
                    <w:t>VRSTNIŠKO VREDNOTENJE</w:t>
                  </w:r>
                </w:p>
              </w:tc>
            </w:tr>
          </w:tbl>
          <w:p w14:paraId="2FA04F2E" w14:textId="77777777" w:rsidR="00187E2C" w:rsidRDefault="00187E2C">
            <w:pPr>
              <w:spacing w:line="20" w:lineRule="exact"/>
            </w:pPr>
          </w:p>
          <w:p w14:paraId="340A609E"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06E6524B" w14:textId="77777777">
              <w:trPr>
                <w:jc w:val="center"/>
              </w:trPr>
              <w:tc>
                <w:tcPr>
                  <w:tcW w:w="7087" w:type="dxa"/>
                  <w:shd w:val="clear" w:color="auto" w:fill="EDC9EA"/>
                  <w:tcMar>
                    <w:top w:w="45" w:type="dxa"/>
                    <w:left w:w="70" w:type="dxa"/>
                    <w:bottom w:w="45" w:type="dxa"/>
                    <w:right w:w="70" w:type="dxa"/>
                  </w:tcMar>
                </w:tcPr>
                <w:p w14:paraId="0D295D20" w14:textId="77777777" w:rsidR="00187E2C" w:rsidRDefault="00000000">
                  <w:pPr>
                    <w:keepNext/>
                  </w:pPr>
                  <w:r>
                    <w:rPr>
                      <w:b/>
                      <w:color w:val="000000"/>
                    </w:rPr>
                    <w:t>SKUPNI POVZETEK</w:t>
                  </w:r>
                </w:p>
              </w:tc>
            </w:tr>
          </w:tbl>
          <w:p w14:paraId="4CEFCD87" w14:textId="77777777" w:rsidR="00187E2C" w:rsidRDefault="00187E2C"/>
          <w:p w14:paraId="26AC9C6C" w14:textId="77777777" w:rsidR="00187E2C" w:rsidRDefault="00000000">
            <w:pPr>
              <w:spacing w:before="20" w:after="40" w:line="245" w:lineRule="auto"/>
            </w:pPr>
            <w:r>
              <w:rPr>
                <w:b/>
                <w:color w:val="000000"/>
                <w:sz w:val="16"/>
              </w:rPr>
              <w:t>Prepoznam glas /g/ in črko G,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46F98FAF" w14:textId="77777777" w:rsidR="00187E2C" w:rsidRDefault="00187E2C"/>
          <w:p w14:paraId="6F0A0C1B" w14:textId="77777777" w:rsidR="00187E2C" w:rsidRDefault="00000000">
            <w:pPr>
              <w:spacing w:after="100" w:line="245" w:lineRule="auto"/>
            </w:pPr>
            <w:r>
              <w:rPr>
                <w:color w:val="000000"/>
                <w:sz w:val="16"/>
              </w:rPr>
              <w:t>Odgovarja na podporna vprašanja ter se sklicuje na poslušano besedilo, sliko, govor, bralni list ali zapis.</w:t>
            </w:r>
          </w:p>
          <w:p w14:paraId="6F7F5859" w14:textId="77777777" w:rsidR="00187E2C" w:rsidRDefault="00000000">
            <w:pPr>
              <w:spacing w:after="100" w:line="245" w:lineRule="auto"/>
            </w:pPr>
            <w:r>
              <w:rPr>
                <w:color w:val="000000"/>
                <w:sz w:val="16"/>
              </w:rPr>
              <w:t>Primerja začetni odziv z novim dokazom in pojasni, kaj se je naučil/-a.</w:t>
            </w:r>
          </w:p>
          <w:p w14:paraId="036D47F2" w14:textId="77777777" w:rsidR="00187E2C" w:rsidRDefault="00000000">
            <w:pPr>
              <w:spacing w:after="100" w:line="245" w:lineRule="auto"/>
            </w:pPr>
            <w:r>
              <w:rPr>
                <w:color w:val="000000"/>
                <w:sz w:val="16"/>
              </w:rPr>
              <w:t>Izbere raven samostojnosti in določi naslednji korak.</w:t>
            </w:r>
          </w:p>
          <w:p w14:paraId="126DBAE6" w14:textId="77777777" w:rsidR="00187E2C" w:rsidRDefault="00000000">
            <w:pPr>
              <w:spacing w:after="100" w:line="245" w:lineRule="auto"/>
            </w:pPr>
            <w:r>
              <w:rPr>
                <w:color w:val="000000"/>
                <w:sz w:val="16"/>
              </w:rPr>
              <w:t>Sošolcu poda prijazen in konkreten odziv, vezan na kriterij.</w:t>
            </w:r>
          </w:p>
          <w:p w14:paraId="16A7D4EF" w14:textId="77777777" w:rsidR="00187E2C" w:rsidRDefault="00000000">
            <w:pPr>
              <w:spacing w:after="20" w:line="245" w:lineRule="auto"/>
            </w:pPr>
            <w:r>
              <w:rPr>
                <w:b/>
                <w:color w:val="D95BC6"/>
                <w:sz w:val="17"/>
              </w:rPr>
              <w:t>DOKAZ O UČENJU</w:t>
            </w:r>
          </w:p>
          <w:p w14:paraId="3FA0A453"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1CD21D7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40553491" w14:textId="77777777">
        <w:trPr>
          <w:cantSplit/>
          <w:jc w:val="center"/>
        </w:trPr>
        <w:tc>
          <w:tcPr>
            <w:tcW w:w="14060" w:type="dxa"/>
            <w:gridSpan w:val="6"/>
            <w:tcMar>
              <w:top w:w="70" w:type="dxa"/>
              <w:left w:w="90" w:type="dxa"/>
              <w:bottom w:w="70" w:type="dxa"/>
              <w:right w:w="90" w:type="dxa"/>
            </w:tcMar>
            <w:vAlign w:val="center"/>
          </w:tcPr>
          <w:p w14:paraId="43C038F0" w14:textId="77777777" w:rsidR="00187E2C" w:rsidRDefault="00000000">
            <w:pPr>
              <w:jc w:val="center"/>
            </w:pPr>
            <w:r>
              <w:rPr>
                <w:b/>
                <w:color w:val="000000"/>
                <w:sz w:val="24"/>
              </w:rPr>
              <w:lastRenderedPageBreak/>
              <w:t>UČNA PRIPRAVA 25/39</w:t>
            </w:r>
          </w:p>
        </w:tc>
      </w:tr>
      <w:tr w:rsidR="00187E2C" w14:paraId="3283BA24" w14:textId="77777777">
        <w:trPr>
          <w:jc w:val="center"/>
        </w:trPr>
        <w:tc>
          <w:tcPr>
            <w:tcW w:w="2665" w:type="dxa"/>
            <w:tcMar>
              <w:top w:w="70" w:type="dxa"/>
              <w:left w:w="90" w:type="dxa"/>
              <w:bottom w:w="70" w:type="dxa"/>
              <w:right w:w="90" w:type="dxa"/>
            </w:tcMar>
            <w:vAlign w:val="center"/>
          </w:tcPr>
          <w:p w14:paraId="1FCE6F4D"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D90A188"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091BFF7"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27E2D3D" w14:textId="77777777" w:rsidR="00187E2C" w:rsidRDefault="00000000">
            <w:r>
              <w:rPr>
                <w:b/>
                <w:color w:val="000000"/>
                <w:sz w:val="16"/>
              </w:rPr>
              <w:t xml:space="preserve">NAČRTOVANI TERMIN: </w:t>
            </w:r>
            <w:r>
              <w:rPr>
                <w:color w:val="000000"/>
                <w:sz w:val="16"/>
              </w:rPr>
              <w:t>25. teden • 8.–12. 3. 2027</w:t>
            </w:r>
          </w:p>
        </w:tc>
        <w:tc>
          <w:tcPr>
            <w:tcW w:w="2268" w:type="dxa"/>
            <w:tcMar>
              <w:top w:w="70" w:type="dxa"/>
              <w:left w:w="90" w:type="dxa"/>
              <w:bottom w:w="70" w:type="dxa"/>
              <w:right w:w="90" w:type="dxa"/>
            </w:tcMar>
            <w:vAlign w:val="center"/>
          </w:tcPr>
          <w:p w14:paraId="2D9A5414"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49851B8" w14:textId="77777777" w:rsidR="00187E2C" w:rsidRDefault="00000000">
            <w:r>
              <w:rPr>
                <w:b/>
                <w:color w:val="000000"/>
                <w:sz w:val="16"/>
              </w:rPr>
              <w:t xml:space="preserve">ŠTEVILO UR: </w:t>
            </w:r>
            <w:r>
              <w:rPr>
                <w:color w:val="000000"/>
                <w:sz w:val="16"/>
              </w:rPr>
              <w:t>6</w:t>
            </w:r>
          </w:p>
        </w:tc>
      </w:tr>
      <w:tr w:rsidR="00187E2C" w14:paraId="51D5864E" w14:textId="77777777">
        <w:trPr>
          <w:jc w:val="center"/>
        </w:trPr>
        <w:tc>
          <w:tcPr>
            <w:tcW w:w="14061" w:type="dxa"/>
            <w:gridSpan w:val="6"/>
            <w:tcMar>
              <w:top w:w="70" w:type="dxa"/>
              <w:left w:w="90" w:type="dxa"/>
              <w:bottom w:w="70" w:type="dxa"/>
              <w:right w:w="90" w:type="dxa"/>
            </w:tcMar>
            <w:vAlign w:val="center"/>
          </w:tcPr>
          <w:p w14:paraId="0288B6B2"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4C8170B4" w14:textId="77777777">
        <w:trPr>
          <w:cantSplit/>
          <w:jc w:val="center"/>
        </w:trPr>
        <w:tc>
          <w:tcPr>
            <w:tcW w:w="14060" w:type="dxa"/>
            <w:gridSpan w:val="6"/>
            <w:tcMar>
              <w:top w:w="70" w:type="dxa"/>
              <w:left w:w="90" w:type="dxa"/>
              <w:bottom w:w="70" w:type="dxa"/>
              <w:right w:w="90" w:type="dxa"/>
            </w:tcMar>
            <w:vAlign w:val="center"/>
          </w:tcPr>
          <w:p w14:paraId="078E4EA9" w14:textId="77777777" w:rsidR="00187E2C" w:rsidRDefault="00187E2C"/>
          <w:p w14:paraId="796C5839" w14:textId="77777777" w:rsidR="00187E2C" w:rsidRDefault="00000000">
            <w:pPr>
              <w:spacing w:line="245" w:lineRule="auto"/>
            </w:pPr>
            <w:r>
              <w:rPr>
                <w:b/>
                <w:color w:val="000000"/>
                <w:sz w:val="16"/>
              </w:rPr>
              <w:t xml:space="preserve">UČNI SKLOP: </w:t>
            </w:r>
            <w:r>
              <w:rPr>
                <w:color w:val="000000"/>
                <w:sz w:val="16"/>
              </w:rPr>
              <w:t>ŽIVIM ZDRAVO – JAZ IN DOBRO POČUTJE</w:t>
            </w:r>
          </w:p>
        </w:tc>
      </w:tr>
      <w:tr w:rsidR="00187E2C" w14:paraId="3395B0E1" w14:textId="77777777">
        <w:trPr>
          <w:cantSplit/>
          <w:jc w:val="center"/>
        </w:trPr>
        <w:tc>
          <w:tcPr>
            <w:tcW w:w="14060" w:type="dxa"/>
            <w:gridSpan w:val="6"/>
            <w:tcMar>
              <w:top w:w="70" w:type="dxa"/>
              <w:left w:w="90" w:type="dxa"/>
              <w:bottom w:w="70" w:type="dxa"/>
              <w:right w:w="90" w:type="dxa"/>
            </w:tcMar>
            <w:vAlign w:val="center"/>
          </w:tcPr>
          <w:p w14:paraId="1CCD75BF" w14:textId="77777777" w:rsidR="00187E2C" w:rsidRDefault="00187E2C"/>
          <w:p w14:paraId="112AD763" w14:textId="77777777" w:rsidR="00187E2C" w:rsidRDefault="00000000">
            <w:pPr>
              <w:spacing w:line="245" w:lineRule="auto"/>
            </w:pPr>
            <w:r>
              <w:rPr>
                <w:b/>
                <w:color w:val="000000"/>
                <w:sz w:val="16"/>
              </w:rPr>
              <w:t xml:space="preserve">UČNA TEMA: </w:t>
            </w:r>
            <w:r>
              <w:rPr>
                <w:color w:val="000000"/>
                <w:sz w:val="16"/>
              </w:rPr>
              <w:t>NAVODILO IN NASVET • VELIKA TISKANA ČRKA Č</w:t>
            </w:r>
          </w:p>
        </w:tc>
      </w:tr>
      <w:tr w:rsidR="00187E2C" w14:paraId="3930BB78" w14:textId="77777777">
        <w:trPr>
          <w:cantSplit/>
          <w:jc w:val="center"/>
        </w:trPr>
        <w:tc>
          <w:tcPr>
            <w:tcW w:w="14060" w:type="dxa"/>
            <w:gridSpan w:val="6"/>
            <w:tcMar>
              <w:top w:w="70" w:type="dxa"/>
              <w:left w:w="90" w:type="dxa"/>
              <w:bottom w:w="70" w:type="dxa"/>
              <w:right w:w="90" w:type="dxa"/>
            </w:tcMar>
            <w:vAlign w:val="center"/>
          </w:tcPr>
          <w:p w14:paraId="10AF7F42" w14:textId="77777777" w:rsidR="00187E2C" w:rsidRDefault="00187E2C"/>
          <w:p w14:paraId="37B1C073" w14:textId="77777777" w:rsidR="00187E2C" w:rsidRDefault="00000000">
            <w:pPr>
              <w:spacing w:line="245" w:lineRule="auto"/>
            </w:pPr>
            <w:r>
              <w:rPr>
                <w:b/>
                <w:color w:val="000000"/>
                <w:sz w:val="16"/>
              </w:rPr>
              <w:t xml:space="preserve">KNJIŽEVNO IZHODIŠČE IN MOTIV: </w:t>
            </w:r>
            <w:r>
              <w:rPr>
                <w:color w:val="000000"/>
                <w:sz w:val="16"/>
              </w:rPr>
              <w:t>»Mislice« – Feri Lainšček • čustva, misli, zdrave navade in notranji svet</w:t>
            </w:r>
          </w:p>
        </w:tc>
      </w:tr>
      <w:tr w:rsidR="00187E2C" w14:paraId="153580EC" w14:textId="77777777">
        <w:trPr>
          <w:cantSplit/>
          <w:jc w:val="center"/>
        </w:trPr>
        <w:tc>
          <w:tcPr>
            <w:tcW w:w="14060" w:type="dxa"/>
            <w:gridSpan w:val="6"/>
            <w:tcMar>
              <w:top w:w="70" w:type="dxa"/>
              <w:left w:w="90" w:type="dxa"/>
              <w:bottom w:w="70" w:type="dxa"/>
              <w:right w:w="90" w:type="dxa"/>
            </w:tcMar>
            <w:vAlign w:val="center"/>
          </w:tcPr>
          <w:p w14:paraId="1D94AD35" w14:textId="77777777" w:rsidR="00187E2C" w:rsidRDefault="00187E2C"/>
          <w:p w14:paraId="6BC59016" w14:textId="77777777" w:rsidR="00187E2C" w:rsidRDefault="00000000">
            <w:pPr>
              <w:spacing w:line="245" w:lineRule="auto"/>
            </w:pPr>
            <w:r>
              <w:rPr>
                <w:b/>
                <w:color w:val="000000"/>
                <w:sz w:val="16"/>
              </w:rPr>
              <w:t xml:space="preserve">BRALNI LIST / ČRKA: </w:t>
            </w:r>
            <w:r>
              <w:rPr>
                <w:color w:val="000000"/>
                <w:sz w:val="16"/>
              </w:rPr>
              <w:t>ČRKA Č • BRALNI LIST 25 – Berem črko Č in zloge ter besede: glas /č/ znane črke: A, E, I, O, U, N, M, T, J, V, R, S, L, K, P, D, B, G, Č; slišim glas; prepoznam črko; odprta ukrivljena poteza in strešica; berem in zapišem</w:t>
            </w:r>
          </w:p>
        </w:tc>
      </w:tr>
      <w:tr w:rsidR="00187E2C" w14:paraId="753AB8A8" w14:textId="77777777">
        <w:trPr>
          <w:cantSplit/>
          <w:jc w:val="center"/>
        </w:trPr>
        <w:tc>
          <w:tcPr>
            <w:tcW w:w="14060" w:type="dxa"/>
            <w:gridSpan w:val="6"/>
            <w:tcMar>
              <w:top w:w="70" w:type="dxa"/>
              <w:left w:w="90" w:type="dxa"/>
              <w:bottom w:w="70" w:type="dxa"/>
              <w:right w:w="90" w:type="dxa"/>
            </w:tcMar>
            <w:vAlign w:val="center"/>
          </w:tcPr>
          <w:p w14:paraId="409FAAFC" w14:textId="77777777" w:rsidR="00187E2C" w:rsidRDefault="00187E2C"/>
          <w:p w14:paraId="486F69CD" w14:textId="77777777" w:rsidR="00187E2C" w:rsidRDefault="00000000">
            <w:pPr>
              <w:spacing w:line="245" w:lineRule="auto"/>
            </w:pPr>
            <w:r>
              <w:rPr>
                <w:b/>
                <w:color w:val="000000"/>
                <w:sz w:val="16"/>
              </w:rPr>
              <w:t xml:space="preserve">UČNE ENOTE: </w:t>
            </w:r>
            <w:r>
              <w:rPr>
                <w:color w:val="000000"/>
                <w:sz w:val="16"/>
              </w:rPr>
              <w:t>1. ura – Navodilo in nasvet – Poslušam in doživljam • 2. ura – Navodilo in nasvet – Govorim in pojasnjujem • 3. ura – Navodilo in nasvet – Razčlenjujem jezik • 4. ura – SLIŠIM GLAS /č/ IN ODKRIVAM ČRKO Č • 5. ura – Oblikujem in pišem črko Č • 6. ura – Berem in uporabim črko Č</w:t>
            </w:r>
          </w:p>
        </w:tc>
      </w:tr>
      <w:tr w:rsidR="00187E2C" w14:paraId="11D6F3D1" w14:textId="77777777">
        <w:trPr>
          <w:cantSplit/>
          <w:jc w:val="center"/>
        </w:trPr>
        <w:tc>
          <w:tcPr>
            <w:tcW w:w="14060" w:type="dxa"/>
            <w:gridSpan w:val="6"/>
            <w:tcMar>
              <w:top w:w="70" w:type="dxa"/>
              <w:left w:w="90" w:type="dxa"/>
              <w:bottom w:w="70" w:type="dxa"/>
              <w:right w:w="90" w:type="dxa"/>
            </w:tcMar>
            <w:vAlign w:val="center"/>
          </w:tcPr>
          <w:p w14:paraId="68CB0768" w14:textId="77777777" w:rsidR="00187E2C" w:rsidRDefault="00187E2C"/>
          <w:p w14:paraId="4FE7FCB8"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78571D6" w14:textId="77777777">
        <w:trPr>
          <w:cantSplit/>
          <w:jc w:val="center"/>
        </w:trPr>
        <w:tc>
          <w:tcPr>
            <w:tcW w:w="14060" w:type="dxa"/>
            <w:gridSpan w:val="6"/>
            <w:tcMar>
              <w:top w:w="70" w:type="dxa"/>
              <w:left w:w="90" w:type="dxa"/>
              <w:bottom w:w="70" w:type="dxa"/>
              <w:right w:w="90" w:type="dxa"/>
            </w:tcMar>
            <w:vAlign w:val="center"/>
          </w:tcPr>
          <w:p w14:paraId="7E544BA6" w14:textId="77777777" w:rsidR="00187E2C" w:rsidRDefault="00187E2C"/>
          <w:p w14:paraId="02E71E63"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7DFB0F76" w14:textId="77777777">
        <w:trPr>
          <w:cantSplit/>
          <w:jc w:val="center"/>
        </w:trPr>
        <w:tc>
          <w:tcPr>
            <w:tcW w:w="14060" w:type="dxa"/>
            <w:gridSpan w:val="6"/>
            <w:tcMar>
              <w:top w:w="70" w:type="dxa"/>
              <w:left w:w="90" w:type="dxa"/>
              <w:bottom w:w="70" w:type="dxa"/>
              <w:right w:w="90" w:type="dxa"/>
            </w:tcMar>
            <w:vAlign w:val="center"/>
          </w:tcPr>
          <w:p w14:paraId="556D0F96" w14:textId="77777777" w:rsidR="00187E2C" w:rsidRDefault="00187E2C"/>
          <w:p w14:paraId="53FBCD2D"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039BCBF" w14:textId="77777777">
        <w:trPr>
          <w:cantSplit/>
          <w:jc w:val="center"/>
        </w:trPr>
        <w:tc>
          <w:tcPr>
            <w:tcW w:w="14060" w:type="dxa"/>
            <w:gridSpan w:val="6"/>
            <w:tcMar>
              <w:top w:w="70" w:type="dxa"/>
              <w:left w:w="90" w:type="dxa"/>
              <w:bottom w:w="70" w:type="dxa"/>
              <w:right w:w="90" w:type="dxa"/>
            </w:tcMar>
            <w:vAlign w:val="center"/>
          </w:tcPr>
          <w:p w14:paraId="238D1316" w14:textId="77777777" w:rsidR="00187E2C" w:rsidRDefault="00187E2C"/>
          <w:p w14:paraId="7621F826" w14:textId="77777777" w:rsidR="00187E2C" w:rsidRDefault="00000000">
            <w:pPr>
              <w:spacing w:line="245" w:lineRule="auto"/>
            </w:pPr>
            <w:r>
              <w:rPr>
                <w:b/>
                <w:color w:val="000000"/>
                <w:sz w:val="16"/>
              </w:rPr>
              <w:t xml:space="preserve">MEDPREDMETNE POVEZAVE: </w:t>
            </w:r>
            <w:r>
              <w:rPr>
                <w:color w:val="000000"/>
                <w:sz w:val="16"/>
              </w:rPr>
              <w:t>SPO – čustva, misli, zdrave navade in notranji svet; GUM – ritem, zvočnost in glas; LUM – ilustracija, črta in grafomotorika; ŠPO – gibalna pripoved, dramatizacija in postaje; MAT – smer, zaporedje in orientacija</w:t>
            </w:r>
          </w:p>
        </w:tc>
      </w:tr>
      <w:tr w:rsidR="00187E2C" w14:paraId="798F1D87" w14:textId="77777777">
        <w:trPr>
          <w:cantSplit/>
          <w:jc w:val="center"/>
        </w:trPr>
        <w:tc>
          <w:tcPr>
            <w:tcW w:w="14060" w:type="dxa"/>
            <w:gridSpan w:val="6"/>
            <w:tcMar>
              <w:top w:w="70" w:type="dxa"/>
              <w:left w:w="90" w:type="dxa"/>
              <w:bottom w:w="70" w:type="dxa"/>
              <w:right w:w="90" w:type="dxa"/>
            </w:tcMar>
            <w:vAlign w:val="center"/>
          </w:tcPr>
          <w:p w14:paraId="120AB771" w14:textId="77777777" w:rsidR="00187E2C" w:rsidRDefault="00187E2C"/>
          <w:p w14:paraId="402C2B8A" w14:textId="77777777" w:rsidR="00187E2C" w:rsidRDefault="00000000">
            <w:pPr>
              <w:spacing w:line="245" w:lineRule="auto"/>
            </w:pPr>
            <w:r>
              <w:rPr>
                <w:b/>
                <w:color w:val="000000"/>
                <w:sz w:val="16"/>
              </w:rPr>
              <w:t xml:space="preserve">UČNA SREDSTVA IN PRIPOMOČKI: </w:t>
            </w:r>
            <w:r>
              <w:rPr>
                <w:color w:val="000000"/>
                <w:sz w:val="16"/>
              </w:rPr>
              <w:t>ČRKA Č • BRALNI LIST 25, povečano besedilo oziroma kartice, slikanica ali odlomek, slikovno zaporedje, kartice besed in glasov, talne črke ali zlogi, ogledala, vrvice ali modelirna masa, mini tabla, zvezek oziroma jezikovna mapa</w:t>
            </w:r>
          </w:p>
        </w:tc>
      </w:tr>
      <w:tr w:rsidR="00187E2C" w14:paraId="38170CEB" w14:textId="77777777">
        <w:trPr>
          <w:cantSplit/>
          <w:jc w:val="center"/>
        </w:trPr>
        <w:tc>
          <w:tcPr>
            <w:tcW w:w="14060" w:type="dxa"/>
            <w:gridSpan w:val="6"/>
            <w:tcMar>
              <w:top w:w="70" w:type="dxa"/>
              <w:left w:w="90" w:type="dxa"/>
              <w:bottom w:w="70" w:type="dxa"/>
              <w:right w:w="90" w:type="dxa"/>
            </w:tcMar>
            <w:vAlign w:val="center"/>
          </w:tcPr>
          <w:p w14:paraId="026CC06E" w14:textId="77777777" w:rsidR="00187E2C" w:rsidRDefault="00187E2C"/>
          <w:p w14:paraId="211EDD28"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300F8F89" w14:textId="77777777">
        <w:trPr>
          <w:cantSplit/>
          <w:jc w:val="center"/>
        </w:trPr>
        <w:tc>
          <w:tcPr>
            <w:tcW w:w="14060" w:type="dxa"/>
            <w:gridSpan w:val="6"/>
            <w:tcMar>
              <w:top w:w="70" w:type="dxa"/>
              <w:left w:w="90" w:type="dxa"/>
              <w:bottom w:w="70" w:type="dxa"/>
              <w:right w:w="90" w:type="dxa"/>
            </w:tcMar>
            <w:vAlign w:val="center"/>
          </w:tcPr>
          <w:p w14:paraId="6757657E" w14:textId="77777777" w:rsidR="00187E2C" w:rsidRDefault="00187E2C"/>
          <w:p w14:paraId="1EDD6F9D"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0D0ECCA3" w14:textId="77777777">
        <w:trPr>
          <w:cantSplit/>
          <w:jc w:val="center"/>
        </w:trPr>
        <w:tc>
          <w:tcPr>
            <w:tcW w:w="14060" w:type="dxa"/>
            <w:gridSpan w:val="6"/>
            <w:tcMar>
              <w:top w:w="70" w:type="dxa"/>
              <w:left w:w="90" w:type="dxa"/>
              <w:bottom w:w="70" w:type="dxa"/>
              <w:right w:w="90" w:type="dxa"/>
            </w:tcMar>
            <w:vAlign w:val="center"/>
          </w:tcPr>
          <w:p w14:paraId="600248C5" w14:textId="77777777" w:rsidR="00187E2C" w:rsidRDefault="00187E2C"/>
          <w:p w14:paraId="52AE8AC7"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BCD429D"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F09731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C8139C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4918E35" w14:textId="77777777" w:rsidR="00187E2C" w:rsidRDefault="00000000">
            <w:pPr>
              <w:jc w:val="center"/>
            </w:pPr>
            <w:r>
              <w:rPr>
                <w:b/>
                <w:color w:val="000000"/>
                <w:sz w:val="20"/>
              </w:rPr>
              <w:t>UČNE DEJAVNOSTI, METODE IN FORMATIVNO SPREMLJANJE</w:t>
            </w:r>
          </w:p>
        </w:tc>
      </w:tr>
      <w:tr w:rsidR="00187E2C" w14:paraId="02D723DB" w14:textId="77777777">
        <w:trPr>
          <w:tblHeader/>
          <w:jc w:val="center"/>
        </w:trPr>
        <w:tc>
          <w:tcPr>
            <w:tcW w:w="4422" w:type="dxa"/>
            <w:vMerge/>
            <w:tcMar>
              <w:top w:w="70" w:type="dxa"/>
              <w:left w:w="90" w:type="dxa"/>
              <w:bottom w:w="70" w:type="dxa"/>
              <w:right w:w="90" w:type="dxa"/>
            </w:tcMar>
            <w:vAlign w:val="center"/>
          </w:tcPr>
          <w:p w14:paraId="6890885A" w14:textId="77777777" w:rsidR="00187E2C" w:rsidRDefault="00187E2C"/>
        </w:tc>
        <w:tc>
          <w:tcPr>
            <w:tcW w:w="7087" w:type="dxa"/>
            <w:shd w:val="clear" w:color="auto" w:fill="FFFFFF"/>
            <w:tcMar>
              <w:top w:w="70" w:type="dxa"/>
              <w:left w:w="90" w:type="dxa"/>
              <w:bottom w:w="70" w:type="dxa"/>
              <w:right w:w="90" w:type="dxa"/>
            </w:tcMar>
            <w:vAlign w:val="center"/>
          </w:tcPr>
          <w:p w14:paraId="0BCBC67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38A11BC" w14:textId="77777777" w:rsidR="00187E2C" w:rsidRDefault="00000000">
            <w:pPr>
              <w:jc w:val="center"/>
            </w:pPr>
            <w:r>
              <w:rPr>
                <w:b/>
                <w:color w:val="000000"/>
              </w:rPr>
              <w:t>UČENEC</w:t>
            </w:r>
          </w:p>
        </w:tc>
      </w:tr>
      <w:tr w:rsidR="00187E2C" w14:paraId="33168E04" w14:textId="77777777">
        <w:trPr>
          <w:jc w:val="center"/>
        </w:trPr>
        <w:tc>
          <w:tcPr>
            <w:tcW w:w="4422" w:type="dxa"/>
            <w:tcMar>
              <w:top w:w="70" w:type="dxa"/>
              <w:left w:w="90" w:type="dxa"/>
              <w:bottom w:w="70" w:type="dxa"/>
              <w:right w:w="90" w:type="dxa"/>
            </w:tcMar>
          </w:tcPr>
          <w:p w14:paraId="128731C6" w14:textId="77777777" w:rsidR="00187E2C" w:rsidRDefault="00187E2C"/>
          <w:p w14:paraId="678D28A9" w14:textId="77777777" w:rsidR="00187E2C" w:rsidRDefault="00000000">
            <w:pPr>
              <w:spacing w:after="60" w:line="245" w:lineRule="auto"/>
            </w:pPr>
            <w:r>
              <w:rPr>
                <w:b/>
                <w:color w:val="000000"/>
              </w:rPr>
              <w:t>UČNI CILJI</w:t>
            </w:r>
          </w:p>
          <w:p w14:paraId="2D5DC0ED" w14:textId="77777777" w:rsidR="00187E2C" w:rsidRDefault="00000000">
            <w:pPr>
              <w:spacing w:after="20" w:line="245" w:lineRule="auto"/>
            </w:pPr>
            <w:r>
              <w:rPr>
                <w:b/>
                <w:color w:val="000000"/>
                <w:sz w:val="17"/>
              </w:rPr>
              <w:t>SPLOŠNI</w:t>
            </w:r>
          </w:p>
          <w:p w14:paraId="00BEFC4C"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39E1ABED" w14:textId="77777777" w:rsidR="00187E2C" w:rsidRDefault="00000000">
            <w:pPr>
              <w:pStyle w:val="Oznaenseznam"/>
              <w:spacing w:after="16"/>
            </w:pPr>
            <w:r>
              <w:rPr>
                <w:color w:val="000000"/>
                <w:sz w:val="16"/>
              </w:rPr>
              <w:t>doživlja književno besedilo ter se nanj odziva z govorom, gibanjem, dramatizacijo, risbo ali zapisom</w:t>
            </w:r>
          </w:p>
          <w:p w14:paraId="218D8568" w14:textId="77777777" w:rsidR="00187E2C" w:rsidRDefault="00000000">
            <w:pPr>
              <w:pStyle w:val="Oznaenseznam"/>
              <w:spacing w:after="16"/>
            </w:pPr>
            <w:r>
              <w:rPr>
                <w:color w:val="000000"/>
                <w:sz w:val="16"/>
              </w:rPr>
              <w:t>razvija glasovno zavedanje, povezavo glas–črka in začetno branje ter pisanje po individualnem napredku</w:t>
            </w:r>
          </w:p>
          <w:p w14:paraId="4D43B1B6" w14:textId="77777777" w:rsidR="00187E2C" w:rsidRDefault="00000000">
            <w:pPr>
              <w:pStyle w:val="Oznaenseznam"/>
              <w:spacing w:after="16"/>
            </w:pPr>
            <w:r>
              <w:rPr>
                <w:color w:val="000000"/>
                <w:sz w:val="16"/>
              </w:rPr>
              <w:t>ob namenih in kriterijih spremlja svoje učenje ter uporabi opisno povratno informacijo</w:t>
            </w:r>
          </w:p>
          <w:p w14:paraId="39055F2C" w14:textId="77777777" w:rsidR="00187E2C" w:rsidRDefault="00000000">
            <w:pPr>
              <w:spacing w:before="40" w:after="20" w:line="245" w:lineRule="auto"/>
            </w:pPr>
            <w:r>
              <w:rPr>
                <w:b/>
                <w:color w:val="000000"/>
                <w:sz w:val="17"/>
              </w:rPr>
              <w:t>OPERATIVNI</w:t>
            </w:r>
          </w:p>
          <w:p w14:paraId="1E20DC79" w14:textId="77777777" w:rsidR="00187E2C" w:rsidRDefault="00000000">
            <w:pPr>
              <w:pStyle w:val="Oznaenseznam"/>
              <w:spacing w:after="16"/>
            </w:pPr>
            <w:r>
              <w:rPr>
                <w:color w:val="000000"/>
                <w:sz w:val="16"/>
              </w:rPr>
              <w:t>razume kratko navodilo</w:t>
            </w:r>
          </w:p>
          <w:p w14:paraId="6DB6DE5A" w14:textId="77777777" w:rsidR="00187E2C" w:rsidRDefault="00000000">
            <w:pPr>
              <w:pStyle w:val="Oznaenseznam"/>
              <w:spacing w:after="16"/>
            </w:pPr>
            <w:r>
              <w:rPr>
                <w:color w:val="000000"/>
                <w:sz w:val="16"/>
              </w:rPr>
              <w:t>tvori priporočilo</w:t>
            </w:r>
          </w:p>
          <w:p w14:paraId="1B7D1F14" w14:textId="77777777" w:rsidR="00187E2C" w:rsidRDefault="00000000">
            <w:pPr>
              <w:pStyle w:val="Oznaenseznam"/>
              <w:spacing w:after="16"/>
            </w:pPr>
            <w:r>
              <w:rPr>
                <w:color w:val="000000"/>
                <w:sz w:val="16"/>
              </w:rPr>
              <w:t>uporablja vljuden način sporazumevanja</w:t>
            </w:r>
          </w:p>
          <w:p w14:paraId="2A1E09D3" w14:textId="77777777" w:rsidR="00187E2C" w:rsidRDefault="00000000">
            <w:pPr>
              <w:pStyle w:val="Oznaenseznam"/>
              <w:spacing w:after="16"/>
            </w:pPr>
            <w:r>
              <w:rPr>
                <w:color w:val="000000"/>
                <w:sz w:val="16"/>
              </w:rPr>
              <w:t>prepozna in poimenuje veliko tiskano črko Č ter jo poveže z glasom /č/</w:t>
            </w:r>
          </w:p>
          <w:p w14:paraId="5D6BA909" w14:textId="77777777" w:rsidR="00187E2C" w:rsidRDefault="00000000">
            <w:pPr>
              <w:pStyle w:val="Oznaenseznam"/>
              <w:spacing w:after="16"/>
            </w:pPr>
            <w:r>
              <w:rPr>
                <w:color w:val="000000"/>
                <w:sz w:val="16"/>
              </w:rPr>
              <w:t>veččutno oblikuje in čitljivo zapiše veliko tiskano črko Č</w:t>
            </w:r>
          </w:p>
          <w:p w14:paraId="06409FC1" w14:textId="77777777" w:rsidR="00187E2C" w:rsidRDefault="00000000">
            <w:pPr>
              <w:pStyle w:val="Oznaenseznam"/>
              <w:spacing w:after="16"/>
            </w:pPr>
            <w:r>
              <w:rPr>
                <w:color w:val="000000"/>
                <w:sz w:val="16"/>
              </w:rPr>
              <w:t>bere in sestavlja zloge oziroma besede z znanimi črkami: ČAR • OČI • UČI • MAČKA</w:t>
            </w:r>
          </w:p>
          <w:p w14:paraId="783D6EA6" w14:textId="77777777" w:rsidR="00187E2C" w:rsidRDefault="00000000">
            <w:pPr>
              <w:spacing w:before="40" w:after="20" w:line="245" w:lineRule="auto"/>
            </w:pPr>
            <w:r>
              <w:rPr>
                <w:b/>
                <w:color w:val="000000"/>
                <w:sz w:val="17"/>
              </w:rPr>
              <w:t>PRIČAKOVANI DOSEŽKI / MINIMALNI POUDARKI</w:t>
            </w:r>
          </w:p>
          <w:p w14:paraId="67CAD7B4" w14:textId="77777777" w:rsidR="00187E2C" w:rsidRDefault="00000000">
            <w:pPr>
              <w:pStyle w:val="Oznaenseznam"/>
              <w:spacing w:after="16"/>
            </w:pPr>
            <w:r>
              <w:rPr>
                <w:color w:val="000000"/>
                <w:sz w:val="15"/>
              </w:rPr>
              <w:t>samostojno oziroma z dogovorjeno oporo razume kratko navodilo</w:t>
            </w:r>
          </w:p>
          <w:p w14:paraId="6BC208E7" w14:textId="77777777" w:rsidR="00187E2C" w:rsidRDefault="00000000">
            <w:pPr>
              <w:pStyle w:val="Oznaenseznam"/>
              <w:spacing w:after="16"/>
            </w:pPr>
            <w:r>
              <w:rPr>
                <w:color w:val="000000"/>
                <w:sz w:val="15"/>
              </w:rPr>
              <w:t>samostojno oziroma z dogovorjeno oporo tvori priporočilo</w:t>
            </w:r>
          </w:p>
          <w:p w14:paraId="0DDC7112" w14:textId="77777777" w:rsidR="00187E2C" w:rsidRDefault="00000000">
            <w:pPr>
              <w:pStyle w:val="Oznaenseznam"/>
              <w:spacing w:after="16"/>
            </w:pPr>
            <w:r>
              <w:rPr>
                <w:color w:val="000000"/>
                <w:sz w:val="15"/>
              </w:rPr>
              <w:t>samostojno oziroma z dogovorjeno oporo uporablja vljuden način sporazumevanja</w:t>
            </w:r>
          </w:p>
          <w:p w14:paraId="5CEA696C" w14:textId="77777777" w:rsidR="00187E2C" w:rsidRDefault="00000000">
            <w:pPr>
              <w:pStyle w:val="Oznaenseznam"/>
              <w:spacing w:after="16"/>
            </w:pPr>
            <w:r>
              <w:rPr>
                <w:color w:val="000000"/>
                <w:sz w:val="15"/>
              </w:rPr>
              <w:t>samostojno oziroma z dogovorjeno oporo prepozna in poimenuje veliko tiskano črko Č ter jo poveže z glasom /č/</w:t>
            </w:r>
          </w:p>
          <w:p w14:paraId="27DB42AE" w14:textId="77777777" w:rsidR="00187E2C" w:rsidRDefault="00000000">
            <w:pPr>
              <w:pStyle w:val="Oznaenseznam"/>
              <w:spacing w:after="16"/>
            </w:pPr>
            <w:r>
              <w:rPr>
                <w:color w:val="000000"/>
                <w:sz w:val="15"/>
              </w:rPr>
              <w:t>samostojno oziroma z dogovorjeno oporo veččutno oblikuje in čitljivo zapiše veliko tiskano črko Č</w:t>
            </w:r>
          </w:p>
        </w:tc>
        <w:tc>
          <w:tcPr>
            <w:tcW w:w="7087" w:type="dxa"/>
            <w:tcMar>
              <w:top w:w="70" w:type="dxa"/>
              <w:left w:w="90" w:type="dxa"/>
              <w:bottom w:w="70" w:type="dxa"/>
              <w:right w:w="90" w:type="dxa"/>
            </w:tcMar>
          </w:tcPr>
          <w:p w14:paraId="2199DD03"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21721BB" w14:textId="77777777">
              <w:trPr>
                <w:jc w:val="center"/>
              </w:trPr>
              <w:tc>
                <w:tcPr>
                  <w:tcW w:w="7087" w:type="dxa"/>
                  <w:shd w:val="clear" w:color="auto" w:fill="C6E7F3"/>
                  <w:tcMar>
                    <w:top w:w="45" w:type="dxa"/>
                    <w:left w:w="70" w:type="dxa"/>
                    <w:bottom w:w="45" w:type="dxa"/>
                    <w:right w:w="70" w:type="dxa"/>
                  </w:tcMar>
                </w:tcPr>
                <w:p w14:paraId="26C080BA" w14:textId="77777777" w:rsidR="00187E2C" w:rsidRDefault="00000000">
                  <w:pPr>
                    <w:keepNext/>
                  </w:pPr>
                  <w:r>
                    <w:rPr>
                      <w:b/>
                      <w:color w:val="000000"/>
                    </w:rPr>
                    <w:t>UVODNI DEL – motivacija, aktivacija predznanja in namen učenja (15–20 min)</w:t>
                  </w:r>
                </w:p>
              </w:tc>
            </w:tr>
          </w:tbl>
          <w:p w14:paraId="0C75EBB0" w14:textId="77777777" w:rsidR="00187E2C" w:rsidRDefault="00187E2C">
            <w:pPr>
              <w:spacing w:line="20" w:lineRule="exact"/>
            </w:pPr>
          </w:p>
          <w:p w14:paraId="22DF6FDE" w14:textId="77777777" w:rsidR="00187E2C" w:rsidRDefault="00000000">
            <w:pPr>
              <w:spacing w:before="40" w:after="60" w:line="245" w:lineRule="auto"/>
            </w:pPr>
            <w:r>
              <w:rPr>
                <w:color w:val="000000"/>
                <w:sz w:val="16"/>
              </w:rPr>
              <w:t>Učenci ob naslovnici, odlomku ali ilustraciji dela »Mislice« – Feri Lainšček doživljajsko vstopijo v motiv čustva, misli, zdrave navade in notranji svet. S kretnjo, predmetom, sliko, glasom ali kratko povedjo pokažejo predznanje in napoved. Izhodiščni odziv povežejo z dejavnostjo ČRKA Č • BRALNI LIST 25 – Berem črko Č in zloge ter besede.</w:t>
            </w:r>
          </w:p>
          <w:tbl>
            <w:tblPr>
              <w:tblStyle w:val="Tabelamrea"/>
              <w:tblW w:w="0" w:type="auto"/>
              <w:jc w:val="center"/>
              <w:tblLayout w:type="fixed"/>
              <w:tblLook w:val="04A0" w:firstRow="1" w:lastRow="0" w:firstColumn="1" w:lastColumn="0" w:noHBand="0" w:noVBand="1"/>
            </w:tblPr>
            <w:tblGrid>
              <w:gridCol w:w="7087"/>
            </w:tblGrid>
            <w:tr w:rsidR="00187E2C" w14:paraId="787993D1" w14:textId="77777777">
              <w:trPr>
                <w:jc w:val="center"/>
              </w:trPr>
              <w:tc>
                <w:tcPr>
                  <w:tcW w:w="7087" w:type="dxa"/>
                  <w:shd w:val="clear" w:color="auto" w:fill="EDC9EA"/>
                  <w:tcMar>
                    <w:top w:w="45" w:type="dxa"/>
                    <w:left w:w="70" w:type="dxa"/>
                    <w:bottom w:w="45" w:type="dxa"/>
                    <w:right w:w="70" w:type="dxa"/>
                  </w:tcMar>
                </w:tcPr>
                <w:p w14:paraId="70D36293" w14:textId="77777777" w:rsidR="00187E2C" w:rsidRDefault="00000000">
                  <w:pPr>
                    <w:keepNext/>
                  </w:pPr>
                  <w:r>
                    <w:rPr>
                      <w:b/>
                      <w:color w:val="000000"/>
                    </w:rPr>
                    <w:t>NAMENI UČENJA</w:t>
                  </w:r>
                </w:p>
              </w:tc>
            </w:tr>
          </w:tbl>
          <w:p w14:paraId="6B28A0D9" w14:textId="77777777" w:rsidR="00187E2C" w:rsidRDefault="00187E2C">
            <w:pPr>
              <w:spacing w:line="20" w:lineRule="exact"/>
            </w:pPr>
          </w:p>
          <w:p w14:paraId="10AFA2A4"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3CFF2028" w14:textId="77777777" w:rsidR="00187E2C" w:rsidRDefault="00000000">
            <w:pPr>
              <w:pStyle w:val="Oznaenseznam"/>
              <w:spacing w:after="16"/>
            </w:pPr>
            <w:r>
              <w:rPr>
                <w:color w:val="000000"/>
                <w:sz w:val="16"/>
              </w:rPr>
              <w:t>razumem kratko navodilo</w:t>
            </w:r>
          </w:p>
          <w:p w14:paraId="22816950" w14:textId="77777777" w:rsidR="00187E2C" w:rsidRDefault="00000000">
            <w:pPr>
              <w:pStyle w:val="Oznaenseznam"/>
              <w:spacing w:after="16"/>
            </w:pPr>
            <w:r>
              <w:rPr>
                <w:color w:val="000000"/>
                <w:sz w:val="16"/>
              </w:rPr>
              <w:t>tvorim priporočilo</w:t>
            </w:r>
          </w:p>
          <w:p w14:paraId="59B1E02D" w14:textId="77777777" w:rsidR="00187E2C" w:rsidRDefault="00000000">
            <w:pPr>
              <w:pStyle w:val="Oznaenseznam"/>
              <w:spacing w:after="16"/>
            </w:pPr>
            <w:r>
              <w:rPr>
                <w:color w:val="000000"/>
                <w:sz w:val="16"/>
              </w:rPr>
              <w:t>uporabljam vljuden način sporazumevanja</w:t>
            </w:r>
          </w:p>
          <w:p w14:paraId="17F20E71" w14:textId="77777777" w:rsidR="00187E2C" w:rsidRDefault="00000000">
            <w:pPr>
              <w:pStyle w:val="Oznaenseznam"/>
              <w:spacing w:after="16"/>
            </w:pPr>
            <w:r>
              <w:rPr>
                <w:color w:val="000000"/>
                <w:sz w:val="16"/>
              </w:rPr>
              <w:t>prepoznam in poimenujem veliko tiskano črko Č ter jo povežem z glasom /č/</w:t>
            </w:r>
          </w:p>
          <w:p w14:paraId="3C20D4B3" w14:textId="77777777" w:rsidR="00187E2C" w:rsidRDefault="00000000">
            <w:pPr>
              <w:pStyle w:val="Oznaenseznam"/>
              <w:spacing w:after="16"/>
            </w:pPr>
            <w:r>
              <w:rPr>
                <w:color w:val="000000"/>
                <w:sz w:val="16"/>
              </w:rPr>
              <w:t>veččutno oblikujem in čitljivo zapišem veliko tiskano črko Č</w:t>
            </w:r>
          </w:p>
          <w:p w14:paraId="528CB416" w14:textId="77777777" w:rsidR="00187E2C" w:rsidRDefault="00000000">
            <w:pPr>
              <w:pStyle w:val="Oznaenseznam"/>
              <w:spacing w:after="16"/>
            </w:pPr>
            <w:r>
              <w:rPr>
                <w:color w:val="000000"/>
                <w:sz w:val="16"/>
              </w:rPr>
              <w:t>berem in sestavlja zloge oziroma besede z znanimi črkami: ČAR • OČI • UČI • MAČKA</w:t>
            </w:r>
          </w:p>
          <w:tbl>
            <w:tblPr>
              <w:tblStyle w:val="Tabelamrea"/>
              <w:tblW w:w="0" w:type="auto"/>
              <w:jc w:val="center"/>
              <w:tblLayout w:type="fixed"/>
              <w:tblLook w:val="04A0" w:firstRow="1" w:lastRow="0" w:firstColumn="1" w:lastColumn="0" w:noHBand="0" w:noVBand="1"/>
            </w:tblPr>
            <w:tblGrid>
              <w:gridCol w:w="7087"/>
            </w:tblGrid>
            <w:tr w:rsidR="00187E2C" w14:paraId="56551A7A" w14:textId="77777777">
              <w:trPr>
                <w:jc w:val="center"/>
              </w:trPr>
              <w:tc>
                <w:tcPr>
                  <w:tcW w:w="7087" w:type="dxa"/>
                  <w:shd w:val="clear" w:color="auto" w:fill="EDC9EA"/>
                  <w:tcMar>
                    <w:top w:w="45" w:type="dxa"/>
                    <w:left w:w="70" w:type="dxa"/>
                    <w:bottom w:w="45" w:type="dxa"/>
                    <w:right w:w="70" w:type="dxa"/>
                  </w:tcMar>
                </w:tcPr>
                <w:p w14:paraId="7AE5A0C2" w14:textId="77777777" w:rsidR="00187E2C" w:rsidRDefault="00000000">
                  <w:pPr>
                    <w:keepNext/>
                  </w:pPr>
                  <w:r>
                    <w:rPr>
                      <w:b/>
                      <w:color w:val="000000"/>
                    </w:rPr>
                    <w:t>PREVERJANJE PREDZNANJA</w:t>
                  </w:r>
                </w:p>
              </w:tc>
            </w:tr>
          </w:tbl>
          <w:p w14:paraId="19E598A8" w14:textId="77777777" w:rsidR="00187E2C" w:rsidRDefault="00187E2C">
            <w:pPr>
              <w:spacing w:line="20" w:lineRule="exact"/>
            </w:pPr>
          </w:p>
          <w:p w14:paraId="181E32CF" w14:textId="77777777" w:rsidR="00187E2C" w:rsidRDefault="00000000">
            <w:pPr>
              <w:pStyle w:val="Oznaenseznam"/>
              <w:spacing w:after="16"/>
            </w:pPr>
            <w:r>
              <w:rPr>
                <w:color w:val="000000"/>
                <w:sz w:val="16"/>
              </w:rPr>
              <w:t>Kaj mi naslovnica, ilustracija ali naslov pove o motivu čustva, misli, zdrave navade in notranji svet?</w:t>
            </w:r>
          </w:p>
          <w:p w14:paraId="598FF781" w14:textId="77777777" w:rsidR="00187E2C" w:rsidRDefault="00000000">
            <w:pPr>
              <w:pStyle w:val="Oznaenseznam"/>
              <w:spacing w:after="16"/>
            </w:pPr>
            <w:r>
              <w:rPr>
                <w:color w:val="000000"/>
                <w:sz w:val="16"/>
              </w:rPr>
              <w:t>Kje v besedah slišim glas /č/ in po katerih potezah prepoznam črko Č?</w:t>
            </w:r>
          </w:p>
          <w:p w14:paraId="0316F492"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489E95B" w14:textId="77777777">
              <w:trPr>
                <w:jc w:val="center"/>
              </w:trPr>
              <w:tc>
                <w:tcPr>
                  <w:tcW w:w="7087" w:type="dxa"/>
                  <w:shd w:val="clear" w:color="auto" w:fill="EDC9EA"/>
                  <w:tcMar>
                    <w:top w:w="45" w:type="dxa"/>
                    <w:left w:w="70" w:type="dxa"/>
                    <w:bottom w:w="45" w:type="dxa"/>
                    <w:right w:w="70" w:type="dxa"/>
                  </w:tcMar>
                </w:tcPr>
                <w:p w14:paraId="22B13D50" w14:textId="77777777" w:rsidR="00187E2C" w:rsidRDefault="00000000">
                  <w:pPr>
                    <w:keepNext/>
                  </w:pPr>
                  <w:r>
                    <w:rPr>
                      <w:b/>
                      <w:color w:val="000000"/>
                    </w:rPr>
                    <w:t>KRITERIJI USPEŠNOSTI</w:t>
                  </w:r>
                </w:p>
              </w:tc>
            </w:tr>
          </w:tbl>
          <w:p w14:paraId="39C9F085" w14:textId="77777777" w:rsidR="00187E2C" w:rsidRDefault="00187E2C"/>
          <w:p w14:paraId="131CFB75" w14:textId="77777777" w:rsidR="00187E2C" w:rsidRDefault="00000000">
            <w:pPr>
              <w:spacing w:before="20" w:after="20" w:line="245" w:lineRule="auto"/>
            </w:pPr>
            <w:r>
              <w:rPr>
                <w:b/>
                <w:color w:val="000000"/>
                <w:sz w:val="16"/>
              </w:rPr>
              <w:t>Uspešen/-na bom, ko:</w:t>
            </w:r>
          </w:p>
          <w:p w14:paraId="59E76283" w14:textId="77777777" w:rsidR="00187E2C" w:rsidRDefault="00000000">
            <w:pPr>
              <w:pStyle w:val="Oznaenseznam"/>
              <w:spacing w:after="16"/>
            </w:pPr>
            <w:r>
              <w:rPr>
                <w:color w:val="000000"/>
                <w:sz w:val="16"/>
              </w:rPr>
              <w:t>razumem kratko navodilo</w:t>
            </w:r>
          </w:p>
          <w:p w14:paraId="1CBB1F79" w14:textId="77777777" w:rsidR="00187E2C" w:rsidRDefault="00000000">
            <w:pPr>
              <w:pStyle w:val="Oznaenseznam"/>
              <w:spacing w:after="16"/>
            </w:pPr>
            <w:r>
              <w:rPr>
                <w:color w:val="000000"/>
                <w:sz w:val="16"/>
              </w:rPr>
              <w:t>tvorim priporočilo</w:t>
            </w:r>
          </w:p>
          <w:p w14:paraId="51B31D4D" w14:textId="77777777" w:rsidR="00187E2C" w:rsidRDefault="00000000">
            <w:pPr>
              <w:pStyle w:val="Oznaenseznam"/>
              <w:spacing w:after="16"/>
            </w:pPr>
            <w:r>
              <w:rPr>
                <w:color w:val="000000"/>
                <w:sz w:val="16"/>
              </w:rPr>
              <w:t>uporabljam vljuden način sporazumevanja</w:t>
            </w:r>
          </w:p>
          <w:p w14:paraId="5F780397" w14:textId="77777777" w:rsidR="00187E2C" w:rsidRDefault="00000000">
            <w:pPr>
              <w:pStyle w:val="Oznaenseznam"/>
              <w:spacing w:after="16"/>
            </w:pPr>
            <w:r>
              <w:rPr>
                <w:color w:val="000000"/>
                <w:sz w:val="16"/>
              </w:rPr>
              <w:t>prepoznam in poimenujem veliko tiskano črko Č ter jo povežem z glasom /č/</w:t>
            </w:r>
          </w:p>
          <w:p w14:paraId="1A2E91EC" w14:textId="77777777" w:rsidR="00187E2C" w:rsidRDefault="00000000">
            <w:pPr>
              <w:pStyle w:val="Oznaenseznam"/>
              <w:spacing w:after="16"/>
            </w:pPr>
            <w:r>
              <w:rPr>
                <w:color w:val="000000"/>
                <w:sz w:val="16"/>
              </w:rPr>
              <w:t>veččutno oblikujem in čitljivo zapišem veliko tiskano črko Č</w:t>
            </w:r>
          </w:p>
          <w:p w14:paraId="07A0CAF4" w14:textId="77777777" w:rsidR="00187E2C" w:rsidRDefault="00000000">
            <w:pPr>
              <w:pStyle w:val="Oznaenseznam"/>
              <w:spacing w:after="16"/>
            </w:pPr>
            <w:r>
              <w:rPr>
                <w:color w:val="000000"/>
                <w:sz w:val="16"/>
              </w:rPr>
              <w:t>berem in sestavlja zloge oziroma besede z znanimi črkami: ČAR • OČI • UČI • MAČKA</w:t>
            </w:r>
          </w:p>
          <w:p w14:paraId="3E96994E"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28414B0" w14:textId="77777777" w:rsidR="00187E2C" w:rsidRDefault="00187E2C"/>
          <w:p w14:paraId="101A6521"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5FA65783" w14:textId="77777777" w:rsidR="00187E2C" w:rsidRDefault="00000000">
            <w:pPr>
              <w:spacing w:after="80" w:line="245" w:lineRule="auto"/>
            </w:pPr>
            <w:r>
              <w:rPr>
                <w:color w:val="000000"/>
                <w:sz w:val="16"/>
              </w:rPr>
              <w:t>Pove, pokaže ali nariše, kaj že ve in katero strategijo bi uporabil.</w:t>
            </w:r>
          </w:p>
          <w:p w14:paraId="0B782318" w14:textId="77777777" w:rsidR="00187E2C" w:rsidRDefault="00000000">
            <w:pPr>
              <w:spacing w:after="100" w:line="245" w:lineRule="auto"/>
            </w:pPr>
            <w:r>
              <w:rPr>
                <w:color w:val="000000"/>
                <w:sz w:val="16"/>
              </w:rPr>
              <w:t>Sodeluje pri razumevanju namenov in kriterijev uspešnosti.</w:t>
            </w:r>
          </w:p>
          <w:p w14:paraId="1AE715C7" w14:textId="77777777" w:rsidR="00187E2C" w:rsidRDefault="00000000">
            <w:pPr>
              <w:spacing w:after="20" w:line="245" w:lineRule="auto"/>
            </w:pPr>
            <w:r>
              <w:rPr>
                <w:b/>
                <w:color w:val="D95BC6"/>
                <w:sz w:val="17"/>
              </w:rPr>
              <w:t>DOKAZ O UČENJU</w:t>
            </w:r>
          </w:p>
          <w:p w14:paraId="2E3B46C4"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03530DD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C0F357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447AC0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C9F7317" w14:textId="77777777" w:rsidR="00187E2C" w:rsidRDefault="00000000">
            <w:pPr>
              <w:jc w:val="center"/>
            </w:pPr>
            <w:r>
              <w:rPr>
                <w:b/>
                <w:color w:val="000000"/>
                <w:sz w:val="20"/>
              </w:rPr>
              <w:t>UČNE DEJAVNOSTI, METODE IN FORMATIVNO SPREMLJANJE</w:t>
            </w:r>
          </w:p>
        </w:tc>
      </w:tr>
      <w:tr w:rsidR="00187E2C" w14:paraId="3DBC9026" w14:textId="77777777">
        <w:trPr>
          <w:tblHeader/>
          <w:jc w:val="center"/>
        </w:trPr>
        <w:tc>
          <w:tcPr>
            <w:tcW w:w="4422" w:type="dxa"/>
            <w:vMerge/>
            <w:tcMar>
              <w:top w:w="70" w:type="dxa"/>
              <w:left w:w="90" w:type="dxa"/>
              <w:bottom w:w="70" w:type="dxa"/>
              <w:right w:w="90" w:type="dxa"/>
            </w:tcMar>
            <w:vAlign w:val="center"/>
          </w:tcPr>
          <w:p w14:paraId="2E81DBBC" w14:textId="77777777" w:rsidR="00187E2C" w:rsidRDefault="00187E2C"/>
        </w:tc>
        <w:tc>
          <w:tcPr>
            <w:tcW w:w="7087" w:type="dxa"/>
            <w:shd w:val="clear" w:color="auto" w:fill="FFFFFF"/>
            <w:tcMar>
              <w:top w:w="70" w:type="dxa"/>
              <w:left w:w="90" w:type="dxa"/>
              <w:bottom w:w="70" w:type="dxa"/>
              <w:right w:w="90" w:type="dxa"/>
            </w:tcMar>
            <w:vAlign w:val="center"/>
          </w:tcPr>
          <w:p w14:paraId="46D7912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E8D83D" w14:textId="77777777" w:rsidR="00187E2C" w:rsidRDefault="00000000">
            <w:pPr>
              <w:jc w:val="center"/>
            </w:pPr>
            <w:r>
              <w:rPr>
                <w:b/>
                <w:color w:val="000000"/>
              </w:rPr>
              <w:t>UČENEC</w:t>
            </w:r>
          </w:p>
        </w:tc>
      </w:tr>
      <w:tr w:rsidR="00187E2C" w14:paraId="3D056BA7" w14:textId="77777777">
        <w:trPr>
          <w:jc w:val="center"/>
        </w:trPr>
        <w:tc>
          <w:tcPr>
            <w:tcW w:w="4422" w:type="dxa"/>
            <w:tcMar>
              <w:top w:w="70" w:type="dxa"/>
              <w:left w:w="90" w:type="dxa"/>
              <w:bottom w:w="70" w:type="dxa"/>
              <w:right w:w="90" w:type="dxa"/>
            </w:tcMar>
          </w:tcPr>
          <w:p w14:paraId="05F2E28A" w14:textId="77777777" w:rsidR="00187E2C" w:rsidRDefault="00187E2C"/>
          <w:p w14:paraId="51E98EB7" w14:textId="77777777" w:rsidR="00187E2C" w:rsidRDefault="00000000">
            <w:pPr>
              <w:spacing w:after="40" w:line="245" w:lineRule="auto"/>
            </w:pPr>
            <w:r>
              <w:rPr>
                <w:b/>
                <w:color w:val="000000"/>
              </w:rPr>
              <w:t>KLJUČNI POJMI</w:t>
            </w:r>
          </w:p>
          <w:p w14:paraId="0814E05F" w14:textId="77777777" w:rsidR="00187E2C" w:rsidRDefault="00000000">
            <w:pPr>
              <w:spacing w:after="60" w:line="245" w:lineRule="auto"/>
            </w:pPr>
            <w:r>
              <w:rPr>
                <w:color w:val="000000"/>
                <w:sz w:val="15"/>
              </w:rPr>
              <w:t>glas /č/, črka Č, zlog, beseda, poved, smer poteze, bralna strategija, naslov, avtor, ilustrator, književna oseba</w:t>
            </w:r>
          </w:p>
          <w:p w14:paraId="23F0407B" w14:textId="77777777" w:rsidR="00187E2C" w:rsidRDefault="00000000">
            <w:pPr>
              <w:spacing w:after="20" w:line="245" w:lineRule="auto"/>
            </w:pPr>
            <w:r>
              <w:rPr>
                <w:b/>
                <w:color w:val="000000"/>
                <w:sz w:val="17"/>
              </w:rPr>
              <w:t>DOKAZI O UČENJU</w:t>
            </w:r>
          </w:p>
          <w:p w14:paraId="52E6695A" w14:textId="77777777" w:rsidR="00187E2C" w:rsidRDefault="00000000">
            <w:pPr>
              <w:pStyle w:val="Oznaenseznam"/>
              <w:spacing w:after="9"/>
            </w:pPr>
            <w:r>
              <w:rPr>
                <w:color w:val="000000"/>
                <w:sz w:val="15"/>
              </w:rPr>
              <w:t>odziv med poslušanjem, izbrana slika in ena poved o doživetju.</w:t>
            </w:r>
          </w:p>
          <w:p w14:paraId="6C648426" w14:textId="77777777" w:rsidR="00187E2C" w:rsidRDefault="00000000">
            <w:pPr>
              <w:pStyle w:val="Oznaenseznam"/>
              <w:spacing w:after="9"/>
            </w:pPr>
            <w:r>
              <w:rPr>
                <w:color w:val="000000"/>
                <w:sz w:val="15"/>
              </w:rPr>
              <w:t>zvočni posnetek ali anekdotski zapis kratke izmenjave.</w:t>
            </w:r>
          </w:p>
          <w:p w14:paraId="672E9991" w14:textId="77777777" w:rsidR="00187E2C" w:rsidRDefault="00000000">
            <w:pPr>
              <w:pStyle w:val="Oznaenseznam"/>
              <w:spacing w:after="9"/>
            </w:pPr>
            <w:r>
              <w:rPr>
                <w:color w:val="000000"/>
                <w:sz w:val="15"/>
              </w:rPr>
              <w:t>pravilno sestavljen primer in učenčeva ustna razlaga postopka.</w:t>
            </w:r>
          </w:p>
          <w:p w14:paraId="01C641F2" w14:textId="77777777" w:rsidR="00187E2C" w:rsidRDefault="00000000">
            <w:pPr>
              <w:pStyle w:val="Oznaenseznam"/>
              <w:spacing w:after="9"/>
            </w:pPr>
            <w:r>
              <w:rPr>
                <w:color w:val="000000"/>
                <w:sz w:val="15"/>
              </w:rPr>
              <w:t>štiri pravilne glasovne odločitve, izbor črke Č in kratka učenčeva razlaga.</w:t>
            </w:r>
          </w:p>
          <w:p w14:paraId="2DDC9477" w14:textId="77777777" w:rsidR="00187E2C" w:rsidRDefault="00000000">
            <w:pPr>
              <w:pStyle w:val="Oznaenseznam"/>
              <w:spacing w:after="9"/>
            </w:pPr>
            <w:r>
              <w:rPr>
                <w:color w:val="000000"/>
                <w:sz w:val="15"/>
              </w:rPr>
              <w:t>fotografija konstrukcije črke Č, opazovalni zapis smeri potez in datirana vrstica treh zapisov.</w:t>
            </w:r>
          </w:p>
          <w:p w14:paraId="023871E1" w14:textId="77777777" w:rsidR="00187E2C" w:rsidRDefault="00000000">
            <w:pPr>
              <w:pStyle w:val="Oznaenseznam"/>
              <w:spacing w:after="9"/>
            </w:pPr>
            <w:r>
              <w:rPr>
                <w:color w:val="000000"/>
                <w:sz w:val="15"/>
              </w:rPr>
              <w:t>izpolnjen Bralni list 25, individualni bralni zapis, sestavljen ali zapisan primer s črko Č in samovrednotenje.</w:t>
            </w:r>
          </w:p>
          <w:p w14:paraId="4A756448" w14:textId="77777777" w:rsidR="00187E2C" w:rsidRDefault="00000000">
            <w:pPr>
              <w:spacing w:before="40" w:after="20" w:line="245" w:lineRule="auto"/>
            </w:pPr>
            <w:r>
              <w:rPr>
                <w:b/>
                <w:color w:val="000000"/>
                <w:sz w:val="17"/>
              </w:rPr>
              <w:t>KNJIŽEVNO DOŽIVETJE IN IZKUŠENJSKI POUK</w:t>
            </w:r>
          </w:p>
          <w:p w14:paraId="14950A0F"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34AF9B25" w14:textId="77777777" w:rsidR="00187E2C" w:rsidRDefault="00000000">
            <w:pPr>
              <w:spacing w:after="20" w:line="245" w:lineRule="auto"/>
            </w:pPr>
            <w:r>
              <w:rPr>
                <w:b/>
                <w:color w:val="000000"/>
                <w:sz w:val="17"/>
              </w:rPr>
              <w:t>POUČEVANJE V GIBANJU</w:t>
            </w:r>
          </w:p>
          <w:p w14:paraId="4FDFAF09"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534AC8E1" w14:textId="77777777" w:rsidR="00187E2C" w:rsidRDefault="00000000">
            <w:pPr>
              <w:spacing w:after="20" w:line="245" w:lineRule="auto"/>
            </w:pPr>
            <w:r>
              <w:rPr>
                <w:b/>
                <w:color w:val="000000"/>
                <w:sz w:val="17"/>
              </w:rPr>
              <w:t>DELO PO POSTAJAH</w:t>
            </w:r>
          </w:p>
          <w:p w14:paraId="77094D0E" w14:textId="77777777" w:rsidR="00187E2C" w:rsidRDefault="00000000">
            <w:pPr>
              <w:spacing w:after="60" w:line="245" w:lineRule="auto"/>
            </w:pPr>
            <w:r>
              <w:rPr>
                <w:color w:val="000000"/>
                <w:sz w:val="15"/>
              </w:rPr>
              <w:t>1. doživljajsko-književna – poslušanje, pogovor, igra vlog in predmetno/slikovno izhodišče; 2. glasovno-gibalna – slišim glas /č/, razvrščam besede in sestavljam žive zloge; 3. bralna – ČRKA Č • BRALNI LIST 25, modelirano, vodeno ali ponovljeno branje; 4. tipno-grafomotorična – črko Č oblikujem, hodim po njeni poti in jo zapišem ter izbor dokaza, povratna informacija in naslednji korak.</w:t>
            </w:r>
          </w:p>
          <w:p w14:paraId="3ADE12D0" w14:textId="77777777" w:rsidR="00187E2C" w:rsidRDefault="00000000">
            <w:pPr>
              <w:spacing w:after="20" w:line="245" w:lineRule="auto"/>
            </w:pPr>
            <w:r>
              <w:rPr>
                <w:b/>
                <w:color w:val="000000"/>
                <w:sz w:val="17"/>
              </w:rPr>
              <w:t>DIFERENCIACIJA IN VKLJUČEVANJE</w:t>
            </w:r>
          </w:p>
          <w:p w14:paraId="748491CC"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1CDA2FF4" w14:textId="77777777" w:rsidR="00187E2C" w:rsidRDefault="00000000">
            <w:pPr>
              <w:spacing w:after="20" w:line="245" w:lineRule="auto"/>
            </w:pPr>
            <w:r>
              <w:rPr>
                <w:b/>
                <w:color w:val="000000"/>
                <w:sz w:val="17"/>
              </w:rPr>
              <w:t>SPREMLJANJE</w:t>
            </w:r>
          </w:p>
          <w:p w14:paraId="796E6C65"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1C4146D8"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7CD1883" w14:textId="77777777">
              <w:trPr>
                <w:jc w:val="center"/>
              </w:trPr>
              <w:tc>
                <w:tcPr>
                  <w:tcW w:w="7087" w:type="dxa"/>
                  <w:shd w:val="clear" w:color="auto" w:fill="C6E7F3"/>
                  <w:tcMar>
                    <w:top w:w="45" w:type="dxa"/>
                    <w:left w:w="70" w:type="dxa"/>
                    <w:bottom w:w="45" w:type="dxa"/>
                    <w:right w:w="70" w:type="dxa"/>
                  </w:tcMar>
                </w:tcPr>
                <w:p w14:paraId="0F479288" w14:textId="77777777" w:rsidR="00187E2C" w:rsidRDefault="00000000">
                  <w:pPr>
                    <w:keepNext/>
                  </w:pPr>
                  <w:r>
                    <w:rPr>
                      <w:b/>
                      <w:color w:val="000000"/>
                      <w:sz w:val="17"/>
                    </w:rPr>
                    <w:t>GLAVNI DEL – DOŽIVLJAJSKO, JEZIKOVNO IN OPISMENJEVALNO UČENJE (6 šolskih ur)</w:t>
                  </w:r>
                </w:p>
              </w:tc>
            </w:tr>
          </w:tbl>
          <w:p w14:paraId="223240C5" w14:textId="77777777" w:rsidR="00187E2C" w:rsidRDefault="00187E2C">
            <w:pPr>
              <w:spacing w:line="20" w:lineRule="exact"/>
            </w:pPr>
          </w:p>
          <w:p w14:paraId="7CEB7D9C" w14:textId="77777777" w:rsidR="00187E2C" w:rsidRDefault="00000000">
            <w:pPr>
              <w:keepNext/>
              <w:spacing w:before="22" w:after="6" w:line="245" w:lineRule="auto"/>
            </w:pPr>
            <w:r>
              <w:rPr>
                <w:b/>
                <w:color w:val="000000"/>
                <w:sz w:val="15"/>
              </w:rPr>
              <w:t>1. URA – Navodilo in nasvet – Poslušam in doživljam</w:t>
            </w:r>
          </w:p>
          <w:p w14:paraId="713EC4C7"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»navodilo in nasvet • velika tiskana črka č • bralni list 25«.</w:t>
            </w:r>
          </w:p>
          <w:p w14:paraId="100FF0EB"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»razume kratko navodilo«.</w:t>
            </w:r>
          </w:p>
          <w:p w14:paraId="4E9A2D21" w14:textId="77777777" w:rsidR="00187E2C" w:rsidRDefault="00000000">
            <w:pPr>
              <w:spacing w:after="15" w:line="245" w:lineRule="auto"/>
            </w:pPr>
            <w:r>
              <w:rPr>
                <w:i/>
                <w:color w:val="D95BC6"/>
                <w:sz w:val="14"/>
              </w:rPr>
              <w:t>Predvideni dokaz: odziv med poslušanjem, izbrana slika in ena poved o doživetju..</w:t>
            </w:r>
          </w:p>
          <w:p w14:paraId="0BC228F4" w14:textId="77777777" w:rsidR="00187E2C" w:rsidRDefault="00000000">
            <w:pPr>
              <w:keepNext/>
              <w:spacing w:before="22" w:after="6" w:line="245" w:lineRule="auto"/>
            </w:pPr>
            <w:r>
              <w:rPr>
                <w:b/>
                <w:color w:val="000000"/>
                <w:sz w:val="15"/>
              </w:rPr>
              <w:t>2. URA – Navodilo in nasvet – Govorim in pojasnjujem</w:t>
            </w:r>
          </w:p>
          <w:p w14:paraId="32A9C393"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35C0BB50"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»tvori priporočilo«.</w:t>
            </w:r>
          </w:p>
          <w:p w14:paraId="3DDECEE5" w14:textId="77777777" w:rsidR="00187E2C" w:rsidRDefault="00000000">
            <w:pPr>
              <w:spacing w:after="15" w:line="245" w:lineRule="auto"/>
            </w:pPr>
            <w:r>
              <w:rPr>
                <w:i/>
                <w:color w:val="D95BC6"/>
                <w:sz w:val="14"/>
              </w:rPr>
              <w:t>Predvideni dokaz: zvočni posnetek ali anekdotski zapis kratke izmenjave..</w:t>
            </w:r>
          </w:p>
          <w:p w14:paraId="27B3F113" w14:textId="77777777" w:rsidR="00187E2C" w:rsidRDefault="00000000">
            <w:pPr>
              <w:keepNext/>
              <w:spacing w:before="22" w:after="6" w:line="245" w:lineRule="auto"/>
            </w:pPr>
            <w:r>
              <w:rPr>
                <w:b/>
                <w:color w:val="000000"/>
                <w:sz w:val="15"/>
              </w:rPr>
              <w:t>3. URA – Navodilo in nasvet – Razčlenjujem jezik</w:t>
            </w:r>
          </w:p>
          <w:p w14:paraId="3D341D20"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134E2972"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»uporablja vljuden način sporazumevanja«.</w:t>
            </w:r>
          </w:p>
          <w:p w14:paraId="3898C591" w14:textId="77777777" w:rsidR="00187E2C" w:rsidRDefault="00000000">
            <w:pPr>
              <w:spacing w:after="15" w:line="245" w:lineRule="auto"/>
            </w:pPr>
            <w:r>
              <w:rPr>
                <w:i/>
                <w:color w:val="D95BC6"/>
                <w:sz w:val="14"/>
              </w:rPr>
              <w:t>Predvideni dokaz: pravilno sestavljen primer in učenčeva ustna razlaga postopka..</w:t>
            </w:r>
          </w:p>
          <w:p w14:paraId="57E02CA2" w14:textId="77777777" w:rsidR="00187E2C" w:rsidRDefault="00000000">
            <w:pPr>
              <w:keepNext/>
              <w:spacing w:before="22" w:after="6" w:line="245" w:lineRule="auto"/>
            </w:pPr>
            <w:r>
              <w:rPr>
                <w:b/>
                <w:color w:val="000000"/>
                <w:sz w:val="15"/>
              </w:rPr>
              <w:t>4. URA – SLIŠIM GLAS /č/ IN ODKRIVAM ČRKO Č</w:t>
            </w:r>
          </w:p>
          <w:p w14:paraId="4E1D1E57"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(čebela, mačka, ključ, obroč); učenci se premikajo v kote začetek–sredina–konec, nato med črkami poiščejo Č in jo oblikujejo s telesom.</w:t>
            </w:r>
          </w:p>
          <w:p w14:paraId="4E21C120"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Č ter jo predstavi s telesom ali vrvjo.</w:t>
            </w:r>
          </w:p>
          <w:p w14:paraId="7FFADA70" w14:textId="77777777" w:rsidR="00187E2C" w:rsidRDefault="00000000">
            <w:pPr>
              <w:spacing w:after="15" w:line="245" w:lineRule="auto"/>
            </w:pPr>
            <w:r>
              <w:rPr>
                <w:i/>
                <w:color w:val="D95BC6"/>
                <w:sz w:val="14"/>
              </w:rPr>
              <w:t>Predvideni dokaz: štiri pravilne glasovne odločitve, izbor črke Č in kratka učenčeva razlaga..</w:t>
            </w:r>
          </w:p>
          <w:p w14:paraId="559AF784" w14:textId="77777777" w:rsidR="00187E2C" w:rsidRDefault="00000000">
            <w:pPr>
              <w:keepNext/>
              <w:spacing w:before="22" w:after="6" w:line="245" w:lineRule="auto"/>
            </w:pPr>
            <w:r>
              <w:rPr>
                <w:b/>
                <w:color w:val="000000"/>
                <w:sz w:val="15"/>
              </w:rPr>
              <w:t>5. URA – Oblikujem in pišem črko Č</w:t>
            </w:r>
          </w:p>
          <w:p w14:paraId="35167478"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397F008D" w14:textId="77777777" w:rsidR="00187E2C" w:rsidRDefault="00000000">
            <w:pPr>
              <w:spacing w:after="7" w:line="245" w:lineRule="auto"/>
            </w:pPr>
            <w:r>
              <w:rPr>
                <w:b/>
                <w:color w:val="000000"/>
                <w:sz w:val="14"/>
              </w:rPr>
              <w:t xml:space="preserve">Dejavnost učencev: </w:t>
            </w:r>
            <w:r>
              <w:rPr>
                <w:color w:val="000000"/>
                <w:sz w:val="14"/>
              </w:rPr>
              <w:t>Črko Č gradi in zapisuje na različnih podlagah, nato preide na manjši format; po povratni informaciji ponovi isti zapis.</w:t>
            </w:r>
          </w:p>
          <w:p w14:paraId="5844FCB5" w14:textId="77777777" w:rsidR="00187E2C" w:rsidRDefault="00000000">
            <w:pPr>
              <w:spacing w:after="15" w:line="245" w:lineRule="auto"/>
            </w:pPr>
            <w:r>
              <w:rPr>
                <w:i/>
                <w:color w:val="D95BC6"/>
                <w:sz w:val="14"/>
              </w:rPr>
              <w:t>Predvideni dokaz: fotografija konstrukcije črke Č, opazovalni zapis smeri potez in datirana vrstica treh zapisov..</w:t>
            </w:r>
          </w:p>
          <w:p w14:paraId="699FA3A3" w14:textId="77777777" w:rsidR="00187E2C" w:rsidRDefault="00000000">
            <w:pPr>
              <w:keepNext/>
              <w:spacing w:before="22" w:after="6" w:line="245" w:lineRule="auto"/>
            </w:pPr>
            <w:r>
              <w:rPr>
                <w:b/>
                <w:color w:val="000000"/>
                <w:sz w:val="15"/>
              </w:rPr>
              <w:t>6. URA – Berem in uporabim črko Č</w:t>
            </w:r>
          </w:p>
          <w:p w14:paraId="2C559608"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Č in Bralni list 25; gradivo omeji na znane črke A, E, I, O, U, N, M, T, J, V, R, S, L, K, P, D, B, G, Č.</w:t>
            </w:r>
          </w:p>
          <w:p w14:paraId="6A69875F" w14:textId="77777777" w:rsidR="00187E2C" w:rsidRDefault="00000000">
            <w:pPr>
              <w:spacing w:after="7" w:line="245" w:lineRule="auto"/>
            </w:pPr>
            <w:r>
              <w:rPr>
                <w:b/>
                <w:color w:val="000000"/>
                <w:sz w:val="14"/>
              </w:rPr>
              <w:t xml:space="preserve">Dejavnost učencev: </w:t>
            </w:r>
            <w:r>
              <w:rPr>
                <w:color w:val="000000"/>
                <w:sz w:val="14"/>
              </w:rPr>
              <w:t>Sestavlja, premešča in bere ČA • ČI • ČO • ČU ter ČAR • OČI • UČI • MAČKA; izbere zahtevnost in rešuje Bralni list 25.</w:t>
            </w:r>
          </w:p>
          <w:p w14:paraId="6D7B38E0" w14:textId="77777777" w:rsidR="00187E2C" w:rsidRDefault="00000000">
            <w:pPr>
              <w:spacing w:after="15" w:line="245" w:lineRule="auto"/>
            </w:pPr>
            <w:r>
              <w:rPr>
                <w:i/>
                <w:color w:val="D95BC6"/>
                <w:sz w:val="14"/>
              </w:rPr>
              <w:t>Predvideni dokaz: izpolnjen Bralni list 25, individualni bralni zapis, sestavljen ali zapisan primer s črko Č in samovrednotenje..</w:t>
            </w:r>
          </w:p>
          <w:tbl>
            <w:tblPr>
              <w:tblStyle w:val="Tabelamrea"/>
              <w:tblW w:w="0" w:type="auto"/>
              <w:jc w:val="center"/>
              <w:tblLayout w:type="fixed"/>
              <w:tblLook w:val="04A0" w:firstRow="1" w:lastRow="0" w:firstColumn="1" w:lastColumn="0" w:noHBand="0" w:noVBand="1"/>
            </w:tblPr>
            <w:tblGrid>
              <w:gridCol w:w="7087"/>
            </w:tblGrid>
            <w:tr w:rsidR="00187E2C" w14:paraId="19A51035" w14:textId="77777777">
              <w:trPr>
                <w:jc w:val="center"/>
              </w:trPr>
              <w:tc>
                <w:tcPr>
                  <w:tcW w:w="7087" w:type="dxa"/>
                  <w:shd w:val="clear" w:color="auto" w:fill="EDC9EA"/>
                  <w:tcMar>
                    <w:top w:w="45" w:type="dxa"/>
                    <w:left w:w="70" w:type="dxa"/>
                    <w:bottom w:w="45" w:type="dxa"/>
                    <w:right w:w="70" w:type="dxa"/>
                  </w:tcMar>
                </w:tcPr>
                <w:p w14:paraId="2B41E2C3" w14:textId="77777777" w:rsidR="00187E2C" w:rsidRDefault="00000000">
                  <w:pPr>
                    <w:keepNext/>
                  </w:pPr>
                  <w:r>
                    <w:rPr>
                      <w:b/>
                      <w:color w:val="000000"/>
                      <w:sz w:val="17"/>
                    </w:rPr>
                    <w:t>POVRATNA INFORMACIJA UČITELJICE MED DELOM</w:t>
                  </w:r>
                </w:p>
              </w:tc>
            </w:tr>
          </w:tbl>
          <w:p w14:paraId="6C6B9206" w14:textId="77777777" w:rsidR="00187E2C" w:rsidRDefault="00187E2C"/>
          <w:p w14:paraId="75CDE909"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7771FE05" w14:textId="77777777" w:rsidR="00187E2C" w:rsidRDefault="00187E2C"/>
          <w:p w14:paraId="6B2AFA7A" w14:textId="77777777" w:rsidR="00187E2C" w:rsidRDefault="00000000">
            <w:pPr>
              <w:spacing w:after="4" w:line="245" w:lineRule="auto"/>
            </w:pPr>
            <w:r>
              <w:rPr>
                <w:b/>
                <w:color w:val="000000"/>
                <w:sz w:val="15"/>
              </w:rPr>
              <w:t>1. URA – Navodilo in nasvet – Poslušam in doživljam</w:t>
            </w:r>
          </w:p>
          <w:p w14:paraId="6AD8137A" w14:textId="77777777" w:rsidR="00187E2C" w:rsidRDefault="00000000">
            <w:pPr>
              <w:spacing w:after="7" w:line="245" w:lineRule="auto"/>
            </w:pPr>
            <w:r>
              <w:rPr>
                <w:color w:val="000000"/>
                <w:sz w:val="14"/>
              </w:rPr>
              <w:t>Napoveduje ob naslovu/sliki, med poslušanjem pokaže dogovorjen znak in po poslušanju izbere sliko občutja.</w:t>
            </w:r>
          </w:p>
          <w:p w14:paraId="7E702494" w14:textId="77777777" w:rsidR="00187E2C" w:rsidRDefault="00000000">
            <w:pPr>
              <w:spacing w:after="15" w:line="245" w:lineRule="auto"/>
            </w:pPr>
            <w:r>
              <w:rPr>
                <w:color w:val="D95BC6"/>
                <w:sz w:val="13"/>
              </w:rPr>
              <w:t>Dokaz: odziv med poslušanjem, izbrana slika in ena poved o doživetju.</w:t>
            </w:r>
          </w:p>
          <w:p w14:paraId="2F384C4F" w14:textId="77777777" w:rsidR="00187E2C" w:rsidRDefault="00000000">
            <w:pPr>
              <w:spacing w:after="4" w:line="245" w:lineRule="auto"/>
            </w:pPr>
            <w:r>
              <w:rPr>
                <w:b/>
                <w:color w:val="000000"/>
                <w:sz w:val="15"/>
              </w:rPr>
              <w:t>2. URA – Navodilo in nasvet – Govorim in pojasnjujem</w:t>
            </w:r>
          </w:p>
          <w:p w14:paraId="1DD446FF" w14:textId="77777777" w:rsidR="00187E2C" w:rsidRDefault="00000000">
            <w:pPr>
              <w:spacing w:after="7" w:line="245" w:lineRule="auto"/>
            </w:pPr>
            <w:r>
              <w:rPr>
                <w:color w:val="000000"/>
                <w:sz w:val="14"/>
              </w:rPr>
              <w:t>V paru govori in posluša, zamenja vlogo, postavi vprašanje ter uporabi besedo iz tedenske besedne banke.</w:t>
            </w:r>
          </w:p>
          <w:p w14:paraId="73B4655F" w14:textId="77777777" w:rsidR="00187E2C" w:rsidRDefault="00000000">
            <w:pPr>
              <w:spacing w:after="15" w:line="245" w:lineRule="auto"/>
            </w:pPr>
            <w:r>
              <w:rPr>
                <w:color w:val="D95BC6"/>
                <w:sz w:val="13"/>
              </w:rPr>
              <w:t>Dokaz: zvočni posnetek ali anekdotski zapis kratke izmenjave.</w:t>
            </w:r>
          </w:p>
          <w:p w14:paraId="6AA1EB50" w14:textId="77777777" w:rsidR="00187E2C" w:rsidRDefault="00000000">
            <w:pPr>
              <w:spacing w:after="4" w:line="245" w:lineRule="auto"/>
            </w:pPr>
            <w:r>
              <w:rPr>
                <w:b/>
                <w:color w:val="000000"/>
                <w:sz w:val="15"/>
              </w:rPr>
              <w:t>3. URA – Navodilo in nasvet – Razčlenjujem jezik</w:t>
            </w:r>
          </w:p>
          <w:p w14:paraId="60CD5B5D" w14:textId="77777777" w:rsidR="00187E2C" w:rsidRDefault="00000000">
            <w:pPr>
              <w:spacing w:after="7" w:line="245" w:lineRule="auto"/>
            </w:pPr>
            <w:r>
              <w:rPr>
                <w:color w:val="000000"/>
                <w:sz w:val="14"/>
              </w:rPr>
              <w:t>Ploska, stopa, razstavlja in sestavlja; primer razvrsti ter svojo rešitev preveri s sošolcem.</w:t>
            </w:r>
          </w:p>
          <w:p w14:paraId="4136EFED" w14:textId="77777777" w:rsidR="00187E2C" w:rsidRDefault="00000000">
            <w:pPr>
              <w:spacing w:after="15" w:line="245" w:lineRule="auto"/>
            </w:pPr>
            <w:r>
              <w:rPr>
                <w:color w:val="D95BC6"/>
                <w:sz w:val="13"/>
              </w:rPr>
              <w:t>Dokaz: pravilno sestavljen primer in učenčeva ustna razlaga postopka.</w:t>
            </w:r>
          </w:p>
          <w:p w14:paraId="739F3B93" w14:textId="77777777" w:rsidR="00187E2C" w:rsidRDefault="00000000">
            <w:pPr>
              <w:spacing w:after="4" w:line="245" w:lineRule="auto"/>
            </w:pPr>
            <w:r>
              <w:rPr>
                <w:b/>
                <w:color w:val="000000"/>
                <w:sz w:val="15"/>
              </w:rPr>
              <w:t>4. URA – SLIŠIM GLAS /č/ IN ODKRIVAM ČRKO Č</w:t>
            </w:r>
          </w:p>
          <w:p w14:paraId="3EBD667F" w14:textId="77777777" w:rsidR="00187E2C" w:rsidRDefault="00000000">
            <w:pPr>
              <w:spacing w:after="7" w:line="245" w:lineRule="auto"/>
            </w:pPr>
            <w:r>
              <w:rPr>
                <w:color w:val="000000"/>
                <w:sz w:val="14"/>
              </w:rPr>
              <w:t>Besede razvršča z gibanjem, za vsak glas položi žeton, med znaki poišče Č ter jo predstavi s telesom ali vrvjo.</w:t>
            </w:r>
          </w:p>
          <w:p w14:paraId="0311E5CA" w14:textId="77777777" w:rsidR="00187E2C" w:rsidRDefault="00000000">
            <w:pPr>
              <w:spacing w:after="15" w:line="245" w:lineRule="auto"/>
            </w:pPr>
            <w:r>
              <w:rPr>
                <w:color w:val="D95BC6"/>
                <w:sz w:val="13"/>
              </w:rPr>
              <w:t>Dokaz: štiri pravilne glasovne odločitve, izbor črke Č in kratka učenčeva razlaga.</w:t>
            </w:r>
          </w:p>
          <w:p w14:paraId="60A92D14" w14:textId="77777777" w:rsidR="00187E2C" w:rsidRDefault="00000000">
            <w:pPr>
              <w:spacing w:after="4" w:line="245" w:lineRule="auto"/>
            </w:pPr>
            <w:r>
              <w:rPr>
                <w:b/>
                <w:color w:val="000000"/>
                <w:sz w:val="15"/>
              </w:rPr>
              <w:t>5. URA – Oblikujem in pišem črko Č</w:t>
            </w:r>
          </w:p>
          <w:p w14:paraId="55334909" w14:textId="77777777" w:rsidR="00187E2C" w:rsidRDefault="00000000">
            <w:pPr>
              <w:spacing w:after="7" w:line="245" w:lineRule="auto"/>
            </w:pPr>
            <w:r>
              <w:rPr>
                <w:color w:val="000000"/>
                <w:sz w:val="14"/>
              </w:rPr>
              <w:t>Črko Č gradi in zapisuje na različnih podlagah, nato preide na manjši format.</w:t>
            </w:r>
          </w:p>
          <w:p w14:paraId="2B85B6E9" w14:textId="77777777" w:rsidR="00187E2C" w:rsidRDefault="00000000">
            <w:pPr>
              <w:spacing w:after="15" w:line="245" w:lineRule="auto"/>
            </w:pPr>
            <w:r>
              <w:rPr>
                <w:color w:val="D95BC6"/>
                <w:sz w:val="13"/>
              </w:rPr>
              <w:t>Dokaz: fotografija konstrukcije črke Č, opazovalni zapis smeri potez in datirana.</w:t>
            </w:r>
          </w:p>
          <w:p w14:paraId="43C6DDEA" w14:textId="77777777" w:rsidR="00187E2C" w:rsidRDefault="00000000">
            <w:pPr>
              <w:spacing w:after="4" w:line="245" w:lineRule="auto"/>
            </w:pPr>
            <w:r>
              <w:rPr>
                <w:b/>
                <w:color w:val="000000"/>
                <w:sz w:val="15"/>
              </w:rPr>
              <w:t>6. URA – Berem in uporabim črko Č</w:t>
            </w:r>
          </w:p>
          <w:p w14:paraId="3F3C289C" w14:textId="77777777" w:rsidR="00187E2C" w:rsidRDefault="00000000">
            <w:pPr>
              <w:spacing w:after="7" w:line="245" w:lineRule="auto"/>
            </w:pPr>
            <w:r>
              <w:rPr>
                <w:color w:val="000000"/>
                <w:sz w:val="14"/>
              </w:rPr>
              <w:t>Sestavlja, premešča in bere ČA • ČI • ČO • ČU ter ČAR • OČI • UČI • MAČKA.</w:t>
            </w:r>
          </w:p>
          <w:p w14:paraId="01EEB0E8" w14:textId="77777777" w:rsidR="00187E2C" w:rsidRDefault="00000000">
            <w:pPr>
              <w:spacing w:after="15" w:line="245" w:lineRule="auto"/>
            </w:pPr>
            <w:r>
              <w:rPr>
                <w:color w:val="D95BC6"/>
                <w:sz w:val="13"/>
              </w:rPr>
              <w:t>Dokaz: izpolnjen Bralni list 25, individualni bralni zapis.</w:t>
            </w:r>
          </w:p>
        </w:tc>
      </w:tr>
    </w:tbl>
    <w:p w14:paraId="13FFC86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ED9CDB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6B8D78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C30953C" w14:textId="77777777" w:rsidR="00187E2C" w:rsidRDefault="00000000">
            <w:pPr>
              <w:jc w:val="center"/>
            </w:pPr>
            <w:r>
              <w:rPr>
                <w:b/>
                <w:color w:val="000000"/>
                <w:sz w:val="20"/>
              </w:rPr>
              <w:t>UČNE DEJAVNOSTI, METODE IN FORMATIVNO SPREMLJANJE</w:t>
            </w:r>
          </w:p>
        </w:tc>
      </w:tr>
      <w:tr w:rsidR="00187E2C" w14:paraId="7B2FD269" w14:textId="77777777">
        <w:trPr>
          <w:tblHeader/>
          <w:jc w:val="center"/>
        </w:trPr>
        <w:tc>
          <w:tcPr>
            <w:tcW w:w="4422" w:type="dxa"/>
            <w:vMerge/>
            <w:tcMar>
              <w:top w:w="70" w:type="dxa"/>
              <w:left w:w="90" w:type="dxa"/>
              <w:bottom w:w="70" w:type="dxa"/>
              <w:right w:w="90" w:type="dxa"/>
            </w:tcMar>
            <w:vAlign w:val="center"/>
          </w:tcPr>
          <w:p w14:paraId="44B540FE" w14:textId="77777777" w:rsidR="00187E2C" w:rsidRDefault="00187E2C"/>
        </w:tc>
        <w:tc>
          <w:tcPr>
            <w:tcW w:w="7087" w:type="dxa"/>
            <w:shd w:val="clear" w:color="auto" w:fill="FFFFFF"/>
            <w:tcMar>
              <w:top w:w="70" w:type="dxa"/>
              <w:left w:w="90" w:type="dxa"/>
              <w:bottom w:w="70" w:type="dxa"/>
              <w:right w:w="90" w:type="dxa"/>
            </w:tcMar>
            <w:vAlign w:val="center"/>
          </w:tcPr>
          <w:p w14:paraId="788B1880"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37EA9A" w14:textId="77777777" w:rsidR="00187E2C" w:rsidRDefault="00000000">
            <w:pPr>
              <w:jc w:val="center"/>
            </w:pPr>
            <w:r>
              <w:rPr>
                <w:b/>
                <w:color w:val="000000"/>
              </w:rPr>
              <w:t>UČENEC</w:t>
            </w:r>
          </w:p>
        </w:tc>
      </w:tr>
      <w:tr w:rsidR="00187E2C" w14:paraId="1353E7A4" w14:textId="77777777">
        <w:trPr>
          <w:jc w:val="center"/>
        </w:trPr>
        <w:tc>
          <w:tcPr>
            <w:tcW w:w="4422" w:type="dxa"/>
            <w:tcMar>
              <w:top w:w="70" w:type="dxa"/>
              <w:left w:w="90" w:type="dxa"/>
              <w:bottom w:w="70" w:type="dxa"/>
              <w:right w:w="90" w:type="dxa"/>
            </w:tcMar>
          </w:tcPr>
          <w:p w14:paraId="74A7F662" w14:textId="77777777" w:rsidR="00187E2C" w:rsidRDefault="00187E2C"/>
          <w:p w14:paraId="6AA411B3" w14:textId="77777777" w:rsidR="00187E2C" w:rsidRDefault="00000000">
            <w:pPr>
              <w:spacing w:after="40" w:line="245" w:lineRule="auto"/>
            </w:pPr>
            <w:r>
              <w:rPr>
                <w:b/>
                <w:color w:val="000000"/>
              </w:rPr>
              <w:t>FORMATIVNO SPREMLJANJE</w:t>
            </w:r>
          </w:p>
          <w:p w14:paraId="3347E2DC"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67D6DBCD"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38BB250F"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7E898544"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7CCA7337" w14:textId="77777777" w:rsidR="00187E2C" w:rsidRDefault="00000000">
            <w:pPr>
              <w:spacing w:before="40" w:after="20" w:line="245" w:lineRule="auto"/>
            </w:pPr>
            <w:r>
              <w:rPr>
                <w:b/>
                <w:color w:val="000000"/>
                <w:sz w:val="17"/>
              </w:rPr>
              <w:t>VARNOST IN ODGOVORNOST</w:t>
            </w:r>
          </w:p>
          <w:p w14:paraId="7DB30C5F"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58EEA168" w14:textId="77777777" w:rsidR="00187E2C" w:rsidRDefault="00000000">
            <w:pPr>
              <w:spacing w:after="20" w:line="245" w:lineRule="auto"/>
            </w:pPr>
            <w:r>
              <w:rPr>
                <w:b/>
                <w:color w:val="000000"/>
                <w:sz w:val="17"/>
              </w:rPr>
              <w:t>EVIDENCA PO IZVEDBI</w:t>
            </w:r>
          </w:p>
          <w:p w14:paraId="55B2E739"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4B5D6AB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91E841B" w14:textId="77777777">
              <w:trPr>
                <w:jc w:val="center"/>
              </w:trPr>
              <w:tc>
                <w:tcPr>
                  <w:tcW w:w="7087" w:type="dxa"/>
                  <w:shd w:val="clear" w:color="auto" w:fill="EDC9EA"/>
                  <w:tcMar>
                    <w:top w:w="45" w:type="dxa"/>
                    <w:left w:w="70" w:type="dxa"/>
                    <w:bottom w:w="45" w:type="dxa"/>
                    <w:right w:w="70" w:type="dxa"/>
                  </w:tcMar>
                </w:tcPr>
                <w:p w14:paraId="59D4F096" w14:textId="77777777" w:rsidR="00187E2C" w:rsidRDefault="00000000">
                  <w:pPr>
                    <w:keepNext/>
                  </w:pPr>
                  <w:r>
                    <w:rPr>
                      <w:b/>
                      <w:color w:val="000000"/>
                    </w:rPr>
                    <w:t>VPRAŠANJA V PODPORO JEZIKOVNEMU, BRALNEMU IN KNJIŽEVNEMU UČENJU</w:t>
                  </w:r>
                </w:p>
              </w:tc>
            </w:tr>
          </w:tbl>
          <w:p w14:paraId="02BEE2F1" w14:textId="77777777" w:rsidR="00187E2C" w:rsidRDefault="00187E2C">
            <w:pPr>
              <w:spacing w:line="20" w:lineRule="exact"/>
            </w:pPr>
          </w:p>
          <w:p w14:paraId="7014F6F0" w14:textId="77777777" w:rsidR="00187E2C" w:rsidRDefault="00000000">
            <w:pPr>
              <w:pStyle w:val="Oznaenseznam"/>
              <w:spacing w:after="16"/>
            </w:pPr>
            <w:r>
              <w:rPr>
                <w:color w:val="000000"/>
                <w:sz w:val="16"/>
              </w:rPr>
              <w:t>Kaj ti je naslovnica, slika, predmet, zvok ali gib pomagal razumeti?</w:t>
            </w:r>
          </w:p>
          <w:p w14:paraId="6F5248A7" w14:textId="77777777" w:rsidR="00187E2C" w:rsidRDefault="00000000">
            <w:pPr>
              <w:pStyle w:val="Oznaenseznam"/>
              <w:spacing w:after="16"/>
            </w:pPr>
            <w:r>
              <w:rPr>
                <w:color w:val="000000"/>
                <w:sz w:val="16"/>
              </w:rPr>
              <w:t>Kako si našel/-la glas, črko, zlog, besedo ali bistveni podatek?</w:t>
            </w:r>
          </w:p>
          <w:p w14:paraId="42BA1BFD" w14:textId="77777777" w:rsidR="00187E2C" w:rsidRDefault="00000000">
            <w:pPr>
              <w:pStyle w:val="Oznaenseznam"/>
              <w:spacing w:after="16"/>
            </w:pPr>
            <w:r>
              <w:rPr>
                <w:color w:val="000000"/>
                <w:sz w:val="16"/>
              </w:rPr>
              <w:t>Kako veš, da tvoja pripoved, branje ali zapis dosega dogovorjeni kriterij?</w:t>
            </w:r>
          </w:p>
          <w:p w14:paraId="78D09358" w14:textId="77777777" w:rsidR="00187E2C" w:rsidRDefault="00000000">
            <w:pPr>
              <w:pStyle w:val="Oznaenseznam"/>
              <w:spacing w:after="16"/>
            </w:pPr>
            <w:r>
              <w:rPr>
                <w:color w:val="000000"/>
                <w:sz w:val="16"/>
              </w:rPr>
              <w:t>Ali lahko svoje razumevanje pokažeš še z drugim načinom – govorom, gibanjem, risbo, branjem ali zapisom?</w:t>
            </w:r>
          </w:p>
          <w:p w14:paraId="74B1A062"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338E5ACA" w14:textId="77777777">
              <w:trPr>
                <w:jc w:val="center"/>
              </w:trPr>
              <w:tc>
                <w:tcPr>
                  <w:tcW w:w="7087" w:type="dxa"/>
                  <w:shd w:val="clear" w:color="auto" w:fill="C6E7F3"/>
                  <w:tcMar>
                    <w:top w:w="45" w:type="dxa"/>
                    <w:left w:w="70" w:type="dxa"/>
                    <w:bottom w:w="45" w:type="dxa"/>
                    <w:right w:w="70" w:type="dxa"/>
                  </w:tcMar>
                </w:tcPr>
                <w:p w14:paraId="5D62D4E6" w14:textId="77777777" w:rsidR="00187E2C" w:rsidRDefault="00000000">
                  <w:pPr>
                    <w:keepNext/>
                  </w:pPr>
                  <w:r>
                    <w:rPr>
                      <w:b/>
                      <w:color w:val="000000"/>
                    </w:rPr>
                    <w:t>ZAKLJUČNI DEL – UTRJEVANJE, BRALNI ODZIV IN REFLEKSIJA (10–15 min)</w:t>
                  </w:r>
                </w:p>
              </w:tc>
            </w:tr>
          </w:tbl>
          <w:p w14:paraId="773DCC0C" w14:textId="77777777" w:rsidR="00187E2C" w:rsidRDefault="00187E2C">
            <w:pPr>
              <w:spacing w:line="20" w:lineRule="exact"/>
            </w:pPr>
          </w:p>
          <w:p w14:paraId="18C9F24E"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0431B98" w14:textId="77777777">
              <w:trPr>
                <w:jc w:val="center"/>
              </w:trPr>
              <w:tc>
                <w:tcPr>
                  <w:tcW w:w="7087" w:type="dxa"/>
                  <w:shd w:val="clear" w:color="auto" w:fill="EDC9EA"/>
                  <w:tcMar>
                    <w:top w:w="45" w:type="dxa"/>
                    <w:left w:w="70" w:type="dxa"/>
                    <w:bottom w:w="45" w:type="dxa"/>
                    <w:right w:w="70" w:type="dxa"/>
                  </w:tcMar>
                </w:tcPr>
                <w:p w14:paraId="16615D40" w14:textId="77777777" w:rsidR="00187E2C" w:rsidRDefault="00000000">
                  <w:pPr>
                    <w:keepNext/>
                  </w:pPr>
                  <w:r>
                    <w:rPr>
                      <w:b/>
                      <w:color w:val="000000"/>
                    </w:rPr>
                    <w:t>SAMOVREDNOTENJE</w:t>
                  </w:r>
                </w:p>
              </w:tc>
            </w:tr>
          </w:tbl>
          <w:p w14:paraId="19866AAA" w14:textId="77777777" w:rsidR="00187E2C" w:rsidRDefault="00187E2C">
            <w:pPr>
              <w:spacing w:line="20" w:lineRule="exact"/>
            </w:pPr>
          </w:p>
          <w:p w14:paraId="54B6CA6E"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03F954C" w14:textId="77777777">
              <w:trPr>
                <w:jc w:val="center"/>
              </w:trPr>
              <w:tc>
                <w:tcPr>
                  <w:tcW w:w="7087" w:type="dxa"/>
                  <w:shd w:val="clear" w:color="auto" w:fill="EDC9EA"/>
                  <w:tcMar>
                    <w:top w:w="45" w:type="dxa"/>
                    <w:left w:w="70" w:type="dxa"/>
                    <w:bottom w:w="45" w:type="dxa"/>
                    <w:right w:w="70" w:type="dxa"/>
                  </w:tcMar>
                </w:tcPr>
                <w:p w14:paraId="0380D387" w14:textId="77777777" w:rsidR="00187E2C" w:rsidRDefault="00000000">
                  <w:pPr>
                    <w:keepNext/>
                  </w:pPr>
                  <w:r>
                    <w:rPr>
                      <w:b/>
                      <w:color w:val="000000"/>
                    </w:rPr>
                    <w:t>VRSTNIŠKO VREDNOTENJE</w:t>
                  </w:r>
                </w:p>
              </w:tc>
            </w:tr>
          </w:tbl>
          <w:p w14:paraId="224F4161" w14:textId="77777777" w:rsidR="00187E2C" w:rsidRDefault="00187E2C">
            <w:pPr>
              <w:spacing w:line="20" w:lineRule="exact"/>
            </w:pPr>
          </w:p>
          <w:p w14:paraId="558BE5A1"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2CB4458" w14:textId="77777777">
              <w:trPr>
                <w:jc w:val="center"/>
              </w:trPr>
              <w:tc>
                <w:tcPr>
                  <w:tcW w:w="7087" w:type="dxa"/>
                  <w:shd w:val="clear" w:color="auto" w:fill="EDC9EA"/>
                  <w:tcMar>
                    <w:top w:w="45" w:type="dxa"/>
                    <w:left w:w="70" w:type="dxa"/>
                    <w:bottom w:w="45" w:type="dxa"/>
                    <w:right w:w="70" w:type="dxa"/>
                  </w:tcMar>
                </w:tcPr>
                <w:p w14:paraId="72F52CF9" w14:textId="77777777" w:rsidR="00187E2C" w:rsidRDefault="00000000">
                  <w:pPr>
                    <w:keepNext/>
                  </w:pPr>
                  <w:r>
                    <w:rPr>
                      <w:b/>
                      <w:color w:val="000000"/>
                    </w:rPr>
                    <w:t>SKUPNI POVZETEK</w:t>
                  </w:r>
                </w:p>
              </w:tc>
            </w:tr>
          </w:tbl>
          <w:p w14:paraId="0B09AF6D" w14:textId="77777777" w:rsidR="00187E2C" w:rsidRDefault="00187E2C"/>
          <w:p w14:paraId="0D9B98B4" w14:textId="77777777" w:rsidR="00187E2C" w:rsidRDefault="00000000">
            <w:pPr>
              <w:spacing w:before="20" w:after="40" w:line="245" w:lineRule="auto"/>
            </w:pPr>
            <w:r>
              <w:rPr>
                <w:b/>
                <w:color w:val="000000"/>
                <w:sz w:val="16"/>
              </w:rPr>
              <w:t>Prepoznam glas /č/ in črko Č,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253DFC65" w14:textId="77777777" w:rsidR="00187E2C" w:rsidRDefault="00187E2C"/>
          <w:p w14:paraId="560881B6" w14:textId="77777777" w:rsidR="00187E2C" w:rsidRDefault="00000000">
            <w:pPr>
              <w:spacing w:after="100" w:line="245" w:lineRule="auto"/>
            </w:pPr>
            <w:r>
              <w:rPr>
                <w:color w:val="000000"/>
                <w:sz w:val="16"/>
              </w:rPr>
              <w:t>Odgovarja na podporna vprašanja ter se sklicuje na poslušano besedilo, sliko, govor, bralni list ali zapis.</w:t>
            </w:r>
          </w:p>
          <w:p w14:paraId="1F6506D9" w14:textId="77777777" w:rsidR="00187E2C" w:rsidRDefault="00000000">
            <w:pPr>
              <w:spacing w:after="100" w:line="245" w:lineRule="auto"/>
            </w:pPr>
            <w:r>
              <w:rPr>
                <w:color w:val="000000"/>
                <w:sz w:val="16"/>
              </w:rPr>
              <w:t>Primerja začetni odziv z novim dokazom in pojasni, kaj se je naučil/-a.</w:t>
            </w:r>
          </w:p>
          <w:p w14:paraId="01C4839C" w14:textId="77777777" w:rsidR="00187E2C" w:rsidRDefault="00000000">
            <w:pPr>
              <w:spacing w:after="100" w:line="245" w:lineRule="auto"/>
            </w:pPr>
            <w:r>
              <w:rPr>
                <w:color w:val="000000"/>
                <w:sz w:val="16"/>
              </w:rPr>
              <w:t>Izbere raven samostojnosti in določi naslednji korak.</w:t>
            </w:r>
          </w:p>
          <w:p w14:paraId="6AF9A3CD" w14:textId="77777777" w:rsidR="00187E2C" w:rsidRDefault="00000000">
            <w:pPr>
              <w:spacing w:after="100" w:line="245" w:lineRule="auto"/>
            </w:pPr>
            <w:r>
              <w:rPr>
                <w:color w:val="000000"/>
                <w:sz w:val="16"/>
              </w:rPr>
              <w:t>Sošolcu poda prijazen in konkreten odziv, vezan na kriterij.</w:t>
            </w:r>
          </w:p>
          <w:p w14:paraId="060DEF28" w14:textId="77777777" w:rsidR="00187E2C" w:rsidRDefault="00000000">
            <w:pPr>
              <w:spacing w:after="20" w:line="245" w:lineRule="auto"/>
            </w:pPr>
            <w:r>
              <w:rPr>
                <w:b/>
                <w:color w:val="D95BC6"/>
                <w:sz w:val="17"/>
              </w:rPr>
              <w:t>DOKAZ O UČENJU</w:t>
            </w:r>
          </w:p>
          <w:p w14:paraId="5F9C8980"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14EA46E3"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07932D79" w14:textId="77777777">
        <w:trPr>
          <w:cantSplit/>
          <w:jc w:val="center"/>
        </w:trPr>
        <w:tc>
          <w:tcPr>
            <w:tcW w:w="14060" w:type="dxa"/>
            <w:gridSpan w:val="6"/>
            <w:tcMar>
              <w:top w:w="70" w:type="dxa"/>
              <w:left w:w="90" w:type="dxa"/>
              <w:bottom w:w="70" w:type="dxa"/>
              <w:right w:w="90" w:type="dxa"/>
            </w:tcMar>
            <w:vAlign w:val="center"/>
          </w:tcPr>
          <w:p w14:paraId="7AAE30CD" w14:textId="77777777" w:rsidR="00187E2C" w:rsidRDefault="00000000">
            <w:pPr>
              <w:jc w:val="center"/>
            </w:pPr>
            <w:r>
              <w:rPr>
                <w:b/>
                <w:color w:val="000000"/>
                <w:sz w:val="24"/>
              </w:rPr>
              <w:lastRenderedPageBreak/>
              <w:t>UČNA PRIPRAVA 26/39</w:t>
            </w:r>
          </w:p>
        </w:tc>
      </w:tr>
      <w:tr w:rsidR="00187E2C" w14:paraId="2D0FE1D5" w14:textId="77777777">
        <w:trPr>
          <w:jc w:val="center"/>
        </w:trPr>
        <w:tc>
          <w:tcPr>
            <w:tcW w:w="2665" w:type="dxa"/>
            <w:tcMar>
              <w:top w:w="70" w:type="dxa"/>
              <w:left w:w="90" w:type="dxa"/>
              <w:bottom w:w="70" w:type="dxa"/>
              <w:right w:w="90" w:type="dxa"/>
            </w:tcMar>
            <w:vAlign w:val="center"/>
          </w:tcPr>
          <w:p w14:paraId="34443E52"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9178E94"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57C5A5D8"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47846C1" w14:textId="77777777" w:rsidR="00187E2C" w:rsidRDefault="00000000">
            <w:r>
              <w:rPr>
                <w:b/>
                <w:color w:val="000000"/>
                <w:sz w:val="16"/>
              </w:rPr>
              <w:t xml:space="preserve">NAČRTOVANI TERMIN: </w:t>
            </w:r>
            <w:r>
              <w:rPr>
                <w:color w:val="000000"/>
                <w:sz w:val="16"/>
              </w:rPr>
              <w:t>26. teden • 15.–19. 3. 2027</w:t>
            </w:r>
          </w:p>
        </w:tc>
        <w:tc>
          <w:tcPr>
            <w:tcW w:w="2268" w:type="dxa"/>
            <w:tcMar>
              <w:top w:w="70" w:type="dxa"/>
              <w:left w:w="90" w:type="dxa"/>
              <w:bottom w:w="70" w:type="dxa"/>
              <w:right w:w="90" w:type="dxa"/>
            </w:tcMar>
            <w:vAlign w:val="center"/>
          </w:tcPr>
          <w:p w14:paraId="253F3A8C"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5B5DDF0" w14:textId="77777777" w:rsidR="00187E2C" w:rsidRDefault="00000000">
            <w:r>
              <w:rPr>
                <w:b/>
                <w:color w:val="000000"/>
                <w:sz w:val="16"/>
              </w:rPr>
              <w:t xml:space="preserve">ŠTEVILO UR: </w:t>
            </w:r>
            <w:r>
              <w:rPr>
                <w:color w:val="000000"/>
                <w:sz w:val="16"/>
              </w:rPr>
              <w:t>6</w:t>
            </w:r>
          </w:p>
        </w:tc>
      </w:tr>
      <w:tr w:rsidR="00187E2C" w14:paraId="169EED60" w14:textId="77777777">
        <w:trPr>
          <w:jc w:val="center"/>
        </w:trPr>
        <w:tc>
          <w:tcPr>
            <w:tcW w:w="14061" w:type="dxa"/>
            <w:gridSpan w:val="6"/>
            <w:tcMar>
              <w:top w:w="70" w:type="dxa"/>
              <w:left w:w="90" w:type="dxa"/>
              <w:bottom w:w="70" w:type="dxa"/>
              <w:right w:w="90" w:type="dxa"/>
            </w:tcMar>
            <w:vAlign w:val="center"/>
          </w:tcPr>
          <w:p w14:paraId="55577135"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448B2DA8" w14:textId="77777777">
        <w:trPr>
          <w:cantSplit/>
          <w:jc w:val="center"/>
        </w:trPr>
        <w:tc>
          <w:tcPr>
            <w:tcW w:w="14060" w:type="dxa"/>
            <w:gridSpan w:val="6"/>
            <w:tcMar>
              <w:top w:w="70" w:type="dxa"/>
              <w:left w:w="90" w:type="dxa"/>
              <w:bottom w:w="70" w:type="dxa"/>
              <w:right w:w="90" w:type="dxa"/>
            </w:tcMar>
            <w:vAlign w:val="center"/>
          </w:tcPr>
          <w:p w14:paraId="6A053DA9" w14:textId="77777777" w:rsidR="00187E2C" w:rsidRDefault="00187E2C"/>
          <w:p w14:paraId="661B68AA" w14:textId="77777777" w:rsidR="00187E2C" w:rsidRDefault="00000000">
            <w:pPr>
              <w:spacing w:line="245" w:lineRule="auto"/>
            </w:pPr>
            <w:r>
              <w:rPr>
                <w:b/>
                <w:color w:val="000000"/>
                <w:sz w:val="16"/>
              </w:rPr>
              <w:t xml:space="preserve">UČNI SKLOP: </w:t>
            </w:r>
            <w:r>
              <w:rPr>
                <w:color w:val="000000"/>
                <w:sz w:val="16"/>
              </w:rPr>
              <w:t>ŽIVIM ZDRAVO – JAZ IN DOBRO POČUTJE</w:t>
            </w:r>
          </w:p>
        </w:tc>
      </w:tr>
      <w:tr w:rsidR="00187E2C" w14:paraId="6066CE74" w14:textId="77777777">
        <w:trPr>
          <w:cantSplit/>
          <w:jc w:val="center"/>
        </w:trPr>
        <w:tc>
          <w:tcPr>
            <w:tcW w:w="14060" w:type="dxa"/>
            <w:gridSpan w:val="6"/>
            <w:tcMar>
              <w:top w:w="70" w:type="dxa"/>
              <w:left w:w="90" w:type="dxa"/>
              <w:bottom w:w="70" w:type="dxa"/>
              <w:right w:w="90" w:type="dxa"/>
            </w:tcMar>
            <w:vAlign w:val="center"/>
          </w:tcPr>
          <w:p w14:paraId="2A634F17" w14:textId="77777777" w:rsidR="00187E2C" w:rsidRDefault="00187E2C"/>
          <w:p w14:paraId="3EDDDCA7" w14:textId="77777777" w:rsidR="00187E2C" w:rsidRDefault="00000000">
            <w:pPr>
              <w:spacing w:line="245" w:lineRule="auto"/>
            </w:pPr>
            <w:r>
              <w:rPr>
                <w:b/>
                <w:color w:val="000000"/>
                <w:sz w:val="16"/>
              </w:rPr>
              <w:t xml:space="preserve">UČNA TEMA: </w:t>
            </w:r>
            <w:r>
              <w:rPr>
                <w:color w:val="000000"/>
                <w:sz w:val="16"/>
              </w:rPr>
              <w:t>PRIPOVED IN NADALJEVANJE • VELIKA TISKANA ČRKA Š</w:t>
            </w:r>
          </w:p>
        </w:tc>
      </w:tr>
      <w:tr w:rsidR="00187E2C" w14:paraId="04DAEF6A" w14:textId="77777777">
        <w:trPr>
          <w:cantSplit/>
          <w:jc w:val="center"/>
        </w:trPr>
        <w:tc>
          <w:tcPr>
            <w:tcW w:w="14060" w:type="dxa"/>
            <w:gridSpan w:val="6"/>
            <w:tcMar>
              <w:top w:w="70" w:type="dxa"/>
              <w:left w:w="90" w:type="dxa"/>
              <w:bottom w:w="70" w:type="dxa"/>
              <w:right w:w="90" w:type="dxa"/>
            </w:tcMar>
            <w:vAlign w:val="center"/>
          </w:tcPr>
          <w:p w14:paraId="630B2589" w14:textId="77777777" w:rsidR="00187E2C" w:rsidRDefault="00187E2C"/>
          <w:p w14:paraId="3DABDA1A" w14:textId="77777777" w:rsidR="00187E2C" w:rsidRDefault="00000000">
            <w:pPr>
              <w:spacing w:line="245" w:lineRule="auto"/>
            </w:pPr>
            <w:r>
              <w:rPr>
                <w:b/>
                <w:color w:val="000000"/>
                <w:sz w:val="16"/>
              </w:rPr>
              <w:t xml:space="preserve">KNJIŽEVNO IZHODIŠČE IN MOTIV: </w:t>
            </w:r>
            <w:r>
              <w:rPr>
                <w:color w:val="000000"/>
                <w:sz w:val="16"/>
              </w:rPr>
              <w:t>»Žabji kralj« – brata Grimm • obljuba, pomoč, občutki in sprememba</w:t>
            </w:r>
          </w:p>
        </w:tc>
      </w:tr>
      <w:tr w:rsidR="00187E2C" w14:paraId="73AC24F4" w14:textId="77777777">
        <w:trPr>
          <w:cantSplit/>
          <w:jc w:val="center"/>
        </w:trPr>
        <w:tc>
          <w:tcPr>
            <w:tcW w:w="14060" w:type="dxa"/>
            <w:gridSpan w:val="6"/>
            <w:tcMar>
              <w:top w:w="70" w:type="dxa"/>
              <w:left w:w="90" w:type="dxa"/>
              <w:bottom w:w="70" w:type="dxa"/>
              <w:right w:w="90" w:type="dxa"/>
            </w:tcMar>
            <w:vAlign w:val="center"/>
          </w:tcPr>
          <w:p w14:paraId="5E1F726C" w14:textId="77777777" w:rsidR="00187E2C" w:rsidRDefault="00187E2C"/>
          <w:p w14:paraId="77758CEC" w14:textId="77777777" w:rsidR="00187E2C" w:rsidRDefault="00000000">
            <w:pPr>
              <w:spacing w:line="245" w:lineRule="auto"/>
            </w:pPr>
            <w:r>
              <w:rPr>
                <w:b/>
                <w:color w:val="000000"/>
                <w:sz w:val="16"/>
              </w:rPr>
              <w:t xml:space="preserve">BRALNI LIST / ČRKA: </w:t>
            </w:r>
            <w:r>
              <w:rPr>
                <w:color w:val="000000"/>
                <w:sz w:val="16"/>
              </w:rPr>
              <w:t>ČRKA Š • BRALNI LIST 26 – Berem črko Š in zloge ter besede: glas /š/ znane črke: A, E, I, O, U, N, M, T, J, V, R, S, L, K, P, D, B, G, Č, Š; slišim glas; prepoznam črko; ukrivljena poteza črke S in strešica; berem in zapišem</w:t>
            </w:r>
          </w:p>
        </w:tc>
      </w:tr>
      <w:tr w:rsidR="00187E2C" w14:paraId="796F6E45" w14:textId="77777777">
        <w:trPr>
          <w:cantSplit/>
          <w:jc w:val="center"/>
        </w:trPr>
        <w:tc>
          <w:tcPr>
            <w:tcW w:w="14060" w:type="dxa"/>
            <w:gridSpan w:val="6"/>
            <w:tcMar>
              <w:top w:w="70" w:type="dxa"/>
              <w:left w:w="90" w:type="dxa"/>
              <w:bottom w:w="70" w:type="dxa"/>
              <w:right w:w="90" w:type="dxa"/>
            </w:tcMar>
            <w:vAlign w:val="center"/>
          </w:tcPr>
          <w:p w14:paraId="2E12A226" w14:textId="77777777" w:rsidR="00187E2C" w:rsidRDefault="00187E2C"/>
          <w:p w14:paraId="1BE348E0" w14:textId="77777777" w:rsidR="00187E2C" w:rsidRDefault="00000000">
            <w:pPr>
              <w:spacing w:line="245" w:lineRule="auto"/>
            </w:pPr>
            <w:r>
              <w:rPr>
                <w:b/>
                <w:color w:val="000000"/>
                <w:sz w:val="16"/>
              </w:rPr>
              <w:t xml:space="preserve">UČNE ENOTE: </w:t>
            </w:r>
            <w:r>
              <w:rPr>
                <w:color w:val="000000"/>
                <w:sz w:val="16"/>
              </w:rPr>
              <w:t>1. ura – Pripoved in nadaljevanje – Poslušam in doživljam • 2. ura – Pripoved in nadaljevanje – Govorim in pojasnjujem • 3. ura – Pripoved in nadaljevanje – Razčlenjujem jezik • 4. ura – SLIŠIM GLAS /š/ IN ODKRIVAM ČRKO Š • 5. ura – Oblikujem in pišem črko Š • 6. ura – Berem in uporabim črko Š</w:t>
            </w:r>
          </w:p>
        </w:tc>
      </w:tr>
      <w:tr w:rsidR="00187E2C" w14:paraId="70BF7F94" w14:textId="77777777">
        <w:trPr>
          <w:cantSplit/>
          <w:jc w:val="center"/>
        </w:trPr>
        <w:tc>
          <w:tcPr>
            <w:tcW w:w="14060" w:type="dxa"/>
            <w:gridSpan w:val="6"/>
            <w:tcMar>
              <w:top w:w="70" w:type="dxa"/>
              <w:left w:w="90" w:type="dxa"/>
              <w:bottom w:w="70" w:type="dxa"/>
              <w:right w:w="90" w:type="dxa"/>
            </w:tcMar>
            <w:vAlign w:val="center"/>
          </w:tcPr>
          <w:p w14:paraId="42E65669" w14:textId="77777777" w:rsidR="00187E2C" w:rsidRDefault="00187E2C"/>
          <w:p w14:paraId="198DD20A"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E95C3C8" w14:textId="77777777">
        <w:trPr>
          <w:cantSplit/>
          <w:jc w:val="center"/>
        </w:trPr>
        <w:tc>
          <w:tcPr>
            <w:tcW w:w="14060" w:type="dxa"/>
            <w:gridSpan w:val="6"/>
            <w:tcMar>
              <w:top w:w="70" w:type="dxa"/>
              <w:left w:w="90" w:type="dxa"/>
              <w:bottom w:w="70" w:type="dxa"/>
              <w:right w:w="90" w:type="dxa"/>
            </w:tcMar>
            <w:vAlign w:val="center"/>
          </w:tcPr>
          <w:p w14:paraId="7D8E4893" w14:textId="77777777" w:rsidR="00187E2C" w:rsidRDefault="00187E2C"/>
          <w:p w14:paraId="56831A53"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7B58AC63" w14:textId="77777777">
        <w:trPr>
          <w:cantSplit/>
          <w:jc w:val="center"/>
        </w:trPr>
        <w:tc>
          <w:tcPr>
            <w:tcW w:w="14060" w:type="dxa"/>
            <w:gridSpan w:val="6"/>
            <w:tcMar>
              <w:top w:w="70" w:type="dxa"/>
              <w:left w:w="90" w:type="dxa"/>
              <w:bottom w:w="70" w:type="dxa"/>
              <w:right w:w="90" w:type="dxa"/>
            </w:tcMar>
            <w:vAlign w:val="center"/>
          </w:tcPr>
          <w:p w14:paraId="5284C37F" w14:textId="77777777" w:rsidR="00187E2C" w:rsidRDefault="00187E2C"/>
          <w:p w14:paraId="4A4CB215"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51D962B9" w14:textId="77777777">
        <w:trPr>
          <w:cantSplit/>
          <w:jc w:val="center"/>
        </w:trPr>
        <w:tc>
          <w:tcPr>
            <w:tcW w:w="14060" w:type="dxa"/>
            <w:gridSpan w:val="6"/>
            <w:tcMar>
              <w:top w:w="70" w:type="dxa"/>
              <w:left w:w="90" w:type="dxa"/>
              <w:bottom w:w="70" w:type="dxa"/>
              <w:right w:w="90" w:type="dxa"/>
            </w:tcMar>
            <w:vAlign w:val="center"/>
          </w:tcPr>
          <w:p w14:paraId="13DA4D3A" w14:textId="77777777" w:rsidR="00187E2C" w:rsidRDefault="00187E2C"/>
          <w:p w14:paraId="38D155E7" w14:textId="77777777" w:rsidR="00187E2C" w:rsidRDefault="00000000">
            <w:pPr>
              <w:spacing w:line="245" w:lineRule="auto"/>
            </w:pPr>
            <w:r>
              <w:rPr>
                <w:b/>
                <w:color w:val="000000"/>
                <w:sz w:val="16"/>
              </w:rPr>
              <w:t xml:space="preserve">MEDPREDMETNE POVEZAVE: </w:t>
            </w:r>
            <w:r>
              <w:rPr>
                <w:color w:val="000000"/>
                <w:sz w:val="16"/>
              </w:rPr>
              <w:t>SPO – obljuba, pomoč, občutki in sprememba; GUM – ritem, zvočnost in glas; LUM – ilustracija, črta in grafomotorika; ŠPO – gibalna pripoved, dramatizacija in postaje; MAT – smer, zaporedje in orientacija</w:t>
            </w:r>
          </w:p>
        </w:tc>
      </w:tr>
      <w:tr w:rsidR="00187E2C" w14:paraId="334F325C" w14:textId="77777777">
        <w:trPr>
          <w:cantSplit/>
          <w:jc w:val="center"/>
        </w:trPr>
        <w:tc>
          <w:tcPr>
            <w:tcW w:w="14060" w:type="dxa"/>
            <w:gridSpan w:val="6"/>
            <w:tcMar>
              <w:top w:w="70" w:type="dxa"/>
              <w:left w:w="90" w:type="dxa"/>
              <w:bottom w:w="70" w:type="dxa"/>
              <w:right w:w="90" w:type="dxa"/>
            </w:tcMar>
            <w:vAlign w:val="center"/>
          </w:tcPr>
          <w:p w14:paraId="1BAD2AF3" w14:textId="77777777" w:rsidR="00187E2C" w:rsidRDefault="00187E2C"/>
          <w:p w14:paraId="5D557AA7" w14:textId="77777777" w:rsidR="00187E2C" w:rsidRDefault="00000000">
            <w:pPr>
              <w:spacing w:line="245" w:lineRule="auto"/>
            </w:pPr>
            <w:r>
              <w:rPr>
                <w:b/>
                <w:color w:val="000000"/>
                <w:sz w:val="16"/>
              </w:rPr>
              <w:t xml:space="preserve">UČNA SREDSTVA IN PRIPOMOČKI: </w:t>
            </w:r>
            <w:r>
              <w:rPr>
                <w:color w:val="000000"/>
                <w:sz w:val="16"/>
              </w:rPr>
              <w:t>ČRKA Š • BRALNI LIST 26, povečano besedilo oziroma kartice, slikanica ali odlomek, slikovno zaporedje, kartice besed in glasov, talne črke ali zlogi, ogledala, vrvice ali modelirna masa, mini tabla, zvezek oziroma jezikovna mapa</w:t>
            </w:r>
          </w:p>
        </w:tc>
      </w:tr>
      <w:tr w:rsidR="00187E2C" w14:paraId="68BC27BC" w14:textId="77777777">
        <w:trPr>
          <w:cantSplit/>
          <w:jc w:val="center"/>
        </w:trPr>
        <w:tc>
          <w:tcPr>
            <w:tcW w:w="14060" w:type="dxa"/>
            <w:gridSpan w:val="6"/>
            <w:tcMar>
              <w:top w:w="70" w:type="dxa"/>
              <w:left w:w="90" w:type="dxa"/>
              <w:bottom w:w="70" w:type="dxa"/>
              <w:right w:w="90" w:type="dxa"/>
            </w:tcMar>
            <w:vAlign w:val="center"/>
          </w:tcPr>
          <w:p w14:paraId="004BB729" w14:textId="77777777" w:rsidR="00187E2C" w:rsidRDefault="00187E2C"/>
          <w:p w14:paraId="73BE5B29"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BC881A4" w14:textId="77777777">
        <w:trPr>
          <w:cantSplit/>
          <w:jc w:val="center"/>
        </w:trPr>
        <w:tc>
          <w:tcPr>
            <w:tcW w:w="14060" w:type="dxa"/>
            <w:gridSpan w:val="6"/>
            <w:tcMar>
              <w:top w:w="70" w:type="dxa"/>
              <w:left w:w="90" w:type="dxa"/>
              <w:bottom w:w="70" w:type="dxa"/>
              <w:right w:w="90" w:type="dxa"/>
            </w:tcMar>
            <w:vAlign w:val="center"/>
          </w:tcPr>
          <w:p w14:paraId="154D387B" w14:textId="77777777" w:rsidR="00187E2C" w:rsidRDefault="00187E2C"/>
          <w:p w14:paraId="4E7C90B6"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45D7C350" w14:textId="77777777">
        <w:trPr>
          <w:cantSplit/>
          <w:jc w:val="center"/>
        </w:trPr>
        <w:tc>
          <w:tcPr>
            <w:tcW w:w="14060" w:type="dxa"/>
            <w:gridSpan w:val="6"/>
            <w:tcMar>
              <w:top w:w="70" w:type="dxa"/>
              <w:left w:w="90" w:type="dxa"/>
              <w:bottom w:w="70" w:type="dxa"/>
              <w:right w:w="90" w:type="dxa"/>
            </w:tcMar>
            <w:vAlign w:val="center"/>
          </w:tcPr>
          <w:p w14:paraId="76223D27" w14:textId="77777777" w:rsidR="00187E2C" w:rsidRDefault="00187E2C"/>
          <w:p w14:paraId="1A90F370"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16CB3AD"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C82443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359EA2"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E137BD4" w14:textId="77777777" w:rsidR="00187E2C" w:rsidRDefault="00000000">
            <w:pPr>
              <w:jc w:val="center"/>
            </w:pPr>
            <w:r>
              <w:rPr>
                <w:b/>
                <w:color w:val="000000"/>
                <w:sz w:val="20"/>
              </w:rPr>
              <w:t>UČNE DEJAVNOSTI, METODE IN FORMATIVNO SPREMLJANJE</w:t>
            </w:r>
          </w:p>
        </w:tc>
      </w:tr>
      <w:tr w:rsidR="00187E2C" w14:paraId="6C22DEC7" w14:textId="77777777">
        <w:trPr>
          <w:tblHeader/>
          <w:jc w:val="center"/>
        </w:trPr>
        <w:tc>
          <w:tcPr>
            <w:tcW w:w="4422" w:type="dxa"/>
            <w:vMerge/>
            <w:tcMar>
              <w:top w:w="70" w:type="dxa"/>
              <w:left w:w="90" w:type="dxa"/>
              <w:bottom w:w="70" w:type="dxa"/>
              <w:right w:w="90" w:type="dxa"/>
            </w:tcMar>
            <w:vAlign w:val="center"/>
          </w:tcPr>
          <w:p w14:paraId="5C7ECCE9" w14:textId="77777777" w:rsidR="00187E2C" w:rsidRDefault="00187E2C"/>
        </w:tc>
        <w:tc>
          <w:tcPr>
            <w:tcW w:w="7087" w:type="dxa"/>
            <w:shd w:val="clear" w:color="auto" w:fill="FFFFFF"/>
            <w:tcMar>
              <w:top w:w="70" w:type="dxa"/>
              <w:left w:w="90" w:type="dxa"/>
              <w:bottom w:w="70" w:type="dxa"/>
              <w:right w:w="90" w:type="dxa"/>
            </w:tcMar>
            <w:vAlign w:val="center"/>
          </w:tcPr>
          <w:p w14:paraId="07880102"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79B4E98" w14:textId="77777777" w:rsidR="00187E2C" w:rsidRDefault="00000000">
            <w:pPr>
              <w:jc w:val="center"/>
            </w:pPr>
            <w:r>
              <w:rPr>
                <w:b/>
                <w:color w:val="000000"/>
              </w:rPr>
              <w:t>UČENEC</w:t>
            </w:r>
          </w:p>
        </w:tc>
      </w:tr>
      <w:tr w:rsidR="00187E2C" w14:paraId="13722DEC" w14:textId="77777777">
        <w:trPr>
          <w:jc w:val="center"/>
        </w:trPr>
        <w:tc>
          <w:tcPr>
            <w:tcW w:w="4422" w:type="dxa"/>
            <w:tcMar>
              <w:top w:w="70" w:type="dxa"/>
              <w:left w:w="90" w:type="dxa"/>
              <w:bottom w:w="70" w:type="dxa"/>
              <w:right w:w="90" w:type="dxa"/>
            </w:tcMar>
          </w:tcPr>
          <w:p w14:paraId="10C97607" w14:textId="77777777" w:rsidR="00187E2C" w:rsidRDefault="00187E2C"/>
          <w:p w14:paraId="1BC1963B" w14:textId="77777777" w:rsidR="00187E2C" w:rsidRDefault="00000000">
            <w:pPr>
              <w:spacing w:after="60" w:line="245" w:lineRule="auto"/>
            </w:pPr>
            <w:r>
              <w:rPr>
                <w:b/>
                <w:color w:val="000000"/>
              </w:rPr>
              <w:t>UČNI CILJI</w:t>
            </w:r>
          </w:p>
          <w:p w14:paraId="6CAD04F0" w14:textId="77777777" w:rsidR="00187E2C" w:rsidRDefault="00000000">
            <w:pPr>
              <w:spacing w:after="20" w:line="245" w:lineRule="auto"/>
            </w:pPr>
            <w:r>
              <w:rPr>
                <w:b/>
                <w:color w:val="000000"/>
                <w:sz w:val="17"/>
              </w:rPr>
              <w:t>SPLOŠNI</w:t>
            </w:r>
          </w:p>
          <w:p w14:paraId="44A34B2C"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4787A4AF" w14:textId="77777777" w:rsidR="00187E2C" w:rsidRDefault="00000000">
            <w:pPr>
              <w:pStyle w:val="Oznaenseznam"/>
              <w:spacing w:after="16"/>
            </w:pPr>
            <w:r>
              <w:rPr>
                <w:color w:val="000000"/>
                <w:sz w:val="16"/>
              </w:rPr>
              <w:t>doživlja književno besedilo ter se nanj odziva z govorom, gibanjem, dramatizacijo, risbo ali zapisom</w:t>
            </w:r>
          </w:p>
          <w:p w14:paraId="39C5B547" w14:textId="77777777" w:rsidR="00187E2C" w:rsidRDefault="00000000">
            <w:pPr>
              <w:pStyle w:val="Oznaenseznam"/>
              <w:spacing w:after="16"/>
            </w:pPr>
            <w:r>
              <w:rPr>
                <w:color w:val="000000"/>
                <w:sz w:val="16"/>
              </w:rPr>
              <w:t>razvija glasovno zavedanje, povezavo glas–črka in začetno branje ter pisanje po individualnem napredku</w:t>
            </w:r>
          </w:p>
          <w:p w14:paraId="70C82740" w14:textId="77777777" w:rsidR="00187E2C" w:rsidRDefault="00000000">
            <w:pPr>
              <w:pStyle w:val="Oznaenseznam"/>
              <w:spacing w:after="16"/>
            </w:pPr>
            <w:r>
              <w:rPr>
                <w:color w:val="000000"/>
                <w:sz w:val="16"/>
              </w:rPr>
              <w:t>ob namenih in kriterijih spremlja svoje učenje ter uporabi opisno povratno informacijo</w:t>
            </w:r>
          </w:p>
          <w:p w14:paraId="4996C6DF" w14:textId="77777777" w:rsidR="00187E2C" w:rsidRDefault="00000000">
            <w:pPr>
              <w:spacing w:before="40" w:after="20" w:line="245" w:lineRule="auto"/>
            </w:pPr>
            <w:r>
              <w:rPr>
                <w:b/>
                <w:color w:val="000000"/>
                <w:sz w:val="17"/>
              </w:rPr>
              <w:t>OPERATIVNI</w:t>
            </w:r>
          </w:p>
          <w:p w14:paraId="38584655" w14:textId="77777777" w:rsidR="00187E2C" w:rsidRDefault="00000000">
            <w:pPr>
              <w:pStyle w:val="Oznaenseznam"/>
              <w:spacing w:after="16"/>
            </w:pPr>
            <w:r>
              <w:rPr>
                <w:color w:val="000000"/>
                <w:sz w:val="16"/>
              </w:rPr>
              <w:t>ob slikanici pripoveduje zgodbo</w:t>
            </w:r>
          </w:p>
          <w:p w14:paraId="2D8F053E" w14:textId="77777777" w:rsidR="00187E2C" w:rsidRDefault="00000000">
            <w:pPr>
              <w:pStyle w:val="Oznaenseznam"/>
              <w:spacing w:after="16"/>
            </w:pPr>
            <w:r>
              <w:rPr>
                <w:color w:val="000000"/>
                <w:sz w:val="16"/>
              </w:rPr>
              <w:t>oblikuje preprosto nadaljevanje</w:t>
            </w:r>
          </w:p>
          <w:p w14:paraId="62C8F79C" w14:textId="77777777" w:rsidR="00187E2C" w:rsidRDefault="00000000">
            <w:pPr>
              <w:pStyle w:val="Oznaenseznam"/>
              <w:spacing w:after="16"/>
            </w:pPr>
            <w:r>
              <w:rPr>
                <w:color w:val="000000"/>
                <w:sz w:val="16"/>
              </w:rPr>
              <w:t>razločno govori</w:t>
            </w:r>
          </w:p>
          <w:p w14:paraId="52CFFE94" w14:textId="77777777" w:rsidR="00187E2C" w:rsidRDefault="00000000">
            <w:pPr>
              <w:pStyle w:val="Oznaenseznam"/>
              <w:spacing w:after="16"/>
            </w:pPr>
            <w:r>
              <w:rPr>
                <w:color w:val="000000"/>
                <w:sz w:val="16"/>
              </w:rPr>
              <w:t>prepozna in poimenuje veliko tiskano črko Š ter jo poveže z glasom /š/</w:t>
            </w:r>
          </w:p>
          <w:p w14:paraId="1066449E" w14:textId="77777777" w:rsidR="00187E2C" w:rsidRDefault="00000000">
            <w:pPr>
              <w:pStyle w:val="Oznaenseznam"/>
              <w:spacing w:after="16"/>
            </w:pPr>
            <w:r>
              <w:rPr>
                <w:color w:val="000000"/>
                <w:sz w:val="16"/>
              </w:rPr>
              <w:t>veččutno oblikuje in čitljivo zapiše veliko tiskano črko Š</w:t>
            </w:r>
          </w:p>
          <w:p w14:paraId="3E631480" w14:textId="77777777" w:rsidR="00187E2C" w:rsidRDefault="00000000">
            <w:pPr>
              <w:pStyle w:val="Oznaenseznam"/>
              <w:spacing w:after="16"/>
            </w:pPr>
            <w:r>
              <w:rPr>
                <w:color w:val="000000"/>
                <w:sz w:val="16"/>
              </w:rPr>
              <w:t>bere in sestavlja zloge oziroma besede z znanimi črkami: ŠOLA • MIŠ • MAŠA • ŠUMA</w:t>
            </w:r>
          </w:p>
          <w:p w14:paraId="7A1647B1" w14:textId="77777777" w:rsidR="00187E2C" w:rsidRDefault="00000000">
            <w:pPr>
              <w:spacing w:before="40" w:after="20" w:line="245" w:lineRule="auto"/>
            </w:pPr>
            <w:r>
              <w:rPr>
                <w:b/>
                <w:color w:val="000000"/>
                <w:sz w:val="17"/>
              </w:rPr>
              <w:t>PRIČAKOVANI DOSEŽKI / MINIMALNI POUDARKI</w:t>
            </w:r>
          </w:p>
          <w:p w14:paraId="43C93F4C" w14:textId="77777777" w:rsidR="00187E2C" w:rsidRDefault="00000000">
            <w:pPr>
              <w:pStyle w:val="Oznaenseznam"/>
              <w:spacing w:after="16"/>
            </w:pPr>
            <w:r>
              <w:rPr>
                <w:color w:val="000000"/>
                <w:sz w:val="15"/>
              </w:rPr>
              <w:t>samostojno oziroma z dogovorjeno oporo ob slikanici pripoveduje zgodbo</w:t>
            </w:r>
          </w:p>
          <w:p w14:paraId="1A8E12F7" w14:textId="77777777" w:rsidR="00187E2C" w:rsidRDefault="00000000">
            <w:pPr>
              <w:pStyle w:val="Oznaenseznam"/>
              <w:spacing w:after="16"/>
            </w:pPr>
            <w:r>
              <w:rPr>
                <w:color w:val="000000"/>
                <w:sz w:val="15"/>
              </w:rPr>
              <w:t>samostojno oziroma z dogovorjeno oporo oblikuje preprosto nadaljevanje</w:t>
            </w:r>
          </w:p>
          <w:p w14:paraId="577A44BA" w14:textId="77777777" w:rsidR="00187E2C" w:rsidRDefault="00000000">
            <w:pPr>
              <w:pStyle w:val="Oznaenseznam"/>
              <w:spacing w:after="16"/>
            </w:pPr>
            <w:r>
              <w:rPr>
                <w:color w:val="000000"/>
                <w:sz w:val="15"/>
              </w:rPr>
              <w:t>samostojno oziroma z dogovorjeno oporo razločno govori</w:t>
            </w:r>
          </w:p>
          <w:p w14:paraId="08AB79DA" w14:textId="77777777" w:rsidR="00187E2C" w:rsidRDefault="00000000">
            <w:pPr>
              <w:pStyle w:val="Oznaenseznam"/>
              <w:spacing w:after="16"/>
            </w:pPr>
            <w:r>
              <w:rPr>
                <w:color w:val="000000"/>
                <w:sz w:val="15"/>
              </w:rPr>
              <w:t>samostojno oziroma z dogovorjeno oporo prepozna in poimenuje veliko tiskano črko Š ter jo poveže z glasom /š/</w:t>
            </w:r>
          </w:p>
          <w:p w14:paraId="356E5159" w14:textId="77777777" w:rsidR="00187E2C" w:rsidRDefault="00000000">
            <w:pPr>
              <w:pStyle w:val="Oznaenseznam"/>
              <w:spacing w:after="16"/>
            </w:pPr>
            <w:r>
              <w:rPr>
                <w:color w:val="000000"/>
                <w:sz w:val="15"/>
              </w:rPr>
              <w:t>samostojno oziroma z dogovorjeno oporo veččutno oblikuje in čitljivo zapiše veliko tiskano črko Š</w:t>
            </w:r>
          </w:p>
        </w:tc>
        <w:tc>
          <w:tcPr>
            <w:tcW w:w="7087" w:type="dxa"/>
            <w:tcMar>
              <w:top w:w="70" w:type="dxa"/>
              <w:left w:w="90" w:type="dxa"/>
              <w:bottom w:w="70" w:type="dxa"/>
              <w:right w:w="90" w:type="dxa"/>
            </w:tcMar>
          </w:tcPr>
          <w:p w14:paraId="6433A32A"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33987AD" w14:textId="77777777">
              <w:trPr>
                <w:jc w:val="center"/>
              </w:trPr>
              <w:tc>
                <w:tcPr>
                  <w:tcW w:w="7087" w:type="dxa"/>
                  <w:shd w:val="clear" w:color="auto" w:fill="C6E7F3"/>
                  <w:tcMar>
                    <w:top w:w="45" w:type="dxa"/>
                    <w:left w:w="70" w:type="dxa"/>
                    <w:bottom w:w="45" w:type="dxa"/>
                    <w:right w:w="70" w:type="dxa"/>
                  </w:tcMar>
                </w:tcPr>
                <w:p w14:paraId="2C076850" w14:textId="77777777" w:rsidR="00187E2C" w:rsidRDefault="00000000">
                  <w:pPr>
                    <w:keepNext/>
                  </w:pPr>
                  <w:r>
                    <w:rPr>
                      <w:b/>
                      <w:color w:val="000000"/>
                    </w:rPr>
                    <w:t>UVODNI DEL – motivacija, aktivacija predznanja in namen učenja (15–20 min)</w:t>
                  </w:r>
                </w:p>
              </w:tc>
            </w:tr>
          </w:tbl>
          <w:p w14:paraId="4116BDAE" w14:textId="77777777" w:rsidR="00187E2C" w:rsidRDefault="00187E2C">
            <w:pPr>
              <w:spacing w:line="20" w:lineRule="exact"/>
            </w:pPr>
          </w:p>
          <w:p w14:paraId="2077A124" w14:textId="77777777" w:rsidR="00187E2C" w:rsidRDefault="00000000">
            <w:pPr>
              <w:spacing w:before="40" w:after="60" w:line="245" w:lineRule="auto"/>
            </w:pPr>
            <w:r>
              <w:rPr>
                <w:color w:val="000000"/>
                <w:sz w:val="16"/>
              </w:rPr>
              <w:t>Učenci ob naslovnici, odlomku ali ilustraciji dela »Žabji kralj« – brata Grimm doživljajsko vstopijo v motiv obljuba, pomoč, občutki in sprememba. S kretnjo, predmetom, sliko, glasom ali kratko povedjo pokažejo predznanje in napoved. Izhodiščni odziv povežejo z dejavnostjo ČRKA Š • BRALNI LIST 26 – Berem črko Š in zloge ter besede.</w:t>
            </w:r>
          </w:p>
          <w:tbl>
            <w:tblPr>
              <w:tblStyle w:val="Tabelamrea"/>
              <w:tblW w:w="0" w:type="auto"/>
              <w:jc w:val="center"/>
              <w:tblLayout w:type="fixed"/>
              <w:tblLook w:val="04A0" w:firstRow="1" w:lastRow="0" w:firstColumn="1" w:lastColumn="0" w:noHBand="0" w:noVBand="1"/>
            </w:tblPr>
            <w:tblGrid>
              <w:gridCol w:w="7087"/>
            </w:tblGrid>
            <w:tr w:rsidR="00187E2C" w14:paraId="12E92DE7" w14:textId="77777777">
              <w:trPr>
                <w:jc w:val="center"/>
              </w:trPr>
              <w:tc>
                <w:tcPr>
                  <w:tcW w:w="7087" w:type="dxa"/>
                  <w:shd w:val="clear" w:color="auto" w:fill="EDC9EA"/>
                  <w:tcMar>
                    <w:top w:w="45" w:type="dxa"/>
                    <w:left w:w="70" w:type="dxa"/>
                    <w:bottom w:w="45" w:type="dxa"/>
                    <w:right w:w="70" w:type="dxa"/>
                  </w:tcMar>
                </w:tcPr>
                <w:p w14:paraId="286DAF42" w14:textId="77777777" w:rsidR="00187E2C" w:rsidRDefault="00000000">
                  <w:pPr>
                    <w:keepNext/>
                  </w:pPr>
                  <w:r>
                    <w:rPr>
                      <w:b/>
                      <w:color w:val="000000"/>
                    </w:rPr>
                    <w:t>NAMENI UČENJA</w:t>
                  </w:r>
                </w:p>
              </w:tc>
            </w:tr>
          </w:tbl>
          <w:p w14:paraId="1692AFDE" w14:textId="77777777" w:rsidR="00187E2C" w:rsidRDefault="00187E2C">
            <w:pPr>
              <w:spacing w:line="20" w:lineRule="exact"/>
            </w:pPr>
          </w:p>
          <w:p w14:paraId="14718CED"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3381931" w14:textId="77777777" w:rsidR="00187E2C" w:rsidRDefault="00000000">
            <w:pPr>
              <w:pStyle w:val="Oznaenseznam"/>
              <w:spacing w:after="16"/>
            </w:pPr>
            <w:r>
              <w:rPr>
                <w:color w:val="000000"/>
                <w:sz w:val="16"/>
              </w:rPr>
              <w:t>ob slikanici pripovedujem zgodbo</w:t>
            </w:r>
          </w:p>
          <w:p w14:paraId="7A2B565F" w14:textId="77777777" w:rsidR="00187E2C" w:rsidRDefault="00000000">
            <w:pPr>
              <w:pStyle w:val="Oznaenseznam"/>
              <w:spacing w:after="16"/>
            </w:pPr>
            <w:r>
              <w:rPr>
                <w:color w:val="000000"/>
                <w:sz w:val="16"/>
              </w:rPr>
              <w:t>oblikujem preprosto nadaljevanje</w:t>
            </w:r>
          </w:p>
          <w:p w14:paraId="6B9D7817" w14:textId="77777777" w:rsidR="00187E2C" w:rsidRDefault="00000000">
            <w:pPr>
              <w:pStyle w:val="Oznaenseznam"/>
              <w:spacing w:after="16"/>
            </w:pPr>
            <w:r>
              <w:rPr>
                <w:color w:val="000000"/>
                <w:sz w:val="16"/>
              </w:rPr>
              <w:t>razločno govorim</w:t>
            </w:r>
          </w:p>
          <w:p w14:paraId="1314F4AF" w14:textId="77777777" w:rsidR="00187E2C" w:rsidRDefault="00000000">
            <w:pPr>
              <w:pStyle w:val="Oznaenseznam"/>
              <w:spacing w:after="16"/>
            </w:pPr>
            <w:r>
              <w:rPr>
                <w:color w:val="000000"/>
                <w:sz w:val="16"/>
              </w:rPr>
              <w:t>prepoznam in poimenujem veliko tiskano črko Š ter jo povežem z glasom /š/</w:t>
            </w:r>
          </w:p>
          <w:p w14:paraId="25FB8776" w14:textId="77777777" w:rsidR="00187E2C" w:rsidRDefault="00000000">
            <w:pPr>
              <w:pStyle w:val="Oznaenseznam"/>
              <w:spacing w:after="16"/>
            </w:pPr>
            <w:r>
              <w:rPr>
                <w:color w:val="000000"/>
                <w:sz w:val="16"/>
              </w:rPr>
              <w:t>veččutno oblikujem in čitljivo zapišem veliko tiskano črko Š</w:t>
            </w:r>
          </w:p>
          <w:p w14:paraId="3D8881F3" w14:textId="77777777" w:rsidR="00187E2C" w:rsidRDefault="00000000">
            <w:pPr>
              <w:pStyle w:val="Oznaenseznam"/>
              <w:spacing w:after="16"/>
            </w:pPr>
            <w:r>
              <w:rPr>
                <w:color w:val="000000"/>
                <w:sz w:val="16"/>
              </w:rPr>
              <w:t>berem in sestavlja zloge oziroma besede z znanimi črkami: ŠOLA • MIŠ • MAŠA • ŠUMA</w:t>
            </w:r>
          </w:p>
          <w:tbl>
            <w:tblPr>
              <w:tblStyle w:val="Tabelamrea"/>
              <w:tblW w:w="0" w:type="auto"/>
              <w:jc w:val="center"/>
              <w:tblLayout w:type="fixed"/>
              <w:tblLook w:val="04A0" w:firstRow="1" w:lastRow="0" w:firstColumn="1" w:lastColumn="0" w:noHBand="0" w:noVBand="1"/>
            </w:tblPr>
            <w:tblGrid>
              <w:gridCol w:w="7087"/>
            </w:tblGrid>
            <w:tr w:rsidR="00187E2C" w14:paraId="20F81EE7" w14:textId="77777777">
              <w:trPr>
                <w:jc w:val="center"/>
              </w:trPr>
              <w:tc>
                <w:tcPr>
                  <w:tcW w:w="7087" w:type="dxa"/>
                  <w:shd w:val="clear" w:color="auto" w:fill="EDC9EA"/>
                  <w:tcMar>
                    <w:top w:w="45" w:type="dxa"/>
                    <w:left w:w="70" w:type="dxa"/>
                    <w:bottom w:w="45" w:type="dxa"/>
                    <w:right w:w="70" w:type="dxa"/>
                  </w:tcMar>
                </w:tcPr>
                <w:p w14:paraId="38EE1714" w14:textId="77777777" w:rsidR="00187E2C" w:rsidRDefault="00000000">
                  <w:pPr>
                    <w:keepNext/>
                  </w:pPr>
                  <w:r>
                    <w:rPr>
                      <w:b/>
                      <w:color w:val="000000"/>
                    </w:rPr>
                    <w:t>PREVERJANJE PREDZNANJA</w:t>
                  </w:r>
                </w:p>
              </w:tc>
            </w:tr>
          </w:tbl>
          <w:p w14:paraId="69C64614" w14:textId="77777777" w:rsidR="00187E2C" w:rsidRDefault="00187E2C">
            <w:pPr>
              <w:spacing w:line="20" w:lineRule="exact"/>
            </w:pPr>
          </w:p>
          <w:p w14:paraId="767B5603" w14:textId="77777777" w:rsidR="00187E2C" w:rsidRDefault="00000000">
            <w:pPr>
              <w:pStyle w:val="Oznaenseznam"/>
              <w:spacing w:after="16"/>
            </w:pPr>
            <w:r>
              <w:rPr>
                <w:color w:val="000000"/>
                <w:sz w:val="16"/>
              </w:rPr>
              <w:t>Kaj mi naslovnica, ilustracija ali naslov pove o motivu obljuba, pomoč, občutki in sprememba?</w:t>
            </w:r>
          </w:p>
          <w:p w14:paraId="749FAEBE" w14:textId="77777777" w:rsidR="00187E2C" w:rsidRDefault="00000000">
            <w:pPr>
              <w:pStyle w:val="Oznaenseznam"/>
              <w:spacing w:after="16"/>
            </w:pPr>
            <w:r>
              <w:rPr>
                <w:color w:val="000000"/>
                <w:sz w:val="16"/>
              </w:rPr>
              <w:t>Kje v besedah slišim glas /š/ in po katerih potezah prepoznam črko Š?</w:t>
            </w:r>
          </w:p>
          <w:p w14:paraId="2CFFA064"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2C5ECF0" w14:textId="77777777">
              <w:trPr>
                <w:jc w:val="center"/>
              </w:trPr>
              <w:tc>
                <w:tcPr>
                  <w:tcW w:w="7087" w:type="dxa"/>
                  <w:shd w:val="clear" w:color="auto" w:fill="EDC9EA"/>
                  <w:tcMar>
                    <w:top w:w="45" w:type="dxa"/>
                    <w:left w:w="70" w:type="dxa"/>
                    <w:bottom w:w="45" w:type="dxa"/>
                    <w:right w:w="70" w:type="dxa"/>
                  </w:tcMar>
                </w:tcPr>
                <w:p w14:paraId="65B8EF6C" w14:textId="77777777" w:rsidR="00187E2C" w:rsidRDefault="00000000">
                  <w:pPr>
                    <w:keepNext/>
                  </w:pPr>
                  <w:r>
                    <w:rPr>
                      <w:b/>
                      <w:color w:val="000000"/>
                    </w:rPr>
                    <w:t>KRITERIJI USPEŠNOSTI</w:t>
                  </w:r>
                </w:p>
              </w:tc>
            </w:tr>
          </w:tbl>
          <w:p w14:paraId="7E1F5979" w14:textId="77777777" w:rsidR="00187E2C" w:rsidRDefault="00187E2C"/>
          <w:p w14:paraId="13B87032" w14:textId="77777777" w:rsidR="00187E2C" w:rsidRDefault="00000000">
            <w:pPr>
              <w:spacing w:before="20" w:after="20" w:line="245" w:lineRule="auto"/>
            </w:pPr>
            <w:r>
              <w:rPr>
                <w:b/>
                <w:color w:val="000000"/>
                <w:sz w:val="16"/>
              </w:rPr>
              <w:t>Uspešen/-na bom, ko:</w:t>
            </w:r>
          </w:p>
          <w:p w14:paraId="25B4F4AC" w14:textId="77777777" w:rsidR="00187E2C" w:rsidRDefault="00000000">
            <w:pPr>
              <w:pStyle w:val="Oznaenseznam"/>
              <w:spacing w:after="16"/>
            </w:pPr>
            <w:r>
              <w:rPr>
                <w:color w:val="000000"/>
                <w:sz w:val="16"/>
              </w:rPr>
              <w:t>ob slikanici pripovedujem zgodbo</w:t>
            </w:r>
          </w:p>
          <w:p w14:paraId="2A1B4167" w14:textId="77777777" w:rsidR="00187E2C" w:rsidRDefault="00000000">
            <w:pPr>
              <w:pStyle w:val="Oznaenseznam"/>
              <w:spacing w:after="16"/>
            </w:pPr>
            <w:r>
              <w:rPr>
                <w:color w:val="000000"/>
                <w:sz w:val="16"/>
              </w:rPr>
              <w:t>oblikujem preprosto nadaljevanje</w:t>
            </w:r>
          </w:p>
          <w:p w14:paraId="72A8DADD" w14:textId="77777777" w:rsidR="00187E2C" w:rsidRDefault="00000000">
            <w:pPr>
              <w:pStyle w:val="Oznaenseznam"/>
              <w:spacing w:after="16"/>
            </w:pPr>
            <w:r>
              <w:rPr>
                <w:color w:val="000000"/>
                <w:sz w:val="16"/>
              </w:rPr>
              <w:t>razločno govorim</w:t>
            </w:r>
          </w:p>
          <w:p w14:paraId="52E1574E" w14:textId="77777777" w:rsidR="00187E2C" w:rsidRDefault="00000000">
            <w:pPr>
              <w:pStyle w:val="Oznaenseznam"/>
              <w:spacing w:after="16"/>
            </w:pPr>
            <w:r>
              <w:rPr>
                <w:color w:val="000000"/>
                <w:sz w:val="16"/>
              </w:rPr>
              <w:t>prepoznam in poimenujem veliko tiskano črko Š ter jo povežem z glasom /š/</w:t>
            </w:r>
          </w:p>
          <w:p w14:paraId="29DF3177" w14:textId="77777777" w:rsidR="00187E2C" w:rsidRDefault="00000000">
            <w:pPr>
              <w:pStyle w:val="Oznaenseznam"/>
              <w:spacing w:after="16"/>
            </w:pPr>
            <w:r>
              <w:rPr>
                <w:color w:val="000000"/>
                <w:sz w:val="16"/>
              </w:rPr>
              <w:t>veččutno oblikujem in čitljivo zapišem veliko tiskano črko Š</w:t>
            </w:r>
          </w:p>
          <w:p w14:paraId="72796BCF" w14:textId="77777777" w:rsidR="00187E2C" w:rsidRDefault="00000000">
            <w:pPr>
              <w:pStyle w:val="Oznaenseznam"/>
              <w:spacing w:after="16"/>
            </w:pPr>
            <w:r>
              <w:rPr>
                <w:color w:val="000000"/>
                <w:sz w:val="16"/>
              </w:rPr>
              <w:t>berem in sestavlja zloge oziroma besede z znanimi črkami: ŠOLA • MIŠ • MAŠA • ŠUMA</w:t>
            </w:r>
          </w:p>
          <w:p w14:paraId="3729CC47"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598E7ECE" w14:textId="77777777" w:rsidR="00187E2C" w:rsidRDefault="00187E2C"/>
          <w:p w14:paraId="4AA39BD2"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19DB237" w14:textId="77777777" w:rsidR="00187E2C" w:rsidRDefault="00000000">
            <w:pPr>
              <w:spacing w:after="80" w:line="245" w:lineRule="auto"/>
            </w:pPr>
            <w:r>
              <w:rPr>
                <w:color w:val="000000"/>
                <w:sz w:val="16"/>
              </w:rPr>
              <w:t>Pove, pokaže ali nariše, kaj že ve in katero strategijo bi uporabil.</w:t>
            </w:r>
          </w:p>
          <w:p w14:paraId="19CAA32D" w14:textId="77777777" w:rsidR="00187E2C" w:rsidRDefault="00000000">
            <w:pPr>
              <w:spacing w:after="100" w:line="245" w:lineRule="auto"/>
            </w:pPr>
            <w:r>
              <w:rPr>
                <w:color w:val="000000"/>
                <w:sz w:val="16"/>
              </w:rPr>
              <w:t>Sodeluje pri razumevanju namenov in kriterijev uspešnosti.</w:t>
            </w:r>
          </w:p>
          <w:p w14:paraId="0DE2BBDC" w14:textId="77777777" w:rsidR="00187E2C" w:rsidRDefault="00000000">
            <w:pPr>
              <w:spacing w:after="20" w:line="245" w:lineRule="auto"/>
            </w:pPr>
            <w:r>
              <w:rPr>
                <w:b/>
                <w:color w:val="D95BC6"/>
                <w:sz w:val="17"/>
              </w:rPr>
              <w:t>DOKAZ O UČENJU</w:t>
            </w:r>
          </w:p>
          <w:p w14:paraId="4E4DA2FA"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1E58717B"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34DE25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063EB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4A1EEAC" w14:textId="77777777" w:rsidR="00187E2C" w:rsidRDefault="00000000">
            <w:pPr>
              <w:jc w:val="center"/>
            </w:pPr>
            <w:r>
              <w:rPr>
                <w:b/>
                <w:color w:val="000000"/>
                <w:sz w:val="20"/>
              </w:rPr>
              <w:t>UČNE DEJAVNOSTI, METODE IN FORMATIVNO SPREMLJANJE</w:t>
            </w:r>
          </w:p>
        </w:tc>
      </w:tr>
      <w:tr w:rsidR="00187E2C" w14:paraId="51EAF33F" w14:textId="77777777">
        <w:trPr>
          <w:tblHeader/>
          <w:jc w:val="center"/>
        </w:trPr>
        <w:tc>
          <w:tcPr>
            <w:tcW w:w="4422" w:type="dxa"/>
            <w:vMerge/>
            <w:tcMar>
              <w:top w:w="70" w:type="dxa"/>
              <w:left w:w="90" w:type="dxa"/>
              <w:bottom w:w="70" w:type="dxa"/>
              <w:right w:w="90" w:type="dxa"/>
            </w:tcMar>
            <w:vAlign w:val="center"/>
          </w:tcPr>
          <w:p w14:paraId="6DF05993" w14:textId="77777777" w:rsidR="00187E2C" w:rsidRDefault="00187E2C"/>
        </w:tc>
        <w:tc>
          <w:tcPr>
            <w:tcW w:w="7087" w:type="dxa"/>
            <w:shd w:val="clear" w:color="auto" w:fill="FFFFFF"/>
            <w:tcMar>
              <w:top w:w="70" w:type="dxa"/>
              <w:left w:w="90" w:type="dxa"/>
              <w:bottom w:w="70" w:type="dxa"/>
              <w:right w:w="90" w:type="dxa"/>
            </w:tcMar>
            <w:vAlign w:val="center"/>
          </w:tcPr>
          <w:p w14:paraId="38A94AE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AC1693" w14:textId="77777777" w:rsidR="00187E2C" w:rsidRDefault="00000000">
            <w:pPr>
              <w:jc w:val="center"/>
            </w:pPr>
            <w:r>
              <w:rPr>
                <w:b/>
                <w:color w:val="000000"/>
              </w:rPr>
              <w:t>UČENEC</w:t>
            </w:r>
          </w:p>
        </w:tc>
      </w:tr>
      <w:tr w:rsidR="00187E2C" w14:paraId="7C736222" w14:textId="77777777">
        <w:trPr>
          <w:jc w:val="center"/>
        </w:trPr>
        <w:tc>
          <w:tcPr>
            <w:tcW w:w="4422" w:type="dxa"/>
            <w:tcMar>
              <w:top w:w="70" w:type="dxa"/>
              <w:left w:w="90" w:type="dxa"/>
              <w:bottom w:w="70" w:type="dxa"/>
              <w:right w:w="90" w:type="dxa"/>
            </w:tcMar>
          </w:tcPr>
          <w:p w14:paraId="3D829CAA" w14:textId="77777777" w:rsidR="00187E2C" w:rsidRDefault="00187E2C"/>
          <w:p w14:paraId="56C10B5C" w14:textId="77777777" w:rsidR="00187E2C" w:rsidRDefault="00000000">
            <w:pPr>
              <w:spacing w:after="40" w:line="245" w:lineRule="auto"/>
            </w:pPr>
            <w:r>
              <w:rPr>
                <w:b/>
                <w:color w:val="000000"/>
              </w:rPr>
              <w:t>KLJUČNI POJMI</w:t>
            </w:r>
          </w:p>
          <w:p w14:paraId="46DDADF3" w14:textId="77777777" w:rsidR="00187E2C" w:rsidRDefault="00000000">
            <w:pPr>
              <w:spacing w:after="60" w:line="245" w:lineRule="auto"/>
            </w:pPr>
            <w:r>
              <w:rPr>
                <w:color w:val="000000"/>
                <w:sz w:val="15"/>
              </w:rPr>
              <w:t>glas /š/, črka Š, zlog, beseda, poved, smer poteze, bralna strategija, naslov, avtor, ilustrator, književna oseba</w:t>
            </w:r>
          </w:p>
          <w:p w14:paraId="416721D6" w14:textId="77777777" w:rsidR="00187E2C" w:rsidRDefault="00000000">
            <w:pPr>
              <w:spacing w:after="20" w:line="245" w:lineRule="auto"/>
            </w:pPr>
            <w:r>
              <w:rPr>
                <w:b/>
                <w:color w:val="000000"/>
                <w:sz w:val="17"/>
              </w:rPr>
              <w:t>DOKAZI O UČENJU</w:t>
            </w:r>
          </w:p>
          <w:p w14:paraId="2C89F16D" w14:textId="77777777" w:rsidR="00187E2C" w:rsidRDefault="00000000">
            <w:pPr>
              <w:pStyle w:val="Oznaenseznam"/>
              <w:spacing w:after="9"/>
            </w:pPr>
            <w:r>
              <w:rPr>
                <w:color w:val="000000"/>
                <w:sz w:val="15"/>
              </w:rPr>
              <w:t>odziv med poslušanjem, izbrana slika in ena poved o doživetju.</w:t>
            </w:r>
          </w:p>
          <w:p w14:paraId="42FF9E8A" w14:textId="77777777" w:rsidR="00187E2C" w:rsidRDefault="00000000">
            <w:pPr>
              <w:pStyle w:val="Oznaenseznam"/>
              <w:spacing w:after="9"/>
            </w:pPr>
            <w:r>
              <w:rPr>
                <w:color w:val="000000"/>
                <w:sz w:val="15"/>
              </w:rPr>
              <w:t>zvočni posnetek ali anekdotski zapis kratke izmenjave.</w:t>
            </w:r>
          </w:p>
          <w:p w14:paraId="6371F9F5" w14:textId="77777777" w:rsidR="00187E2C" w:rsidRDefault="00000000">
            <w:pPr>
              <w:pStyle w:val="Oznaenseznam"/>
              <w:spacing w:after="9"/>
            </w:pPr>
            <w:r>
              <w:rPr>
                <w:color w:val="000000"/>
                <w:sz w:val="15"/>
              </w:rPr>
              <w:t>pravilno sestavljen primer in učenčeva ustna razlaga postopka.</w:t>
            </w:r>
          </w:p>
          <w:p w14:paraId="268F2670" w14:textId="77777777" w:rsidR="00187E2C" w:rsidRDefault="00000000">
            <w:pPr>
              <w:pStyle w:val="Oznaenseznam"/>
              <w:spacing w:after="9"/>
            </w:pPr>
            <w:r>
              <w:rPr>
                <w:color w:val="000000"/>
                <w:sz w:val="15"/>
              </w:rPr>
              <w:t>štiri pravilne glasovne odločitve, izbor črke Š in kratka učenčeva razlaga.</w:t>
            </w:r>
          </w:p>
          <w:p w14:paraId="5CC268E2" w14:textId="77777777" w:rsidR="00187E2C" w:rsidRDefault="00000000">
            <w:pPr>
              <w:pStyle w:val="Oznaenseznam"/>
              <w:spacing w:after="9"/>
            </w:pPr>
            <w:r>
              <w:rPr>
                <w:color w:val="000000"/>
                <w:sz w:val="15"/>
              </w:rPr>
              <w:t>fotografija konstrukcije črke Š, opazovalni zapis smeri potez in datirana vrstica treh zapisov.</w:t>
            </w:r>
          </w:p>
          <w:p w14:paraId="293E89E8" w14:textId="77777777" w:rsidR="00187E2C" w:rsidRDefault="00000000">
            <w:pPr>
              <w:pStyle w:val="Oznaenseznam"/>
              <w:spacing w:after="9"/>
            </w:pPr>
            <w:r>
              <w:rPr>
                <w:color w:val="000000"/>
                <w:sz w:val="15"/>
              </w:rPr>
              <w:t>izpolnjen Bralni list 26, individualni bralni zapis, sestavljen ali zapisan primer s črko Š in samovrednotenje.</w:t>
            </w:r>
          </w:p>
          <w:p w14:paraId="5F3D6105" w14:textId="77777777" w:rsidR="00187E2C" w:rsidRDefault="00000000">
            <w:pPr>
              <w:spacing w:before="40" w:after="20" w:line="245" w:lineRule="auto"/>
            </w:pPr>
            <w:r>
              <w:rPr>
                <w:b/>
                <w:color w:val="000000"/>
                <w:sz w:val="17"/>
              </w:rPr>
              <w:t>KNJIŽEVNO DOŽIVETJE IN IZKUŠENJSKI POUK</w:t>
            </w:r>
          </w:p>
          <w:p w14:paraId="50BFF18E"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6EA2AE46" w14:textId="77777777" w:rsidR="00187E2C" w:rsidRDefault="00000000">
            <w:pPr>
              <w:spacing w:after="20" w:line="245" w:lineRule="auto"/>
            </w:pPr>
            <w:r>
              <w:rPr>
                <w:b/>
                <w:color w:val="000000"/>
                <w:sz w:val="17"/>
              </w:rPr>
              <w:t>POUČEVANJE V GIBANJU</w:t>
            </w:r>
          </w:p>
          <w:p w14:paraId="72049D87"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61C25AD" w14:textId="77777777" w:rsidR="00187E2C" w:rsidRDefault="00000000">
            <w:pPr>
              <w:spacing w:after="20" w:line="245" w:lineRule="auto"/>
            </w:pPr>
            <w:r>
              <w:rPr>
                <w:b/>
                <w:color w:val="000000"/>
                <w:sz w:val="17"/>
              </w:rPr>
              <w:t>DELO PO POSTAJAH</w:t>
            </w:r>
          </w:p>
          <w:p w14:paraId="70DE2B65" w14:textId="77777777" w:rsidR="00187E2C" w:rsidRDefault="00000000">
            <w:pPr>
              <w:spacing w:after="60" w:line="245" w:lineRule="auto"/>
            </w:pPr>
            <w:r>
              <w:rPr>
                <w:color w:val="000000"/>
                <w:sz w:val="15"/>
              </w:rPr>
              <w:t>1. doživljajsko-književna – poslušanje, pogovor, igra vlog in predmetno/slikovno izhodišče; 2. glasovno-gibalna – slišim glas /š/, razvrščam besede in sestavljam žive zloge; 3. bralna – ČRKA Š • BRALNI LIST 26, modelirano, vodeno ali ponovljeno branje; 4. tipno-grafomotorična – črko Š oblikujem, hodim po njeni poti in jo zapišem ter izbor dokaza, povratna informacija in naslednji korak.</w:t>
            </w:r>
          </w:p>
          <w:p w14:paraId="1633C1D2" w14:textId="77777777" w:rsidR="00187E2C" w:rsidRDefault="00000000">
            <w:pPr>
              <w:spacing w:after="20" w:line="245" w:lineRule="auto"/>
            </w:pPr>
            <w:r>
              <w:rPr>
                <w:b/>
                <w:color w:val="000000"/>
                <w:sz w:val="17"/>
              </w:rPr>
              <w:t>DIFERENCIACIJA IN VKLJUČEVANJE</w:t>
            </w:r>
          </w:p>
          <w:p w14:paraId="5A9F6024"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2F383087" w14:textId="77777777" w:rsidR="00187E2C" w:rsidRDefault="00000000">
            <w:pPr>
              <w:spacing w:after="20" w:line="245" w:lineRule="auto"/>
            </w:pPr>
            <w:r>
              <w:rPr>
                <w:b/>
                <w:color w:val="000000"/>
                <w:sz w:val="17"/>
              </w:rPr>
              <w:t>SPREMLJANJE</w:t>
            </w:r>
          </w:p>
          <w:p w14:paraId="19AA70A7"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3AB086B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21BCD45" w14:textId="77777777">
              <w:trPr>
                <w:jc w:val="center"/>
              </w:trPr>
              <w:tc>
                <w:tcPr>
                  <w:tcW w:w="7087" w:type="dxa"/>
                  <w:shd w:val="clear" w:color="auto" w:fill="C6E7F3"/>
                  <w:tcMar>
                    <w:top w:w="45" w:type="dxa"/>
                    <w:left w:w="70" w:type="dxa"/>
                    <w:bottom w:w="45" w:type="dxa"/>
                    <w:right w:w="70" w:type="dxa"/>
                  </w:tcMar>
                </w:tcPr>
                <w:p w14:paraId="212C0DD8" w14:textId="77777777" w:rsidR="00187E2C" w:rsidRDefault="00000000">
                  <w:pPr>
                    <w:keepNext/>
                  </w:pPr>
                  <w:r>
                    <w:rPr>
                      <w:b/>
                      <w:color w:val="000000"/>
                      <w:sz w:val="17"/>
                    </w:rPr>
                    <w:t>GLAVNI DEL – DOŽIVLJAJSKO, JEZIKOVNO IN OPISMENJEVALNO UČENJE (6 šolskih ur)</w:t>
                  </w:r>
                </w:p>
              </w:tc>
            </w:tr>
          </w:tbl>
          <w:p w14:paraId="6F9E9393" w14:textId="77777777" w:rsidR="00187E2C" w:rsidRDefault="00187E2C">
            <w:pPr>
              <w:spacing w:line="20" w:lineRule="exact"/>
            </w:pPr>
          </w:p>
          <w:p w14:paraId="3190617E" w14:textId="77777777" w:rsidR="00187E2C" w:rsidRDefault="00000000">
            <w:pPr>
              <w:keepNext/>
              <w:spacing w:before="22" w:after="6" w:line="245" w:lineRule="auto"/>
            </w:pPr>
            <w:r>
              <w:rPr>
                <w:b/>
                <w:color w:val="000000"/>
                <w:sz w:val="15"/>
              </w:rPr>
              <w:t>1. URA – Pripoved in nadaljevanje – Poslušam in doživljam</w:t>
            </w:r>
          </w:p>
          <w:p w14:paraId="0AF8F89E"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»pripoved in nadaljevanje • velika tiskana črka š • bralni list 26«.</w:t>
            </w:r>
          </w:p>
          <w:p w14:paraId="0C6670B6"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»ob slikanici pripoveduje zgodbo«.</w:t>
            </w:r>
          </w:p>
          <w:p w14:paraId="50FEA925" w14:textId="77777777" w:rsidR="00187E2C" w:rsidRDefault="00000000">
            <w:pPr>
              <w:spacing w:after="15" w:line="245" w:lineRule="auto"/>
            </w:pPr>
            <w:r>
              <w:rPr>
                <w:i/>
                <w:color w:val="D95BC6"/>
                <w:sz w:val="14"/>
              </w:rPr>
              <w:t>Predvideni dokaz: odziv med poslušanjem, izbrana slika in ena poved o doživetju..</w:t>
            </w:r>
          </w:p>
          <w:p w14:paraId="54ABBEAA" w14:textId="77777777" w:rsidR="00187E2C" w:rsidRDefault="00000000">
            <w:pPr>
              <w:keepNext/>
              <w:spacing w:before="22" w:after="6" w:line="245" w:lineRule="auto"/>
            </w:pPr>
            <w:r>
              <w:rPr>
                <w:b/>
                <w:color w:val="000000"/>
                <w:sz w:val="15"/>
              </w:rPr>
              <w:t>2. URA – Pripoved in nadaljevanje – Govorim in pojasnjujem</w:t>
            </w:r>
          </w:p>
          <w:p w14:paraId="5BBE71DF"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34236A5A"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»oblikuje preprosto nadaljevanje«.</w:t>
            </w:r>
          </w:p>
          <w:p w14:paraId="4DB3DF94" w14:textId="77777777" w:rsidR="00187E2C" w:rsidRDefault="00000000">
            <w:pPr>
              <w:spacing w:after="15" w:line="245" w:lineRule="auto"/>
            </w:pPr>
            <w:r>
              <w:rPr>
                <w:i/>
                <w:color w:val="D95BC6"/>
                <w:sz w:val="14"/>
              </w:rPr>
              <w:t>Predvideni dokaz: zvočni posnetek ali anekdotski zapis kratke izmenjave..</w:t>
            </w:r>
          </w:p>
          <w:p w14:paraId="0895054A" w14:textId="77777777" w:rsidR="00187E2C" w:rsidRDefault="00000000">
            <w:pPr>
              <w:keepNext/>
              <w:spacing w:before="22" w:after="6" w:line="245" w:lineRule="auto"/>
            </w:pPr>
            <w:r>
              <w:rPr>
                <w:b/>
                <w:color w:val="000000"/>
                <w:sz w:val="15"/>
              </w:rPr>
              <w:t>3. URA – Pripoved in nadaljevanje – Razčlenjujem jezik</w:t>
            </w:r>
          </w:p>
          <w:p w14:paraId="57F89729"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76CBF155"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»razločno govori«.</w:t>
            </w:r>
          </w:p>
          <w:p w14:paraId="08F64A3C" w14:textId="77777777" w:rsidR="00187E2C" w:rsidRDefault="00000000">
            <w:pPr>
              <w:spacing w:after="15" w:line="245" w:lineRule="auto"/>
            </w:pPr>
            <w:r>
              <w:rPr>
                <w:i/>
                <w:color w:val="D95BC6"/>
                <w:sz w:val="14"/>
              </w:rPr>
              <w:t>Predvideni dokaz: pravilno sestavljen primer in učenčeva ustna razlaga postopka..</w:t>
            </w:r>
          </w:p>
          <w:p w14:paraId="6B8A991D" w14:textId="77777777" w:rsidR="00187E2C" w:rsidRDefault="00000000">
            <w:pPr>
              <w:keepNext/>
              <w:spacing w:before="22" w:after="6" w:line="245" w:lineRule="auto"/>
            </w:pPr>
            <w:r>
              <w:rPr>
                <w:b/>
                <w:color w:val="000000"/>
                <w:sz w:val="15"/>
              </w:rPr>
              <w:t>4. URA – SLIŠIM GLAS /š/ IN ODKRIVAM ČRKO Š</w:t>
            </w:r>
          </w:p>
          <w:p w14:paraId="3F20EC04"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(šola, miška, koš, dežnik); učenci se premikajo v kote začetek–sredina–konec, nato med črkami poiščejo Š in jo oblikujejo s telesom.</w:t>
            </w:r>
          </w:p>
          <w:p w14:paraId="6D0B204E"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Š ter jo predstavi s telesom ali vrvjo.</w:t>
            </w:r>
          </w:p>
          <w:p w14:paraId="5EE33BC8" w14:textId="77777777" w:rsidR="00187E2C" w:rsidRDefault="00000000">
            <w:pPr>
              <w:spacing w:after="15" w:line="245" w:lineRule="auto"/>
            </w:pPr>
            <w:r>
              <w:rPr>
                <w:i/>
                <w:color w:val="D95BC6"/>
                <w:sz w:val="14"/>
              </w:rPr>
              <w:t>Predvideni dokaz: štiri pravilne glasovne odločitve, izbor črke Š in kratka učenčeva razlaga..</w:t>
            </w:r>
          </w:p>
          <w:p w14:paraId="4E7953C7" w14:textId="77777777" w:rsidR="00187E2C" w:rsidRDefault="00000000">
            <w:pPr>
              <w:keepNext/>
              <w:spacing w:before="22" w:after="6" w:line="245" w:lineRule="auto"/>
            </w:pPr>
            <w:r>
              <w:rPr>
                <w:b/>
                <w:color w:val="000000"/>
                <w:sz w:val="15"/>
              </w:rPr>
              <w:t>5. URA – Oblikujem in pišem črko Š</w:t>
            </w:r>
          </w:p>
          <w:p w14:paraId="1F8FD741"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6C41A9E8" w14:textId="77777777" w:rsidR="00187E2C" w:rsidRDefault="00000000">
            <w:pPr>
              <w:spacing w:after="7" w:line="245" w:lineRule="auto"/>
            </w:pPr>
            <w:r>
              <w:rPr>
                <w:b/>
                <w:color w:val="000000"/>
                <w:sz w:val="14"/>
              </w:rPr>
              <w:t xml:space="preserve">Dejavnost učencev: </w:t>
            </w:r>
            <w:r>
              <w:rPr>
                <w:color w:val="000000"/>
                <w:sz w:val="14"/>
              </w:rPr>
              <w:t>Črko Š gradi in zapisuje na različnih podlagah, nato preide na manjši format; po povratni informaciji ponovi isti zapis.</w:t>
            </w:r>
          </w:p>
          <w:p w14:paraId="2E202C8F" w14:textId="77777777" w:rsidR="00187E2C" w:rsidRDefault="00000000">
            <w:pPr>
              <w:spacing w:after="15" w:line="245" w:lineRule="auto"/>
            </w:pPr>
            <w:r>
              <w:rPr>
                <w:i/>
                <w:color w:val="D95BC6"/>
                <w:sz w:val="14"/>
              </w:rPr>
              <w:t>Predvideni dokaz: fotografija konstrukcije črke Š, opazovalni zapis smeri potez in datirana vrstica treh zapisov..</w:t>
            </w:r>
          </w:p>
          <w:p w14:paraId="235A266B" w14:textId="77777777" w:rsidR="00187E2C" w:rsidRDefault="00000000">
            <w:pPr>
              <w:keepNext/>
              <w:spacing w:before="22" w:after="6" w:line="245" w:lineRule="auto"/>
            </w:pPr>
            <w:r>
              <w:rPr>
                <w:b/>
                <w:color w:val="000000"/>
                <w:sz w:val="15"/>
              </w:rPr>
              <w:t>6. URA – Berem in uporabim črko Š</w:t>
            </w:r>
          </w:p>
          <w:p w14:paraId="5480A0C0"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Š in Bralni list 26; gradivo omeji na znane črke A, E, I, O, U, N, M, T, J, V, R, S, L, K, P, D, B, G, Č, Š.</w:t>
            </w:r>
          </w:p>
          <w:p w14:paraId="65A3C355" w14:textId="77777777" w:rsidR="00187E2C" w:rsidRDefault="00000000">
            <w:pPr>
              <w:spacing w:after="7" w:line="245" w:lineRule="auto"/>
            </w:pPr>
            <w:r>
              <w:rPr>
                <w:b/>
                <w:color w:val="000000"/>
                <w:sz w:val="14"/>
              </w:rPr>
              <w:t xml:space="preserve">Dejavnost učencev: </w:t>
            </w:r>
            <w:r>
              <w:rPr>
                <w:color w:val="000000"/>
                <w:sz w:val="14"/>
              </w:rPr>
              <w:t>Sestavlja, premešča in bere ŠA • ŠI • ŠO • ŠU ter ŠOLA • MIŠ • MAŠA • ŠUMA; izbere zahtevnost in rešuje Bralni list 26.</w:t>
            </w:r>
          </w:p>
          <w:p w14:paraId="56898F0F" w14:textId="77777777" w:rsidR="00187E2C" w:rsidRDefault="00000000">
            <w:pPr>
              <w:spacing w:after="15" w:line="245" w:lineRule="auto"/>
            </w:pPr>
            <w:r>
              <w:rPr>
                <w:i/>
                <w:color w:val="D95BC6"/>
                <w:sz w:val="14"/>
              </w:rPr>
              <w:t>Predvideni dokaz: izpolnjen Bralni list 26, individualni bralni zapis, sestavljen ali zapisan primer s črko Š in samovrednotenje..</w:t>
            </w:r>
          </w:p>
          <w:tbl>
            <w:tblPr>
              <w:tblStyle w:val="Tabelamrea"/>
              <w:tblW w:w="0" w:type="auto"/>
              <w:jc w:val="center"/>
              <w:tblLayout w:type="fixed"/>
              <w:tblLook w:val="04A0" w:firstRow="1" w:lastRow="0" w:firstColumn="1" w:lastColumn="0" w:noHBand="0" w:noVBand="1"/>
            </w:tblPr>
            <w:tblGrid>
              <w:gridCol w:w="7087"/>
            </w:tblGrid>
            <w:tr w:rsidR="00187E2C" w14:paraId="626A9BB0" w14:textId="77777777">
              <w:trPr>
                <w:jc w:val="center"/>
              </w:trPr>
              <w:tc>
                <w:tcPr>
                  <w:tcW w:w="7087" w:type="dxa"/>
                  <w:shd w:val="clear" w:color="auto" w:fill="EDC9EA"/>
                  <w:tcMar>
                    <w:top w:w="45" w:type="dxa"/>
                    <w:left w:w="70" w:type="dxa"/>
                    <w:bottom w:w="45" w:type="dxa"/>
                    <w:right w:w="70" w:type="dxa"/>
                  </w:tcMar>
                </w:tcPr>
                <w:p w14:paraId="764223F6" w14:textId="77777777" w:rsidR="00187E2C" w:rsidRDefault="00000000">
                  <w:pPr>
                    <w:keepNext/>
                  </w:pPr>
                  <w:r>
                    <w:rPr>
                      <w:b/>
                      <w:color w:val="000000"/>
                      <w:sz w:val="17"/>
                    </w:rPr>
                    <w:t>POVRATNA INFORMACIJA UČITELJICE MED DELOM</w:t>
                  </w:r>
                </w:p>
              </w:tc>
            </w:tr>
          </w:tbl>
          <w:p w14:paraId="2EE38A93" w14:textId="77777777" w:rsidR="00187E2C" w:rsidRDefault="00187E2C"/>
          <w:p w14:paraId="6A4808DC"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888C97E" w14:textId="77777777" w:rsidR="00187E2C" w:rsidRDefault="00187E2C"/>
          <w:p w14:paraId="62A6E45A" w14:textId="77777777" w:rsidR="00187E2C" w:rsidRDefault="00000000">
            <w:pPr>
              <w:spacing w:after="4" w:line="245" w:lineRule="auto"/>
            </w:pPr>
            <w:r>
              <w:rPr>
                <w:b/>
                <w:color w:val="000000"/>
                <w:sz w:val="15"/>
              </w:rPr>
              <w:t>1. URA – Pripoved in nadaljevanje – Poslušam in doživljam</w:t>
            </w:r>
          </w:p>
          <w:p w14:paraId="37933B05" w14:textId="77777777" w:rsidR="00187E2C" w:rsidRDefault="00000000">
            <w:pPr>
              <w:spacing w:after="7" w:line="245" w:lineRule="auto"/>
            </w:pPr>
            <w:r>
              <w:rPr>
                <w:color w:val="000000"/>
                <w:sz w:val="14"/>
              </w:rPr>
              <w:t>Napoveduje ob naslovu/sliki, med poslušanjem pokaže dogovorjen znak in po poslušanju izbere sliko občutja.</w:t>
            </w:r>
          </w:p>
          <w:p w14:paraId="264BFEFE" w14:textId="77777777" w:rsidR="00187E2C" w:rsidRDefault="00000000">
            <w:pPr>
              <w:spacing w:after="15" w:line="245" w:lineRule="auto"/>
            </w:pPr>
            <w:r>
              <w:rPr>
                <w:color w:val="D95BC6"/>
                <w:sz w:val="13"/>
              </w:rPr>
              <w:t>Dokaz: odziv med poslušanjem, izbrana slika in ena poved o doživetju.</w:t>
            </w:r>
          </w:p>
          <w:p w14:paraId="4C821763" w14:textId="77777777" w:rsidR="00187E2C" w:rsidRDefault="00000000">
            <w:pPr>
              <w:spacing w:after="4" w:line="245" w:lineRule="auto"/>
            </w:pPr>
            <w:r>
              <w:rPr>
                <w:b/>
                <w:color w:val="000000"/>
                <w:sz w:val="15"/>
              </w:rPr>
              <w:t>2. URA – Pripoved in nadaljevanje – Govorim in pojasnjujem</w:t>
            </w:r>
          </w:p>
          <w:p w14:paraId="35C804E3" w14:textId="77777777" w:rsidR="00187E2C" w:rsidRDefault="00000000">
            <w:pPr>
              <w:spacing w:after="7" w:line="245" w:lineRule="auto"/>
            </w:pPr>
            <w:r>
              <w:rPr>
                <w:color w:val="000000"/>
                <w:sz w:val="14"/>
              </w:rPr>
              <w:t>V paru govori in posluša, zamenja vlogo, postavi vprašanje ter uporabi besedo iz tedenske besedne banke.</w:t>
            </w:r>
          </w:p>
          <w:p w14:paraId="55703CB9" w14:textId="77777777" w:rsidR="00187E2C" w:rsidRDefault="00000000">
            <w:pPr>
              <w:spacing w:after="15" w:line="245" w:lineRule="auto"/>
            </w:pPr>
            <w:r>
              <w:rPr>
                <w:color w:val="D95BC6"/>
                <w:sz w:val="13"/>
              </w:rPr>
              <w:t>Dokaz: zvočni posnetek ali anekdotski zapis kratke izmenjave.</w:t>
            </w:r>
          </w:p>
          <w:p w14:paraId="4DD67141" w14:textId="77777777" w:rsidR="00187E2C" w:rsidRDefault="00000000">
            <w:pPr>
              <w:spacing w:after="4" w:line="245" w:lineRule="auto"/>
            </w:pPr>
            <w:r>
              <w:rPr>
                <w:b/>
                <w:color w:val="000000"/>
                <w:sz w:val="15"/>
              </w:rPr>
              <w:t>3. URA – Pripoved in nadaljevanje – Razčlenjujem jezik</w:t>
            </w:r>
          </w:p>
          <w:p w14:paraId="36C3A19B" w14:textId="77777777" w:rsidR="00187E2C" w:rsidRDefault="00000000">
            <w:pPr>
              <w:spacing w:after="7" w:line="245" w:lineRule="auto"/>
            </w:pPr>
            <w:r>
              <w:rPr>
                <w:color w:val="000000"/>
                <w:sz w:val="14"/>
              </w:rPr>
              <w:t>Ploska, stopa, razstavlja in sestavlja; primer razvrsti ter svojo rešitev preveri s sošolcem.</w:t>
            </w:r>
          </w:p>
          <w:p w14:paraId="0A1B8CBB" w14:textId="77777777" w:rsidR="00187E2C" w:rsidRDefault="00000000">
            <w:pPr>
              <w:spacing w:after="15" w:line="245" w:lineRule="auto"/>
            </w:pPr>
            <w:r>
              <w:rPr>
                <w:color w:val="D95BC6"/>
                <w:sz w:val="13"/>
              </w:rPr>
              <w:t>Dokaz: pravilno sestavljen primer in učenčeva ustna razlaga postopka.</w:t>
            </w:r>
          </w:p>
          <w:p w14:paraId="5DF2981B" w14:textId="77777777" w:rsidR="00187E2C" w:rsidRDefault="00000000">
            <w:pPr>
              <w:spacing w:after="4" w:line="245" w:lineRule="auto"/>
            </w:pPr>
            <w:r>
              <w:rPr>
                <w:b/>
                <w:color w:val="000000"/>
                <w:sz w:val="15"/>
              </w:rPr>
              <w:t>4. URA – SLIŠIM GLAS /š/ IN ODKRIVAM ČRKO Š</w:t>
            </w:r>
          </w:p>
          <w:p w14:paraId="3EC22A29" w14:textId="77777777" w:rsidR="00187E2C" w:rsidRDefault="00000000">
            <w:pPr>
              <w:spacing w:after="7" w:line="245" w:lineRule="auto"/>
            </w:pPr>
            <w:r>
              <w:rPr>
                <w:color w:val="000000"/>
                <w:sz w:val="14"/>
              </w:rPr>
              <w:t>Besede razvršča z gibanjem, za vsak glas položi žeton, med znaki poišče Š ter jo predstavi s telesom ali vrvjo.</w:t>
            </w:r>
          </w:p>
          <w:p w14:paraId="39D84561" w14:textId="77777777" w:rsidR="00187E2C" w:rsidRDefault="00000000">
            <w:pPr>
              <w:spacing w:after="15" w:line="245" w:lineRule="auto"/>
            </w:pPr>
            <w:r>
              <w:rPr>
                <w:color w:val="D95BC6"/>
                <w:sz w:val="13"/>
              </w:rPr>
              <w:t>Dokaz: štiri pravilne glasovne odločitve, izbor črke Š in kratka učenčeva razlaga.</w:t>
            </w:r>
          </w:p>
          <w:p w14:paraId="38EA75F4" w14:textId="77777777" w:rsidR="00187E2C" w:rsidRDefault="00000000">
            <w:pPr>
              <w:spacing w:after="4" w:line="245" w:lineRule="auto"/>
            </w:pPr>
            <w:r>
              <w:rPr>
                <w:b/>
                <w:color w:val="000000"/>
                <w:sz w:val="15"/>
              </w:rPr>
              <w:t>5. URA – Oblikujem in pišem črko Š</w:t>
            </w:r>
          </w:p>
          <w:p w14:paraId="15BBD1B5" w14:textId="77777777" w:rsidR="00187E2C" w:rsidRDefault="00000000">
            <w:pPr>
              <w:spacing w:after="7" w:line="245" w:lineRule="auto"/>
            </w:pPr>
            <w:r>
              <w:rPr>
                <w:color w:val="000000"/>
                <w:sz w:val="14"/>
              </w:rPr>
              <w:t>Črko Š gradi in zapisuje na različnih podlagah, nato preide na manjši format.</w:t>
            </w:r>
          </w:p>
          <w:p w14:paraId="6168CBD8" w14:textId="77777777" w:rsidR="00187E2C" w:rsidRDefault="00000000">
            <w:pPr>
              <w:spacing w:after="15" w:line="245" w:lineRule="auto"/>
            </w:pPr>
            <w:r>
              <w:rPr>
                <w:color w:val="D95BC6"/>
                <w:sz w:val="13"/>
              </w:rPr>
              <w:t>Dokaz: fotografija konstrukcije črke Š, opazovalni zapis smeri potez in datirana.</w:t>
            </w:r>
          </w:p>
          <w:p w14:paraId="0C60F510" w14:textId="77777777" w:rsidR="00187E2C" w:rsidRDefault="00000000">
            <w:pPr>
              <w:spacing w:after="4" w:line="245" w:lineRule="auto"/>
            </w:pPr>
            <w:r>
              <w:rPr>
                <w:b/>
                <w:color w:val="000000"/>
                <w:sz w:val="15"/>
              </w:rPr>
              <w:t>6. URA – Berem in uporabim črko Š</w:t>
            </w:r>
          </w:p>
          <w:p w14:paraId="7EA6273F" w14:textId="77777777" w:rsidR="00187E2C" w:rsidRDefault="00000000">
            <w:pPr>
              <w:spacing w:after="7" w:line="245" w:lineRule="auto"/>
            </w:pPr>
            <w:r>
              <w:rPr>
                <w:color w:val="000000"/>
                <w:sz w:val="14"/>
              </w:rPr>
              <w:t>Sestavlja, premešča in bere ŠA • ŠI • ŠO • ŠU ter ŠOLA • MIŠ • MAŠA • ŠUMA.</w:t>
            </w:r>
          </w:p>
          <w:p w14:paraId="473CA42E" w14:textId="77777777" w:rsidR="00187E2C" w:rsidRDefault="00000000">
            <w:pPr>
              <w:spacing w:after="15" w:line="245" w:lineRule="auto"/>
            </w:pPr>
            <w:r>
              <w:rPr>
                <w:color w:val="D95BC6"/>
                <w:sz w:val="13"/>
              </w:rPr>
              <w:t>Dokaz: izpolnjen Bralni list 26, individualni bralni zapis.</w:t>
            </w:r>
          </w:p>
        </w:tc>
      </w:tr>
    </w:tbl>
    <w:p w14:paraId="7188A1F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0101F3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1BB7FFE"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129EA59" w14:textId="77777777" w:rsidR="00187E2C" w:rsidRDefault="00000000">
            <w:pPr>
              <w:jc w:val="center"/>
            </w:pPr>
            <w:r>
              <w:rPr>
                <w:b/>
                <w:color w:val="000000"/>
                <w:sz w:val="20"/>
              </w:rPr>
              <w:t>UČNE DEJAVNOSTI, METODE IN FORMATIVNO SPREMLJANJE</w:t>
            </w:r>
          </w:p>
        </w:tc>
      </w:tr>
      <w:tr w:rsidR="00187E2C" w14:paraId="50482043" w14:textId="77777777">
        <w:trPr>
          <w:tblHeader/>
          <w:jc w:val="center"/>
        </w:trPr>
        <w:tc>
          <w:tcPr>
            <w:tcW w:w="4422" w:type="dxa"/>
            <w:vMerge/>
            <w:tcMar>
              <w:top w:w="70" w:type="dxa"/>
              <w:left w:w="90" w:type="dxa"/>
              <w:bottom w:w="70" w:type="dxa"/>
              <w:right w:w="90" w:type="dxa"/>
            </w:tcMar>
            <w:vAlign w:val="center"/>
          </w:tcPr>
          <w:p w14:paraId="758A545F" w14:textId="77777777" w:rsidR="00187E2C" w:rsidRDefault="00187E2C"/>
        </w:tc>
        <w:tc>
          <w:tcPr>
            <w:tcW w:w="7087" w:type="dxa"/>
            <w:shd w:val="clear" w:color="auto" w:fill="FFFFFF"/>
            <w:tcMar>
              <w:top w:w="70" w:type="dxa"/>
              <w:left w:w="90" w:type="dxa"/>
              <w:bottom w:w="70" w:type="dxa"/>
              <w:right w:w="90" w:type="dxa"/>
            </w:tcMar>
            <w:vAlign w:val="center"/>
          </w:tcPr>
          <w:p w14:paraId="56D3C715"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589532A" w14:textId="77777777" w:rsidR="00187E2C" w:rsidRDefault="00000000">
            <w:pPr>
              <w:jc w:val="center"/>
            </w:pPr>
            <w:r>
              <w:rPr>
                <w:b/>
                <w:color w:val="000000"/>
              </w:rPr>
              <w:t>UČENEC</w:t>
            </w:r>
          </w:p>
        </w:tc>
      </w:tr>
      <w:tr w:rsidR="00187E2C" w14:paraId="5D76A0A8" w14:textId="77777777">
        <w:trPr>
          <w:jc w:val="center"/>
        </w:trPr>
        <w:tc>
          <w:tcPr>
            <w:tcW w:w="4422" w:type="dxa"/>
            <w:tcMar>
              <w:top w:w="70" w:type="dxa"/>
              <w:left w:w="90" w:type="dxa"/>
              <w:bottom w:w="70" w:type="dxa"/>
              <w:right w:w="90" w:type="dxa"/>
            </w:tcMar>
          </w:tcPr>
          <w:p w14:paraId="7A0A9868" w14:textId="77777777" w:rsidR="00187E2C" w:rsidRDefault="00187E2C"/>
          <w:p w14:paraId="0385C778" w14:textId="77777777" w:rsidR="00187E2C" w:rsidRDefault="00000000">
            <w:pPr>
              <w:spacing w:after="40" w:line="245" w:lineRule="auto"/>
            </w:pPr>
            <w:r>
              <w:rPr>
                <w:b/>
                <w:color w:val="000000"/>
              </w:rPr>
              <w:t>FORMATIVNO SPREMLJANJE</w:t>
            </w:r>
          </w:p>
          <w:p w14:paraId="3E41F978"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040C5740"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687BDFE1"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7348AC54"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607FA71" w14:textId="77777777" w:rsidR="00187E2C" w:rsidRDefault="00000000">
            <w:pPr>
              <w:spacing w:before="40" w:after="20" w:line="245" w:lineRule="auto"/>
            </w:pPr>
            <w:r>
              <w:rPr>
                <w:b/>
                <w:color w:val="000000"/>
                <w:sz w:val="17"/>
              </w:rPr>
              <w:t>VARNOST IN ODGOVORNOST</w:t>
            </w:r>
          </w:p>
          <w:p w14:paraId="3B1F987E"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4629F2A3" w14:textId="77777777" w:rsidR="00187E2C" w:rsidRDefault="00000000">
            <w:pPr>
              <w:spacing w:after="20" w:line="245" w:lineRule="auto"/>
            </w:pPr>
            <w:r>
              <w:rPr>
                <w:b/>
                <w:color w:val="000000"/>
                <w:sz w:val="17"/>
              </w:rPr>
              <w:t>EVIDENCA PO IZVEDBI</w:t>
            </w:r>
          </w:p>
          <w:p w14:paraId="524E4163"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1F2F5B9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D8D6D13" w14:textId="77777777">
              <w:trPr>
                <w:jc w:val="center"/>
              </w:trPr>
              <w:tc>
                <w:tcPr>
                  <w:tcW w:w="7087" w:type="dxa"/>
                  <w:shd w:val="clear" w:color="auto" w:fill="EDC9EA"/>
                  <w:tcMar>
                    <w:top w:w="45" w:type="dxa"/>
                    <w:left w:w="70" w:type="dxa"/>
                    <w:bottom w:w="45" w:type="dxa"/>
                    <w:right w:w="70" w:type="dxa"/>
                  </w:tcMar>
                </w:tcPr>
                <w:p w14:paraId="76D89307" w14:textId="77777777" w:rsidR="00187E2C" w:rsidRDefault="00000000">
                  <w:pPr>
                    <w:keepNext/>
                  </w:pPr>
                  <w:r>
                    <w:rPr>
                      <w:b/>
                      <w:color w:val="000000"/>
                    </w:rPr>
                    <w:t>VPRAŠANJA V PODPORO JEZIKOVNEMU, BRALNEMU IN KNJIŽEVNEMU UČENJU</w:t>
                  </w:r>
                </w:p>
              </w:tc>
            </w:tr>
          </w:tbl>
          <w:p w14:paraId="659E63B7" w14:textId="77777777" w:rsidR="00187E2C" w:rsidRDefault="00187E2C">
            <w:pPr>
              <w:spacing w:line="20" w:lineRule="exact"/>
            </w:pPr>
          </w:p>
          <w:p w14:paraId="08646064" w14:textId="77777777" w:rsidR="00187E2C" w:rsidRDefault="00000000">
            <w:pPr>
              <w:pStyle w:val="Oznaenseznam"/>
              <w:spacing w:after="16"/>
            </w:pPr>
            <w:r>
              <w:rPr>
                <w:color w:val="000000"/>
                <w:sz w:val="16"/>
              </w:rPr>
              <w:t>Kaj ti je naslovnica, slika, predmet, zvok ali gib pomagal razumeti?</w:t>
            </w:r>
          </w:p>
          <w:p w14:paraId="0DD287F1" w14:textId="77777777" w:rsidR="00187E2C" w:rsidRDefault="00000000">
            <w:pPr>
              <w:pStyle w:val="Oznaenseznam"/>
              <w:spacing w:after="16"/>
            </w:pPr>
            <w:r>
              <w:rPr>
                <w:color w:val="000000"/>
                <w:sz w:val="16"/>
              </w:rPr>
              <w:t>Kako si našel/-la glas, črko, zlog, besedo ali bistveni podatek?</w:t>
            </w:r>
          </w:p>
          <w:p w14:paraId="60B5D116" w14:textId="77777777" w:rsidR="00187E2C" w:rsidRDefault="00000000">
            <w:pPr>
              <w:pStyle w:val="Oznaenseznam"/>
              <w:spacing w:after="16"/>
            </w:pPr>
            <w:r>
              <w:rPr>
                <w:color w:val="000000"/>
                <w:sz w:val="16"/>
              </w:rPr>
              <w:t>Kako veš, da tvoja pripoved, branje ali zapis dosega dogovorjeni kriterij?</w:t>
            </w:r>
          </w:p>
          <w:p w14:paraId="3A231D19" w14:textId="77777777" w:rsidR="00187E2C" w:rsidRDefault="00000000">
            <w:pPr>
              <w:pStyle w:val="Oznaenseznam"/>
              <w:spacing w:after="16"/>
            </w:pPr>
            <w:r>
              <w:rPr>
                <w:color w:val="000000"/>
                <w:sz w:val="16"/>
              </w:rPr>
              <w:t>Ali lahko svoje razumevanje pokažeš še z drugim načinom – govorom, gibanjem, risbo, branjem ali zapisom?</w:t>
            </w:r>
          </w:p>
          <w:p w14:paraId="70201555"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24F8EDB1" w14:textId="77777777">
              <w:trPr>
                <w:jc w:val="center"/>
              </w:trPr>
              <w:tc>
                <w:tcPr>
                  <w:tcW w:w="7087" w:type="dxa"/>
                  <w:shd w:val="clear" w:color="auto" w:fill="C6E7F3"/>
                  <w:tcMar>
                    <w:top w:w="45" w:type="dxa"/>
                    <w:left w:w="70" w:type="dxa"/>
                    <w:bottom w:w="45" w:type="dxa"/>
                    <w:right w:w="70" w:type="dxa"/>
                  </w:tcMar>
                </w:tcPr>
                <w:p w14:paraId="19DF4223" w14:textId="77777777" w:rsidR="00187E2C" w:rsidRDefault="00000000">
                  <w:pPr>
                    <w:keepNext/>
                  </w:pPr>
                  <w:r>
                    <w:rPr>
                      <w:b/>
                      <w:color w:val="000000"/>
                    </w:rPr>
                    <w:t>ZAKLJUČNI DEL – UTRJEVANJE, BRALNI ODZIV IN REFLEKSIJA (10–15 min)</w:t>
                  </w:r>
                </w:p>
              </w:tc>
            </w:tr>
          </w:tbl>
          <w:p w14:paraId="7CC362E2" w14:textId="77777777" w:rsidR="00187E2C" w:rsidRDefault="00187E2C">
            <w:pPr>
              <w:spacing w:line="20" w:lineRule="exact"/>
            </w:pPr>
          </w:p>
          <w:p w14:paraId="6EB57228"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1C88D07" w14:textId="77777777">
              <w:trPr>
                <w:jc w:val="center"/>
              </w:trPr>
              <w:tc>
                <w:tcPr>
                  <w:tcW w:w="7087" w:type="dxa"/>
                  <w:shd w:val="clear" w:color="auto" w:fill="EDC9EA"/>
                  <w:tcMar>
                    <w:top w:w="45" w:type="dxa"/>
                    <w:left w:w="70" w:type="dxa"/>
                    <w:bottom w:w="45" w:type="dxa"/>
                    <w:right w:w="70" w:type="dxa"/>
                  </w:tcMar>
                </w:tcPr>
                <w:p w14:paraId="41E964B0" w14:textId="77777777" w:rsidR="00187E2C" w:rsidRDefault="00000000">
                  <w:pPr>
                    <w:keepNext/>
                  </w:pPr>
                  <w:r>
                    <w:rPr>
                      <w:b/>
                      <w:color w:val="000000"/>
                    </w:rPr>
                    <w:t>SAMOVREDNOTENJE</w:t>
                  </w:r>
                </w:p>
              </w:tc>
            </w:tr>
          </w:tbl>
          <w:p w14:paraId="75D71E41" w14:textId="77777777" w:rsidR="00187E2C" w:rsidRDefault="00187E2C">
            <w:pPr>
              <w:spacing w:line="20" w:lineRule="exact"/>
            </w:pPr>
          </w:p>
          <w:p w14:paraId="58B0A636"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78359557" w14:textId="77777777">
              <w:trPr>
                <w:jc w:val="center"/>
              </w:trPr>
              <w:tc>
                <w:tcPr>
                  <w:tcW w:w="7087" w:type="dxa"/>
                  <w:shd w:val="clear" w:color="auto" w:fill="EDC9EA"/>
                  <w:tcMar>
                    <w:top w:w="45" w:type="dxa"/>
                    <w:left w:w="70" w:type="dxa"/>
                    <w:bottom w:w="45" w:type="dxa"/>
                    <w:right w:w="70" w:type="dxa"/>
                  </w:tcMar>
                </w:tcPr>
                <w:p w14:paraId="0BE5568A" w14:textId="77777777" w:rsidR="00187E2C" w:rsidRDefault="00000000">
                  <w:pPr>
                    <w:keepNext/>
                  </w:pPr>
                  <w:r>
                    <w:rPr>
                      <w:b/>
                      <w:color w:val="000000"/>
                    </w:rPr>
                    <w:t>VRSTNIŠKO VREDNOTENJE</w:t>
                  </w:r>
                </w:p>
              </w:tc>
            </w:tr>
          </w:tbl>
          <w:p w14:paraId="3AAF2710" w14:textId="77777777" w:rsidR="00187E2C" w:rsidRDefault="00187E2C">
            <w:pPr>
              <w:spacing w:line="20" w:lineRule="exact"/>
            </w:pPr>
          </w:p>
          <w:p w14:paraId="6C7A5F69"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1B068966" w14:textId="77777777">
              <w:trPr>
                <w:jc w:val="center"/>
              </w:trPr>
              <w:tc>
                <w:tcPr>
                  <w:tcW w:w="7087" w:type="dxa"/>
                  <w:shd w:val="clear" w:color="auto" w:fill="EDC9EA"/>
                  <w:tcMar>
                    <w:top w:w="45" w:type="dxa"/>
                    <w:left w:w="70" w:type="dxa"/>
                    <w:bottom w:w="45" w:type="dxa"/>
                    <w:right w:w="70" w:type="dxa"/>
                  </w:tcMar>
                </w:tcPr>
                <w:p w14:paraId="2DAB2DBD" w14:textId="77777777" w:rsidR="00187E2C" w:rsidRDefault="00000000">
                  <w:pPr>
                    <w:keepNext/>
                  </w:pPr>
                  <w:r>
                    <w:rPr>
                      <w:b/>
                      <w:color w:val="000000"/>
                    </w:rPr>
                    <w:t>SKUPNI POVZETEK</w:t>
                  </w:r>
                </w:p>
              </w:tc>
            </w:tr>
          </w:tbl>
          <w:p w14:paraId="64D1CA72" w14:textId="77777777" w:rsidR="00187E2C" w:rsidRDefault="00187E2C"/>
          <w:p w14:paraId="5F5060B0" w14:textId="77777777" w:rsidR="00187E2C" w:rsidRDefault="00000000">
            <w:pPr>
              <w:spacing w:before="20" w:after="40" w:line="245" w:lineRule="auto"/>
            </w:pPr>
            <w:r>
              <w:rPr>
                <w:b/>
                <w:color w:val="000000"/>
                <w:sz w:val="16"/>
              </w:rPr>
              <w:t>Prepoznam glas /š/ in črko Š,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299A21A5" w14:textId="77777777" w:rsidR="00187E2C" w:rsidRDefault="00187E2C"/>
          <w:p w14:paraId="19098B63" w14:textId="77777777" w:rsidR="00187E2C" w:rsidRDefault="00000000">
            <w:pPr>
              <w:spacing w:after="100" w:line="245" w:lineRule="auto"/>
            </w:pPr>
            <w:r>
              <w:rPr>
                <w:color w:val="000000"/>
                <w:sz w:val="16"/>
              </w:rPr>
              <w:t>Odgovarja na podporna vprašanja ter se sklicuje na poslušano besedilo, sliko, govor, bralni list ali zapis.</w:t>
            </w:r>
          </w:p>
          <w:p w14:paraId="1E3523A4" w14:textId="77777777" w:rsidR="00187E2C" w:rsidRDefault="00000000">
            <w:pPr>
              <w:spacing w:after="100" w:line="245" w:lineRule="auto"/>
            </w:pPr>
            <w:r>
              <w:rPr>
                <w:color w:val="000000"/>
                <w:sz w:val="16"/>
              </w:rPr>
              <w:t>Primerja začetni odziv z novim dokazom in pojasni, kaj se je naučil/-a.</w:t>
            </w:r>
          </w:p>
          <w:p w14:paraId="77A519C6" w14:textId="77777777" w:rsidR="00187E2C" w:rsidRDefault="00000000">
            <w:pPr>
              <w:spacing w:after="100" w:line="245" w:lineRule="auto"/>
            </w:pPr>
            <w:r>
              <w:rPr>
                <w:color w:val="000000"/>
                <w:sz w:val="16"/>
              </w:rPr>
              <w:t>Izbere raven samostojnosti in določi naslednji korak.</w:t>
            </w:r>
          </w:p>
          <w:p w14:paraId="13DAC0E9" w14:textId="77777777" w:rsidR="00187E2C" w:rsidRDefault="00000000">
            <w:pPr>
              <w:spacing w:after="100" w:line="245" w:lineRule="auto"/>
            </w:pPr>
            <w:r>
              <w:rPr>
                <w:color w:val="000000"/>
                <w:sz w:val="16"/>
              </w:rPr>
              <w:t>Sošolcu poda prijazen in konkreten odziv, vezan na kriterij.</w:t>
            </w:r>
          </w:p>
          <w:p w14:paraId="4A276769" w14:textId="77777777" w:rsidR="00187E2C" w:rsidRDefault="00000000">
            <w:pPr>
              <w:spacing w:after="20" w:line="245" w:lineRule="auto"/>
            </w:pPr>
            <w:r>
              <w:rPr>
                <w:b/>
                <w:color w:val="D95BC6"/>
                <w:sz w:val="17"/>
              </w:rPr>
              <w:t>DOKAZ O UČENJU</w:t>
            </w:r>
          </w:p>
          <w:p w14:paraId="64B70CE5"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2AFE235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5687441A" w14:textId="77777777">
        <w:trPr>
          <w:cantSplit/>
          <w:jc w:val="center"/>
        </w:trPr>
        <w:tc>
          <w:tcPr>
            <w:tcW w:w="14060" w:type="dxa"/>
            <w:gridSpan w:val="6"/>
            <w:tcMar>
              <w:top w:w="70" w:type="dxa"/>
              <w:left w:w="90" w:type="dxa"/>
              <w:bottom w:w="70" w:type="dxa"/>
              <w:right w:w="90" w:type="dxa"/>
            </w:tcMar>
            <w:vAlign w:val="center"/>
          </w:tcPr>
          <w:p w14:paraId="729EF0C2" w14:textId="77777777" w:rsidR="00187E2C" w:rsidRDefault="00000000">
            <w:pPr>
              <w:jc w:val="center"/>
            </w:pPr>
            <w:r>
              <w:rPr>
                <w:b/>
                <w:color w:val="000000"/>
                <w:sz w:val="24"/>
              </w:rPr>
              <w:lastRenderedPageBreak/>
              <w:t>UČNA PRIPRAVA 27/39</w:t>
            </w:r>
          </w:p>
        </w:tc>
      </w:tr>
      <w:tr w:rsidR="00187E2C" w14:paraId="5F82679E" w14:textId="77777777">
        <w:trPr>
          <w:jc w:val="center"/>
        </w:trPr>
        <w:tc>
          <w:tcPr>
            <w:tcW w:w="2665" w:type="dxa"/>
            <w:tcMar>
              <w:top w:w="70" w:type="dxa"/>
              <w:left w:w="90" w:type="dxa"/>
              <w:bottom w:w="70" w:type="dxa"/>
              <w:right w:w="90" w:type="dxa"/>
            </w:tcMar>
            <w:vAlign w:val="center"/>
          </w:tcPr>
          <w:p w14:paraId="1E4C7C94"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753F927"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6B8A40A1"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1DE5D3F" w14:textId="77777777" w:rsidR="00187E2C" w:rsidRDefault="00000000">
            <w:r>
              <w:rPr>
                <w:b/>
                <w:color w:val="000000"/>
                <w:sz w:val="16"/>
              </w:rPr>
              <w:t xml:space="preserve">NAČRTOVANI TERMIN: </w:t>
            </w:r>
            <w:r>
              <w:rPr>
                <w:color w:val="000000"/>
                <w:sz w:val="16"/>
              </w:rPr>
              <w:t>27. teden • 22.–26. 3. 2027</w:t>
            </w:r>
          </w:p>
        </w:tc>
        <w:tc>
          <w:tcPr>
            <w:tcW w:w="2268" w:type="dxa"/>
            <w:tcMar>
              <w:top w:w="70" w:type="dxa"/>
              <w:left w:w="90" w:type="dxa"/>
              <w:bottom w:w="70" w:type="dxa"/>
              <w:right w:w="90" w:type="dxa"/>
            </w:tcMar>
            <w:vAlign w:val="center"/>
          </w:tcPr>
          <w:p w14:paraId="3AABFDFF"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33BFDBE" w14:textId="77777777" w:rsidR="00187E2C" w:rsidRDefault="00000000">
            <w:r>
              <w:rPr>
                <w:b/>
                <w:color w:val="000000"/>
                <w:sz w:val="16"/>
              </w:rPr>
              <w:t xml:space="preserve">ŠTEVILO UR: </w:t>
            </w:r>
            <w:r>
              <w:rPr>
                <w:color w:val="000000"/>
                <w:sz w:val="16"/>
              </w:rPr>
              <w:t>3</w:t>
            </w:r>
          </w:p>
        </w:tc>
      </w:tr>
      <w:tr w:rsidR="00187E2C" w14:paraId="04CF266A" w14:textId="77777777">
        <w:trPr>
          <w:jc w:val="center"/>
        </w:trPr>
        <w:tc>
          <w:tcPr>
            <w:tcW w:w="14061" w:type="dxa"/>
            <w:gridSpan w:val="6"/>
            <w:tcMar>
              <w:top w:w="70" w:type="dxa"/>
              <w:left w:w="90" w:type="dxa"/>
              <w:bottom w:w="70" w:type="dxa"/>
              <w:right w:w="90" w:type="dxa"/>
            </w:tcMar>
            <w:vAlign w:val="center"/>
          </w:tcPr>
          <w:p w14:paraId="28CE1382"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6A032555" w14:textId="77777777">
        <w:trPr>
          <w:cantSplit/>
          <w:jc w:val="center"/>
        </w:trPr>
        <w:tc>
          <w:tcPr>
            <w:tcW w:w="14060" w:type="dxa"/>
            <w:gridSpan w:val="6"/>
            <w:tcMar>
              <w:top w:w="70" w:type="dxa"/>
              <w:left w:w="90" w:type="dxa"/>
              <w:bottom w:w="70" w:type="dxa"/>
              <w:right w:w="90" w:type="dxa"/>
            </w:tcMar>
            <w:vAlign w:val="center"/>
          </w:tcPr>
          <w:p w14:paraId="1A016F3A" w14:textId="77777777" w:rsidR="00187E2C" w:rsidRDefault="00187E2C"/>
          <w:p w14:paraId="4414B8D2" w14:textId="77777777" w:rsidR="00187E2C" w:rsidRDefault="00000000">
            <w:pPr>
              <w:spacing w:line="245" w:lineRule="auto"/>
            </w:pPr>
            <w:r>
              <w:rPr>
                <w:b/>
                <w:color w:val="000000"/>
                <w:sz w:val="16"/>
              </w:rPr>
              <w:t xml:space="preserve">UČNI SKLOP: </w:t>
            </w:r>
            <w:r>
              <w:rPr>
                <w:color w:val="000000"/>
                <w:sz w:val="16"/>
              </w:rPr>
              <w:t>POMLAD, POJAVI IN ŽIVA BITJA</w:t>
            </w:r>
          </w:p>
        </w:tc>
      </w:tr>
      <w:tr w:rsidR="00187E2C" w14:paraId="5345C944" w14:textId="77777777">
        <w:trPr>
          <w:cantSplit/>
          <w:jc w:val="center"/>
        </w:trPr>
        <w:tc>
          <w:tcPr>
            <w:tcW w:w="14060" w:type="dxa"/>
            <w:gridSpan w:val="6"/>
            <w:tcMar>
              <w:top w:w="70" w:type="dxa"/>
              <w:left w:w="90" w:type="dxa"/>
              <w:bottom w:w="70" w:type="dxa"/>
              <w:right w:w="90" w:type="dxa"/>
            </w:tcMar>
            <w:vAlign w:val="center"/>
          </w:tcPr>
          <w:p w14:paraId="15BC0DF1" w14:textId="77777777" w:rsidR="00187E2C" w:rsidRDefault="00187E2C"/>
          <w:p w14:paraId="6A6F84C7" w14:textId="77777777" w:rsidR="00187E2C" w:rsidRDefault="00000000">
            <w:pPr>
              <w:spacing w:line="245" w:lineRule="auto"/>
            </w:pPr>
            <w:r>
              <w:rPr>
                <w:b/>
                <w:color w:val="000000"/>
                <w:sz w:val="16"/>
              </w:rPr>
              <w:t xml:space="preserve">UČNA TEMA: </w:t>
            </w:r>
            <w:r>
              <w:rPr>
                <w:color w:val="000000"/>
                <w:sz w:val="16"/>
              </w:rPr>
              <w:t>PESNIŠTVO • VELIKA TISKANA ČRKA Ž</w:t>
            </w:r>
          </w:p>
        </w:tc>
      </w:tr>
      <w:tr w:rsidR="00187E2C" w14:paraId="0251EB96" w14:textId="77777777">
        <w:trPr>
          <w:cantSplit/>
          <w:jc w:val="center"/>
        </w:trPr>
        <w:tc>
          <w:tcPr>
            <w:tcW w:w="14060" w:type="dxa"/>
            <w:gridSpan w:val="6"/>
            <w:tcMar>
              <w:top w:w="70" w:type="dxa"/>
              <w:left w:w="90" w:type="dxa"/>
              <w:bottom w:w="70" w:type="dxa"/>
              <w:right w:w="90" w:type="dxa"/>
            </w:tcMar>
            <w:vAlign w:val="center"/>
          </w:tcPr>
          <w:p w14:paraId="37472306" w14:textId="77777777" w:rsidR="00187E2C" w:rsidRDefault="00187E2C"/>
          <w:p w14:paraId="3F17778B" w14:textId="77777777" w:rsidR="00187E2C" w:rsidRDefault="00000000">
            <w:pPr>
              <w:spacing w:line="245" w:lineRule="auto"/>
            </w:pPr>
            <w:r>
              <w:rPr>
                <w:b/>
                <w:color w:val="000000"/>
                <w:sz w:val="16"/>
              </w:rPr>
              <w:t xml:space="preserve">KNJIŽEVNO IZHODIŠČE IN MOTIV: </w:t>
            </w:r>
            <w:r>
              <w:rPr>
                <w:color w:val="000000"/>
                <w:sz w:val="16"/>
              </w:rPr>
              <w:t>»Majnice: fulaste pesmi« – Tone Pavček • pomlad, ritem, igriv jezik in opazovanje narave</w:t>
            </w:r>
          </w:p>
        </w:tc>
      </w:tr>
      <w:tr w:rsidR="00187E2C" w14:paraId="1CE5775E" w14:textId="77777777">
        <w:trPr>
          <w:cantSplit/>
          <w:jc w:val="center"/>
        </w:trPr>
        <w:tc>
          <w:tcPr>
            <w:tcW w:w="14060" w:type="dxa"/>
            <w:gridSpan w:val="6"/>
            <w:tcMar>
              <w:top w:w="70" w:type="dxa"/>
              <w:left w:w="90" w:type="dxa"/>
              <w:bottom w:w="70" w:type="dxa"/>
              <w:right w:w="90" w:type="dxa"/>
            </w:tcMar>
            <w:vAlign w:val="center"/>
          </w:tcPr>
          <w:p w14:paraId="1BC79609" w14:textId="77777777" w:rsidR="00187E2C" w:rsidRDefault="00187E2C"/>
          <w:p w14:paraId="52D3A81E" w14:textId="77777777" w:rsidR="00187E2C" w:rsidRDefault="00000000">
            <w:pPr>
              <w:spacing w:line="245" w:lineRule="auto"/>
            </w:pPr>
            <w:r>
              <w:rPr>
                <w:b/>
                <w:color w:val="000000"/>
                <w:sz w:val="16"/>
              </w:rPr>
              <w:t xml:space="preserve">BRALNI LIST / ČRKA: </w:t>
            </w:r>
            <w:r>
              <w:rPr>
                <w:color w:val="000000"/>
                <w:sz w:val="16"/>
              </w:rPr>
              <w:t>ČRKA Ž • BRALNI LIST 27 – Berem črko Ž in zloge ter besede: glas /ž/ znane črke: A, E, I, O, U, N, M, T, J, V, R, S, L, K, P, D, B, G, Č, Š, Ž; slišim glas; prepoznam črko; tri poteze črke Z in strešica; berem in zapišem</w:t>
            </w:r>
          </w:p>
        </w:tc>
      </w:tr>
      <w:tr w:rsidR="00187E2C" w14:paraId="16096488" w14:textId="77777777">
        <w:trPr>
          <w:cantSplit/>
          <w:jc w:val="center"/>
        </w:trPr>
        <w:tc>
          <w:tcPr>
            <w:tcW w:w="14060" w:type="dxa"/>
            <w:gridSpan w:val="6"/>
            <w:tcMar>
              <w:top w:w="70" w:type="dxa"/>
              <w:left w:w="90" w:type="dxa"/>
              <w:bottom w:w="70" w:type="dxa"/>
              <w:right w:w="90" w:type="dxa"/>
            </w:tcMar>
            <w:vAlign w:val="center"/>
          </w:tcPr>
          <w:p w14:paraId="2A211D47" w14:textId="77777777" w:rsidR="00187E2C" w:rsidRDefault="00187E2C"/>
          <w:p w14:paraId="536CF53F" w14:textId="77777777" w:rsidR="00187E2C" w:rsidRDefault="00000000">
            <w:pPr>
              <w:spacing w:line="245" w:lineRule="auto"/>
            </w:pPr>
            <w:r>
              <w:rPr>
                <w:b/>
                <w:color w:val="000000"/>
                <w:sz w:val="16"/>
              </w:rPr>
              <w:t xml:space="preserve">UČNE ENOTE: </w:t>
            </w:r>
            <w:r>
              <w:rPr>
                <w:color w:val="000000"/>
                <w:sz w:val="16"/>
              </w:rPr>
              <w:t>1. ura – Pesništvo – Poslušam in doživljam • 2. ura – SLIŠIM GLAS /ž/ IN ODKRIVAM ČRKO Ž • 3. ura – Oblikujem, pišem in berem črko Ž</w:t>
            </w:r>
          </w:p>
        </w:tc>
      </w:tr>
      <w:tr w:rsidR="00187E2C" w14:paraId="6D7EB959" w14:textId="77777777">
        <w:trPr>
          <w:cantSplit/>
          <w:jc w:val="center"/>
        </w:trPr>
        <w:tc>
          <w:tcPr>
            <w:tcW w:w="14060" w:type="dxa"/>
            <w:gridSpan w:val="6"/>
            <w:tcMar>
              <w:top w:w="70" w:type="dxa"/>
              <w:left w:w="90" w:type="dxa"/>
              <w:bottom w:w="70" w:type="dxa"/>
              <w:right w:w="90" w:type="dxa"/>
            </w:tcMar>
            <w:vAlign w:val="center"/>
          </w:tcPr>
          <w:p w14:paraId="01626570" w14:textId="77777777" w:rsidR="00187E2C" w:rsidRDefault="00187E2C"/>
          <w:p w14:paraId="36DA3DB9"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BD129AC" w14:textId="77777777">
        <w:trPr>
          <w:cantSplit/>
          <w:jc w:val="center"/>
        </w:trPr>
        <w:tc>
          <w:tcPr>
            <w:tcW w:w="14060" w:type="dxa"/>
            <w:gridSpan w:val="6"/>
            <w:tcMar>
              <w:top w:w="70" w:type="dxa"/>
              <w:left w:w="90" w:type="dxa"/>
              <w:bottom w:w="70" w:type="dxa"/>
              <w:right w:w="90" w:type="dxa"/>
            </w:tcMar>
            <w:vAlign w:val="center"/>
          </w:tcPr>
          <w:p w14:paraId="31997A27" w14:textId="77777777" w:rsidR="00187E2C" w:rsidRDefault="00187E2C"/>
          <w:p w14:paraId="67EFF685"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50FD3C9" w14:textId="77777777">
        <w:trPr>
          <w:cantSplit/>
          <w:jc w:val="center"/>
        </w:trPr>
        <w:tc>
          <w:tcPr>
            <w:tcW w:w="14060" w:type="dxa"/>
            <w:gridSpan w:val="6"/>
            <w:tcMar>
              <w:top w:w="70" w:type="dxa"/>
              <w:left w:w="90" w:type="dxa"/>
              <w:bottom w:w="70" w:type="dxa"/>
              <w:right w:w="90" w:type="dxa"/>
            </w:tcMar>
            <w:vAlign w:val="center"/>
          </w:tcPr>
          <w:p w14:paraId="2238B820" w14:textId="77777777" w:rsidR="00187E2C" w:rsidRDefault="00187E2C"/>
          <w:p w14:paraId="74FC7B37"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047860C9" w14:textId="77777777">
        <w:trPr>
          <w:cantSplit/>
          <w:jc w:val="center"/>
        </w:trPr>
        <w:tc>
          <w:tcPr>
            <w:tcW w:w="14060" w:type="dxa"/>
            <w:gridSpan w:val="6"/>
            <w:tcMar>
              <w:top w:w="70" w:type="dxa"/>
              <w:left w:w="90" w:type="dxa"/>
              <w:bottom w:w="70" w:type="dxa"/>
              <w:right w:w="90" w:type="dxa"/>
            </w:tcMar>
            <w:vAlign w:val="center"/>
          </w:tcPr>
          <w:p w14:paraId="1B3C8197" w14:textId="77777777" w:rsidR="00187E2C" w:rsidRDefault="00187E2C"/>
          <w:p w14:paraId="7B4440D7" w14:textId="77777777" w:rsidR="00187E2C" w:rsidRDefault="00000000">
            <w:pPr>
              <w:spacing w:line="245" w:lineRule="auto"/>
            </w:pPr>
            <w:r>
              <w:rPr>
                <w:b/>
                <w:color w:val="000000"/>
                <w:sz w:val="16"/>
              </w:rPr>
              <w:t xml:space="preserve">MEDPREDMETNE POVEZAVE: </w:t>
            </w:r>
            <w:r>
              <w:rPr>
                <w:color w:val="000000"/>
                <w:sz w:val="16"/>
              </w:rPr>
              <w:t>SPO – pomlad, ritem, igriv jezik in opazovanje narave; GUM – ritem, zvočnost in glas; LUM – ilustracija, črta in grafomotorika; ŠPO – gibalna pripoved, dramatizacija in postaje; MAT – smer, zaporedje in orientacija</w:t>
            </w:r>
          </w:p>
        </w:tc>
      </w:tr>
      <w:tr w:rsidR="00187E2C" w14:paraId="4A4E575D" w14:textId="77777777">
        <w:trPr>
          <w:cantSplit/>
          <w:jc w:val="center"/>
        </w:trPr>
        <w:tc>
          <w:tcPr>
            <w:tcW w:w="14060" w:type="dxa"/>
            <w:gridSpan w:val="6"/>
            <w:tcMar>
              <w:top w:w="70" w:type="dxa"/>
              <w:left w:w="90" w:type="dxa"/>
              <w:bottom w:w="70" w:type="dxa"/>
              <w:right w:w="90" w:type="dxa"/>
            </w:tcMar>
            <w:vAlign w:val="center"/>
          </w:tcPr>
          <w:p w14:paraId="1925A90F" w14:textId="77777777" w:rsidR="00187E2C" w:rsidRDefault="00187E2C"/>
          <w:p w14:paraId="54D3541A" w14:textId="77777777" w:rsidR="00187E2C" w:rsidRDefault="00000000">
            <w:pPr>
              <w:spacing w:line="245" w:lineRule="auto"/>
            </w:pPr>
            <w:r>
              <w:rPr>
                <w:b/>
                <w:color w:val="000000"/>
                <w:sz w:val="16"/>
              </w:rPr>
              <w:t xml:space="preserve">UČNA SREDSTVA IN PRIPOMOČKI: </w:t>
            </w:r>
            <w:r>
              <w:rPr>
                <w:color w:val="000000"/>
                <w:sz w:val="16"/>
              </w:rPr>
              <w:t>ČRKA Ž • BRALNI LIST 27, povečano besedilo oziroma kartice, slikanica ali odlomek, slikovno zaporedje, kartice besed in glasov, talne črke ali zlogi, ogledala, vrvice ali modelirna masa, mini tabla, zvezek oziroma jezikovna mapa</w:t>
            </w:r>
          </w:p>
        </w:tc>
      </w:tr>
      <w:tr w:rsidR="00187E2C" w14:paraId="43548A5E" w14:textId="77777777">
        <w:trPr>
          <w:cantSplit/>
          <w:jc w:val="center"/>
        </w:trPr>
        <w:tc>
          <w:tcPr>
            <w:tcW w:w="14060" w:type="dxa"/>
            <w:gridSpan w:val="6"/>
            <w:tcMar>
              <w:top w:w="70" w:type="dxa"/>
              <w:left w:w="90" w:type="dxa"/>
              <w:bottom w:w="70" w:type="dxa"/>
              <w:right w:w="90" w:type="dxa"/>
            </w:tcMar>
            <w:vAlign w:val="center"/>
          </w:tcPr>
          <w:p w14:paraId="3A7A7688" w14:textId="77777777" w:rsidR="00187E2C" w:rsidRDefault="00187E2C"/>
          <w:p w14:paraId="072220E4"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7EC913C4" w14:textId="77777777">
        <w:trPr>
          <w:cantSplit/>
          <w:jc w:val="center"/>
        </w:trPr>
        <w:tc>
          <w:tcPr>
            <w:tcW w:w="14060" w:type="dxa"/>
            <w:gridSpan w:val="6"/>
            <w:tcMar>
              <w:top w:w="70" w:type="dxa"/>
              <w:left w:w="90" w:type="dxa"/>
              <w:bottom w:w="70" w:type="dxa"/>
              <w:right w:w="90" w:type="dxa"/>
            </w:tcMar>
            <w:vAlign w:val="center"/>
          </w:tcPr>
          <w:p w14:paraId="1D4D1330" w14:textId="77777777" w:rsidR="00187E2C" w:rsidRDefault="00187E2C"/>
          <w:p w14:paraId="30E5E684" w14:textId="77777777" w:rsidR="00187E2C" w:rsidRDefault="00000000">
            <w:pPr>
              <w:spacing w:line="245" w:lineRule="auto"/>
            </w:pPr>
            <w:r>
              <w:rPr>
                <w:b/>
                <w:color w:val="000000"/>
                <w:sz w:val="16"/>
              </w:rPr>
              <w:t xml:space="preserve">OCENJEVANJE / DAN DEJAVNOSTI: </w:t>
            </w:r>
            <w:r>
              <w:rPr>
                <w:color w:val="000000"/>
                <w:sz w:val="16"/>
              </w:rPr>
              <w:t>NARAVOSLOVNI DAN • ŠPORTNI DAN</w:t>
            </w:r>
          </w:p>
        </w:tc>
      </w:tr>
      <w:tr w:rsidR="00187E2C" w14:paraId="144596BC" w14:textId="77777777">
        <w:trPr>
          <w:cantSplit/>
          <w:jc w:val="center"/>
        </w:trPr>
        <w:tc>
          <w:tcPr>
            <w:tcW w:w="14060" w:type="dxa"/>
            <w:gridSpan w:val="6"/>
            <w:tcMar>
              <w:top w:w="70" w:type="dxa"/>
              <w:left w:w="90" w:type="dxa"/>
              <w:bottom w:w="70" w:type="dxa"/>
              <w:right w:w="90" w:type="dxa"/>
            </w:tcMar>
            <w:vAlign w:val="center"/>
          </w:tcPr>
          <w:p w14:paraId="030840CA" w14:textId="77777777" w:rsidR="00187E2C" w:rsidRDefault="00187E2C"/>
          <w:p w14:paraId="6EAA3F26"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4CB4738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D9A9B4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1BFE119"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92B4FA0" w14:textId="77777777" w:rsidR="00187E2C" w:rsidRDefault="00000000">
            <w:pPr>
              <w:jc w:val="center"/>
            </w:pPr>
            <w:r>
              <w:rPr>
                <w:b/>
                <w:color w:val="000000"/>
                <w:sz w:val="20"/>
              </w:rPr>
              <w:t>UČNE DEJAVNOSTI, METODE IN FORMATIVNO SPREMLJANJE</w:t>
            </w:r>
          </w:p>
        </w:tc>
      </w:tr>
      <w:tr w:rsidR="00187E2C" w14:paraId="750C3C7E" w14:textId="77777777">
        <w:trPr>
          <w:tblHeader/>
          <w:jc w:val="center"/>
        </w:trPr>
        <w:tc>
          <w:tcPr>
            <w:tcW w:w="4422" w:type="dxa"/>
            <w:vMerge/>
            <w:tcMar>
              <w:top w:w="70" w:type="dxa"/>
              <w:left w:w="90" w:type="dxa"/>
              <w:bottom w:w="70" w:type="dxa"/>
              <w:right w:w="90" w:type="dxa"/>
            </w:tcMar>
            <w:vAlign w:val="center"/>
          </w:tcPr>
          <w:p w14:paraId="7F438080" w14:textId="77777777" w:rsidR="00187E2C" w:rsidRDefault="00187E2C"/>
        </w:tc>
        <w:tc>
          <w:tcPr>
            <w:tcW w:w="7087" w:type="dxa"/>
            <w:shd w:val="clear" w:color="auto" w:fill="FFFFFF"/>
            <w:tcMar>
              <w:top w:w="70" w:type="dxa"/>
              <w:left w:w="90" w:type="dxa"/>
              <w:bottom w:w="70" w:type="dxa"/>
              <w:right w:w="90" w:type="dxa"/>
            </w:tcMar>
            <w:vAlign w:val="center"/>
          </w:tcPr>
          <w:p w14:paraId="5BA5B7E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F8D914D" w14:textId="77777777" w:rsidR="00187E2C" w:rsidRDefault="00000000">
            <w:pPr>
              <w:jc w:val="center"/>
            </w:pPr>
            <w:r>
              <w:rPr>
                <w:b/>
                <w:color w:val="000000"/>
              </w:rPr>
              <w:t>UČENEC</w:t>
            </w:r>
          </w:p>
        </w:tc>
      </w:tr>
      <w:tr w:rsidR="00187E2C" w14:paraId="3863FC67" w14:textId="77777777">
        <w:trPr>
          <w:jc w:val="center"/>
        </w:trPr>
        <w:tc>
          <w:tcPr>
            <w:tcW w:w="4422" w:type="dxa"/>
            <w:tcMar>
              <w:top w:w="70" w:type="dxa"/>
              <w:left w:w="90" w:type="dxa"/>
              <w:bottom w:w="70" w:type="dxa"/>
              <w:right w:w="90" w:type="dxa"/>
            </w:tcMar>
          </w:tcPr>
          <w:p w14:paraId="7179A1FC" w14:textId="77777777" w:rsidR="00187E2C" w:rsidRDefault="00187E2C"/>
          <w:p w14:paraId="62483642" w14:textId="77777777" w:rsidR="00187E2C" w:rsidRDefault="00000000">
            <w:pPr>
              <w:spacing w:after="60" w:line="245" w:lineRule="auto"/>
            </w:pPr>
            <w:r>
              <w:rPr>
                <w:b/>
                <w:color w:val="000000"/>
              </w:rPr>
              <w:t>UČNI CILJI</w:t>
            </w:r>
          </w:p>
          <w:p w14:paraId="0756699B" w14:textId="77777777" w:rsidR="00187E2C" w:rsidRDefault="00000000">
            <w:pPr>
              <w:spacing w:after="20" w:line="245" w:lineRule="auto"/>
            </w:pPr>
            <w:r>
              <w:rPr>
                <w:b/>
                <w:color w:val="000000"/>
                <w:sz w:val="17"/>
              </w:rPr>
              <w:t>SPLOŠNI</w:t>
            </w:r>
          </w:p>
          <w:p w14:paraId="191E1ACE"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32F70CDB" w14:textId="77777777" w:rsidR="00187E2C" w:rsidRDefault="00000000">
            <w:pPr>
              <w:pStyle w:val="Oznaenseznam"/>
              <w:spacing w:after="16"/>
            </w:pPr>
            <w:r>
              <w:rPr>
                <w:color w:val="000000"/>
                <w:sz w:val="16"/>
              </w:rPr>
              <w:t>doživlja književno besedilo ter se nanj odziva z govorom, gibanjem, dramatizacijo, risbo ali zapisom</w:t>
            </w:r>
          </w:p>
          <w:p w14:paraId="4AB4F3FE" w14:textId="77777777" w:rsidR="00187E2C" w:rsidRDefault="00000000">
            <w:pPr>
              <w:pStyle w:val="Oznaenseznam"/>
              <w:spacing w:after="16"/>
            </w:pPr>
            <w:r>
              <w:rPr>
                <w:color w:val="000000"/>
                <w:sz w:val="16"/>
              </w:rPr>
              <w:t>razvija glasovno zavedanje, povezavo glas–črka in začetno branje ter pisanje po individualnem napredku</w:t>
            </w:r>
          </w:p>
          <w:p w14:paraId="1B012739" w14:textId="77777777" w:rsidR="00187E2C" w:rsidRDefault="00000000">
            <w:pPr>
              <w:pStyle w:val="Oznaenseznam"/>
              <w:spacing w:after="16"/>
            </w:pPr>
            <w:r>
              <w:rPr>
                <w:color w:val="000000"/>
                <w:sz w:val="16"/>
              </w:rPr>
              <w:t>ob namenih in kriterijih spremlja svoje učenje ter uporabi opisno povratno informacijo</w:t>
            </w:r>
          </w:p>
          <w:p w14:paraId="164A8848" w14:textId="77777777" w:rsidR="00187E2C" w:rsidRDefault="00000000">
            <w:pPr>
              <w:spacing w:before="40" w:after="20" w:line="245" w:lineRule="auto"/>
            </w:pPr>
            <w:r>
              <w:rPr>
                <w:b/>
                <w:color w:val="000000"/>
                <w:sz w:val="17"/>
              </w:rPr>
              <w:t>OPERATIVNI</w:t>
            </w:r>
          </w:p>
          <w:p w14:paraId="445AEC13" w14:textId="77777777" w:rsidR="00187E2C" w:rsidRDefault="00000000">
            <w:pPr>
              <w:pStyle w:val="Oznaenseznam"/>
              <w:spacing w:after="16"/>
            </w:pPr>
            <w:r>
              <w:rPr>
                <w:color w:val="000000"/>
                <w:sz w:val="16"/>
              </w:rPr>
              <w:t>posluša in doživlja pesem</w:t>
            </w:r>
          </w:p>
          <w:p w14:paraId="6F1F7E66" w14:textId="77777777" w:rsidR="00187E2C" w:rsidRDefault="00000000">
            <w:pPr>
              <w:pStyle w:val="Oznaenseznam"/>
              <w:spacing w:after="16"/>
            </w:pPr>
            <w:r>
              <w:rPr>
                <w:color w:val="000000"/>
                <w:sz w:val="16"/>
              </w:rPr>
              <w:t>prepozna zvočnost ali rimo na osnovni ravni</w:t>
            </w:r>
          </w:p>
          <w:p w14:paraId="264105AB" w14:textId="77777777" w:rsidR="00187E2C" w:rsidRDefault="00000000">
            <w:pPr>
              <w:pStyle w:val="Oznaenseznam"/>
              <w:spacing w:after="16"/>
            </w:pPr>
            <w:r>
              <w:rPr>
                <w:color w:val="000000"/>
                <w:sz w:val="16"/>
              </w:rPr>
              <w:t>doživeto recitira</w:t>
            </w:r>
          </w:p>
          <w:p w14:paraId="27833947" w14:textId="77777777" w:rsidR="00187E2C" w:rsidRDefault="00000000">
            <w:pPr>
              <w:pStyle w:val="Oznaenseznam"/>
              <w:spacing w:after="16"/>
            </w:pPr>
            <w:r>
              <w:rPr>
                <w:color w:val="000000"/>
                <w:sz w:val="16"/>
              </w:rPr>
              <w:t>prepozna in poimenuje veliko tiskano črko Ž ter jo poveže z glasom /ž/</w:t>
            </w:r>
          </w:p>
          <w:p w14:paraId="70392F8F" w14:textId="77777777" w:rsidR="00187E2C" w:rsidRDefault="00000000">
            <w:pPr>
              <w:pStyle w:val="Oznaenseznam"/>
              <w:spacing w:after="16"/>
            </w:pPr>
            <w:r>
              <w:rPr>
                <w:color w:val="000000"/>
                <w:sz w:val="16"/>
              </w:rPr>
              <w:t>veččutno oblikuje in čitljivo zapiše veliko tiskano črko Ž</w:t>
            </w:r>
          </w:p>
          <w:p w14:paraId="5CE267D3" w14:textId="77777777" w:rsidR="00187E2C" w:rsidRDefault="00000000">
            <w:pPr>
              <w:pStyle w:val="Oznaenseznam"/>
              <w:spacing w:after="16"/>
            </w:pPr>
            <w:r>
              <w:rPr>
                <w:color w:val="000000"/>
                <w:sz w:val="16"/>
              </w:rPr>
              <w:t>bere in sestavlja zloge oziroma besede z znanimi črkami: ŽOGA • MOŽ • ŽILA • NOŽ</w:t>
            </w:r>
          </w:p>
          <w:p w14:paraId="74B5F2A0" w14:textId="77777777" w:rsidR="00187E2C" w:rsidRDefault="00000000">
            <w:pPr>
              <w:spacing w:before="40" w:after="20" w:line="245" w:lineRule="auto"/>
            </w:pPr>
            <w:r>
              <w:rPr>
                <w:b/>
                <w:color w:val="000000"/>
                <w:sz w:val="17"/>
              </w:rPr>
              <w:t>PRIČAKOVANI DOSEŽKI / MINIMALNI POUDARKI</w:t>
            </w:r>
          </w:p>
          <w:p w14:paraId="0329D053" w14:textId="77777777" w:rsidR="00187E2C" w:rsidRDefault="00000000">
            <w:pPr>
              <w:pStyle w:val="Oznaenseznam"/>
              <w:spacing w:after="16"/>
            </w:pPr>
            <w:r>
              <w:rPr>
                <w:color w:val="000000"/>
                <w:sz w:val="15"/>
              </w:rPr>
              <w:t>samostojno oziroma z dogovorjeno oporo posluša in doživlja pesem</w:t>
            </w:r>
          </w:p>
          <w:p w14:paraId="7629BEB7" w14:textId="77777777" w:rsidR="00187E2C" w:rsidRDefault="00000000">
            <w:pPr>
              <w:pStyle w:val="Oznaenseznam"/>
              <w:spacing w:after="16"/>
            </w:pPr>
            <w:r>
              <w:rPr>
                <w:color w:val="000000"/>
                <w:sz w:val="15"/>
              </w:rPr>
              <w:t>samostojno oziroma z dogovorjeno oporo prepozna zvočnost ali rimo na osnovni ravni</w:t>
            </w:r>
          </w:p>
          <w:p w14:paraId="3A866606" w14:textId="77777777" w:rsidR="00187E2C" w:rsidRDefault="00000000">
            <w:pPr>
              <w:pStyle w:val="Oznaenseznam"/>
              <w:spacing w:after="16"/>
            </w:pPr>
            <w:r>
              <w:rPr>
                <w:color w:val="000000"/>
                <w:sz w:val="15"/>
              </w:rPr>
              <w:t>samostojno oziroma z dogovorjeno oporo doživeto recitira</w:t>
            </w:r>
          </w:p>
          <w:p w14:paraId="5104C22E" w14:textId="77777777" w:rsidR="00187E2C" w:rsidRDefault="00000000">
            <w:pPr>
              <w:pStyle w:val="Oznaenseznam"/>
              <w:spacing w:after="16"/>
            </w:pPr>
            <w:r>
              <w:rPr>
                <w:color w:val="000000"/>
                <w:sz w:val="15"/>
              </w:rPr>
              <w:t>samostojno oziroma z dogovorjeno oporo prepozna in poimenuje veliko tiskano črko Ž ter jo poveže z glasom /ž/</w:t>
            </w:r>
          </w:p>
          <w:p w14:paraId="3E9A3BEC" w14:textId="77777777" w:rsidR="00187E2C" w:rsidRDefault="00000000">
            <w:pPr>
              <w:pStyle w:val="Oznaenseznam"/>
              <w:spacing w:after="16"/>
            </w:pPr>
            <w:r>
              <w:rPr>
                <w:color w:val="000000"/>
                <w:sz w:val="15"/>
              </w:rPr>
              <w:t>samostojno oziroma z dogovorjeno oporo veččutno oblikuje in čitljivo zapiše veliko tiskano črko Ž</w:t>
            </w:r>
          </w:p>
        </w:tc>
        <w:tc>
          <w:tcPr>
            <w:tcW w:w="7087" w:type="dxa"/>
            <w:tcMar>
              <w:top w:w="70" w:type="dxa"/>
              <w:left w:w="90" w:type="dxa"/>
              <w:bottom w:w="70" w:type="dxa"/>
              <w:right w:w="90" w:type="dxa"/>
            </w:tcMar>
          </w:tcPr>
          <w:p w14:paraId="3DF9A513"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7FF977A" w14:textId="77777777">
              <w:trPr>
                <w:jc w:val="center"/>
              </w:trPr>
              <w:tc>
                <w:tcPr>
                  <w:tcW w:w="7087" w:type="dxa"/>
                  <w:shd w:val="clear" w:color="auto" w:fill="C6E7F3"/>
                  <w:tcMar>
                    <w:top w:w="45" w:type="dxa"/>
                    <w:left w:w="70" w:type="dxa"/>
                    <w:bottom w:w="45" w:type="dxa"/>
                    <w:right w:w="70" w:type="dxa"/>
                  </w:tcMar>
                </w:tcPr>
                <w:p w14:paraId="2D3EA9AA" w14:textId="77777777" w:rsidR="00187E2C" w:rsidRDefault="00000000">
                  <w:pPr>
                    <w:keepNext/>
                  </w:pPr>
                  <w:r>
                    <w:rPr>
                      <w:b/>
                      <w:color w:val="000000"/>
                    </w:rPr>
                    <w:t>UVODNI DEL – motivacija, aktivacija predznanja in namen učenja (15–20 min)</w:t>
                  </w:r>
                </w:p>
              </w:tc>
            </w:tr>
          </w:tbl>
          <w:p w14:paraId="0363106C" w14:textId="77777777" w:rsidR="00187E2C" w:rsidRDefault="00187E2C">
            <w:pPr>
              <w:spacing w:line="20" w:lineRule="exact"/>
            </w:pPr>
          </w:p>
          <w:p w14:paraId="0A799E55" w14:textId="77777777" w:rsidR="00187E2C" w:rsidRDefault="00000000">
            <w:pPr>
              <w:spacing w:before="40" w:after="60" w:line="245" w:lineRule="auto"/>
            </w:pPr>
            <w:r>
              <w:rPr>
                <w:color w:val="000000"/>
                <w:sz w:val="16"/>
              </w:rPr>
              <w:t>Učenci ob naslovnici, odlomku ali ilustraciji dela »Majnice: fulaste pesmi« – Tone Pavček doživljajsko vstopijo v motiv pomlad, ritem, igriv jezik in opazovanje narave. S kretnjo, predmetom, sliko, glasom ali kratko povedjo pokažejo predznanje in napoved. Izhodiščni odziv povežejo z dejavnostjo ČRKA Ž • BRALNI LIST 27 – Berem črko Ž in zloge ter besede.</w:t>
            </w:r>
          </w:p>
          <w:tbl>
            <w:tblPr>
              <w:tblStyle w:val="Tabelamrea"/>
              <w:tblW w:w="0" w:type="auto"/>
              <w:jc w:val="center"/>
              <w:tblLayout w:type="fixed"/>
              <w:tblLook w:val="04A0" w:firstRow="1" w:lastRow="0" w:firstColumn="1" w:lastColumn="0" w:noHBand="0" w:noVBand="1"/>
            </w:tblPr>
            <w:tblGrid>
              <w:gridCol w:w="7087"/>
            </w:tblGrid>
            <w:tr w:rsidR="00187E2C" w14:paraId="214BB984" w14:textId="77777777">
              <w:trPr>
                <w:jc w:val="center"/>
              </w:trPr>
              <w:tc>
                <w:tcPr>
                  <w:tcW w:w="7087" w:type="dxa"/>
                  <w:shd w:val="clear" w:color="auto" w:fill="EDC9EA"/>
                  <w:tcMar>
                    <w:top w:w="45" w:type="dxa"/>
                    <w:left w:w="70" w:type="dxa"/>
                    <w:bottom w:w="45" w:type="dxa"/>
                    <w:right w:w="70" w:type="dxa"/>
                  </w:tcMar>
                </w:tcPr>
                <w:p w14:paraId="76BBE4F6" w14:textId="77777777" w:rsidR="00187E2C" w:rsidRDefault="00000000">
                  <w:pPr>
                    <w:keepNext/>
                  </w:pPr>
                  <w:r>
                    <w:rPr>
                      <w:b/>
                      <w:color w:val="000000"/>
                    </w:rPr>
                    <w:t>NAMENI UČENJA</w:t>
                  </w:r>
                </w:p>
              </w:tc>
            </w:tr>
          </w:tbl>
          <w:p w14:paraId="7118B213" w14:textId="77777777" w:rsidR="00187E2C" w:rsidRDefault="00187E2C">
            <w:pPr>
              <w:spacing w:line="20" w:lineRule="exact"/>
            </w:pPr>
          </w:p>
          <w:p w14:paraId="5B747AC9"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1E9762D7" w14:textId="77777777" w:rsidR="00187E2C" w:rsidRDefault="00000000">
            <w:pPr>
              <w:pStyle w:val="Oznaenseznam"/>
              <w:spacing w:after="16"/>
            </w:pPr>
            <w:r>
              <w:rPr>
                <w:color w:val="000000"/>
                <w:sz w:val="16"/>
              </w:rPr>
              <w:t>poslušam in doživlja pesem</w:t>
            </w:r>
          </w:p>
          <w:p w14:paraId="30B78236" w14:textId="77777777" w:rsidR="00187E2C" w:rsidRDefault="00000000">
            <w:pPr>
              <w:pStyle w:val="Oznaenseznam"/>
              <w:spacing w:after="16"/>
            </w:pPr>
            <w:r>
              <w:rPr>
                <w:color w:val="000000"/>
                <w:sz w:val="16"/>
              </w:rPr>
              <w:t>prepoznam zvočnost ali rimo na osnovni ravni</w:t>
            </w:r>
          </w:p>
          <w:p w14:paraId="0B0B1CA0" w14:textId="77777777" w:rsidR="00187E2C" w:rsidRDefault="00000000">
            <w:pPr>
              <w:pStyle w:val="Oznaenseznam"/>
              <w:spacing w:after="16"/>
            </w:pPr>
            <w:r>
              <w:rPr>
                <w:color w:val="000000"/>
                <w:sz w:val="16"/>
              </w:rPr>
              <w:t>doživeto recitiram</w:t>
            </w:r>
          </w:p>
          <w:p w14:paraId="4455D2C8" w14:textId="77777777" w:rsidR="00187E2C" w:rsidRDefault="00000000">
            <w:pPr>
              <w:pStyle w:val="Oznaenseznam"/>
              <w:spacing w:after="16"/>
            </w:pPr>
            <w:r>
              <w:rPr>
                <w:color w:val="000000"/>
                <w:sz w:val="16"/>
              </w:rPr>
              <w:t>prepoznam in poimenujem veliko tiskano črko Ž ter jo povežem z glasom /ž/</w:t>
            </w:r>
          </w:p>
          <w:p w14:paraId="2B842663" w14:textId="77777777" w:rsidR="00187E2C" w:rsidRDefault="00000000">
            <w:pPr>
              <w:pStyle w:val="Oznaenseznam"/>
              <w:spacing w:after="16"/>
            </w:pPr>
            <w:r>
              <w:rPr>
                <w:color w:val="000000"/>
                <w:sz w:val="16"/>
              </w:rPr>
              <w:t>veččutno oblikujem in čitljivo zapišem veliko tiskano črko Ž</w:t>
            </w:r>
          </w:p>
          <w:p w14:paraId="07C174BE" w14:textId="77777777" w:rsidR="00187E2C" w:rsidRDefault="00000000">
            <w:pPr>
              <w:pStyle w:val="Oznaenseznam"/>
              <w:spacing w:after="16"/>
            </w:pPr>
            <w:r>
              <w:rPr>
                <w:color w:val="000000"/>
                <w:sz w:val="16"/>
              </w:rPr>
              <w:t>berem in sestavlja zloge oziroma besede z znanimi črkami: ŽOGA • MOŽ • ŽILA • NOŽ</w:t>
            </w:r>
          </w:p>
          <w:tbl>
            <w:tblPr>
              <w:tblStyle w:val="Tabelamrea"/>
              <w:tblW w:w="0" w:type="auto"/>
              <w:jc w:val="center"/>
              <w:tblLayout w:type="fixed"/>
              <w:tblLook w:val="04A0" w:firstRow="1" w:lastRow="0" w:firstColumn="1" w:lastColumn="0" w:noHBand="0" w:noVBand="1"/>
            </w:tblPr>
            <w:tblGrid>
              <w:gridCol w:w="7087"/>
            </w:tblGrid>
            <w:tr w:rsidR="00187E2C" w14:paraId="0A0B5CD9" w14:textId="77777777">
              <w:trPr>
                <w:jc w:val="center"/>
              </w:trPr>
              <w:tc>
                <w:tcPr>
                  <w:tcW w:w="7087" w:type="dxa"/>
                  <w:shd w:val="clear" w:color="auto" w:fill="EDC9EA"/>
                  <w:tcMar>
                    <w:top w:w="45" w:type="dxa"/>
                    <w:left w:w="70" w:type="dxa"/>
                    <w:bottom w:w="45" w:type="dxa"/>
                    <w:right w:w="70" w:type="dxa"/>
                  </w:tcMar>
                </w:tcPr>
                <w:p w14:paraId="23A84929" w14:textId="77777777" w:rsidR="00187E2C" w:rsidRDefault="00000000">
                  <w:pPr>
                    <w:keepNext/>
                  </w:pPr>
                  <w:r>
                    <w:rPr>
                      <w:b/>
                      <w:color w:val="000000"/>
                    </w:rPr>
                    <w:t>PREVERJANJE PREDZNANJA</w:t>
                  </w:r>
                </w:p>
              </w:tc>
            </w:tr>
          </w:tbl>
          <w:p w14:paraId="70F5B816" w14:textId="77777777" w:rsidR="00187E2C" w:rsidRDefault="00187E2C">
            <w:pPr>
              <w:spacing w:line="20" w:lineRule="exact"/>
            </w:pPr>
          </w:p>
          <w:p w14:paraId="1DA41A3B" w14:textId="77777777" w:rsidR="00187E2C" w:rsidRDefault="00000000">
            <w:pPr>
              <w:pStyle w:val="Oznaenseznam"/>
              <w:spacing w:after="16"/>
            </w:pPr>
            <w:r>
              <w:rPr>
                <w:color w:val="000000"/>
                <w:sz w:val="16"/>
              </w:rPr>
              <w:t>Kaj mi naslovnica, ilustracija ali naslov pove o motivu pomlad, ritem, igriv jezik in opazovanje narave?</w:t>
            </w:r>
          </w:p>
          <w:p w14:paraId="3B8F1530" w14:textId="77777777" w:rsidR="00187E2C" w:rsidRDefault="00000000">
            <w:pPr>
              <w:pStyle w:val="Oznaenseznam"/>
              <w:spacing w:after="16"/>
            </w:pPr>
            <w:r>
              <w:rPr>
                <w:color w:val="000000"/>
                <w:sz w:val="16"/>
              </w:rPr>
              <w:t>Kje v besedah slišim glas /ž/ in po katerih potezah prepoznam črko Ž?</w:t>
            </w:r>
          </w:p>
          <w:p w14:paraId="7B2C9E69"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422EB5EC" w14:textId="77777777">
              <w:trPr>
                <w:jc w:val="center"/>
              </w:trPr>
              <w:tc>
                <w:tcPr>
                  <w:tcW w:w="7087" w:type="dxa"/>
                  <w:shd w:val="clear" w:color="auto" w:fill="EDC9EA"/>
                  <w:tcMar>
                    <w:top w:w="45" w:type="dxa"/>
                    <w:left w:w="70" w:type="dxa"/>
                    <w:bottom w:w="45" w:type="dxa"/>
                    <w:right w:w="70" w:type="dxa"/>
                  </w:tcMar>
                </w:tcPr>
                <w:p w14:paraId="79C62963" w14:textId="77777777" w:rsidR="00187E2C" w:rsidRDefault="00000000">
                  <w:pPr>
                    <w:keepNext/>
                  </w:pPr>
                  <w:r>
                    <w:rPr>
                      <w:b/>
                      <w:color w:val="000000"/>
                    </w:rPr>
                    <w:t>KRITERIJI USPEŠNOSTI</w:t>
                  </w:r>
                </w:p>
              </w:tc>
            </w:tr>
          </w:tbl>
          <w:p w14:paraId="1505FB6C" w14:textId="77777777" w:rsidR="00187E2C" w:rsidRDefault="00187E2C"/>
          <w:p w14:paraId="218B2C29" w14:textId="77777777" w:rsidR="00187E2C" w:rsidRDefault="00000000">
            <w:pPr>
              <w:spacing w:before="20" w:after="20" w:line="245" w:lineRule="auto"/>
            </w:pPr>
            <w:r>
              <w:rPr>
                <w:b/>
                <w:color w:val="000000"/>
                <w:sz w:val="16"/>
              </w:rPr>
              <w:t>Uspešen/-na bom, ko:</w:t>
            </w:r>
          </w:p>
          <w:p w14:paraId="7329F722" w14:textId="77777777" w:rsidR="00187E2C" w:rsidRDefault="00000000">
            <w:pPr>
              <w:pStyle w:val="Oznaenseznam"/>
              <w:spacing w:after="16"/>
            </w:pPr>
            <w:r>
              <w:rPr>
                <w:color w:val="000000"/>
                <w:sz w:val="16"/>
              </w:rPr>
              <w:t>poslušam in doživlja pesem</w:t>
            </w:r>
          </w:p>
          <w:p w14:paraId="2BFAD62E" w14:textId="77777777" w:rsidR="00187E2C" w:rsidRDefault="00000000">
            <w:pPr>
              <w:pStyle w:val="Oznaenseznam"/>
              <w:spacing w:after="16"/>
            </w:pPr>
            <w:r>
              <w:rPr>
                <w:color w:val="000000"/>
                <w:sz w:val="16"/>
              </w:rPr>
              <w:t>prepoznam zvočnost ali rimo na osnovni ravni</w:t>
            </w:r>
          </w:p>
          <w:p w14:paraId="50F75BE1" w14:textId="77777777" w:rsidR="00187E2C" w:rsidRDefault="00000000">
            <w:pPr>
              <w:pStyle w:val="Oznaenseznam"/>
              <w:spacing w:after="16"/>
            </w:pPr>
            <w:r>
              <w:rPr>
                <w:color w:val="000000"/>
                <w:sz w:val="16"/>
              </w:rPr>
              <w:t>doživeto recitiram</w:t>
            </w:r>
          </w:p>
          <w:p w14:paraId="3C8CB748" w14:textId="77777777" w:rsidR="00187E2C" w:rsidRDefault="00000000">
            <w:pPr>
              <w:pStyle w:val="Oznaenseznam"/>
              <w:spacing w:after="16"/>
            </w:pPr>
            <w:r>
              <w:rPr>
                <w:color w:val="000000"/>
                <w:sz w:val="16"/>
              </w:rPr>
              <w:t>prepoznam in poimenujem veliko tiskano črko Ž ter jo povežem z glasom /ž/</w:t>
            </w:r>
          </w:p>
          <w:p w14:paraId="7D601840" w14:textId="77777777" w:rsidR="00187E2C" w:rsidRDefault="00000000">
            <w:pPr>
              <w:pStyle w:val="Oznaenseznam"/>
              <w:spacing w:after="16"/>
            </w:pPr>
            <w:r>
              <w:rPr>
                <w:color w:val="000000"/>
                <w:sz w:val="16"/>
              </w:rPr>
              <w:t>veččutno oblikujem in čitljivo zapišem veliko tiskano črko Ž</w:t>
            </w:r>
          </w:p>
          <w:p w14:paraId="6A8F39F2" w14:textId="77777777" w:rsidR="00187E2C" w:rsidRDefault="00000000">
            <w:pPr>
              <w:pStyle w:val="Oznaenseznam"/>
              <w:spacing w:after="16"/>
            </w:pPr>
            <w:r>
              <w:rPr>
                <w:color w:val="000000"/>
                <w:sz w:val="16"/>
              </w:rPr>
              <w:t>berem in sestavlja zloge oziroma besede z znanimi črkami: ŽOGA • MOŽ • ŽILA • NOŽ</w:t>
            </w:r>
          </w:p>
          <w:p w14:paraId="13AEEBEF"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89DDC55" w14:textId="77777777" w:rsidR="00187E2C" w:rsidRDefault="00187E2C"/>
          <w:p w14:paraId="1B1A7EAD"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627A657F" w14:textId="77777777" w:rsidR="00187E2C" w:rsidRDefault="00000000">
            <w:pPr>
              <w:spacing w:after="80" w:line="245" w:lineRule="auto"/>
            </w:pPr>
            <w:r>
              <w:rPr>
                <w:color w:val="000000"/>
                <w:sz w:val="16"/>
              </w:rPr>
              <w:t>Pove, pokaže ali nariše, kaj že ve in katero strategijo bi uporabil.</w:t>
            </w:r>
          </w:p>
          <w:p w14:paraId="0C94B140" w14:textId="77777777" w:rsidR="00187E2C" w:rsidRDefault="00000000">
            <w:pPr>
              <w:spacing w:after="100" w:line="245" w:lineRule="auto"/>
            </w:pPr>
            <w:r>
              <w:rPr>
                <w:color w:val="000000"/>
                <w:sz w:val="16"/>
              </w:rPr>
              <w:t>Sodeluje pri razumevanju namenov in kriterijev uspešnosti.</w:t>
            </w:r>
          </w:p>
          <w:p w14:paraId="3F609E3F" w14:textId="77777777" w:rsidR="00187E2C" w:rsidRDefault="00000000">
            <w:pPr>
              <w:spacing w:after="20" w:line="245" w:lineRule="auto"/>
            </w:pPr>
            <w:r>
              <w:rPr>
                <w:b/>
                <w:color w:val="D95BC6"/>
                <w:sz w:val="17"/>
              </w:rPr>
              <w:t>DOKAZ O UČENJU</w:t>
            </w:r>
          </w:p>
          <w:p w14:paraId="78A3A0FD"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6ED6C3D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73E069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02534A7"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E61C135" w14:textId="77777777" w:rsidR="00187E2C" w:rsidRDefault="00000000">
            <w:pPr>
              <w:jc w:val="center"/>
            </w:pPr>
            <w:r>
              <w:rPr>
                <w:b/>
                <w:color w:val="000000"/>
                <w:sz w:val="20"/>
              </w:rPr>
              <w:t>UČNE DEJAVNOSTI, METODE IN FORMATIVNO SPREMLJANJE</w:t>
            </w:r>
          </w:p>
        </w:tc>
      </w:tr>
      <w:tr w:rsidR="00187E2C" w14:paraId="018F79E2" w14:textId="77777777">
        <w:trPr>
          <w:tblHeader/>
          <w:jc w:val="center"/>
        </w:trPr>
        <w:tc>
          <w:tcPr>
            <w:tcW w:w="4422" w:type="dxa"/>
            <w:vMerge/>
            <w:tcMar>
              <w:top w:w="70" w:type="dxa"/>
              <w:left w:w="90" w:type="dxa"/>
              <w:bottom w:w="70" w:type="dxa"/>
              <w:right w:w="90" w:type="dxa"/>
            </w:tcMar>
            <w:vAlign w:val="center"/>
          </w:tcPr>
          <w:p w14:paraId="618F9DE7" w14:textId="77777777" w:rsidR="00187E2C" w:rsidRDefault="00187E2C"/>
        </w:tc>
        <w:tc>
          <w:tcPr>
            <w:tcW w:w="7087" w:type="dxa"/>
            <w:shd w:val="clear" w:color="auto" w:fill="FFFFFF"/>
            <w:tcMar>
              <w:top w:w="70" w:type="dxa"/>
              <w:left w:w="90" w:type="dxa"/>
              <w:bottom w:w="70" w:type="dxa"/>
              <w:right w:w="90" w:type="dxa"/>
            </w:tcMar>
            <w:vAlign w:val="center"/>
          </w:tcPr>
          <w:p w14:paraId="5DA998F5"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E5DDA60" w14:textId="77777777" w:rsidR="00187E2C" w:rsidRDefault="00000000">
            <w:pPr>
              <w:jc w:val="center"/>
            </w:pPr>
            <w:r>
              <w:rPr>
                <w:b/>
                <w:color w:val="000000"/>
              </w:rPr>
              <w:t>UČENEC</w:t>
            </w:r>
          </w:p>
        </w:tc>
      </w:tr>
      <w:tr w:rsidR="00187E2C" w14:paraId="63EACEAE" w14:textId="77777777">
        <w:trPr>
          <w:jc w:val="center"/>
        </w:trPr>
        <w:tc>
          <w:tcPr>
            <w:tcW w:w="4422" w:type="dxa"/>
            <w:tcMar>
              <w:top w:w="70" w:type="dxa"/>
              <w:left w:w="90" w:type="dxa"/>
              <w:bottom w:w="70" w:type="dxa"/>
              <w:right w:w="90" w:type="dxa"/>
            </w:tcMar>
          </w:tcPr>
          <w:p w14:paraId="784380E1" w14:textId="77777777" w:rsidR="00187E2C" w:rsidRDefault="00187E2C"/>
          <w:p w14:paraId="50B43744" w14:textId="77777777" w:rsidR="00187E2C" w:rsidRDefault="00000000">
            <w:pPr>
              <w:spacing w:after="40" w:line="245" w:lineRule="auto"/>
            </w:pPr>
            <w:r>
              <w:rPr>
                <w:b/>
                <w:color w:val="000000"/>
              </w:rPr>
              <w:t>KLJUČNI POJMI</w:t>
            </w:r>
          </w:p>
          <w:p w14:paraId="2CB916ED" w14:textId="77777777" w:rsidR="00187E2C" w:rsidRDefault="00000000">
            <w:pPr>
              <w:spacing w:after="60" w:line="245" w:lineRule="auto"/>
            </w:pPr>
            <w:r>
              <w:rPr>
                <w:color w:val="000000"/>
                <w:sz w:val="15"/>
              </w:rPr>
              <w:t>glas /ž/, črka Ž, zlog, beseda, poved, smer poteze, bralna strategija, naslov, avtor, ilustrator, književna oseba</w:t>
            </w:r>
          </w:p>
          <w:p w14:paraId="53B1592A" w14:textId="77777777" w:rsidR="00187E2C" w:rsidRDefault="00000000">
            <w:pPr>
              <w:spacing w:after="20" w:line="245" w:lineRule="auto"/>
            </w:pPr>
            <w:r>
              <w:rPr>
                <w:b/>
                <w:color w:val="000000"/>
                <w:sz w:val="17"/>
              </w:rPr>
              <w:t>DOKAZI O UČENJU</w:t>
            </w:r>
          </w:p>
          <w:p w14:paraId="55B67CA5" w14:textId="77777777" w:rsidR="00187E2C" w:rsidRDefault="00000000">
            <w:pPr>
              <w:pStyle w:val="Oznaenseznam"/>
              <w:spacing w:after="9"/>
            </w:pPr>
            <w:r>
              <w:rPr>
                <w:color w:val="000000"/>
                <w:sz w:val="15"/>
              </w:rPr>
              <w:t>odziv med poslušanjem, izbrana slika in ena poved o doživetju.</w:t>
            </w:r>
          </w:p>
          <w:p w14:paraId="54D89E5B" w14:textId="77777777" w:rsidR="00187E2C" w:rsidRDefault="00000000">
            <w:pPr>
              <w:pStyle w:val="Oznaenseznam"/>
              <w:spacing w:after="9"/>
            </w:pPr>
            <w:r>
              <w:rPr>
                <w:color w:val="000000"/>
                <w:sz w:val="15"/>
              </w:rPr>
              <w:t>štiri pravilne glasovne odločitve, izbor črke Ž in kratka učenčeva razlaga.</w:t>
            </w:r>
          </w:p>
          <w:p w14:paraId="153FEFCA" w14:textId="77777777" w:rsidR="00187E2C" w:rsidRDefault="00000000">
            <w:pPr>
              <w:pStyle w:val="Oznaenseznam"/>
              <w:spacing w:after="9"/>
            </w:pPr>
            <w:r>
              <w:rPr>
                <w:color w:val="000000"/>
                <w:sz w:val="15"/>
              </w:rPr>
              <w:t>fotografija veččutne črke Ž, datiran zapis in izpolnjen Bralni list 27 z individualnim branjem izbranega zloga/bralnega primera.</w:t>
            </w:r>
          </w:p>
          <w:p w14:paraId="50DECCFB" w14:textId="77777777" w:rsidR="00187E2C" w:rsidRDefault="00000000">
            <w:pPr>
              <w:spacing w:before="40" w:after="20" w:line="245" w:lineRule="auto"/>
            </w:pPr>
            <w:r>
              <w:rPr>
                <w:b/>
                <w:color w:val="000000"/>
                <w:sz w:val="17"/>
              </w:rPr>
              <w:t>KNJIŽEVNO DOŽIVETJE IN IZKUŠENJSKI POUK</w:t>
            </w:r>
          </w:p>
          <w:p w14:paraId="0E6AA6A8"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2C883CF8" w14:textId="77777777" w:rsidR="00187E2C" w:rsidRDefault="00000000">
            <w:pPr>
              <w:spacing w:after="20" w:line="245" w:lineRule="auto"/>
            </w:pPr>
            <w:r>
              <w:rPr>
                <w:b/>
                <w:color w:val="000000"/>
                <w:sz w:val="17"/>
              </w:rPr>
              <w:t>POUČEVANJE V GIBANJU</w:t>
            </w:r>
          </w:p>
          <w:p w14:paraId="0197C9F1"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72ADFD8" w14:textId="77777777" w:rsidR="00187E2C" w:rsidRDefault="00000000">
            <w:pPr>
              <w:spacing w:after="20" w:line="245" w:lineRule="auto"/>
            </w:pPr>
            <w:r>
              <w:rPr>
                <w:b/>
                <w:color w:val="000000"/>
                <w:sz w:val="17"/>
              </w:rPr>
              <w:t>DELO PO POSTAJAH</w:t>
            </w:r>
          </w:p>
          <w:p w14:paraId="02DA2B47" w14:textId="77777777" w:rsidR="00187E2C" w:rsidRDefault="00000000">
            <w:pPr>
              <w:spacing w:after="60" w:line="245" w:lineRule="auto"/>
            </w:pPr>
            <w:r>
              <w:rPr>
                <w:color w:val="000000"/>
                <w:sz w:val="15"/>
              </w:rPr>
              <w:t>1. doživljajsko-književna – poslušanje, pogovor, igra vlog in predmetno/slikovno izhodišče; 2. glasovno-gibalna – slišim glas /ž/, razvrščam besede in sestavljam žive zloge; 3. bralna – ČRKA Ž • BRALNI LIST 27, modelirano, vodeno ali ponovljeno branje; 4. tipno-grafomotorična – črko Ž oblikujem, hodim po njeni poti in jo zapišem ter izbor dokaza, povratna informacija in naslednji korak.</w:t>
            </w:r>
          </w:p>
          <w:p w14:paraId="06BAFE84" w14:textId="77777777" w:rsidR="00187E2C" w:rsidRDefault="00000000">
            <w:pPr>
              <w:spacing w:after="20" w:line="245" w:lineRule="auto"/>
            </w:pPr>
            <w:r>
              <w:rPr>
                <w:b/>
                <w:color w:val="000000"/>
                <w:sz w:val="17"/>
              </w:rPr>
              <w:t>DIFERENCIACIJA IN VKLJUČEVANJE</w:t>
            </w:r>
          </w:p>
          <w:p w14:paraId="4EC2B884"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1F2D7105" w14:textId="77777777" w:rsidR="00187E2C" w:rsidRDefault="00000000">
            <w:pPr>
              <w:spacing w:after="20" w:line="245" w:lineRule="auto"/>
            </w:pPr>
            <w:r>
              <w:rPr>
                <w:b/>
                <w:color w:val="000000"/>
                <w:sz w:val="17"/>
              </w:rPr>
              <w:t>SPREMLJANJE</w:t>
            </w:r>
          </w:p>
          <w:p w14:paraId="2D55858A"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44F0C5D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DC24343" w14:textId="77777777">
              <w:trPr>
                <w:jc w:val="center"/>
              </w:trPr>
              <w:tc>
                <w:tcPr>
                  <w:tcW w:w="7087" w:type="dxa"/>
                  <w:shd w:val="clear" w:color="auto" w:fill="C6E7F3"/>
                  <w:tcMar>
                    <w:top w:w="45" w:type="dxa"/>
                    <w:left w:w="70" w:type="dxa"/>
                    <w:bottom w:w="45" w:type="dxa"/>
                    <w:right w:w="70" w:type="dxa"/>
                  </w:tcMar>
                </w:tcPr>
                <w:p w14:paraId="63E39B1B" w14:textId="77777777" w:rsidR="00187E2C" w:rsidRDefault="00000000">
                  <w:pPr>
                    <w:keepNext/>
                  </w:pPr>
                  <w:r>
                    <w:rPr>
                      <w:b/>
                      <w:color w:val="000000"/>
                      <w:sz w:val="17"/>
                    </w:rPr>
                    <w:t>GLAVNI DEL – DOŽIVLJAJSKO, JEZIKOVNO IN OPISMENJEVALNO UČENJE (3 šolske ure)</w:t>
                  </w:r>
                </w:p>
              </w:tc>
            </w:tr>
          </w:tbl>
          <w:p w14:paraId="109B1CC3" w14:textId="77777777" w:rsidR="00187E2C" w:rsidRDefault="00187E2C">
            <w:pPr>
              <w:spacing w:line="20" w:lineRule="exact"/>
            </w:pPr>
          </w:p>
          <w:p w14:paraId="29AB19E4" w14:textId="77777777" w:rsidR="00187E2C" w:rsidRDefault="00000000">
            <w:pPr>
              <w:keepNext/>
              <w:spacing w:before="22" w:after="6" w:line="245" w:lineRule="auto"/>
            </w:pPr>
            <w:r>
              <w:rPr>
                <w:b/>
                <w:color w:val="000000"/>
                <w:sz w:val="16"/>
              </w:rPr>
              <w:t>1. URA – Pesništvo – Poslušam in doživljam</w:t>
            </w:r>
          </w:p>
          <w:p w14:paraId="240D0A62"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»pesništvo • velika tiskana črka ž • bralni list 27«; sproti zbira individualne dokaze in prilagodi oporo.</w:t>
            </w:r>
          </w:p>
          <w:p w14:paraId="2354212D"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»posluša in doživlja pesem«.</w:t>
            </w:r>
          </w:p>
          <w:p w14:paraId="6D899170" w14:textId="77777777" w:rsidR="00187E2C" w:rsidRDefault="00000000">
            <w:pPr>
              <w:spacing w:after="15" w:line="245" w:lineRule="auto"/>
            </w:pPr>
            <w:r>
              <w:rPr>
                <w:i/>
                <w:color w:val="D95BC6"/>
                <w:sz w:val="14"/>
              </w:rPr>
              <w:t>Predvideni dokaz: odziv med poslušanjem, izbrana slika in ena poved o doživetju..</w:t>
            </w:r>
          </w:p>
          <w:p w14:paraId="519D6A93" w14:textId="77777777" w:rsidR="00187E2C" w:rsidRDefault="00000000">
            <w:pPr>
              <w:keepNext/>
              <w:spacing w:before="22" w:after="6" w:line="245" w:lineRule="auto"/>
            </w:pPr>
            <w:r>
              <w:rPr>
                <w:b/>
                <w:color w:val="000000"/>
                <w:sz w:val="16"/>
              </w:rPr>
              <w:t>2. URA – SLIŠIM GLAS /ž/ IN ODKRIVAM ČRKO Ž</w:t>
            </w:r>
          </w:p>
          <w:p w14:paraId="1F0E7108"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(žoga, mož, luža, nož); učenci se premikajo v kote začetek–sredina–konec, nato med črkami poiščejo Ž in jo oblikujejo s telesom.</w:t>
            </w:r>
          </w:p>
          <w:p w14:paraId="0812FB67"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Ž ter jo predstavi s telesom ali vrvjo.</w:t>
            </w:r>
          </w:p>
          <w:p w14:paraId="5B435A6F" w14:textId="77777777" w:rsidR="00187E2C" w:rsidRDefault="00000000">
            <w:pPr>
              <w:spacing w:after="15" w:line="245" w:lineRule="auto"/>
            </w:pPr>
            <w:r>
              <w:rPr>
                <w:i/>
                <w:color w:val="D95BC6"/>
                <w:sz w:val="14"/>
              </w:rPr>
              <w:t>Predvideni dokaz: štiri pravilne glasovne odločitve, izbor črke Ž in kratka učenčeva razlaga..</w:t>
            </w:r>
          </w:p>
          <w:p w14:paraId="41F1411F" w14:textId="77777777" w:rsidR="00187E2C" w:rsidRDefault="00000000">
            <w:pPr>
              <w:keepNext/>
              <w:spacing w:before="22" w:after="6" w:line="245" w:lineRule="auto"/>
            </w:pPr>
            <w:r>
              <w:rPr>
                <w:b/>
                <w:color w:val="000000"/>
                <w:sz w:val="16"/>
              </w:rPr>
              <w:t>3. URA – Oblikujem, pišem in berem črko Ž</w:t>
            </w:r>
          </w:p>
          <w:p w14:paraId="5F5C1235" w14:textId="77777777" w:rsidR="00187E2C" w:rsidRDefault="00000000">
            <w:pPr>
              <w:spacing w:after="7" w:line="245" w:lineRule="auto"/>
            </w:pPr>
            <w:r>
              <w:rPr>
                <w:b/>
                <w:color w:val="000000"/>
                <w:sz w:val="15"/>
              </w:rPr>
              <w:t xml:space="preserve">Dejavnost učiteljice: </w:t>
            </w:r>
            <w:r>
              <w:rPr>
                <w:color w:val="000000"/>
                <w:sz w:val="15"/>
              </w:rPr>
              <w:t>Modelira poteze (tri poteze črke Z in strešica); vodi rotacijo: črka iz teles/vrvi – zapis v zraku/pesku – zapis na listu – Bralni list 27 in branje ŽA • ŽI • ŽO • ŽU. Učence opazuje individualno.</w:t>
            </w:r>
          </w:p>
          <w:p w14:paraId="6A337430" w14:textId="77777777" w:rsidR="00187E2C" w:rsidRDefault="00000000">
            <w:pPr>
              <w:spacing w:after="7" w:line="245" w:lineRule="auto"/>
            </w:pPr>
            <w:r>
              <w:rPr>
                <w:b/>
                <w:color w:val="000000"/>
                <w:sz w:val="15"/>
              </w:rPr>
              <w:t xml:space="preserve">Dejavnost učencev: </w:t>
            </w:r>
            <w:r>
              <w:rPr>
                <w:color w:val="000000"/>
                <w:sz w:val="15"/>
              </w:rPr>
              <w:t>Črko Ž sestavi, prehodi, zapiše z večjim gibom in nato na list; na Bralnem listu 27 z magnetnimi/talnimi črkami sestavlja ter bere zloge in bralne primere.</w:t>
            </w:r>
          </w:p>
          <w:p w14:paraId="52FD35B8" w14:textId="77777777" w:rsidR="00187E2C" w:rsidRDefault="00000000">
            <w:pPr>
              <w:spacing w:after="15" w:line="245" w:lineRule="auto"/>
            </w:pPr>
            <w:r>
              <w:rPr>
                <w:i/>
                <w:color w:val="D95BC6"/>
                <w:sz w:val="14"/>
              </w:rPr>
              <w:t>Predvideni dokaz: fotografija veččutne črke Ž, datiran zapis in izpolnjen Bralni list 27 z individualnim branjem izbranega zloga/bralnega primera..</w:t>
            </w:r>
          </w:p>
          <w:tbl>
            <w:tblPr>
              <w:tblStyle w:val="Tabelamrea"/>
              <w:tblW w:w="0" w:type="auto"/>
              <w:jc w:val="center"/>
              <w:tblLayout w:type="fixed"/>
              <w:tblLook w:val="04A0" w:firstRow="1" w:lastRow="0" w:firstColumn="1" w:lastColumn="0" w:noHBand="0" w:noVBand="1"/>
            </w:tblPr>
            <w:tblGrid>
              <w:gridCol w:w="7087"/>
            </w:tblGrid>
            <w:tr w:rsidR="00187E2C" w14:paraId="1F26A938" w14:textId="77777777">
              <w:trPr>
                <w:jc w:val="center"/>
              </w:trPr>
              <w:tc>
                <w:tcPr>
                  <w:tcW w:w="7087" w:type="dxa"/>
                  <w:shd w:val="clear" w:color="auto" w:fill="EDC9EA"/>
                  <w:tcMar>
                    <w:top w:w="45" w:type="dxa"/>
                    <w:left w:w="70" w:type="dxa"/>
                    <w:bottom w:w="45" w:type="dxa"/>
                    <w:right w:w="70" w:type="dxa"/>
                  </w:tcMar>
                </w:tcPr>
                <w:p w14:paraId="5702BD57" w14:textId="77777777" w:rsidR="00187E2C" w:rsidRDefault="00000000">
                  <w:pPr>
                    <w:keepNext/>
                  </w:pPr>
                  <w:r>
                    <w:rPr>
                      <w:b/>
                      <w:color w:val="000000"/>
                      <w:sz w:val="17"/>
                    </w:rPr>
                    <w:t>POVRATNA INFORMACIJA UČITELJICE MED DELOM</w:t>
                  </w:r>
                </w:p>
              </w:tc>
            </w:tr>
          </w:tbl>
          <w:p w14:paraId="2936916D" w14:textId="77777777" w:rsidR="00187E2C" w:rsidRDefault="00187E2C"/>
          <w:p w14:paraId="2D75D266"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1C1557B1" w14:textId="77777777" w:rsidR="00187E2C" w:rsidRDefault="00187E2C"/>
          <w:p w14:paraId="79D1E376" w14:textId="77777777" w:rsidR="00187E2C" w:rsidRDefault="00000000">
            <w:pPr>
              <w:spacing w:after="4" w:line="245" w:lineRule="auto"/>
            </w:pPr>
            <w:r>
              <w:rPr>
                <w:b/>
                <w:color w:val="000000"/>
                <w:sz w:val="15"/>
              </w:rPr>
              <w:t>1. URA – Pesništvo – Poslušam in doživljam</w:t>
            </w:r>
          </w:p>
          <w:p w14:paraId="04100E9F" w14:textId="77777777" w:rsidR="00187E2C" w:rsidRDefault="00000000">
            <w:pPr>
              <w:spacing w:after="7" w:line="245" w:lineRule="auto"/>
            </w:pPr>
            <w:r>
              <w:rPr>
                <w:color w:val="000000"/>
                <w:sz w:val="14"/>
              </w:rPr>
              <w:t>Napoveduje ob naslovu/sliki, med poslušanjem pokaže dogovorjen znak in po poslušanju izbere sliko občutja.</w:t>
            </w:r>
          </w:p>
          <w:p w14:paraId="770D9AD6" w14:textId="77777777" w:rsidR="00187E2C" w:rsidRDefault="00000000">
            <w:pPr>
              <w:spacing w:after="15" w:line="245" w:lineRule="auto"/>
            </w:pPr>
            <w:r>
              <w:rPr>
                <w:color w:val="D95BC6"/>
                <w:sz w:val="14"/>
              </w:rPr>
              <w:t>Dokaz: odziv med poslušanjem, izbrana slika in ena poved o doživetju.</w:t>
            </w:r>
          </w:p>
          <w:p w14:paraId="5FFA02F8" w14:textId="77777777" w:rsidR="00187E2C" w:rsidRDefault="00000000">
            <w:pPr>
              <w:spacing w:after="4" w:line="245" w:lineRule="auto"/>
            </w:pPr>
            <w:r>
              <w:rPr>
                <w:b/>
                <w:color w:val="000000"/>
                <w:sz w:val="15"/>
              </w:rPr>
              <w:t>2. URA – SLIŠIM GLAS /ž/ IN ODKRIVAM ČRKO Ž</w:t>
            </w:r>
          </w:p>
          <w:p w14:paraId="1550CE6C" w14:textId="77777777" w:rsidR="00187E2C" w:rsidRDefault="00000000">
            <w:pPr>
              <w:spacing w:after="7" w:line="245" w:lineRule="auto"/>
            </w:pPr>
            <w:r>
              <w:rPr>
                <w:color w:val="000000"/>
                <w:sz w:val="14"/>
              </w:rPr>
              <w:t>Besede razvršča z gibanjem, za vsak glas položi žeton, med znaki poišče Ž ter jo predstavi s telesom ali vrvjo.</w:t>
            </w:r>
          </w:p>
          <w:p w14:paraId="580BAF0B" w14:textId="77777777" w:rsidR="00187E2C" w:rsidRDefault="00000000">
            <w:pPr>
              <w:spacing w:after="15" w:line="245" w:lineRule="auto"/>
            </w:pPr>
            <w:r>
              <w:rPr>
                <w:color w:val="D95BC6"/>
                <w:sz w:val="14"/>
              </w:rPr>
              <w:t>Dokaz: štiri pravilne glasovne odločitve, izbor črke Ž in kratka učenčeva razlaga.</w:t>
            </w:r>
          </w:p>
          <w:p w14:paraId="53472079" w14:textId="77777777" w:rsidR="00187E2C" w:rsidRDefault="00000000">
            <w:pPr>
              <w:spacing w:after="4" w:line="245" w:lineRule="auto"/>
            </w:pPr>
            <w:r>
              <w:rPr>
                <w:b/>
                <w:color w:val="000000"/>
                <w:sz w:val="15"/>
              </w:rPr>
              <w:t>3. URA – Oblikujem, pišem in berem črko Ž</w:t>
            </w:r>
          </w:p>
          <w:p w14:paraId="6AB595E0" w14:textId="77777777" w:rsidR="00187E2C" w:rsidRDefault="00000000">
            <w:pPr>
              <w:spacing w:after="7" w:line="245" w:lineRule="auto"/>
            </w:pPr>
            <w:r>
              <w:rPr>
                <w:color w:val="000000"/>
                <w:sz w:val="14"/>
              </w:rPr>
              <w:t>Črko Ž sestavi, prehodi, zapiše z večjim gibom in nato na list.</w:t>
            </w:r>
          </w:p>
          <w:p w14:paraId="53439CFF" w14:textId="77777777" w:rsidR="00187E2C" w:rsidRDefault="00000000">
            <w:pPr>
              <w:spacing w:after="15" w:line="245" w:lineRule="auto"/>
            </w:pPr>
            <w:r>
              <w:rPr>
                <w:color w:val="D95BC6"/>
                <w:sz w:val="14"/>
              </w:rPr>
              <w:t>Dokaz: fotografija veččutne črke Ž, datiran zapis in izpolnjen Bralni list 27 z.</w:t>
            </w:r>
          </w:p>
        </w:tc>
      </w:tr>
    </w:tbl>
    <w:p w14:paraId="4207E69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BB9B2F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251E1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F005B41" w14:textId="77777777" w:rsidR="00187E2C" w:rsidRDefault="00000000">
            <w:pPr>
              <w:jc w:val="center"/>
            </w:pPr>
            <w:r>
              <w:rPr>
                <w:b/>
                <w:color w:val="000000"/>
                <w:sz w:val="20"/>
              </w:rPr>
              <w:t>UČNE DEJAVNOSTI, METODE IN FORMATIVNO SPREMLJANJE</w:t>
            </w:r>
          </w:p>
        </w:tc>
      </w:tr>
      <w:tr w:rsidR="00187E2C" w14:paraId="404A5E06" w14:textId="77777777">
        <w:trPr>
          <w:tblHeader/>
          <w:jc w:val="center"/>
        </w:trPr>
        <w:tc>
          <w:tcPr>
            <w:tcW w:w="4422" w:type="dxa"/>
            <w:vMerge/>
            <w:tcMar>
              <w:top w:w="70" w:type="dxa"/>
              <w:left w:w="90" w:type="dxa"/>
              <w:bottom w:w="70" w:type="dxa"/>
              <w:right w:w="90" w:type="dxa"/>
            </w:tcMar>
            <w:vAlign w:val="center"/>
          </w:tcPr>
          <w:p w14:paraId="0E138C38" w14:textId="77777777" w:rsidR="00187E2C" w:rsidRDefault="00187E2C"/>
        </w:tc>
        <w:tc>
          <w:tcPr>
            <w:tcW w:w="7087" w:type="dxa"/>
            <w:shd w:val="clear" w:color="auto" w:fill="FFFFFF"/>
            <w:tcMar>
              <w:top w:w="70" w:type="dxa"/>
              <w:left w:w="90" w:type="dxa"/>
              <w:bottom w:w="70" w:type="dxa"/>
              <w:right w:w="90" w:type="dxa"/>
            </w:tcMar>
            <w:vAlign w:val="center"/>
          </w:tcPr>
          <w:p w14:paraId="1EF6F5B2"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33C6DBB" w14:textId="77777777" w:rsidR="00187E2C" w:rsidRDefault="00000000">
            <w:pPr>
              <w:jc w:val="center"/>
            </w:pPr>
            <w:r>
              <w:rPr>
                <w:b/>
                <w:color w:val="000000"/>
              </w:rPr>
              <w:t>UČENEC</w:t>
            </w:r>
          </w:p>
        </w:tc>
      </w:tr>
      <w:tr w:rsidR="00187E2C" w14:paraId="53EEAA9F" w14:textId="77777777">
        <w:trPr>
          <w:jc w:val="center"/>
        </w:trPr>
        <w:tc>
          <w:tcPr>
            <w:tcW w:w="4422" w:type="dxa"/>
            <w:tcMar>
              <w:top w:w="70" w:type="dxa"/>
              <w:left w:w="90" w:type="dxa"/>
              <w:bottom w:w="70" w:type="dxa"/>
              <w:right w:w="90" w:type="dxa"/>
            </w:tcMar>
          </w:tcPr>
          <w:p w14:paraId="0005E3C7" w14:textId="77777777" w:rsidR="00187E2C" w:rsidRDefault="00187E2C"/>
          <w:p w14:paraId="7CFFFA5E" w14:textId="77777777" w:rsidR="00187E2C" w:rsidRDefault="00000000">
            <w:pPr>
              <w:spacing w:after="40" w:line="245" w:lineRule="auto"/>
            </w:pPr>
            <w:r>
              <w:rPr>
                <w:b/>
                <w:color w:val="000000"/>
              </w:rPr>
              <w:t>FORMATIVNO SPREMLJANJE</w:t>
            </w:r>
          </w:p>
          <w:p w14:paraId="0334E762"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1F9D45FD"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6F92B4E8"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A330963"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2FC0464" w14:textId="77777777" w:rsidR="00187E2C" w:rsidRDefault="00000000">
            <w:pPr>
              <w:spacing w:before="40" w:after="20" w:line="245" w:lineRule="auto"/>
            </w:pPr>
            <w:r>
              <w:rPr>
                <w:b/>
                <w:color w:val="000000"/>
                <w:sz w:val="17"/>
              </w:rPr>
              <w:t>VARNOST IN ODGOVORNOST</w:t>
            </w:r>
          </w:p>
          <w:p w14:paraId="5941399B"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64BE1E0" w14:textId="77777777" w:rsidR="00187E2C" w:rsidRDefault="00000000">
            <w:pPr>
              <w:spacing w:after="20" w:line="245" w:lineRule="auto"/>
            </w:pPr>
            <w:r>
              <w:rPr>
                <w:b/>
                <w:color w:val="000000"/>
                <w:sz w:val="17"/>
              </w:rPr>
              <w:t>EVIDENCA PO IZVEDBI</w:t>
            </w:r>
          </w:p>
          <w:p w14:paraId="18251DCD"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62F509A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537707D" w14:textId="77777777">
              <w:trPr>
                <w:jc w:val="center"/>
              </w:trPr>
              <w:tc>
                <w:tcPr>
                  <w:tcW w:w="7087" w:type="dxa"/>
                  <w:shd w:val="clear" w:color="auto" w:fill="EDC9EA"/>
                  <w:tcMar>
                    <w:top w:w="45" w:type="dxa"/>
                    <w:left w:w="70" w:type="dxa"/>
                    <w:bottom w:w="45" w:type="dxa"/>
                    <w:right w:w="70" w:type="dxa"/>
                  </w:tcMar>
                </w:tcPr>
                <w:p w14:paraId="6D7F3C41" w14:textId="77777777" w:rsidR="00187E2C" w:rsidRDefault="00000000">
                  <w:pPr>
                    <w:keepNext/>
                  </w:pPr>
                  <w:r>
                    <w:rPr>
                      <w:b/>
                      <w:color w:val="000000"/>
                    </w:rPr>
                    <w:t>VPRAŠANJA V PODPORO JEZIKOVNEMU, BRALNEMU IN KNJIŽEVNEMU UČENJU</w:t>
                  </w:r>
                </w:p>
              </w:tc>
            </w:tr>
          </w:tbl>
          <w:p w14:paraId="7AE35462" w14:textId="77777777" w:rsidR="00187E2C" w:rsidRDefault="00187E2C">
            <w:pPr>
              <w:spacing w:line="20" w:lineRule="exact"/>
            </w:pPr>
          </w:p>
          <w:p w14:paraId="7E291FCB" w14:textId="77777777" w:rsidR="00187E2C" w:rsidRDefault="00000000">
            <w:pPr>
              <w:pStyle w:val="Oznaenseznam"/>
              <w:spacing w:after="16"/>
            </w:pPr>
            <w:r>
              <w:rPr>
                <w:color w:val="000000"/>
                <w:sz w:val="16"/>
              </w:rPr>
              <w:t>Kaj ti je naslovnica, slika, predmet, zvok ali gib pomagal razumeti?</w:t>
            </w:r>
          </w:p>
          <w:p w14:paraId="0AB5BA0B" w14:textId="77777777" w:rsidR="00187E2C" w:rsidRDefault="00000000">
            <w:pPr>
              <w:pStyle w:val="Oznaenseznam"/>
              <w:spacing w:after="16"/>
            </w:pPr>
            <w:r>
              <w:rPr>
                <w:color w:val="000000"/>
                <w:sz w:val="16"/>
              </w:rPr>
              <w:t>Kako si našel/-la glas, črko, zlog, besedo ali bistveni podatek?</w:t>
            </w:r>
          </w:p>
          <w:p w14:paraId="78AEDEE1" w14:textId="77777777" w:rsidR="00187E2C" w:rsidRDefault="00000000">
            <w:pPr>
              <w:pStyle w:val="Oznaenseznam"/>
              <w:spacing w:after="16"/>
            </w:pPr>
            <w:r>
              <w:rPr>
                <w:color w:val="000000"/>
                <w:sz w:val="16"/>
              </w:rPr>
              <w:t>Kako veš, da tvoja pripoved, branje ali zapis dosega dogovorjeni kriterij?</w:t>
            </w:r>
          </w:p>
          <w:p w14:paraId="67A9685B" w14:textId="77777777" w:rsidR="00187E2C" w:rsidRDefault="00000000">
            <w:pPr>
              <w:pStyle w:val="Oznaenseznam"/>
              <w:spacing w:after="16"/>
            </w:pPr>
            <w:r>
              <w:rPr>
                <w:color w:val="000000"/>
                <w:sz w:val="16"/>
              </w:rPr>
              <w:t>Ali lahko svoje razumevanje pokažeš še z drugim načinom – govorom, gibanjem, risbo, branjem ali zapisom?</w:t>
            </w:r>
          </w:p>
          <w:p w14:paraId="69154665"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0E7FB947" w14:textId="77777777">
              <w:trPr>
                <w:jc w:val="center"/>
              </w:trPr>
              <w:tc>
                <w:tcPr>
                  <w:tcW w:w="7087" w:type="dxa"/>
                  <w:shd w:val="clear" w:color="auto" w:fill="C6E7F3"/>
                  <w:tcMar>
                    <w:top w:w="45" w:type="dxa"/>
                    <w:left w:w="70" w:type="dxa"/>
                    <w:bottom w:w="45" w:type="dxa"/>
                    <w:right w:w="70" w:type="dxa"/>
                  </w:tcMar>
                </w:tcPr>
                <w:p w14:paraId="703A7AA3" w14:textId="77777777" w:rsidR="00187E2C" w:rsidRDefault="00000000">
                  <w:pPr>
                    <w:keepNext/>
                  </w:pPr>
                  <w:r>
                    <w:rPr>
                      <w:b/>
                      <w:color w:val="000000"/>
                    </w:rPr>
                    <w:t>ZAKLJUČNI DEL – UTRJEVANJE, BRALNI ODZIV IN REFLEKSIJA (10–15 min)</w:t>
                  </w:r>
                </w:p>
              </w:tc>
            </w:tr>
          </w:tbl>
          <w:p w14:paraId="54F38839" w14:textId="77777777" w:rsidR="00187E2C" w:rsidRDefault="00187E2C">
            <w:pPr>
              <w:spacing w:line="20" w:lineRule="exact"/>
            </w:pPr>
          </w:p>
          <w:p w14:paraId="1DBDCBB9"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6B4AF5FF" w14:textId="77777777">
              <w:trPr>
                <w:jc w:val="center"/>
              </w:trPr>
              <w:tc>
                <w:tcPr>
                  <w:tcW w:w="7087" w:type="dxa"/>
                  <w:shd w:val="clear" w:color="auto" w:fill="EDC9EA"/>
                  <w:tcMar>
                    <w:top w:w="45" w:type="dxa"/>
                    <w:left w:w="70" w:type="dxa"/>
                    <w:bottom w:w="45" w:type="dxa"/>
                    <w:right w:w="70" w:type="dxa"/>
                  </w:tcMar>
                </w:tcPr>
                <w:p w14:paraId="153D49F5" w14:textId="77777777" w:rsidR="00187E2C" w:rsidRDefault="00000000">
                  <w:pPr>
                    <w:keepNext/>
                  </w:pPr>
                  <w:r>
                    <w:rPr>
                      <w:b/>
                      <w:color w:val="000000"/>
                    </w:rPr>
                    <w:t>SAMOVREDNOTENJE</w:t>
                  </w:r>
                </w:p>
              </w:tc>
            </w:tr>
          </w:tbl>
          <w:p w14:paraId="35CC281B" w14:textId="77777777" w:rsidR="00187E2C" w:rsidRDefault="00187E2C">
            <w:pPr>
              <w:spacing w:line="20" w:lineRule="exact"/>
            </w:pPr>
          </w:p>
          <w:p w14:paraId="742B6002"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42ABEA1C" w14:textId="77777777">
              <w:trPr>
                <w:jc w:val="center"/>
              </w:trPr>
              <w:tc>
                <w:tcPr>
                  <w:tcW w:w="7087" w:type="dxa"/>
                  <w:shd w:val="clear" w:color="auto" w:fill="EDC9EA"/>
                  <w:tcMar>
                    <w:top w:w="45" w:type="dxa"/>
                    <w:left w:w="70" w:type="dxa"/>
                    <w:bottom w:w="45" w:type="dxa"/>
                    <w:right w:w="70" w:type="dxa"/>
                  </w:tcMar>
                </w:tcPr>
                <w:p w14:paraId="3F0F2284" w14:textId="77777777" w:rsidR="00187E2C" w:rsidRDefault="00000000">
                  <w:pPr>
                    <w:keepNext/>
                  </w:pPr>
                  <w:r>
                    <w:rPr>
                      <w:b/>
                      <w:color w:val="000000"/>
                    </w:rPr>
                    <w:t>VRSTNIŠKO VREDNOTENJE</w:t>
                  </w:r>
                </w:p>
              </w:tc>
            </w:tr>
          </w:tbl>
          <w:p w14:paraId="58410AF0" w14:textId="77777777" w:rsidR="00187E2C" w:rsidRDefault="00187E2C">
            <w:pPr>
              <w:spacing w:line="20" w:lineRule="exact"/>
            </w:pPr>
          </w:p>
          <w:p w14:paraId="524D8010"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0BA50159" w14:textId="77777777">
              <w:trPr>
                <w:jc w:val="center"/>
              </w:trPr>
              <w:tc>
                <w:tcPr>
                  <w:tcW w:w="7087" w:type="dxa"/>
                  <w:shd w:val="clear" w:color="auto" w:fill="EDC9EA"/>
                  <w:tcMar>
                    <w:top w:w="45" w:type="dxa"/>
                    <w:left w:w="70" w:type="dxa"/>
                    <w:bottom w:w="45" w:type="dxa"/>
                    <w:right w:w="70" w:type="dxa"/>
                  </w:tcMar>
                </w:tcPr>
                <w:p w14:paraId="0236CEB7" w14:textId="77777777" w:rsidR="00187E2C" w:rsidRDefault="00000000">
                  <w:pPr>
                    <w:keepNext/>
                  </w:pPr>
                  <w:r>
                    <w:rPr>
                      <w:b/>
                      <w:color w:val="000000"/>
                    </w:rPr>
                    <w:t>SKUPNI POVZETEK</w:t>
                  </w:r>
                </w:p>
              </w:tc>
            </w:tr>
          </w:tbl>
          <w:p w14:paraId="54317605" w14:textId="77777777" w:rsidR="00187E2C" w:rsidRDefault="00187E2C"/>
          <w:p w14:paraId="0889819D" w14:textId="77777777" w:rsidR="00187E2C" w:rsidRDefault="00000000">
            <w:pPr>
              <w:spacing w:before="20" w:after="40" w:line="245" w:lineRule="auto"/>
            </w:pPr>
            <w:r>
              <w:rPr>
                <w:b/>
                <w:color w:val="000000"/>
                <w:sz w:val="16"/>
              </w:rPr>
              <w:t>Prepoznam glas /ž/ in črko Ž,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1E3E2C7E" w14:textId="77777777" w:rsidR="00187E2C" w:rsidRDefault="00187E2C"/>
          <w:p w14:paraId="523DAA0D" w14:textId="77777777" w:rsidR="00187E2C" w:rsidRDefault="00000000">
            <w:pPr>
              <w:spacing w:after="100" w:line="245" w:lineRule="auto"/>
            </w:pPr>
            <w:r>
              <w:rPr>
                <w:color w:val="000000"/>
                <w:sz w:val="16"/>
              </w:rPr>
              <w:t>Odgovarja na podporna vprašanja ter se sklicuje na poslušano besedilo, sliko, govor, bralni list ali zapis.</w:t>
            </w:r>
          </w:p>
          <w:p w14:paraId="22B18B1E" w14:textId="77777777" w:rsidR="00187E2C" w:rsidRDefault="00000000">
            <w:pPr>
              <w:spacing w:after="100" w:line="245" w:lineRule="auto"/>
            </w:pPr>
            <w:r>
              <w:rPr>
                <w:color w:val="000000"/>
                <w:sz w:val="16"/>
              </w:rPr>
              <w:t>Primerja začetni odziv z novim dokazom in pojasni, kaj se je naučil/-a.</w:t>
            </w:r>
          </w:p>
          <w:p w14:paraId="1032C1F0" w14:textId="77777777" w:rsidR="00187E2C" w:rsidRDefault="00000000">
            <w:pPr>
              <w:spacing w:after="100" w:line="245" w:lineRule="auto"/>
            </w:pPr>
            <w:r>
              <w:rPr>
                <w:color w:val="000000"/>
                <w:sz w:val="16"/>
              </w:rPr>
              <w:t>Izbere raven samostojnosti in določi naslednji korak.</w:t>
            </w:r>
          </w:p>
          <w:p w14:paraId="0646C4F8" w14:textId="77777777" w:rsidR="00187E2C" w:rsidRDefault="00000000">
            <w:pPr>
              <w:spacing w:after="100" w:line="245" w:lineRule="auto"/>
            </w:pPr>
            <w:r>
              <w:rPr>
                <w:color w:val="000000"/>
                <w:sz w:val="16"/>
              </w:rPr>
              <w:t>Sošolcu poda prijazen in konkreten odziv, vezan na kriterij.</w:t>
            </w:r>
          </w:p>
          <w:p w14:paraId="63FF1B15" w14:textId="77777777" w:rsidR="00187E2C" w:rsidRDefault="00000000">
            <w:pPr>
              <w:spacing w:after="20" w:line="245" w:lineRule="auto"/>
            </w:pPr>
            <w:r>
              <w:rPr>
                <w:b/>
                <w:color w:val="D95BC6"/>
                <w:sz w:val="17"/>
              </w:rPr>
              <w:t>DOKAZ O UČENJU</w:t>
            </w:r>
          </w:p>
          <w:p w14:paraId="4CBEEF49"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06146D3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2F5DA24A" w14:textId="77777777">
        <w:trPr>
          <w:cantSplit/>
          <w:jc w:val="center"/>
        </w:trPr>
        <w:tc>
          <w:tcPr>
            <w:tcW w:w="14060" w:type="dxa"/>
            <w:gridSpan w:val="6"/>
            <w:tcMar>
              <w:top w:w="70" w:type="dxa"/>
              <w:left w:w="90" w:type="dxa"/>
              <w:bottom w:w="70" w:type="dxa"/>
              <w:right w:w="90" w:type="dxa"/>
            </w:tcMar>
            <w:vAlign w:val="center"/>
          </w:tcPr>
          <w:p w14:paraId="58AE3CC1" w14:textId="77777777" w:rsidR="00187E2C" w:rsidRDefault="00000000">
            <w:pPr>
              <w:jc w:val="center"/>
            </w:pPr>
            <w:r>
              <w:rPr>
                <w:b/>
                <w:color w:val="000000"/>
                <w:sz w:val="24"/>
              </w:rPr>
              <w:lastRenderedPageBreak/>
              <w:t>UČNA PRIPRAVA 28/39</w:t>
            </w:r>
          </w:p>
        </w:tc>
      </w:tr>
      <w:tr w:rsidR="00187E2C" w14:paraId="1600B3A9" w14:textId="77777777">
        <w:trPr>
          <w:jc w:val="center"/>
        </w:trPr>
        <w:tc>
          <w:tcPr>
            <w:tcW w:w="2665" w:type="dxa"/>
            <w:tcMar>
              <w:top w:w="70" w:type="dxa"/>
              <w:left w:w="90" w:type="dxa"/>
              <w:bottom w:w="70" w:type="dxa"/>
              <w:right w:w="90" w:type="dxa"/>
            </w:tcMar>
            <w:vAlign w:val="center"/>
          </w:tcPr>
          <w:p w14:paraId="3627B31F"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C0F759E"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68200191"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EE90958" w14:textId="77777777" w:rsidR="00187E2C" w:rsidRDefault="00000000">
            <w:r>
              <w:rPr>
                <w:b/>
                <w:color w:val="000000"/>
                <w:sz w:val="16"/>
              </w:rPr>
              <w:t xml:space="preserve">NAČRTOVANI TERMIN: </w:t>
            </w:r>
            <w:r>
              <w:rPr>
                <w:color w:val="000000"/>
                <w:sz w:val="16"/>
              </w:rPr>
              <w:t>28. teden • 30. 3.–2. 4. 2027</w:t>
            </w:r>
          </w:p>
        </w:tc>
        <w:tc>
          <w:tcPr>
            <w:tcW w:w="2268" w:type="dxa"/>
            <w:tcMar>
              <w:top w:w="70" w:type="dxa"/>
              <w:left w:w="90" w:type="dxa"/>
              <w:bottom w:w="70" w:type="dxa"/>
              <w:right w:w="90" w:type="dxa"/>
            </w:tcMar>
            <w:vAlign w:val="center"/>
          </w:tcPr>
          <w:p w14:paraId="3D183D80"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5FC2ABE" w14:textId="77777777" w:rsidR="00187E2C" w:rsidRDefault="00000000">
            <w:r>
              <w:rPr>
                <w:b/>
                <w:color w:val="000000"/>
                <w:sz w:val="16"/>
              </w:rPr>
              <w:t xml:space="preserve">ŠTEVILO UR: </w:t>
            </w:r>
            <w:r>
              <w:rPr>
                <w:color w:val="000000"/>
                <w:sz w:val="16"/>
              </w:rPr>
              <w:t>3</w:t>
            </w:r>
          </w:p>
        </w:tc>
      </w:tr>
      <w:tr w:rsidR="00187E2C" w14:paraId="771F9874" w14:textId="77777777">
        <w:trPr>
          <w:jc w:val="center"/>
        </w:trPr>
        <w:tc>
          <w:tcPr>
            <w:tcW w:w="14061" w:type="dxa"/>
            <w:gridSpan w:val="6"/>
            <w:tcMar>
              <w:top w:w="70" w:type="dxa"/>
              <w:left w:w="90" w:type="dxa"/>
              <w:bottom w:w="70" w:type="dxa"/>
              <w:right w:w="90" w:type="dxa"/>
            </w:tcMar>
            <w:vAlign w:val="center"/>
          </w:tcPr>
          <w:p w14:paraId="33F91ECE" w14:textId="77777777" w:rsidR="00187E2C" w:rsidRDefault="00000000">
            <w:r>
              <w:rPr>
                <w:b/>
                <w:color w:val="000000"/>
                <w:sz w:val="17"/>
              </w:rPr>
              <w:t xml:space="preserve">TIP UČNE URE: </w:t>
            </w:r>
            <w:r>
              <w:rPr>
                <w:color w:val="000000"/>
                <w:sz w:val="17"/>
              </w:rPr>
              <w:t>ustno oziroma praktično preverjanje in opisno ocenjevanje z individualnim dokazom</w:t>
            </w:r>
          </w:p>
        </w:tc>
      </w:tr>
      <w:tr w:rsidR="00187E2C" w14:paraId="309E5C05" w14:textId="77777777">
        <w:trPr>
          <w:cantSplit/>
          <w:jc w:val="center"/>
        </w:trPr>
        <w:tc>
          <w:tcPr>
            <w:tcW w:w="14060" w:type="dxa"/>
            <w:gridSpan w:val="6"/>
            <w:tcMar>
              <w:top w:w="70" w:type="dxa"/>
              <w:left w:w="90" w:type="dxa"/>
              <w:bottom w:w="70" w:type="dxa"/>
              <w:right w:w="90" w:type="dxa"/>
            </w:tcMar>
            <w:vAlign w:val="center"/>
          </w:tcPr>
          <w:p w14:paraId="12288F42" w14:textId="77777777" w:rsidR="00187E2C" w:rsidRDefault="00187E2C"/>
          <w:p w14:paraId="390C86DB" w14:textId="77777777" w:rsidR="00187E2C" w:rsidRDefault="00000000">
            <w:pPr>
              <w:spacing w:line="245" w:lineRule="auto"/>
            </w:pPr>
            <w:r>
              <w:rPr>
                <w:b/>
                <w:color w:val="000000"/>
                <w:sz w:val="16"/>
              </w:rPr>
              <w:t xml:space="preserve">UČNI SKLOP: </w:t>
            </w:r>
            <w:r>
              <w:rPr>
                <w:color w:val="000000"/>
                <w:sz w:val="16"/>
              </w:rPr>
              <w:t>POMLAD, POJAVI IN ŽIVA BITJA</w:t>
            </w:r>
          </w:p>
        </w:tc>
      </w:tr>
      <w:tr w:rsidR="00187E2C" w14:paraId="699DA1B0" w14:textId="77777777">
        <w:trPr>
          <w:cantSplit/>
          <w:jc w:val="center"/>
        </w:trPr>
        <w:tc>
          <w:tcPr>
            <w:tcW w:w="14060" w:type="dxa"/>
            <w:gridSpan w:val="6"/>
            <w:tcMar>
              <w:top w:w="70" w:type="dxa"/>
              <w:left w:w="90" w:type="dxa"/>
              <w:bottom w:w="70" w:type="dxa"/>
              <w:right w:w="90" w:type="dxa"/>
            </w:tcMar>
            <w:vAlign w:val="center"/>
          </w:tcPr>
          <w:p w14:paraId="463D0B33" w14:textId="77777777" w:rsidR="00187E2C" w:rsidRDefault="00187E2C"/>
          <w:p w14:paraId="2EE38622" w14:textId="77777777" w:rsidR="00187E2C" w:rsidRDefault="00000000">
            <w:pPr>
              <w:spacing w:line="245" w:lineRule="auto"/>
            </w:pPr>
            <w:r>
              <w:rPr>
                <w:b/>
                <w:color w:val="000000"/>
                <w:sz w:val="16"/>
              </w:rPr>
              <w:t xml:space="preserve">UČNA TEMA: </w:t>
            </w:r>
            <w:r>
              <w:rPr>
                <w:color w:val="000000"/>
                <w:sz w:val="16"/>
              </w:rPr>
              <w:t>OPIS RASTLINE • VELIKA TISKANA ČRKA C</w:t>
            </w:r>
          </w:p>
        </w:tc>
      </w:tr>
      <w:tr w:rsidR="00187E2C" w14:paraId="21C0E89D" w14:textId="77777777">
        <w:trPr>
          <w:cantSplit/>
          <w:jc w:val="center"/>
        </w:trPr>
        <w:tc>
          <w:tcPr>
            <w:tcW w:w="14060" w:type="dxa"/>
            <w:gridSpan w:val="6"/>
            <w:tcMar>
              <w:top w:w="70" w:type="dxa"/>
              <w:left w:w="90" w:type="dxa"/>
              <w:bottom w:w="70" w:type="dxa"/>
              <w:right w:w="90" w:type="dxa"/>
            </w:tcMar>
            <w:vAlign w:val="center"/>
          </w:tcPr>
          <w:p w14:paraId="5F50C6E2" w14:textId="77777777" w:rsidR="00187E2C" w:rsidRDefault="00187E2C"/>
          <w:p w14:paraId="38EAC629" w14:textId="77777777" w:rsidR="00187E2C" w:rsidRDefault="00000000">
            <w:pPr>
              <w:spacing w:line="245" w:lineRule="auto"/>
            </w:pPr>
            <w:r>
              <w:rPr>
                <w:b/>
                <w:color w:val="000000"/>
                <w:sz w:val="16"/>
              </w:rPr>
              <w:t xml:space="preserve">KNJIŽEVNO IZHODIŠČE IN MOTIV: </w:t>
            </w:r>
            <w:r>
              <w:rPr>
                <w:color w:val="000000"/>
                <w:sz w:val="16"/>
              </w:rPr>
              <w:t>»Štiri črne mravljice« – Anja Štefan • rast, sodelovanje, drobna živa bitja in vzorci</w:t>
            </w:r>
          </w:p>
        </w:tc>
      </w:tr>
      <w:tr w:rsidR="00187E2C" w14:paraId="7173801E" w14:textId="77777777">
        <w:trPr>
          <w:cantSplit/>
          <w:jc w:val="center"/>
        </w:trPr>
        <w:tc>
          <w:tcPr>
            <w:tcW w:w="14060" w:type="dxa"/>
            <w:gridSpan w:val="6"/>
            <w:tcMar>
              <w:top w:w="70" w:type="dxa"/>
              <w:left w:w="90" w:type="dxa"/>
              <w:bottom w:w="70" w:type="dxa"/>
              <w:right w:w="90" w:type="dxa"/>
            </w:tcMar>
            <w:vAlign w:val="center"/>
          </w:tcPr>
          <w:p w14:paraId="00A8A116" w14:textId="77777777" w:rsidR="00187E2C" w:rsidRDefault="00187E2C"/>
          <w:p w14:paraId="6038787F" w14:textId="77777777" w:rsidR="00187E2C" w:rsidRDefault="00000000">
            <w:pPr>
              <w:spacing w:line="245" w:lineRule="auto"/>
            </w:pPr>
            <w:r>
              <w:rPr>
                <w:b/>
                <w:color w:val="000000"/>
                <w:sz w:val="16"/>
              </w:rPr>
              <w:t xml:space="preserve">BRALNI LIST / ČRKA: </w:t>
            </w:r>
            <w:r>
              <w:rPr>
                <w:color w:val="000000"/>
                <w:sz w:val="16"/>
              </w:rPr>
              <w:t>ČRKA C • BRALNI LIST 28 – Berem črko C in zloge ter besede: glas /c/ znane črke: A, E, I, O, U, N, M, T, J, V, R, S, L, K, P, D, B, G, Č, Š, Ž, C; slišim glas; prepoznam črko; odprta ukrivljena poteza; berem in zapišem</w:t>
            </w:r>
          </w:p>
        </w:tc>
      </w:tr>
      <w:tr w:rsidR="00187E2C" w14:paraId="7C51C753" w14:textId="77777777">
        <w:trPr>
          <w:cantSplit/>
          <w:jc w:val="center"/>
        </w:trPr>
        <w:tc>
          <w:tcPr>
            <w:tcW w:w="14060" w:type="dxa"/>
            <w:gridSpan w:val="6"/>
            <w:tcMar>
              <w:top w:w="70" w:type="dxa"/>
              <w:left w:w="90" w:type="dxa"/>
              <w:bottom w:w="70" w:type="dxa"/>
              <w:right w:w="90" w:type="dxa"/>
            </w:tcMar>
            <w:vAlign w:val="center"/>
          </w:tcPr>
          <w:p w14:paraId="7706FE59" w14:textId="77777777" w:rsidR="00187E2C" w:rsidRDefault="00187E2C"/>
          <w:p w14:paraId="62589B7C" w14:textId="77777777" w:rsidR="00187E2C" w:rsidRDefault="00000000">
            <w:pPr>
              <w:spacing w:line="245" w:lineRule="auto"/>
            </w:pPr>
            <w:r>
              <w:rPr>
                <w:b/>
                <w:color w:val="000000"/>
                <w:sz w:val="16"/>
              </w:rPr>
              <w:t xml:space="preserve">UČNE ENOTE: </w:t>
            </w:r>
            <w:r>
              <w:rPr>
                <w:color w:val="000000"/>
                <w:sz w:val="16"/>
              </w:rPr>
              <w:t>1. ura – Opis rastline – Poslušam in doživljam • 2. ura – SLIŠIM GLAS /c/ IN ODKRIVAM ČRKO C • 3. ura – Oblikujem, pišem in berem črko C</w:t>
            </w:r>
          </w:p>
        </w:tc>
      </w:tr>
      <w:tr w:rsidR="00187E2C" w14:paraId="65C7C295" w14:textId="77777777">
        <w:trPr>
          <w:cantSplit/>
          <w:jc w:val="center"/>
        </w:trPr>
        <w:tc>
          <w:tcPr>
            <w:tcW w:w="14060" w:type="dxa"/>
            <w:gridSpan w:val="6"/>
            <w:tcMar>
              <w:top w:w="70" w:type="dxa"/>
              <w:left w:w="90" w:type="dxa"/>
              <w:bottom w:w="70" w:type="dxa"/>
              <w:right w:w="90" w:type="dxa"/>
            </w:tcMar>
            <w:vAlign w:val="center"/>
          </w:tcPr>
          <w:p w14:paraId="6858AED7" w14:textId="77777777" w:rsidR="00187E2C" w:rsidRDefault="00187E2C"/>
          <w:p w14:paraId="2D385954"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593C96E0" w14:textId="77777777">
        <w:trPr>
          <w:cantSplit/>
          <w:jc w:val="center"/>
        </w:trPr>
        <w:tc>
          <w:tcPr>
            <w:tcW w:w="14060" w:type="dxa"/>
            <w:gridSpan w:val="6"/>
            <w:tcMar>
              <w:top w:w="70" w:type="dxa"/>
              <w:left w:w="90" w:type="dxa"/>
              <w:bottom w:w="70" w:type="dxa"/>
              <w:right w:w="90" w:type="dxa"/>
            </w:tcMar>
            <w:vAlign w:val="center"/>
          </w:tcPr>
          <w:p w14:paraId="3B80AA84" w14:textId="77777777" w:rsidR="00187E2C" w:rsidRDefault="00187E2C"/>
          <w:p w14:paraId="521A625E"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EF6786B" w14:textId="77777777">
        <w:trPr>
          <w:cantSplit/>
          <w:jc w:val="center"/>
        </w:trPr>
        <w:tc>
          <w:tcPr>
            <w:tcW w:w="14060" w:type="dxa"/>
            <w:gridSpan w:val="6"/>
            <w:tcMar>
              <w:top w:w="70" w:type="dxa"/>
              <w:left w:w="90" w:type="dxa"/>
              <w:bottom w:w="70" w:type="dxa"/>
              <w:right w:w="90" w:type="dxa"/>
            </w:tcMar>
            <w:vAlign w:val="center"/>
          </w:tcPr>
          <w:p w14:paraId="0474EA58" w14:textId="77777777" w:rsidR="00187E2C" w:rsidRDefault="00187E2C"/>
          <w:p w14:paraId="144ED2B7"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13C2C86" w14:textId="77777777">
        <w:trPr>
          <w:cantSplit/>
          <w:jc w:val="center"/>
        </w:trPr>
        <w:tc>
          <w:tcPr>
            <w:tcW w:w="14060" w:type="dxa"/>
            <w:gridSpan w:val="6"/>
            <w:tcMar>
              <w:top w:w="70" w:type="dxa"/>
              <w:left w:w="90" w:type="dxa"/>
              <w:bottom w:w="70" w:type="dxa"/>
              <w:right w:w="90" w:type="dxa"/>
            </w:tcMar>
            <w:vAlign w:val="center"/>
          </w:tcPr>
          <w:p w14:paraId="407674B7" w14:textId="77777777" w:rsidR="00187E2C" w:rsidRDefault="00187E2C"/>
          <w:p w14:paraId="1B687423" w14:textId="77777777" w:rsidR="00187E2C" w:rsidRDefault="00000000">
            <w:pPr>
              <w:spacing w:line="245" w:lineRule="auto"/>
            </w:pPr>
            <w:r>
              <w:rPr>
                <w:b/>
                <w:color w:val="000000"/>
                <w:sz w:val="16"/>
              </w:rPr>
              <w:t xml:space="preserve">MEDPREDMETNE POVEZAVE: </w:t>
            </w:r>
            <w:r>
              <w:rPr>
                <w:color w:val="000000"/>
                <w:sz w:val="16"/>
              </w:rPr>
              <w:t>SPO – rast, sodelovanje, drobna živa bitja in vzorci; GUM – ritem, zvočnost in glas; LUM – ilustracija, črta in grafomotorika; ŠPO – gibalna pripoved, dramatizacija in postaje; MAT – smer, zaporedje in orientacija</w:t>
            </w:r>
          </w:p>
        </w:tc>
      </w:tr>
      <w:tr w:rsidR="00187E2C" w14:paraId="0AE84EFC" w14:textId="77777777">
        <w:trPr>
          <w:cantSplit/>
          <w:jc w:val="center"/>
        </w:trPr>
        <w:tc>
          <w:tcPr>
            <w:tcW w:w="14060" w:type="dxa"/>
            <w:gridSpan w:val="6"/>
            <w:tcMar>
              <w:top w:w="70" w:type="dxa"/>
              <w:left w:w="90" w:type="dxa"/>
              <w:bottom w:w="70" w:type="dxa"/>
              <w:right w:w="90" w:type="dxa"/>
            </w:tcMar>
            <w:vAlign w:val="center"/>
          </w:tcPr>
          <w:p w14:paraId="4C84C0EF" w14:textId="77777777" w:rsidR="00187E2C" w:rsidRDefault="00187E2C"/>
          <w:p w14:paraId="1BEA69C4" w14:textId="77777777" w:rsidR="00187E2C" w:rsidRDefault="00000000">
            <w:pPr>
              <w:spacing w:line="245" w:lineRule="auto"/>
            </w:pPr>
            <w:r>
              <w:rPr>
                <w:b/>
                <w:color w:val="000000"/>
                <w:sz w:val="16"/>
              </w:rPr>
              <w:t xml:space="preserve">UČNA SREDSTVA IN PRIPOMOČKI: </w:t>
            </w:r>
            <w:r>
              <w:rPr>
                <w:color w:val="000000"/>
                <w:sz w:val="16"/>
              </w:rPr>
              <w:t>ČRKA C • BRALNI LIST 28, povečano besedilo oziroma kartice, slikanica ali odlomek, slikovno zaporedje, kartice besed in glasov, talne črke ali zlogi, ogledala, vrvice ali modelirna masa, mini tabla, zvezek oziroma jezikovna mapa</w:t>
            </w:r>
          </w:p>
        </w:tc>
      </w:tr>
      <w:tr w:rsidR="00187E2C" w14:paraId="0655B110" w14:textId="77777777">
        <w:trPr>
          <w:cantSplit/>
          <w:jc w:val="center"/>
        </w:trPr>
        <w:tc>
          <w:tcPr>
            <w:tcW w:w="14060" w:type="dxa"/>
            <w:gridSpan w:val="6"/>
            <w:tcMar>
              <w:top w:w="70" w:type="dxa"/>
              <w:left w:w="90" w:type="dxa"/>
              <w:bottom w:w="70" w:type="dxa"/>
              <w:right w:w="90" w:type="dxa"/>
            </w:tcMar>
            <w:vAlign w:val="center"/>
          </w:tcPr>
          <w:p w14:paraId="0D2AD7AA" w14:textId="77777777" w:rsidR="00187E2C" w:rsidRDefault="00187E2C"/>
          <w:p w14:paraId="3FA05E7D"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05594847" w14:textId="77777777">
        <w:trPr>
          <w:cantSplit/>
          <w:jc w:val="center"/>
        </w:trPr>
        <w:tc>
          <w:tcPr>
            <w:tcW w:w="14060" w:type="dxa"/>
            <w:gridSpan w:val="6"/>
            <w:tcMar>
              <w:top w:w="70" w:type="dxa"/>
              <w:left w:w="90" w:type="dxa"/>
              <w:bottom w:w="70" w:type="dxa"/>
              <w:right w:w="90" w:type="dxa"/>
            </w:tcMar>
            <w:vAlign w:val="center"/>
          </w:tcPr>
          <w:p w14:paraId="20766983" w14:textId="77777777" w:rsidR="00187E2C" w:rsidRDefault="00187E2C"/>
          <w:p w14:paraId="79BA90FE" w14:textId="77777777" w:rsidR="00187E2C" w:rsidRDefault="00000000">
            <w:pPr>
              <w:spacing w:line="245" w:lineRule="auto"/>
            </w:pPr>
            <w:r>
              <w:rPr>
                <w:b/>
                <w:color w:val="000000"/>
                <w:sz w:val="16"/>
              </w:rPr>
              <w:t xml:space="preserve">OCENJEVANJE / DAN DEJAVNOSTI: </w:t>
            </w:r>
            <w:r>
              <w:rPr>
                <w:color w:val="000000"/>
                <w:sz w:val="16"/>
              </w:rPr>
              <w:t>OCENJEVANJE 4 – DRUGE OBLIKE: branje oziroma poslušanje kratkega besedila in ustni odziv • ŠPORTNI DAN</w:t>
            </w:r>
          </w:p>
        </w:tc>
      </w:tr>
      <w:tr w:rsidR="00187E2C" w14:paraId="57903C7D" w14:textId="77777777">
        <w:trPr>
          <w:cantSplit/>
          <w:jc w:val="center"/>
        </w:trPr>
        <w:tc>
          <w:tcPr>
            <w:tcW w:w="14060" w:type="dxa"/>
            <w:gridSpan w:val="6"/>
            <w:tcMar>
              <w:top w:w="70" w:type="dxa"/>
              <w:left w:w="90" w:type="dxa"/>
              <w:bottom w:w="70" w:type="dxa"/>
              <w:right w:w="90" w:type="dxa"/>
            </w:tcMar>
            <w:vAlign w:val="center"/>
          </w:tcPr>
          <w:p w14:paraId="4D3683C4" w14:textId="77777777" w:rsidR="00187E2C" w:rsidRDefault="00187E2C"/>
          <w:p w14:paraId="3F69C3FB"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536D6C1D"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1438F4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7D9732C"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C242245" w14:textId="77777777" w:rsidR="00187E2C" w:rsidRDefault="00000000">
            <w:pPr>
              <w:jc w:val="center"/>
            </w:pPr>
            <w:r>
              <w:rPr>
                <w:b/>
                <w:color w:val="000000"/>
                <w:sz w:val="20"/>
              </w:rPr>
              <w:t>UČNE DEJAVNOSTI, METODE IN FORMATIVNO SPREMLJANJE</w:t>
            </w:r>
          </w:p>
        </w:tc>
      </w:tr>
      <w:tr w:rsidR="00187E2C" w14:paraId="56CCD981" w14:textId="77777777">
        <w:trPr>
          <w:tblHeader/>
          <w:jc w:val="center"/>
        </w:trPr>
        <w:tc>
          <w:tcPr>
            <w:tcW w:w="4422" w:type="dxa"/>
            <w:vMerge/>
            <w:tcMar>
              <w:top w:w="70" w:type="dxa"/>
              <w:left w:w="90" w:type="dxa"/>
              <w:bottom w:w="70" w:type="dxa"/>
              <w:right w:w="90" w:type="dxa"/>
            </w:tcMar>
            <w:vAlign w:val="center"/>
          </w:tcPr>
          <w:p w14:paraId="47DB7074" w14:textId="77777777" w:rsidR="00187E2C" w:rsidRDefault="00187E2C"/>
        </w:tc>
        <w:tc>
          <w:tcPr>
            <w:tcW w:w="7087" w:type="dxa"/>
            <w:shd w:val="clear" w:color="auto" w:fill="FFFFFF"/>
            <w:tcMar>
              <w:top w:w="70" w:type="dxa"/>
              <w:left w:w="90" w:type="dxa"/>
              <w:bottom w:w="70" w:type="dxa"/>
              <w:right w:w="90" w:type="dxa"/>
            </w:tcMar>
            <w:vAlign w:val="center"/>
          </w:tcPr>
          <w:p w14:paraId="4875E2B0"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D865DE4" w14:textId="77777777" w:rsidR="00187E2C" w:rsidRDefault="00000000">
            <w:pPr>
              <w:jc w:val="center"/>
            </w:pPr>
            <w:r>
              <w:rPr>
                <w:b/>
                <w:color w:val="000000"/>
              </w:rPr>
              <w:t>UČENEC</w:t>
            </w:r>
          </w:p>
        </w:tc>
      </w:tr>
      <w:tr w:rsidR="00187E2C" w14:paraId="14992C27" w14:textId="77777777">
        <w:trPr>
          <w:jc w:val="center"/>
        </w:trPr>
        <w:tc>
          <w:tcPr>
            <w:tcW w:w="4422" w:type="dxa"/>
            <w:tcMar>
              <w:top w:w="70" w:type="dxa"/>
              <w:left w:w="90" w:type="dxa"/>
              <w:bottom w:w="70" w:type="dxa"/>
              <w:right w:w="90" w:type="dxa"/>
            </w:tcMar>
          </w:tcPr>
          <w:p w14:paraId="0BC11670" w14:textId="77777777" w:rsidR="00187E2C" w:rsidRDefault="00187E2C"/>
          <w:p w14:paraId="098681BC" w14:textId="77777777" w:rsidR="00187E2C" w:rsidRDefault="00000000">
            <w:pPr>
              <w:spacing w:after="60" w:line="245" w:lineRule="auto"/>
            </w:pPr>
            <w:r>
              <w:rPr>
                <w:b/>
                <w:color w:val="000000"/>
              </w:rPr>
              <w:t>UČNI CILJI</w:t>
            </w:r>
          </w:p>
          <w:p w14:paraId="082BC1DF" w14:textId="77777777" w:rsidR="00187E2C" w:rsidRDefault="00000000">
            <w:pPr>
              <w:spacing w:after="20" w:line="245" w:lineRule="auto"/>
            </w:pPr>
            <w:r>
              <w:rPr>
                <w:b/>
                <w:color w:val="000000"/>
                <w:sz w:val="17"/>
              </w:rPr>
              <w:t>SPLOŠNI</w:t>
            </w:r>
          </w:p>
          <w:p w14:paraId="11B940CF"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0AF812E7" w14:textId="77777777" w:rsidR="00187E2C" w:rsidRDefault="00000000">
            <w:pPr>
              <w:pStyle w:val="Oznaenseznam"/>
              <w:spacing w:after="16"/>
            </w:pPr>
            <w:r>
              <w:rPr>
                <w:color w:val="000000"/>
                <w:sz w:val="16"/>
              </w:rPr>
              <w:t>doživlja književno besedilo ter se nanj odziva z govorom, gibanjem, dramatizacijo, risbo ali zapisom</w:t>
            </w:r>
          </w:p>
          <w:p w14:paraId="69F9E941" w14:textId="77777777" w:rsidR="00187E2C" w:rsidRDefault="00000000">
            <w:pPr>
              <w:pStyle w:val="Oznaenseznam"/>
              <w:spacing w:after="16"/>
            </w:pPr>
            <w:r>
              <w:rPr>
                <w:color w:val="000000"/>
                <w:sz w:val="16"/>
              </w:rPr>
              <w:t>razvija glasovno zavedanje, povezavo glas–črka in začetno branje ter pisanje po individualnem napredku</w:t>
            </w:r>
          </w:p>
          <w:p w14:paraId="33764B70" w14:textId="77777777" w:rsidR="00187E2C" w:rsidRDefault="00000000">
            <w:pPr>
              <w:pStyle w:val="Oznaenseznam"/>
              <w:spacing w:after="16"/>
            </w:pPr>
            <w:r>
              <w:rPr>
                <w:color w:val="000000"/>
                <w:sz w:val="16"/>
              </w:rPr>
              <w:t>ob namenih in kriterijih spremlja svoje učenje ter uporabi opisno povratno informacijo</w:t>
            </w:r>
          </w:p>
          <w:p w14:paraId="5C38E5F2" w14:textId="77777777" w:rsidR="00187E2C" w:rsidRDefault="00000000">
            <w:pPr>
              <w:spacing w:before="40" w:after="20" w:line="245" w:lineRule="auto"/>
            </w:pPr>
            <w:r>
              <w:rPr>
                <w:b/>
                <w:color w:val="000000"/>
                <w:sz w:val="17"/>
              </w:rPr>
              <w:t>OPERATIVNI</w:t>
            </w:r>
          </w:p>
          <w:p w14:paraId="0DDA6217" w14:textId="77777777" w:rsidR="00187E2C" w:rsidRDefault="00000000">
            <w:pPr>
              <w:pStyle w:val="Oznaenseznam"/>
              <w:spacing w:after="16"/>
            </w:pPr>
            <w:r>
              <w:rPr>
                <w:color w:val="000000"/>
                <w:sz w:val="16"/>
              </w:rPr>
              <w:t>zbira besede</w:t>
            </w:r>
          </w:p>
          <w:p w14:paraId="0DF1B26C" w14:textId="77777777" w:rsidR="00187E2C" w:rsidRDefault="00000000">
            <w:pPr>
              <w:pStyle w:val="Oznaenseznam"/>
              <w:spacing w:after="16"/>
            </w:pPr>
            <w:r>
              <w:rPr>
                <w:color w:val="000000"/>
                <w:sz w:val="16"/>
              </w:rPr>
              <w:t>tvori povedi</w:t>
            </w:r>
          </w:p>
          <w:p w14:paraId="0C569734" w14:textId="77777777" w:rsidR="00187E2C" w:rsidRDefault="00000000">
            <w:pPr>
              <w:pStyle w:val="Oznaenseznam"/>
              <w:spacing w:after="16"/>
            </w:pPr>
            <w:r>
              <w:rPr>
                <w:color w:val="000000"/>
                <w:sz w:val="16"/>
              </w:rPr>
              <w:t>bere in zapiše kratek opis po zmožnostih</w:t>
            </w:r>
          </w:p>
          <w:p w14:paraId="70F361AE" w14:textId="77777777" w:rsidR="00187E2C" w:rsidRDefault="00000000">
            <w:pPr>
              <w:pStyle w:val="Oznaenseznam"/>
              <w:spacing w:after="16"/>
            </w:pPr>
            <w:r>
              <w:rPr>
                <w:color w:val="000000"/>
                <w:sz w:val="16"/>
              </w:rPr>
              <w:t>prepozna in poimenuje veliko tiskano črko C ter jo poveže z glasom /c/</w:t>
            </w:r>
          </w:p>
          <w:p w14:paraId="43F74E77" w14:textId="77777777" w:rsidR="00187E2C" w:rsidRDefault="00000000">
            <w:pPr>
              <w:pStyle w:val="Oznaenseznam"/>
              <w:spacing w:after="16"/>
            </w:pPr>
            <w:r>
              <w:rPr>
                <w:color w:val="000000"/>
                <w:sz w:val="16"/>
              </w:rPr>
              <w:t>veččutno oblikuje in čitljivo zapiše veliko tiskano črko C</w:t>
            </w:r>
          </w:p>
          <w:p w14:paraId="018A079F" w14:textId="77777777" w:rsidR="00187E2C" w:rsidRDefault="00000000">
            <w:pPr>
              <w:pStyle w:val="Oznaenseznam"/>
              <w:spacing w:after="16"/>
            </w:pPr>
            <w:r>
              <w:rPr>
                <w:color w:val="000000"/>
                <w:sz w:val="16"/>
              </w:rPr>
              <w:t>bere in sestavlja zloge oziroma besede z znanimi črkami: CESTA • MICA • RACA • COPAT</w:t>
            </w:r>
          </w:p>
          <w:p w14:paraId="275310D1" w14:textId="77777777" w:rsidR="00187E2C" w:rsidRDefault="00000000">
            <w:pPr>
              <w:spacing w:before="40" w:after="20" w:line="245" w:lineRule="auto"/>
            </w:pPr>
            <w:r>
              <w:rPr>
                <w:b/>
                <w:color w:val="000000"/>
                <w:sz w:val="17"/>
              </w:rPr>
              <w:t>PRIČAKOVANI DOSEŽKI / MINIMALNI POUDARKI</w:t>
            </w:r>
          </w:p>
          <w:p w14:paraId="38B8E24B" w14:textId="77777777" w:rsidR="00187E2C" w:rsidRDefault="00000000">
            <w:pPr>
              <w:pStyle w:val="Oznaenseznam"/>
              <w:spacing w:after="16"/>
            </w:pPr>
            <w:r>
              <w:rPr>
                <w:color w:val="000000"/>
                <w:sz w:val="15"/>
              </w:rPr>
              <w:t>samostojno oziroma z dogovorjeno oporo zbira besede</w:t>
            </w:r>
          </w:p>
          <w:p w14:paraId="27CE1759" w14:textId="77777777" w:rsidR="00187E2C" w:rsidRDefault="00000000">
            <w:pPr>
              <w:pStyle w:val="Oznaenseznam"/>
              <w:spacing w:after="16"/>
            </w:pPr>
            <w:r>
              <w:rPr>
                <w:color w:val="000000"/>
                <w:sz w:val="15"/>
              </w:rPr>
              <w:t>samostojno oziroma z dogovorjeno oporo tvori povedi</w:t>
            </w:r>
          </w:p>
          <w:p w14:paraId="2862870D" w14:textId="77777777" w:rsidR="00187E2C" w:rsidRDefault="00000000">
            <w:pPr>
              <w:pStyle w:val="Oznaenseznam"/>
              <w:spacing w:after="16"/>
            </w:pPr>
            <w:r>
              <w:rPr>
                <w:color w:val="000000"/>
                <w:sz w:val="15"/>
              </w:rPr>
              <w:t>samostojno oziroma z dogovorjeno oporo bere in zapiše kratek opis po zmožnostih</w:t>
            </w:r>
          </w:p>
          <w:p w14:paraId="66E3CFC4" w14:textId="77777777" w:rsidR="00187E2C" w:rsidRDefault="00000000">
            <w:pPr>
              <w:pStyle w:val="Oznaenseznam"/>
              <w:spacing w:after="16"/>
            </w:pPr>
            <w:r>
              <w:rPr>
                <w:color w:val="000000"/>
                <w:sz w:val="15"/>
              </w:rPr>
              <w:t>samostojno oziroma z dogovorjeno oporo prepozna in poimenuje veliko tiskano črko C ter jo poveže z glasom /c/</w:t>
            </w:r>
          </w:p>
          <w:p w14:paraId="4CA68E6F" w14:textId="77777777" w:rsidR="00187E2C" w:rsidRDefault="00000000">
            <w:pPr>
              <w:pStyle w:val="Oznaenseznam"/>
              <w:spacing w:after="16"/>
            </w:pPr>
            <w:r>
              <w:rPr>
                <w:color w:val="000000"/>
                <w:sz w:val="15"/>
              </w:rPr>
              <w:t>samostojno oziroma z dogovorjeno oporo veččutno oblikuje in čitljivo zapiše veliko tiskano črko C</w:t>
            </w:r>
          </w:p>
        </w:tc>
        <w:tc>
          <w:tcPr>
            <w:tcW w:w="7087" w:type="dxa"/>
            <w:tcMar>
              <w:top w:w="70" w:type="dxa"/>
              <w:left w:w="90" w:type="dxa"/>
              <w:bottom w:w="70" w:type="dxa"/>
              <w:right w:w="90" w:type="dxa"/>
            </w:tcMar>
          </w:tcPr>
          <w:p w14:paraId="2CB3184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4BABCE2" w14:textId="77777777">
              <w:trPr>
                <w:jc w:val="center"/>
              </w:trPr>
              <w:tc>
                <w:tcPr>
                  <w:tcW w:w="7087" w:type="dxa"/>
                  <w:shd w:val="clear" w:color="auto" w:fill="C6E7F3"/>
                  <w:tcMar>
                    <w:top w:w="45" w:type="dxa"/>
                    <w:left w:w="70" w:type="dxa"/>
                    <w:bottom w:w="45" w:type="dxa"/>
                    <w:right w:w="70" w:type="dxa"/>
                  </w:tcMar>
                </w:tcPr>
                <w:p w14:paraId="6DB85C53" w14:textId="77777777" w:rsidR="00187E2C" w:rsidRDefault="00000000">
                  <w:pPr>
                    <w:keepNext/>
                  </w:pPr>
                  <w:r>
                    <w:rPr>
                      <w:b/>
                      <w:color w:val="000000"/>
                    </w:rPr>
                    <w:t>UVODNI DEL – motivacija, aktivacija predznanja in namen učenja (15–20 min)</w:t>
                  </w:r>
                </w:p>
              </w:tc>
            </w:tr>
          </w:tbl>
          <w:p w14:paraId="1AED1720" w14:textId="77777777" w:rsidR="00187E2C" w:rsidRDefault="00187E2C">
            <w:pPr>
              <w:spacing w:line="20" w:lineRule="exact"/>
            </w:pPr>
          </w:p>
          <w:p w14:paraId="149CE51E" w14:textId="77777777" w:rsidR="00187E2C" w:rsidRDefault="00000000">
            <w:pPr>
              <w:spacing w:before="40" w:after="60" w:line="245" w:lineRule="auto"/>
            </w:pPr>
            <w:r>
              <w:rPr>
                <w:color w:val="000000"/>
                <w:sz w:val="16"/>
              </w:rPr>
              <w:t>Učenci ob naslovnici, odlomku ali ilustraciji dela »Štiri črne mravljice« – Anja Štefan doživljajsko vstopijo v motiv rast, sodelovanje, drobna živa bitja in vzorci. S kretnjo, predmetom, sliko, glasom ali kratko povedjo pokažejo predznanje in napoved. Izhodiščni odziv povežejo z dejavnostjo ČRKA C • BRALNI LIST 28 – Berem črko C in zloge ter besede. Pred ocenjevanjem obnovijo kriterije, po njem pa dokaz analizirajo in določijo naslednji korak.</w:t>
            </w:r>
          </w:p>
          <w:tbl>
            <w:tblPr>
              <w:tblStyle w:val="Tabelamrea"/>
              <w:tblW w:w="0" w:type="auto"/>
              <w:jc w:val="center"/>
              <w:tblLayout w:type="fixed"/>
              <w:tblLook w:val="04A0" w:firstRow="1" w:lastRow="0" w:firstColumn="1" w:lastColumn="0" w:noHBand="0" w:noVBand="1"/>
            </w:tblPr>
            <w:tblGrid>
              <w:gridCol w:w="7087"/>
            </w:tblGrid>
            <w:tr w:rsidR="00187E2C" w14:paraId="5FD5CB37" w14:textId="77777777">
              <w:trPr>
                <w:jc w:val="center"/>
              </w:trPr>
              <w:tc>
                <w:tcPr>
                  <w:tcW w:w="7087" w:type="dxa"/>
                  <w:shd w:val="clear" w:color="auto" w:fill="EDC9EA"/>
                  <w:tcMar>
                    <w:top w:w="45" w:type="dxa"/>
                    <w:left w:w="70" w:type="dxa"/>
                    <w:bottom w:w="45" w:type="dxa"/>
                    <w:right w:w="70" w:type="dxa"/>
                  </w:tcMar>
                </w:tcPr>
                <w:p w14:paraId="620E761B" w14:textId="77777777" w:rsidR="00187E2C" w:rsidRDefault="00000000">
                  <w:pPr>
                    <w:keepNext/>
                  </w:pPr>
                  <w:r>
                    <w:rPr>
                      <w:b/>
                      <w:color w:val="000000"/>
                    </w:rPr>
                    <w:t>NAMENI UČENJA</w:t>
                  </w:r>
                </w:p>
              </w:tc>
            </w:tr>
          </w:tbl>
          <w:p w14:paraId="27E1DBEB" w14:textId="77777777" w:rsidR="00187E2C" w:rsidRDefault="00187E2C">
            <w:pPr>
              <w:spacing w:line="20" w:lineRule="exact"/>
            </w:pPr>
          </w:p>
          <w:p w14:paraId="1EBE7F2B"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0D216253" w14:textId="77777777" w:rsidR="00187E2C" w:rsidRDefault="00000000">
            <w:pPr>
              <w:pStyle w:val="Oznaenseznam"/>
              <w:spacing w:after="16"/>
            </w:pPr>
            <w:r>
              <w:rPr>
                <w:color w:val="000000"/>
                <w:sz w:val="16"/>
              </w:rPr>
              <w:t>zbira besede</w:t>
            </w:r>
          </w:p>
          <w:p w14:paraId="54C5CB7D" w14:textId="77777777" w:rsidR="00187E2C" w:rsidRDefault="00000000">
            <w:pPr>
              <w:pStyle w:val="Oznaenseznam"/>
              <w:spacing w:after="16"/>
            </w:pPr>
            <w:r>
              <w:rPr>
                <w:color w:val="000000"/>
                <w:sz w:val="16"/>
              </w:rPr>
              <w:t>tvorim povedi</w:t>
            </w:r>
          </w:p>
          <w:p w14:paraId="431C633C" w14:textId="77777777" w:rsidR="00187E2C" w:rsidRDefault="00000000">
            <w:pPr>
              <w:pStyle w:val="Oznaenseznam"/>
              <w:spacing w:after="16"/>
            </w:pPr>
            <w:r>
              <w:rPr>
                <w:color w:val="000000"/>
                <w:sz w:val="16"/>
              </w:rPr>
              <w:t>berem in zapišem kratek opis po zmožnostih</w:t>
            </w:r>
          </w:p>
          <w:p w14:paraId="3317D30F" w14:textId="77777777" w:rsidR="00187E2C" w:rsidRDefault="00000000">
            <w:pPr>
              <w:pStyle w:val="Oznaenseznam"/>
              <w:spacing w:after="16"/>
            </w:pPr>
            <w:r>
              <w:rPr>
                <w:color w:val="000000"/>
                <w:sz w:val="16"/>
              </w:rPr>
              <w:t>prepoznam in poimenujem veliko tiskano črko C ter jo povežem z glasom /c/</w:t>
            </w:r>
          </w:p>
          <w:p w14:paraId="3408AD42" w14:textId="77777777" w:rsidR="00187E2C" w:rsidRDefault="00000000">
            <w:pPr>
              <w:pStyle w:val="Oznaenseznam"/>
              <w:spacing w:after="16"/>
            </w:pPr>
            <w:r>
              <w:rPr>
                <w:color w:val="000000"/>
                <w:sz w:val="16"/>
              </w:rPr>
              <w:t>veččutno oblikujem in čitljivo zapišem veliko tiskano črko C</w:t>
            </w:r>
          </w:p>
          <w:p w14:paraId="4BEB8967" w14:textId="77777777" w:rsidR="00187E2C" w:rsidRDefault="00000000">
            <w:pPr>
              <w:pStyle w:val="Oznaenseznam"/>
              <w:spacing w:after="16"/>
            </w:pPr>
            <w:r>
              <w:rPr>
                <w:color w:val="000000"/>
                <w:sz w:val="16"/>
              </w:rPr>
              <w:t>berem in sestavlja zloge oziroma besede z znanimi črkami: CESTA • MICA • RACA • COPAT</w:t>
            </w:r>
          </w:p>
          <w:tbl>
            <w:tblPr>
              <w:tblStyle w:val="Tabelamrea"/>
              <w:tblW w:w="0" w:type="auto"/>
              <w:jc w:val="center"/>
              <w:tblLayout w:type="fixed"/>
              <w:tblLook w:val="04A0" w:firstRow="1" w:lastRow="0" w:firstColumn="1" w:lastColumn="0" w:noHBand="0" w:noVBand="1"/>
            </w:tblPr>
            <w:tblGrid>
              <w:gridCol w:w="7087"/>
            </w:tblGrid>
            <w:tr w:rsidR="00187E2C" w14:paraId="5FD9398B" w14:textId="77777777">
              <w:trPr>
                <w:jc w:val="center"/>
              </w:trPr>
              <w:tc>
                <w:tcPr>
                  <w:tcW w:w="7087" w:type="dxa"/>
                  <w:shd w:val="clear" w:color="auto" w:fill="EDC9EA"/>
                  <w:tcMar>
                    <w:top w:w="45" w:type="dxa"/>
                    <w:left w:w="70" w:type="dxa"/>
                    <w:bottom w:w="45" w:type="dxa"/>
                    <w:right w:w="70" w:type="dxa"/>
                  </w:tcMar>
                </w:tcPr>
                <w:p w14:paraId="260318C0" w14:textId="77777777" w:rsidR="00187E2C" w:rsidRDefault="00000000">
                  <w:pPr>
                    <w:keepNext/>
                  </w:pPr>
                  <w:r>
                    <w:rPr>
                      <w:b/>
                      <w:color w:val="000000"/>
                    </w:rPr>
                    <w:t>PREVERJANJE PREDZNANJA</w:t>
                  </w:r>
                </w:p>
              </w:tc>
            </w:tr>
          </w:tbl>
          <w:p w14:paraId="2B816163" w14:textId="77777777" w:rsidR="00187E2C" w:rsidRDefault="00187E2C">
            <w:pPr>
              <w:spacing w:line="20" w:lineRule="exact"/>
            </w:pPr>
          </w:p>
          <w:p w14:paraId="1D81EF47" w14:textId="77777777" w:rsidR="00187E2C" w:rsidRDefault="00000000">
            <w:pPr>
              <w:pStyle w:val="Oznaenseznam"/>
              <w:spacing w:after="16"/>
            </w:pPr>
            <w:r>
              <w:rPr>
                <w:color w:val="000000"/>
                <w:sz w:val="16"/>
              </w:rPr>
              <w:t>Kaj mi naslovnica, ilustracija ali naslov pove o motivu rast, sodelovanje, drobna živa bitja in vzorci?</w:t>
            </w:r>
          </w:p>
          <w:p w14:paraId="1CC5483E" w14:textId="77777777" w:rsidR="00187E2C" w:rsidRDefault="00000000">
            <w:pPr>
              <w:pStyle w:val="Oznaenseznam"/>
              <w:spacing w:after="16"/>
            </w:pPr>
            <w:r>
              <w:rPr>
                <w:color w:val="000000"/>
                <w:sz w:val="16"/>
              </w:rPr>
              <w:t>Kje v besedah slišim glas /c/ in po katerih potezah prepoznam črko C?</w:t>
            </w:r>
          </w:p>
          <w:p w14:paraId="57713702"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2929480E" w14:textId="77777777">
              <w:trPr>
                <w:jc w:val="center"/>
              </w:trPr>
              <w:tc>
                <w:tcPr>
                  <w:tcW w:w="7087" w:type="dxa"/>
                  <w:shd w:val="clear" w:color="auto" w:fill="EDC9EA"/>
                  <w:tcMar>
                    <w:top w:w="45" w:type="dxa"/>
                    <w:left w:w="70" w:type="dxa"/>
                    <w:bottom w:w="45" w:type="dxa"/>
                    <w:right w:w="70" w:type="dxa"/>
                  </w:tcMar>
                </w:tcPr>
                <w:p w14:paraId="2D582251" w14:textId="77777777" w:rsidR="00187E2C" w:rsidRDefault="00000000">
                  <w:pPr>
                    <w:keepNext/>
                  </w:pPr>
                  <w:r>
                    <w:rPr>
                      <w:b/>
                      <w:color w:val="000000"/>
                    </w:rPr>
                    <w:t>KRITERIJI USPEŠNOSTI</w:t>
                  </w:r>
                </w:p>
              </w:tc>
            </w:tr>
          </w:tbl>
          <w:p w14:paraId="2FBE17A1" w14:textId="77777777" w:rsidR="00187E2C" w:rsidRDefault="00187E2C"/>
          <w:p w14:paraId="2A9D4D76" w14:textId="77777777" w:rsidR="00187E2C" w:rsidRDefault="00000000">
            <w:pPr>
              <w:spacing w:before="20" w:after="20" w:line="245" w:lineRule="auto"/>
            </w:pPr>
            <w:r>
              <w:rPr>
                <w:b/>
                <w:color w:val="000000"/>
                <w:sz w:val="16"/>
              </w:rPr>
              <w:t>Uspešen/-na bom, ko:</w:t>
            </w:r>
          </w:p>
          <w:p w14:paraId="6FB176C4" w14:textId="77777777" w:rsidR="00187E2C" w:rsidRDefault="00000000">
            <w:pPr>
              <w:pStyle w:val="Oznaenseznam"/>
              <w:spacing w:after="16"/>
            </w:pPr>
            <w:r>
              <w:rPr>
                <w:color w:val="000000"/>
                <w:sz w:val="16"/>
              </w:rPr>
              <w:t>zbira besede</w:t>
            </w:r>
          </w:p>
          <w:p w14:paraId="06262150" w14:textId="77777777" w:rsidR="00187E2C" w:rsidRDefault="00000000">
            <w:pPr>
              <w:pStyle w:val="Oznaenseznam"/>
              <w:spacing w:after="16"/>
            </w:pPr>
            <w:r>
              <w:rPr>
                <w:color w:val="000000"/>
                <w:sz w:val="16"/>
              </w:rPr>
              <w:t>tvorim povedi</w:t>
            </w:r>
          </w:p>
          <w:p w14:paraId="7FD8A0F2" w14:textId="77777777" w:rsidR="00187E2C" w:rsidRDefault="00000000">
            <w:pPr>
              <w:pStyle w:val="Oznaenseznam"/>
              <w:spacing w:after="16"/>
            </w:pPr>
            <w:r>
              <w:rPr>
                <w:color w:val="000000"/>
                <w:sz w:val="16"/>
              </w:rPr>
              <w:t>berem in zapišem kratek opis po zmožnostih</w:t>
            </w:r>
          </w:p>
          <w:p w14:paraId="34A36E88" w14:textId="77777777" w:rsidR="00187E2C" w:rsidRDefault="00000000">
            <w:pPr>
              <w:pStyle w:val="Oznaenseznam"/>
              <w:spacing w:after="16"/>
            </w:pPr>
            <w:r>
              <w:rPr>
                <w:color w:val="000000"/>
                <w:sz w:val="16"/>
              </w:rPr>
              <w:t>prepoznam in poimenujem veliko tiskano črko C ter jo povežem z glasom /c/</w:t>
            </w:r>
          </w:p>
          <w:p w14:paraId="7CD432BE" w14:textId="77777777" w:rsidR="00187E2C" w:rsidRDefault="00000000">
            <w:pPr>
              <w:pStyle w:val="Oznaenseznam"/>
              <w:spacing w:after="16"/>
            </w:pPr>
            <w:r>
              <w:rPr>
                <w:color w:val="000000"/>
                <w:sz w:val="16"/>
              </w:rPr>
              <w:t>veččutno oblikujem in čitljivo zapišem veliko tiskano črko C</w:t>
            </w:r>
          </w:p>
          <w:p w14:paraId="73AB8CF8" w14:textId="77777777" w:rsidR="00187E2C" w:rsidRDefault="00000000">
            <w:pPr>
              <w:pStyle w:val="Oznaenseznam"/>
              <w:spacing w:after="16"/>
            </w:pPr>
            <w:r>
              <w:rPr>
                <w:color w:val="000000"/>
                <w:sz w:val="16"/>
              </w:rPr>
              <w:t>berem in sestavlja zloge oziroma besede z znanimi črkami: CESTA • MICA • RACA • COPAT</w:t>
            </w:r>
          </w:p>
          <w:p w14:paraId="174C004E"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59B46DB3" w14:textId="77777777" w:rsidR="00187E2C" w:rsidRDefault="00187E2C"/>
          <w:p w14:paraId="79E16329"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56A614C1" w14:textId="77777777" w:rsidR="00187E2C" w:rsidRDefault="00000000">
            <w:pPr>
              <w:spacing w:after="80" w:line="245" w:lineRule="auto"/>
            </w:pPr>
            <w:r>
              <w:rPr>
                <w:color w:val="000000"/>
                <w:sz w:val="16"/>
              </w:rPr>
              <w:t>Pove, pokaže ali nariše, kaj že ve in katero strategijo bi uporabil.</w:t>
            </w:r>
          </w:p>
          <w:p w14:paraId="3C770981" w14:textId="77777777" w:rsidR="00187E2C" w:rsidRDefault="00000000">
            <w:pPr>
              <w:spacing w:after="100" w:line="245" w:lineRule="auto"/>
            </w:pPr>
            <w:r>
              <w:rPr>
                <w:color w:val="000000"/>
                <w:sz w:val="16"/>
              </w:rPr>
              <w:t>Sodeluje pri razumevanju namenov in kriterijev uspešnosti.</w:t>
            </w:r>
          </w:p>
          <w:p w14:paraId="3DB46817" w14:textId="77777777" w:rsidR="00187E2C" w:rsidRDefault="00000000">
            <w:pPr>
              <w:spacing w:after="20" w:line="245" w:lineRule="auto"/>
            </w:pPr>
            <w:r>
              <w:rPr>
                <w:b/>
                <w:color w:val="D95BC6"/>
                <w:sz w:val="17"/>
              </w:rPr>
              <w:t>DOKAZ O UČENJU</w:t>
            </w:r>
          </w:p>
          <w:p w14:paraId="4D0A061C"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33F8EB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7683CE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851CA75"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4D0C027" w14:textId="77777777" w:rsidR="00187E2C" w:rsidRDefault="00000000">
            <w:pPr>
              <w:jc w:val="center"/>
            </w:pPr>
            <w:r>
              <w:rPr>
                <w:b/>
                <w:color w:val="000000"/>
                <w:sz w:val="20"/>
              </w:rPr>
              <w:t>UČNE DEJAVNOSTI, METODE IN FORMATIVNO SPREMLJANJE</w:t>
            </w:r>
          </w:p>
        </w:tc>
      </w:tr>
      <w:tr w:rsidR="00187E2C" w14:paraId="1843B7B7" w14:textId="77777777">
        <w:trPr>
          <w:tblHeader/>
          <w:jc w:val="center"/>
        </w:trPr>
        <w:tc>
          <w:tcPr>
            <w:tcW w:w="4422" w:type="dxa"/>
            <w:vMerge/>
            <w:tcMar>
              <w:top w:w="70" w:type="dxa"/>
              <w:left w:w="90" w:type="dxa"/>
              <w:bottom w:w="70" w:type="dxa"/>
              <w:right w:w="90" w:type="dxa"/>
            </w:tcMar>
            <w:vAlign w:val="center"/>
          </w:tcPr>
          <w:p w14:paraId="54F48417" w14:textId="77777777" w:rsidR="00187E2C" w:rsidRDefault="00187E2C"/>
        </w:tc>
        <w:tc>
          <w:tcPr>
            <w:tcW w:w="7087" w:type="dxa"/>
            <w:shd w:val="clear" w:color="auto" w:fill="FFFFFF"/>
            <w:tcMar>
              <w:top w:w="70" w:type="dxa"/>
              <w:left w:w="90" w:type="dxa"/>
              <w:bottom w:w="70" w:type="dxa"/>
              <w:right w:w="90" w:type="dxa"/>
            </w:tcMar>
            <w:vAlign w:val="center"/>
          </w:tcPr>
          <w:p w14:paraId="437C45F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194E5E2" w14:textId="77777777" w:rsidR="00187E2C" w:rsidRDefault="00000000">
            <w:pPr>
              <w:jc w:val="center"/>
            </w:pPr>
            <w:r>
              <w:rPr>
                <w:b/>
                <w:color w:val="000000"/>
              </w:rPr>
              <w:t>UČENEC</w:t>
            </w:r>
          </w:p>
        </w:tc>
      </w:tr>
      <w:tr w:rsidR="00187E2C" w14:paraId="7172B569" w14:textId="77777777">
        <w:trPr>
          <w:jc w:val="center"/>
        </w:trPr>
        <w:tc>
          <w:tcPr>
            <w:tcW w:w="4422" w:type="dxa"/>
            <w:tcMar>
              <w:top w:w="70" w:type="dxa"/>
              <w:left w:w="90" w:type="dxa"/>
              <w:bottom w:w="70" w:type="dxa"/>
              <w:right w:w="90" w:type="dxa"/>
            </w:tcMar>
          </w:tcPr>
          <w:p w14:paraId="78EBAC30" w14:textId="77777777" w:rsidR="00187E2C" w:rsidRDefault="00187E2C"/>
          <w:p w14:paraId="04399CEF" w14:textId="77777777" w:rsidR="00187E2C" w:rsidRDefault="00000000">
            <w:pPr>
              <w:spacing w:after="40" w:line="245" w:lineRule="auto"/>
            </w:pPr>
            <w:r>
              <w:rPr>
                <w:b/>
                <w:color w:val="000000"/>
              </w:rPr>
              <w:t>KLJUČNI POJMI</w:t>
            </w:r>
          </w:p>
          <w:p w14:paraId="31463B17" w14:textId="77777777" w:rsidR="00187E2C" w:rsidRDefault="00000000">
            <w:pPr>
              <w:spacing w:after="60" w:line="245" w:lineRule="auto"/>
            </w:pPr>
            <w:r>
              <w:rPr>
                <w:color w:val="000000"/>
                <w:sz w:val="15"/>
              </w:rPr>
              <w:t>glas /c/, črka C, zlog, beseda, poved, smer poteze, bralna strategija, naslov, avtor, ilustrator, književna oseba</w:t>
            </w:r>
          </w:p>
          <w:p w14:paraId="6E55B905" w14:textId="77777777" w:rsidR="00187E2C" w:rsidRDefault="00000000">
            <w:pPr>
              <w:spacing w:after="20" w:line="245" w:lineRule="auto"/>
            </w:pPr>
            <w:r>
              <w:rPr>
                <w:b/>
                <w:color w:val="000000"/>
                <w:sz w:val="17"/>
              </w:rPr>
              <w:t>DOKAZI O UČENJU</w:t>
            </w:r>
          </w:p>
          <w:p w14:paraId="69A7E296" w14:textId="77777777" w:rsidR="00187E2C" w:rsidRDefault="00000000">
            <w:pPr>
              <w:pStyle w:val="Oznaenseznam"/>
              <w:spacing w:after="9"/>
            </w:pPr>
            <w:r>
              <w:rPr>
                <w:color w:val="000000"/>
                <w:sz w:val="15"/>
              </w:rPr>
              <w:t>odziv med poslušanjem, izbrana slika in ena poved o doživetju.</w:t>
            </w:r>
          </w:p>
          <w:p w14:paraId="68AC7260" w14:textId="77777777" w:rsidR="00187E2C" w:rsidRDefault="00000000">
            <w:pPr>
              <w:pStyle w:val="Oznaenseznam"/>
              <w:spacing w:after="9"/>
            </w:pPr>
            <w:r>
              <w:rPr>
                <w:color w:val="000000"/>
                <w:sz w:val="15"/>
              </w:rPr>
              <w:t>štiri pravilne glasovne odločitve, izbor črke C in kratka učenčeva razlaga.</w:t>
            </w:r>
          </w:p>
          <w:p w14:paraId="3AACBD91" w14:textId="77777777" w:rsidR="00187E2C" w:rsidRDefault="00000000">
            <w:pPr>
              <w:pStyle w:val="Oznaenseznam"/>
              <w:spacing w:after="9"/>
            </w:pPr>
            <w:r>
              <w:rPr>
                <w:color w:val="000000"/>
                <w:sz w:val="15"/>
              </w:rPr>
              <w:t>fotografija veččutne črke C, datiran zapis in izpolnjen Bralni list 28 z individualnim branjem izbranega zloga/bralnega primera.</w:t>
            </w:r>
          </w:p>
          <w:p w14:paraId="0FF144B6" w14:textId="77777777" w:rsidR="00187E2C" w:rsidRDefault="00000000">
            <w:pPr>
              <w:spacing w:before="40" w:after="20" w:line="245" w:lineRule="auto"/>
            </w:pPr>
            <w:r>
              <w:rPr>
                <w:b/>
                <w:color w:val="000000"/>
                <w:sz w:val="17"/>
              </w:rPr>
              <w:t>KNJIŽEVNO DOŽIVETJE IN IZKUŠENJSKI POUK</w:t>
            </w:r>
          </w:p>
          <w:p w14:paraId="35E5B636"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488C0305" w14:textId="77777777" w:rsidR="00187E2C" w:rsidRDefault="00000000">
            <w:pPr>
              <w:spacing w:after="20" w:line="245" w:lineRule="auto"/>
            </w:pPr>
            <w:r>
              <w:rPr>
                <w:b/>
                <w:color w:val="000000"/>
                <w:sz w:val="17"/>
              </w:rPr>
              <w:t>POUČEVANJE V GIBANJU</w:t>
            </w:r>
          </w:p>
          <w:p w14:paraId="3E5CA2A5"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02D866E4" w14:textId="77777777" w:rsidR="00187E2C" w:rsidRDefault="00000000">
            <w:pPr>
              <w:spacing w:after="20" w:line="245" w:lineRule="auto"/>
            </w:pPr>
            <w:r>
              <w:rPr>
                <w:b/>
                <w:color w:val="000000"/>
                <w:sz w:val="17"/>
              </w:rPr>
              <w:t>DELO PO POSTAJAH</w:t>
            </w:r>
          </w:p>
          <w:p w14:paraId="42EFEF3A" w14:textId="77777777" w:rsidR="00187E2C" w:rsidRDefault="00000000">
            <w:pPr>
              <w:spacing w:after="60" w:line="245" w:lineRule="auto"/>
            </w:pPr>
            <w:r>
              <w:rPr>
                <w:color w:val="000000"/>
                <w:sz w:val="15"/>
              </w:rPr>
              <w:t>1. doživljajsko-književna – poslušanje, pogovor, igra vlog in predmetno/slikovno izhodišče; 2. glasovno-gibalna – slišim glas /c/, razvrščam besede in sestavljam žive zloge; 3. bralna – ČRKA C • BRALNI LIST 28, modelirano, vodeno ali ponovljeno branje; 4. tipno-grafomotorična – črko C oblikujem, hodim po njeni poti in jo zapišem ter izbor dokaza, povratna informacija in naslednji korak. Pri ustnem oziroma praktičnem ocenjevanju se na eni postaji zbere primerljiv individualni dokaz, druge postaje pa omogočajo samostojno vajo.</w:t>
            </w:r>
          </w:p>
          <w:p w14:paraId="09B958F8" w14:textId="77777777" w:rsidR="00187E2C" w:rsidRDefault="00000000">
            <w:pPr>
              <w:spacing w:after="20" w:line="245" w:lineRule="auto"/>
            </w:pPr>
            <w:r>
              <w:rPr>
                <w:b/>
                <w:color w:val="000000"/>
                <w:sz w:val="17"/>
              </w:rPr>
              <w:t>DIFERENCIACIJA IN VKLJUČEVANJE</w:t>
            </w:r>
          </w:p>
          <w:p w14:paraId="2696E4DB"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05D67955" w14:textId="77777777" w:rsidR="00187E2C" w:rsidRDefault="00000000">
            <w:pPr>
              <w:spacing w:after="20" w:line="245" w:lineRule="auto"/>
            </w:pPr>
            <w:r>
              <w:rPr>
                <w:b/>
                <w:color w:val="000000"/>
                <w:sz w:val="17"/>
              </w:rPr>
              <w:t>SPREMLJANJE</w:t>
            </w:r>
          </w:p>
          <w:p w14:paraId="0FF96835"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E1F60D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8903628" w14:textId="77777777">
              <w:trPr>
                <w:jc w:val="center"/>
              </w:trPr>
              <w:tc>
                <w:tcPr>
                  <w:tcW w:w="7087" w:type="dxa"/>
                  <w:shd w:val="clear" w:color="auto" w:fill="C6E7F3"/>
                  <w:tcMar>
                    <w:top w:w="45" w:type="dxa"/>
                    <w:left w:w="70" w:type="dxa"/>
                    <w:bottom w:w="45" w:type="dxa"/>
                    <w:right w:w="70" w:type="dxa"/>
                  </w:tcMar>
                </w:tcPr>
                <w:p w14:paraId="44D2082B" w14:textId="77777777" w:rsidR="00187E2C" w:rsidRDefault="00000000">
                  <w:pPr>
                    <w:keepNext/>
                  </w:pPr>
                  <w:r>
                    <w:rPr>
                      <w:b/>
                      <w:color w:val="000000"/>
                      <w:sz w:val="17"/>
                    </w:rPr>
                    <w:t>GLAVNI DEL – DOŽIVLJAJSKO, JEZIKOVNO IN OPISMENJEVALNO UČENJE (3 šolske ure)</w:t>
                  </w:r>
                </w:p>
              </w:tc>
            </w:tr>
          </w:tbl>
          <w:p w14:paraId="5F7A82E2" w14:textId="77777777" w:rsidR="00187E2C" w:rsidRDefault="00187E2C">
            <w:pPr>
              <w:spacing w:line="20" w:lineRule="exact"/>
            </w:pPr>
          </w:p>
          <w:p w14:paraId="79FBF695" w14:textId="77777777" w:rsidR="00187E2C" w:rsidRDefault="00000000">
            <w:pPr>
              <w:keepNext/>
              <w:spacing w:before="22" w:after="6" w:line="245" w:lineRule="auto"/>
            </w:pPr>
            <w:r>
              <w:rPr>
                <w:b/>
                <w:color w:val="000000"/>
                <w:sz w:val="16"/>
              </w:rPr>
              <w:t>1. URA – Opis rastline – Poslušam in doživljam</w:t>
            </w:r>
          </w:p>
          <w:p w14:paraId="522FB434"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»opis rastline • velika tiskana črka c • bralni list 28«; sproti zbira individualne dokaze in prilagodi oporo.</w:t>
            </w:r>
          </w:p>
          <w:p w14:paraId="0B211552"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»zbira besede«.</w:t>
            </w:r>
          </w:p>
          <w:p w14:paraId="0F3BA9E2" w14:textId="77777777" w:rsidR="00187E2C" w:rsidRDefault="00000000">
            <w:pPr>
              <w:spacing w:after="15" w:line="245" w:lineRule="auto"/>
            </w:pPr>
            <w:r>
              <w:rPr>
                <w:i/>
                <w:color w:val="D95BC6"/>
                <w:sz w:val="14"/>
              </w:rPr>
              <w:t>Predvideni dokaz: odziv med poslušanjem, izbrana slika in ena poved o doživetju..</w:t>
            </w:r>
          </w:p>
          <w:p w14:paraId="7EF0F453" w14:textId="77777777" w:rsidR="00187E2C" w:rsidRDefault="00000000">
            <w:pPr>
              <w:keepNext/>
              <w:spacing w:before="22" w:after="6" w:line="245" w:lineRule="auto"/>
            </w:pPr>
            <w:r>
              <w:rPr>
                <w:b/>
                <w:color w:val="000000"/>
                <w:sz w:val="16"/>
              </w:rPr>
              <w:t>2. URA – SLIŠIM GLAS /c/ IN ODKRIVAM ČRKO C</w:t>
            </w:r>
          </w:p>
          <w:p w14:paraId="7CDA2150"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(cesta, muca, lonec, copat); učenci se premikajo v kote začetek–sredina–konec, nato med črkami poiščejo C in jo oblikujejo s telesom.</w:t>
            </w:r>
          </w:p>
          <w:p w14:paraId="573D025B"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C ter jo predstavi s telesom ali vrvjo.</w:t>
            </w:r>
          </w:p>
          <w:p w14:paraId="5A90467B" w14:textId="77777777" w:rsidR="00187E2C" w:rsidRDefault="00000000">
            <w:pPr>
              <w:spacing w:after="15" w:line="245" w:lineRule="auto"/>
            </w:pPr>
            <w:r>
              <w:rPr>
                <w:i/>
                <w:color w:val="D95BC6"/>
                <w:sz w:val="14"/>
              </w:rPr>
              <w:t>Predvideni dokaz: štiri pravilne glasovne odločitve, izbor črke C in kratka učenčeva razlaga..</w:t>
            </w:r>
          </w:p>
          <w:p w14:paraId="6BECCC53" w14:textId="77777777" w:rsidR="00187E2C" w:rsidRDefault="00000000">
            <w:pPr>
              <w:keepNext/>
              <w:spacing w:before="22" w:after="6" w:line="245" w:lineRule="auto"/>
            </w:pPr>
            <w:r>
              <w:rPr>
                <w:b/>
                <w:color w:val="000000"/>
                <w:sz w:val="16"/>
              </w:rPr>
              <w:t>3. URA – Oblikujem, pišem in berem črko C</w:t>
            </w:r>
          </w:p>
          <w:p w14:paraId="76677EB7" w14:textId="77777777" w:rsidR="00187E2C" w:rsidRDefault="00000000">
            <w:pPr>
              <w:spacing w:after="7" w:line="245" w:lineRule="auto"/>
            </w:pPr>
            <w:r>
              <w:rPr>
                <w:b/>
                <w:color w:val="000000"/>
                <w:sz w:val="15"/>
              </w:rPr>
              <w:t xml:space="preserve">Dejavnost učiteljice: </w:t>
            </w:r>
            <w:r>
              <w:rPr>
                <w:color w:val="000000"/>
                <w:sz w:val="15"/>
              </w:rPr>
              <w:t>Modelira poteze (odprta ukrivljena poteza); vodi rotacijo: črka iz teles/vrvi – zapis v zraku/pesku – zapis na listu – Bralni list 28 in branje CA • CI • CO • CE. Učence opazuje individualno.</w:t>
            </w:r>
          </w:p>
          <w:p w14:paraId="7B752857" w14:textId="77777777" w:rsidR="00187E2C" w:rsidRDefault="00000000">
            <w:pPr>
              <w:spacing w:after="7" w:line="245" w:lineRule="auto"/>
            </w:pPr>
            <w:r>
              <w:rPr>
                <w:b/>
                <w:color w:val="000000"/>
                <w:sz w:val="15"/>
              </w:rPr>
              <w:t xml:space="preserve">Dejavnost učencev: </w:t>
            </w:r>
            <w:r>
              <w:rPr>
                <w:color w:val="000000"/>
                <w:sz w:val="15"/>
              </w:rPr>
              <w:t>Črko C sestavi, prehodi, zapiše z večjim gibom in nato na list; na Bralnem listu 28 z magnetnimi/talnimi črkami sestavlja ter bere zloge in bralne primere.</w:t>
            </w:r>
          </w:p>
          <w:p w14:paraId="5899872B" w14:textId="77777777" w:rsidR="00187E2C" w:rsidRDefault="00000000">
            <w:pPr>
              <w:spacing w:after="15" w:line="245" w:lineRule="auto"/>
            </w:pPr>
            <w:r>
              <w:rPr>
                <w:i/>
                <w:color w:val="D95BC6"/>
                <w:sz w:val="14"/>
              </w:rPr>
              <w:t>Predvideni dokaz: fotografija veččutne črke C, datiran zapis in izpolnjen Bralni list 28 z individualnim branjem izbranega zloga/bralnega primera..</w:t>
            </w:r>
          </w:p>
          <w:tbl>
            <w:tblPr>
              <w:tblStyle w:val="Tabelamrea"/>
              <w:tblW w:w="0" w:type="auto"/>
              <w:jc w:val="center"/>
              <w:tblLayout w:type="fixed"/>
              <w:tblLook w:val="04A0" w:firstRow="1" w:lastRow="0" w:firstColumn="1" w:lastColumn="0" w:noHBand="0" w:noVBand="1"/>
            </w:tblPr>
            <w:tblGrid>
              <w:gridCol w:w="7087"/>
            </w:tblGrid>
            <w:tr w:rsidR="00187E2C" w14:paraId="7072FECC" w14:textId="77777777">
              <w:trPr>
                <w:jc w:val="center"/>
              </w:trPr>
              <w:tc>
                <w:tcPr>
                  <w:tcW w:w="7087" w:type="dxa"/>
                  <w:shd w:val="clear" w:color="auto" w:fill="EDC9EA"/>
                  <w:tcMar>
                    <w:top w:w="45" w:type="dxa"/>
                    <w:left w:w="70" w:type="dxa"/>
                    <w:bottom w:w="45" w:type="dxa"/>
                    <w:right w:w="70" w:type="dxa"/>
                  </w:tcMar>
                </w:tcPr>
                <w:p w14:paraId="14E35650" w14:textId="77777777" w:rsidR="00187E2C" w:rsidRDefault="00000000">
                  <w:pPr>
                    <w:keepNext/>
                  </w:pPr>
                  <w:r>
                    <w:rPr>
                      <w:b/>
                      <w:color w:val="000000"/>
                      <w:sz w:val="17"/>
                    </w:rPr>
                    <w:t>POVRATNA INFORMACIJA UČITELJICE MED DELOM</w:t>
                  </w:r>
                </w:p>
              </w:tc>
            </w:tr>
          </w:tbl>
          <w:p w14:paraId="06A5B9BF" w14:textId="77777777" w:rsidR="00187E2C" w:rsidRDefault="00187E2C"/>
          <w:p w14:paraId="1ED37B94"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3238902B" w14:textId="77777777" w:rsidR="00187E2C" w:rsidRDefault="00187E2C"/>
          <w:p w14:paraId="3EFF8C53" w14:textId="77777777" w:rsidR="00187E2C" w:rsidRDefault="00000000">
            <w:pPr>
              <w:spacing w:after="4" w:line="245" w:lineRule="auto"/>
            </w:pPr>
            <w:r>
              <w:rPr>
                <w:b/>
                <w:color w:val="000000"/>
                <w:sz w:val="15"/>
              </w:rPr>
              <w:t>1. URA – Opis rastline – Poslušam in doživljam</w:t>
            </w:r>
          </w:p>
          <w:p w14:paraId="6CB729A9" w14:textId="77777777" w:rsidR="00187E2C" w:rsidRDefault="00000000">
            <w:pPr>
              <w:spacing w:after="7" w:line="245" w:lineRule="auto"/>
            </w:pPr>
            <w:r>
              <w:rPr>
                <w:color w:val="000000"/>
                <w:sz w:val="14"/>
              </w:rPr>
              <w:t>Napoveduje ob naslovu/sliki, med poslušanjem pokaže dogovorjen znak in po poslušanju izbere sliko občutja.</w:t>
            </w:r>
          </w:p>
          <w:p w14:paraId="49C62C9C" w14:textId="77777777" w:rsidR="00187E2C" w:rsidRDefault="00000000">
            <w:pPr>
              <w:spacing w:after="15" w:line="245" w:lineRule="auto"/>
            </w:pPr>
            <w:r>
              <w:rPr>
                <w:color w:val="D95BC6"/>
                <w:sz w:val="14"/>
              </w:rPr>
              <w:t>Dokaz: odziv med poslušanjem, izbrana slika in ena poved o doživetju.</w:t>
            </w:r>
          </w:p>
          <w:p w14:paraId="52AA2C05" w14:textId="77777777" w:rsidR="00187E2C" w:rsidRDefault="00000000">
            <w:pPr>
              <w:spacing w:after="4" w:line="245" w:lineRule="auto"/>
            </w:pPr>
            <w:r>
              <w:rPr>
                <w:b/>
                <w:color w:val="000000"/>
                <w:sz w:val="15"/>
              </w:rPr>
              <w:t>2. URA – SLIŠIM GLAS /c/ IN ODKRIVAM ČRKO C</w:t>
            </w:r>
          </w:p>
          <w:p w14:paraId="6567A35E" w14:textId="77777777" w:rsidR="00187E2C" w:rsidRDefault="00000000">
            <w:pPr>
              <w:spacing w:after="7" w:line="245" w:lineRule="auto"/>
            </w:pPr>
            <w:r>
              <w:rPr>
                <w:color w:val="000000"/>
                <w:sz w:val="14"/>
              </w:rPr>
              <w:t>Besede razvršča z gibanjem, za vsak glas položi žeton, med znaki poišče C ter jo predstavi s telesom ali vrvjo.</w:t>
            </w:r>
          </w:p>
          <w:p w14:paraId="53F32809" w14:textId="77777777" w:rsidR="00187E2C" w:rsidRDefault="00000000">
            <w:pPr>
              <w:spacing w:after="15" w:line="245" w:lineRule="auto"/>
            </w:pPr>
            <w:r>
              <w:rPr>
                <w:color w:val="D95BC6"/>
                <w:sz w:val="14"/>
              </w:rPr>
              <w:t>Dokaz: štiri pravilne glasovne odločitve, izbor črke C in kratka učenčeva razlaga.</w:t>
            </w:r>
          </w:p>
          <w:p w14:paraId="3253C7C6" w14:textId="77777777" w:rsidR="00187E2C" w:rsidRDefault="00000000">
            <w:pPr>
              <w:spacing w:after="4" w:line="245" w:lineRule="auto"/>
            </w:pPr>
            <w:r>
              <w:rPr>
                <w:b/>
                <w:color w:val="000000"/>
                <w:sz w:val="15"/>
              </w:rPr>
              <w:t>3. URA – Oblikujem, pišem in berem črko C</w:t>
            </w:r>
          </w:p>
          <w:p w14:paraId="5323BCFD" w14:textId="77777777" w:rsidR="00187E2C" w:rsidRDefault="00000000">
            <w:pPr>
              <w:spacing w:after="7" w:line="245" w:lineRule="auto"/>
            </w:pPr>
            <w:r>
              <w:rPr>
                <w:color w:val="000000"/>
                <w:sz w:val="14"/>
              </w:rPr>
              <w:t>Črko C sestavi, prehodi, zapiše z večjim gibom in nato na list.</w:t>
            </w:r>
          </w:p>
          <w:p w14:paraId="1D160962" w14:textId="77777777" w:rsidR="00187E2C" w:rsidRDefault="00000000">
            <w:pPr>
              <w:spacing w:after="15" w:line="245" w:lineRule="auto"/>
            </w:pPr>
            <w:r>
              <w:rPr>
                <w:color w:val="D95BC6"/>
                <w:sz w:val="14"/>
              </w:rPr>
              <w:t>Dokaz: fotografija veččutne črke C, datiran zapis in izpolnjen Bralni list 28 z.</w:t>
            </w:r>
          </w:p>
        </w:tc>
      </w:tr>
    </w:tbl>
    <w:p w14:paraId="58A681EB"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8E552B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6D2E91E"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445E815" w14:textId="77777777" w:rsidR="00187E2C" w:rsidRDefault="00000000">
            <w:pPr>
              <w:jc w:val="center"/>
            </w:pPr>
            <w:r>
              <w:rPr>
                <w:b/>
                <w:color w:val="000000"/>
                <w:sz w:val="20"/>
              </w:rPr>
              <w:t>UČNE DEJAVNOSTI, METODE IN FORMATIVNO SPREMLJANJE</w:t>
            </w:r>
          </w:p>
        </w:tc>
      </w:tr>
      <w:tr w:rsidR="00187E2C" w14:paraId="50832104" w14:textId="77777777">
        <w:trPr>
          <w:tblHeader/>
          <w:jc w:val="center"/>
        </w:trPr>
        <w:tc>
          <w:tcPr>
            <w:tcW w:w="4422" w:type="dxa"/>
            <w:vMerge/>
            <w:tcMar>
              <w:top w:w="70" w:type="dxa"/>
              <w:left w:w="90" w:type="dxa"/>
              <w:bottom w:w="70" w:type="dxa"/>
              <w:right w:w="90" w:type="dxa"/>
            </w:tcMar>
            <w:vAlign w:val="center"/>
          </w:tcPr>
          <w:p w14:paraId="40A2C4DE" w14:textId="77777777" w:rsidR="00187E2C" w:rsidRDefault="00187E2C"/>
        </w:tc>
        <w:tc>
          <w:tcPr>
            <w:tcW w:w="7087" w:type="dxa"/>
            <w:shd w:val="clear" w:color="auto" w:fill="FFFFFF"/>
            <w:tcMar>
              <w:top w:w="70" w:type="dxa"/>
              <w:left w:w="90" w:type="dxa"/>
              <w:bottom w:w="70" w:type="dxa"/>
              <w:right w:w="90" w:type="dxa"/>
            </w:tcMar>
            <w:vAlign w:val="center"/>
          </w:tcPr>
          <w:p w14:paraId="3F674DB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91C5F5B" w14:textId="77777777" w:rsidR="00187E2C" w:rsidRDefault="00000000">
            <w:pPr>
              <w:jc w:val="center"/>
            </w:pPr>
            <w:r>
              <w:rPr>
                <w:b/>
                <w:color w:val="000000"/>
              </w:rPr>
              <w:t>UČENEC</w:t>
            </w:r>
          </w:p>
        </w:tc>
      </w:tr>
      <w:tr w:rsidR="00187E2C" w14:paraId="1A97335F" w14:textId="77777777">
        <w:trPr>
          <w:jc w:val="center"/>
        </w:trPr>
        <w:tc>
          <w:tcPr>
            <w:tcW w:w="4422" w:type="dxa"/>
            <w:tcMar>
              <w:top w:w="70" w:type="dxa"/>
              <w:left w:w="90" w:type="dxa"/>
              <w:bottom w:w="70" w:type="dxa"/>
              <w:right w:w="90" w:type="dxa"/>
            </w:tcMar>
          </w:tcPr>
          <w:p w14:paraId="51967324" w14:textId="77777777" w:rsidR="00187E2C" w:rsidRDefault="00187E2C"/>
          <w:p w14:paraId="13CBFA02" w14:textId="77777777" w:rsidR="00187E2C" w:rsidRDefault="00000000">
            <w:pPr>
              <w:spacing w:after="40" w:line="245" w:lineRule="auto"/>
            </w:pPr>
            <w:r>
              <w:rPr>
                <w:b/>
                <w:color w:val="000000"/>
              </w:rPr>
              <w:t>FORMATIVNO SPREMLJANJE</w:t>
            </w:r>
          </w:p>
          <w:p w14:paraId="1342CE9C"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04FCECC6"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61420F2"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7D40ECE1"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3ECC7571" w14:textId="77777777" w:rsidR="00187E2C" w:rsidRDefault="00000000">
            <w:pPr>
              <w:spacing w:before="40" w:after="20" w:line="245" w:lineRule="auto"/>
            </w:pPr>
            <w:r>
              <w:rPr>
                <w:b/>
                <w:color w:val="000000"/>
                <w:sz w:val="17"/>
              </w:rPr>
              <w:t>VARNOST IN ODGOVORNOST</w:t>
            </w:r>
          </w:p>
          <w:p w14:paraId="44C233B6"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6946A7C7" w14:textId="77777777" w:rsidR="00187E2C" w:rsidRDefault="00000000">
            <w:pPr>
              <w:spacing w:after="20" w:line="245" w:lineRule="auto"/>
            </w:pPr>
            <w:r>
              <w:rPr>
                <w:b/>
                <w:color w:val="000000"/>
                <w:sz w:val="17"/>
              </w:rPr>
              <w:t>EVIDENCA PO IZVEDBI</w:t>
            </w:r>
          </w:p>
          <w:p w14:paraId="569F7541"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3E621109"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A3870C7" w14:textId="77777777">
              <w:trPr>
                <w:jc w:val="center"/>
              </w:trPr>
              <w:tc>
                <w:tcPr>
                  <w:tcW w:w="7087" w:type="dxa"/>
                  <w:shd w:val="clear" w:color="auto" w:fill="EDC9EA"/>
                  <w:tcMar>
                    <w:top w:w="45" w:type="dxa"/>
                    <w:left w:w="70" w:type="dxa"/>
                    <w:bottom w:w="45" w:type="dxa"/>
                    <w:right w:w="70" w:type="dxa"/>
                  </w:tcMar>
                </w:tcPr>
                <w:p w14:paraId="5334589D" w14:textId="77777777" w:rsidR="00187E2C" w:rsidRDefault="00000000">
                  <w:pPr>
                    <w:keepNext/>
                  </w:pPr>
                  <w:r>
                    <w:rPr>
                      <w:b/>
                      <w:color w:val="000000"/>
                    </w:rPr>
                    <w:t>VPRAŠANJA V PODPORO JEZIKOVNEMU, BRALNEMU IN KNJIŽEVNEMU UČENJU</w:t>
                  </w:r>
                </w:p>
              </w:tc>
            </w:tr>
          </w:tbl>
          <w:p w14:paraId="024B51CC" w14:textId="77777777" w:rsidR="00187E2C" w:rsidRDefault="00187E2C">
            <w:pPr>
              <w:spacing w:line="20" w:lineRule="exact"/>
            </w:pPr>
          </w:p>
          <w:p w14:paraId="1E8DA7DF" w14:textId="77777777" w:rsidR="00187E2C" w:rsidRDefault="00000000">
            <w:pPr>
              <w:pStyle w:val="Oznaenseznam"/>
              <w:spacing w:after="16"/>
            </w:pPr>
            <w:r>
              <w:rPr>
                <w:color w:val="000000"/>
                <w:sz w:val="16"/>
              </w:rPr>
              <w:t>Kaj ti je naslovnica, slika, predmet, zvok ali gib pomagal razumeti?</w:t>
            </w:r>
          </w:p>
          <w:p w14:paraId="3B6DE8A9" w14:textId="77777777" w:rsidR="00187E2C" w:rsidRDefault="00000000">
            <w:pPr>
              <w:pStyle w:val="Oznaenseznam"/>
              <w:spacing w:after="16"/>
            </w:pPr>
            <w:r>
              <w:rPr>
                <w:color w:val="000000"/>
                <w:sz w:val="16"/>
              </w:rPr>
              <w:t>Kako si našel/-la glas, črko, zlog, besedo ali bistveni podatek?</w:t>
            </w:r>
          </w:p>
          <w:p w14:paraId="0283734A" w14:textId="77777777" w:rsidR="00187E2C" w:rsidRDefault="00000000">
            <w:pPr>
              <w:pStyle w:val="Oznaenseznam"/>
              <w:spacing w:after="16"/>
            </w:pPr>
            <w:r>
              <w:rPr>
                <w:color w:val="000000"/>
                <w:sz w:val="16"/>
              </w:rPr>
              <w:t>Kako veš, da tvoja pripoved, branje ali zapis dosega dogovorjeni kriterij?</w:t>
            </w:r>
          </w:p>
          <w:p w14:paraId="07EA93D6" w14:textId="77777777" w:rsidR="00187E2C" w:rsidRDefault="00000000">
            <w:pPr>
              <w:pStyle w:val="Oznaenseznam"/>
              <w:spacing w:after="16"/>
            </w:pPr>
            <w:r>
              <w:rPr>
                <w:color w:val="000000"/>
                <w:sz w:val="16"/>
              </w:rPr>
              <w:t>Ali lahko svoje razumevanje pokažeš še z drugim načinom – govorom, gibanjem, risbo, branjem ali zapisom?</w:t>
            </w:r>
          </w:p>
          <w:p w14:paraId="4D3623D4"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4E6E655F" w14:textId="77777777">
              <w:trPr>
                <w:jc w:val="center"/>
              </w:trPr>
              <w:tc>
                <w:tcPr>
                  <w:tcW w:w="7087" w:type="dxa"/>
                  <w:shd w:val="clear" w:color="auto" w:fill="C6E7F3"/>
                  <w:tcMar>
                    <w:top w:w="45" w:type="dxa"/>
                    <w:left w:w="70" w:type="dxa"/>
                    <w:bottom w:w="45" w:type="dxa"/>
                    <w:right w:w="70" w:type="dxa"/>
                  </w:tcMar>
                </w:tcPr>
                <w:p w14:paraId="3109577F" w14:textId="77777777" w:rsidR="00187E2C" w:rsidRDefault="00000000">
                  <w:pPr>
                    <w:keepNext/>
                  </w:pPr>
                  <w:r>
                    <w:rPr>
                      <w:b/>
                      <w:color w:val="000000"/>
                    </w:rPr>
                    <w:t>ZAKLJUČNI DEL – UTRJEVANJE, BRALNI ODZIV IN REFLEKSIJA (10–15 min)</w:t>
                  </w:r>
                </w:p>
              </w:tc>
            </w:tr>
          </w:tbl>
          <w:p w14:paraId="7C33DD3A" w14:textId="77777777" w:rsidR="00187E2C" w:rsidRDefault="00187E2C">
            <w:pPr>
              <w:spacing w:line="20" w:lineRule="exact"/>
            </w:pPr>
          </w:p>
          <w:p w14:paraId="6CBAF39A"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012DAB63" w14:textId="77777777">
              <w:trPr>
                <w:jc w:val="center"/>
              </w:trPr>
              <w:tc>
                <w:tcPr>
                  <w:tcW w:w="7087" w:type="dxa"/>
                  <w:shd w:val="clear" w:color="auto" w:fill="EDC9EA"/>
                  <w:tcMar>
                    <w:top w:w="45" w:type="dxa"/>
                    <w:left w:w="70" w:type="dxa"/>
                    <w:bottom w:w="45" w:type="dxa"/>
                    <w:right w:w="70" w:type="dxa"/>
                  </w:tcMar>
                </w:tcPr>
                <w:p w14:paraId="5B204CC3" w14:textId="77777777" w:rsidR="00187E2C" w:rsidRDefault="00000000">
                  <w:pPr>
                    <w:keepNext/>
                  </w:pPr>
                  <w:r>
                    <w:rPr>
                      <w:b/>
                      <w:color w:val="000000"/>
                    </w:rPr>
                    <w:t>SAMOVREDNOTENJE</w:t>
                  </w:r>
                </w:p>
              </w:tc>
            </w:tr>
          </w:tbl>
          <w:p w14:paraId="5014A093" w14:textId="77777777" w:rsidR="00187E2C" w:rsidRDefault="00187E2C">
            <w:pPr>
              <w:spacing w:line="20" w:lineRule="exact"/>
            </w:pPr>
          </w:p>
          <w:p w14:paraId="4260F64E"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52BAB4BB" w14:textId="77777777">
              <w:trPr>
                <w:jc w:val="center"/>
              </w:trPr>
              <w:tc>
                <w:tcPr>
                  <w:tcW w:w="7087" w:type="dxa"/>
                  <w:shd w:val="clear" w:color="auto" w:fill="EDC9EA"/>
                  <w:tcMar>
                    <w:top w:w="45" w:type="dxa"/>
                    <w:left w:w="70" w:type="dxa"/>
                    <w:bottom w:w="45" w:type="dxa"/>
                    <w:right w:w="70" w:type="dxa"/>
                  </w:tcMar>
                </w:tcPr>
                <w:p w14:paraId="1CD5D78B" w14:textId="77777777" w:rsidR="00187E2C" w:rsidRDefault="00000000">
                  <w:pPr>
                    <w:keepNext/>
                  </w:pPr>
                  <w:r>
                    <w:rPr>
                      <w:b/>
                      <w:color w:val="000000"/>
                    </w:rPr>
                    <w:t>VRSTNIŠKO VREDNOTENJE</w:t>
                  </w:r>
                </w:p>
              </w:tc>
            </w:tr>
          </w:tbl>
          <w:p w14:paraId="5FB43D7A" w14:textId="77777777" w:rsidR="00187E2C" w:rsidRDefault="00187E2C">
            <w:pPr>
              <w:spacing w:line="20" w:lineRule="exact"/>
            </w:pPr>
          </w:p>
          <w:p w14:paraId="20A75F78"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18CCED70" w14:textId="77777777">
              <w:trPr>
                <w:jc w:val="center"/>
              </w:trPr>
              <w:tc>
                <w:tcPr>
                  <w:tcW w:w="7087" w:type="dxa"/>
                  <w:shd w:val="clear" w:color="auto" w:fill="EDC9EA"/>
                  <w:tcMar>
                    <w:top w:w="45" w:type="dxa"/>
                    <w:left w:w="70" w:type="dxa"/>
                    <w:bottom w:w="45" w:type="dxa"/>
                    <w:right w:w="70" w:type="dxa"/>
                  </w:tcMar>
                </w:tcPr>
                <w:p w14:paraId="50063285" w14:textId="77777777" w:rsidR="00187E2C" w:rsidRDefault="00000000">
                  <w:pPr>
                    <w:keepNext/>
                  </w:pPr>
                  <w:r>
                    <w:rPr>
                      <w:b/>
                      <w:color w:val="000000"/>
                    </w:rPr>
                    <w:t>SKUPNI POVZETEK</w:t>
                  </w:r>
                </w:p>
              </w:tc>
            </w:tr>
          </w:tbl>
          <w:p w14:paraId="08BDA25B" w14:textId="77777777" w:rsidR="00187E2C" w:rsidRDefault="00187E2C">
            <w:pPr>
              <w:spacing w:line="20" w:lineRule="exact"/>
            </w:pPr>
          </w:p>
          <w:p w14:paraId="6E0A272A" w14:textId="77777777" w:rsidR="00187E2C" w:rsidRDefault="00000000">
            <w:pPr>
              <w:spacing w:before="20" w:after="40" w:line="245" w:lineRule="auto"/>
            </w:pPr>
            <w:r>
              <w:rPr>
                <w:b/>
                <w:color w:val="000000"/>
                <w:sz w:val="16"/>
              </w:rPr>
              <w:t>Prepoznam glas /c/ in črko C, jo veččutno oblikujem, čitljivo zapišem ter uporabim pri začetnem branju in pisanju. Književno doživetje izrazim z govorom, gibanjem, risbo ali zapisom.</w:t>
            </w:r>
          </w:p>
          <w:tbl>
            <w:tblPr>
              <w:tblStyle w:val="Tabelamrea"/>
              <w:tblW w:w="0" w:type="auto"/>
              <w:jc w:val="center"/>
              <w:tblLayout w:type="fixed"/>
              <w:tblLook w:val="04A0" w:firstRow="1" w:lastRow="0" w:firstColumn="1" w:lastColumn="0" w:noHBand="0" w:noVBand="1"/>
            </w:tblPr>
            <w:tblGrid>
              <w:gridCol w:w="7087"/>
            </w:tblGrid>
            <w:tr w:rsidR="00187E2C" w14:paraId="4C7F192F" w14:textId="77777777">
              <w:trPr>
                <w:jc w:val="center"/>
              </w:trPr>
              <w:tc>
                <w:tcPr>
                  <w:tcW w:w="7087" w:type="dxa"/>
                  <w:shd w:val="clear" w:color="auto" w:fill="EDC9EA"/>
                  <w:tcMar>
                    <w:top w:w="45" w:type="dxa"/>
                    <w:left w:w="70" w:type="dxa"/>
                    <w:bottom w:w="45" w:type="dxa"/>
                    <w:right w:w="70" w:type="dxa"/>
                  </w:tcMar>
                </w:tcPr>
                <w:p w14:paraId="168D799C" w14:textId="77777777" w:rsidR="00187E2C" w:rsidRDefault="00000000">
                  <w:pPr>
                    <w:keepNext/>
                  </w:pPr>
                  <w:r>
                    <w:rPr>
                      <w:b/>
                      <w:color w:val="000000"/>
                    </w:rPr>
                    <w:t>OPISNO OCENJEVANJE</w:t>
                  </w:r>
                </w:p>
              </w:tc>
            </w:tr>
          </w:tbl>
          <w:p w14:paraId="42F5ECCD" w14:textId="77777777" w:rsidR="00187E2C" w:rsidRDefault="00187E2C"/>
          <w:p w14:paraId="6F8A4E4F" w14:textId="77777777" w:rsidR="00187E2C" w:rsidRDefault="00000000">
            <w:pPr>
              <w:spacing w:before="20" w:after="30" w:line="245" w:lineRule="auto"/>
            </w:pPr>
            <w:r>
              <w:rPr>
                <w:color w:val="000000"/>
                <w:sz w:val="16"/>
              </w:rPr>
              <w:t>OCENJEVANJE 4 – DRUGE OBLIKE: branje oziroma poslušanje kratkega besedila in ustni odziv • ŠPORTNI DAN</w:t>
            </w:r>
          </w:p>
        </w:tc>
        <w:tc>
          <w:tcPr>
            <w:tcW w:w="2551" w:type="dxa"/>
            <w:tcMar>
              <w:top w:w="70" w:type="dxa"/>
              <w:left w:w="90" w:type="dxa"/>
              <w:bottom w:w="70" w:type="dxa"/>
              <w:right w:w="90" w:type="dxa"/>
            </w:tcMar>
          </w:tcPr>
          <w:p w14:paraId="27EB24BC" w14:textId="77777777" w:rsidR="00187E2C" w:rsidRDefault="00187E2C"/>
          <w:p w14:paraId="02ED19D7" w14:textId="77777777" w:rsidR="00187E2C" w:rsidRDefault="00000000">
            <w:pPr>
              <w:spacing w:after="100" w:line="245" w:lineRule="auto"/>
            </w:pPr>
            <w:r>
              <w:rPr>
                <w:color w:val="000000"/>
                <w:sz w:val="16"/>
              </w:rPr>
              <w:t>Odgovarja na podporna vprašanja ter se sklicuje na poslušano besedilo, sliko, govor, bralni list ali zapis.</w:t>
            </w:r>
          </w:p>
          <w:p w14:paraId="5D0502E7" w14:textId="77777777" w:rsidR="00187E2C" w:rsidRDefault="00000000">
            <w:pPr>
              <w:spacing w:after="100" w:line="245" w:lineRule="auto"/>
            </w:pPr>
            <w:r>
              <w:rPr>
                <w:color w:val="000000"/>
                <w:sz w:val="16"/>
              </w:rPr>
              <w:t>Primerja začetni odziv z novim dokazom in pojasni, kaj se je naučil/-a.</w:t>
            </w:r>
          </w:p>
          <w:p w14:paraId="244D41CC" w14:textId="77777777" w:rsidR="00187E2C" w:rsidRDefault="00000000">
            <w:pPr>
              <w:spacing w:after="100" w:line="245" w:lineRule="auto"/>
            </w:pPr>
            <w:r>
              <w:rPr>
                <w:color w:val="000000"/>
                <w:sz w:val="16"/>
              </w:rPr>
              <w:t>Izbere raven samostojnosti in določi naslednji korak.</w:t>
            </w:r>
          </w:p>
          <w:p w14:paraId="42E1EC7A" w14:textId="77777777" w:rsidR="00187E2C" w:rsidRDefault="00000000">
            <w:pPr>
              <w:spacing w:after="100" w:line="245" w:lineRule="auto"/>
            </w:pPr>
            <w:r>
              <w:rPr>
                <w:color w:val="000000"/>
                <w:sz w:val="16"/>
              </w:rPr>
              <w:t>Sošolcu poda prijazen in konkreten odziv, vezan na kriterij.</w:t>
            </w:r>
          </w:p>
          <w:p w14:paraId="7039D517" w14:textId="77777777" w:rsidR="00187E2C" w:rsidRDefault="00000000">
            <w:pPr>
              <w:spacing w:after="20" w:line="245" w:lineRule="auto"/>
            </w:pPr>
            <w:r>
              <w:rPr>
                <w:b/>
                <w:color w:val="D95BC6"/>
                <w:sz w:val="17"/>
              </w:rPr>
              <w:t>DOKAZ O UČENJU</w:t>
            </w:r>
          </w:p>
          <w:p w14:paraId="75B0CC36"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359A91D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642FD760" w14:textId="77777777">
        <w:trPr>
          <w:cantSplit/>
          <w:jc w:val="center"/>
        </w:trPr>
        <w:tc>
          <w:tcPr>
            <w:tcW w:w="14060" w:type="dxa"/>
            <w:gridSpan w:val="6"/>
            <w:tcMar>
              <w:top w:w="70" w:type="dxa"/>
              <w:left w:w="90" w:type="dxa"/>
              <w:bottom w:w="70" w:type="dxa"/>
              <w:right w:w="90" w:type="dxa"/>
            </w:tcMar>
            <w:vAlign w:val="center"/>
          </w:tcPr>
          <w:p w14:paraId="05D8AB4A" w14:textId="77777777" w:rsidR="00187E2C" w:rsidRDefault="00000000">
            <w:pPr>
              <w:jc w:val="center"/>
            </w:pPr>
            <w:r>
              <w:rPr>
                <w:b/>
                <w:color w:val="000000"/>
                <w:sz w:val="24"/>
              </w:rPr>
              <w:lastRenderedPageBreak/>
              <w:t>UČNA PRIPRAVA 29/39</w:t>
            </w:r>
          </w:p>
        </w:tc>
      </w:tr>
      <w:tr w:rsidR="00187E2C" w14:paraId="66355826" w14:textId="77777777">
        <w:trPr>
          <w:jc w:val="center"/>
        </w:trPr>
        <w:tc>
          <w:tcPr>
            <w:tcW w:w="2665" w:type="dxa"/>
            <w:tcMar>
              <w:top w:w="70" w:type="dxa"/>
              <w:left w:w="90" w:type="dxa"/>
              <w:bottom w:w="70" w:type="dxa"/>
              <w:right w:w="90" w:type="dxa"/>
            </w:tcMar>
            <w:vAlign w:val="center"/>
          </w:tcPr>
          <w:p w14:paraId="1A665F22"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45C6C59"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8B579BC"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50BEE3F" w14:textId="77777777" w:rsidR="00187E2C" w:rsidRDefault="00000000">
            <w:r>
              <w:rPr>
                <w:b/>
                <w:color w:val="000000"/>
                <w:sz w:val="16"/>
              </w:rPr>
              <w:t xml:space="preserve">NAČRTOVANI TERMIN: </w:t>
            </w:r>
            <w:r>
              <w:rPr>
                <w:color w:val="000000"/>
                <w:sz w:val="16"/>
              </w:rPr>
              <w:t>29. teden • 5.–9. 4. 2027</w:t>
            </w:r>
          </w:p>
        </w:tc>
        <w:tc>
          <w:tcPr>
            <w:tcW w:w="2268" w:type="dxa"/>
            <w:tcMar>
              <w:top w:w="70" w:type="dxa"/>
              <w:left w:w="90" w:type="dxa"/>
              <w:bottom w:w="70" w:type="dxa"/>
              <w:right w:w="90" w:type="dxa"/>
            </w:tcMar>
            <w:vAlign w:val="center"/>
          </w:tcPr>
          <w:p w14:paraId="65BFD5A1"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B736D50" w14:textId="77777777" w:rsidR="00187E2C" w:rsidRDefault="00000000">
            <w:r>
              <w:rPr>
                <w:b/>
                <w:color w:val="000000"/>
                <w:sz w:val="16"/>
              </w:rPr>
              <w:t xml:space="preserve">ŠTEVILO UR: </w:t>
            </w:r>
            <w:r>
              <w:rPr>
                <w:color w:val="000000"/>
                <w:sz w:val="16"/>
              </w:rPr>
              <w:t>6</w:t>
            </w:r>
          </w:p>
        </w:tc>
      </w:tr>
      <w:tr w:rsidR="00187E2C" w14:paraId="7C8ED4E7" w14:textId="77777777">
        <w:trPr>
          <w:jc w:val="center"/>
        </w:trPr>
        <w:tc>
          <w:tcPr>
            <w:tcW w:w="14061" w:type="dxa"/>
            <w:gridSpan w:val="6"/>
            <w:tcMar>
              <w:top w:w="70" w:type="dxa"/>
              <w:left w:w="90" w:type="dxa"/>
              <w:bottom w:w="70" w:type="dxa"/>
              <w:right w:w="90" w:type="dxa"/>
            </w:tcMar>
            <w:vAlign w:val="center"/>
          </w:tcPr>
          <w:p w14:paraId="27838B97"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4A663864" w14:textId="77777777">
        <w:trPr>
          <w:cantSplit/>
          <w:jc w:val="center"/>
        </w:trPr>
        <w:tc>
          <w:tcPr>
            <w:tcW w:w="14060" w:type="dxa"/>
            <w:gridSpan w:val="6"/>
            <w:tcMar>
              <w:top w:w="70" w:type="dxa"/>
              <w:left w:w="90" w:type="dxa"/>
              <w:bottom w:w="70" w:type="dxa"/>
              <w:right w:w="90" w:type="dxa"/>
            </w:tcMar>
            <w:vAlign w:val="center"/>
          </w:tcPr>
          <w:p w14:paraId="0E8A92D7" w14:textId="77777777" w:rsidR="00187E2C" w:rsidRDefault="00187E2C"/>
          <w:p w14:paraId="752FEB63" w14:textId="77777777" w:rsidR="00187E2C" w:rsidRDefault="00000000">
            <w:pPr>
              <w:spacing w:line="245" w:lineRule="auto"/>
            </w:pPr>
            <w:r>
              <w:rPr>
                <w:b/>
                <w:color w:val="000000"/>
                <w:sz w:val="16"/>
              </w:rPr>
              <w:t xml:space="preserve">UČNI SKLOP: </w:t>
            </w:r>
            <w:r>
              <w:rPr>
                <w:color w:val="000000"/>
                <w:sz w:val="16"/>
              </w:rPr>
              <w:t>POMLAD, POJAVI IN ŽIVA BITJA</w:t>
            </w:r>
          </w:p>
        </w:tc>
      </w:tr>
      <w:tr w:rsidR="00187E2C" w14:paraId="648529F0" w14:textId="77777777">
        <w:trPr>
          <w:cantSplit/>
          <w:jc w:val="center"/>
        </w:trPr>
        <w:tc>
          <w:tcPr>
            <w:tcW w:w="14060" w:type="dxa"/>
            <w:gridSpan w:val="6"/>
            <w:tcMar>
              <w:top w:w="70" w:type="dxa"/>
              <w:left w:w="90" w:type="dxa"/>
              <w:bottom w:w="70" w:type="dxa"/>
              <w:right w:w="90" w:type="dxa"/>
            </w:tcMar>
            <w:vAlign w:val="center"/>
          </w:tcPr>
          <w:p w14:paraId="4E8E1EE2" w14:textId="77777777" w:rsidR="00187E2C" w:rsidRDefault="00187E2C"/>
          <w:p w14:paraId="3D4393AD" w14:textId="77777777" w:rsidR="00187E2C" w:rsidRDefault="00000000">
            <w:pPr>
              <w:spacing w:line="245" w:lineRule="auto"/>
            </w:pPr>
            <w:r>
              <w:rPr>
                <w:b/>
                <w:color w:val="000000"/>
                <w:sz w:val="16"/>
              </w:rPr>
              <w:t xml:space="preserve">UČNA TEMA: </w:t>
            </w:r>
            <w:r>
              <w:rPr>
                <w:color w:val="000000"/>
                <w:sz w:val="16"/>
              </w:rPr>
              <w:t>INFORMACIJSKO BESEDILO • VELIKA TISKANA ČRKA Z</w:t>
            </w:r>
          </w:p>
        </w:tc>
      </w:tr>
      <w:tr w:rsidR="00187E2C" w14:paraId="1BA0F5E7" w14:textId="77777777">
        <w:trPr>
          <w:cantSplit/>
          <w:jc w:val="center"/>
        </w:trPr>
        <w:tc>
          <w:tcPr>
            <w:tcW w:w="14060" w:type="dxa"/>
            <w:gridSpan w:val="6"/>
            <w:tcMar>
              <w:top w:w="70" w:type="dxa"/>
              <w:left w:w="90" w:type="dxa"/>
              <w:bottom w:w="70" w:type="dxa"/>
              <w:right w:w="90" w:type="dxa"/>
            </w:tcMar>
            <w:vAlign w:val="center"/>
          </w:tcPr>
          <w:p w14:paraId="63A6D113" w14:textId="77777777" w:rsidR="00187E2C" w:rsidRDefault="00187E2C"/>
          <w:p w14:paraId="11AFAD88" w14:textId="77777777" w:rsidR="00187E2C" w:rsidRDefault="00000000">
            <w:pPr>
              <w:spacing w:line="245" w:lineRule="auto"/>
            </w:pPr>
            <w:r>
              <w:rPr>
                <w:b/>
                <w:color w:val="000000"/>
                <w:sz w:val="16"/>
              </w:rPr>
              <w:t xml:space="preserve">KNJIŽEVNO IZHODIŠČE IN MOTIV: </w:t>
            </w:r>
            <w:r>
              <w:rPr>
                <w:color w:val="000000"/>
                <w:sz w:val="16"/>
              </w:rPr>
              <w:t>»Živalske novice« – Primož Suhodolčan • živali, življenjska okolja in igrivo informacijsko besedilo</w:t>
            </w:r>
          </w:p>
        </w:tc>
      </w:tr>
      <w:tr w:rsidR="00187E2C" w14:paraId="2455F6B6" w14:textId="77777777">
        <w:trPr>
          <w:cantSplit/>
          <w:jc w:val="center"/>
        </w:trPr>
        <w:tc>
          <w:tcPr>
            <w:tcW w:w="14060" w:type="dxa"/>
            <w:gridSpan w:val="6"/>
            <w:tcMar>
              <w:top w:w="70" w:type="dxa"/>
              <w:left w:w="90" w:type="dxa"/>
              <w:bottom w:w="70" w:type="dxa"/>
              <w:right w:w="90" w:type="dxa"/>
            </w:tcMar>
            <w:vAlign w:val="center"/>
          </w:tcPr>
          <w:p w14:paraId="09065AF0" w14:textId="77777777" w:rsidR="00187E2C" w:rsidRDefault="00187E2C"/>
          <w:p w14:paraId="53DB6F9F" w14:textId="77777777" w:rsidR="00187E2C" w:rsidRDefault="00000000">
            <w:pPr>
              <w:spacing w:line="245" w:lineRule="auto"/>
            </w:pPr>
            <w:r>
              <w:rPr>
                <w:b/>
                <w:color w:val="000000"/>
                <w:sz w:val="16"/>
              </w:rPr>
              <w:t xml:space="preserve">BRALNI LIST / ČRKA: </w:t>
            </w:r>
            <w:r>
              <w:rPr>
                <w:color w:val="000000"/>
                <w:sz w:val="16"/>
              </w:rPr>
              <w:t>ČRKA Z • BRALNI LIST 29 – Berem črko Z in zloge ter besede: glas /z/ znane črke: A, E, I, O, U, N, M, T, J, V, R, S, L, K, P, D, B, G, Č, Š, Ž, C, Z; slišim glas; prepoznam črko; zgornja vodoravna, poševna in spodnja vodoravna poteza; berem in zapišem</w:t>
            </w:r>
          </w:p>
        </w:tc>
      </w:tr>
      <w:tr w:rsidR="00187E2C" w14:paraId="3FE833D8" w14:textId="77777777">
        <w:trPr>
          <w:cantSplit/>
          <w:jc w:val="center"/>
        </w:trPr>
        <w:tc>
          <w:tcPr>
            <w:tcW w:w="14060" w:type="dxa"/>
            <w:gridSpan w:val="6"/>
            <w:tcMar>
              <w:top w:w="70" w:type="dxa"/>
              <w:left w:w="90" w:type="dxa"/>
              <w:bottom w:w="70" w:type="dxa"/>
              <w:right w:w="90" w:type="dxa"/>
            </w:tcMar>
            <w:vAlign w:val="center"/>
          </w:tcPr>
          <w:p w14:paraId="10E676B1" w14:textId="77777777" w:rsidR="00187E2C" w:rsidRDefault="00187E2C"/>
          <w:p w14:paraId="74641E38" w14:textId="77777777" w:rsidR="00187E2C" w:rsidRDefault="00000000">
            <w:pPr>
              <w:spacing w:line="245" w:lineRule="auto"/>
            </w:pPr>
            <w:r>
              <w:rPr>
                <w:b/>
                <w:color w:val="000000"/>
                <w:sz w:val="16"/>
              </w:rPr>
              <w:t xml:space="preserve">UČNE ENOTE: </w:t>
            </w:r>
            <w:r>
              <w:rPr>
                <w:color w:val="000000"/>
                <w:sz w:val="16"/>
              </w:rPr>
              <w:t>1. ura – Informacijsko besedilo – Poslušam in doživljam • 2. ura – Informacijsko besedilo – Govorim in pojasnjujem • 3. ura – SLIŠIM GLAS /z/ IN ODKRIVAM ČRKO Z • 4. ura – Oblikujem in pišem črko Z • 5. ura – Berem in uporabim črko Z • 6. ura – Informacijsko besedilo – Ocenjevanje</w:t>
            </w:r>
          </w:p>
        </w:tc>
      </w:tr>
      <w:tr w:rsidR="00187E2C" w14:paraId="2A0522E6" w14:textId="77777777">
        <w:trPr>
          <w:cantSplit/>
          <w:jc w:val="center"/>
        </w:trPr>
        <w:tc>
          <w:tcPr>
            <w:tcW w:w="14060" w:type="dxa"/>
            <w:gridSpan w:val="6"/>
            <w:tcMar>
              <w:top w:w="70" w:type="dxa"/>
              <w:left w:w="90" w:type="dxa"/>
              <w:bottom w:w="70" w:type="dxa"/>
              <w:right w:w="90" w:type="dxa"/>
            </w:tcMar>
            <w:vAlign w:val="center"/>
          </w:tcPr>
          <w:p w14:paraId="4A19B5B7" w14:textId="77777777" w:rsidR="00187E2C" w:rsidRDefault="00187E2C"/>
          <w:p w14:paraId="575D1BEC"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4340A11E" w14:textId="77777777">
        <w:trPr>
          <w:cantSplit/>
          <w:jc w:val="center"/>
        </w:trPr>
        <w:tc>
          <w:tcPr>
            <w:tcW w:w="14060" w:type="dxa"/>
            <w:gridSpan w:val="6"/>
            <w:tcMar>
              <w:top w:w="70" w:type="dxa"/>
              <w:left w:w="90" w:type="dxa"/>
              <w:bottom w:w="70" w:type="dxa"/>
              <w:right w:w="90" w:type="dxa"/>
            </w:tcMar>
            <w:vAlign w:val="center"/>
          </w:tcPr>
          <w:p w14:paraId="22189631" w14:textId="77777777" w:rsidR="00187E2C" w:rsidRDefault="00187E2C"/>
          <w:p w14:paraId="244697F7"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6AAD6FD" w14:textId="77777777">
        <w:trPr>
          <w:cantSplit/>
          <w:jc w:val="center"/>
        </w:trPr>
        <w:tc>
          <w:tcPr>
            <w:tcW w:w="14060" w:type="dxa"/>
            <w:gridSpan w:val="6"/>
            <w:tcMar>
              <w:top w:w="70" w:type="dxa"/>
              <w:left w:w="90" w:type="dxa"/>
              <w:bottom w:w="70" w:type="dxa"/>
              <w:right w:w="90" w:type="dxa"/>
            </w:tcMar>
            <w:vAlign w:val="center"/>
          </w:tcPr>
          <w:p w14:paraId="2171D331" w14:textId="77777777" w:rsidR="00187E2C" w:rsidRDefault="00187E2C"/>
          <w:p w14:paraId="26BFC9BB"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296BE2A" w14:textId="77777777">
        <w:trPr>
          <w:cantSplit/>
          <w:jc w:val="center"/>
        </w:trPr>
        <w:tc>
          <w:tcPr>
            <w:tcW w:w="14060" w:type="dxa"/>
            <w:gridSpan w:val="6"/>
            <w:tcMar>
              <w:top w:w="70" w:type="dxa"/>
              <w:left w:w="90" w:type="dxa"/>
              <w:bottom w:w="70" w:type="dxa"/>
              <w:right w:w="90" w:type="dxa"/>
            </w:tcMar>
            <w:vAlign w:val="center"/>
          </w:tcPr>
          <w:p w14:paraId="03066967" w14:textId="77777777" w:rsidR="00187E2C" w:rsidRDefault="00187E2C"/>
          <w:p w14:paraId="28063E74" w14:textId="77777777" w:rsidR="00187E2C" w:rsidRDefault="00000000">
            <w:pPr>
              <w:spacing w:line="245" w:lineRule="auto"/>
            </w:pPr>
            <w:r>
              <w:rPr>
                <w:b/>
                <w:color w:val="000000"/>
                <w:sz w:val="16"/>
              </w:rPr>
              <w:t xml:space="preserve">MEDPREDMETNE POVEZAVE: </w:t>
            </w:r>
            <w:r>
              <w:rPr>
                <w:color w:val="000000"/>
                <w:sz w:val="16"/>
              </w:rPr>
              <w:t>SPO – živali, življenjska okolja in igrivo informacijsko besedilo; GUM – ritem, zvočnost in glas; LUM – ilustracija, črta in grafomotorika; ŠPO – gibalna pripoved, dramatizacija in postaje; MAT – smer, zaporedje in orientacija</w:t>
            </w:r>
          </w:p>
        </w:tc>
      </w:tr>
      <w:tr w:rsidR="00187E2C" w14:paraId="36C91F99" w14:textId="77777777">
        <w:trPr>
          <w:cantSplit/>
          <w:jc w:val="center"/>
        </w:trPr>
        <w:tc>
          <w:tcPr>
            <w:tcW w:w="14060" w:type="dxa"/>
            <w:gridSpan w:val="6"/>
            <w:tcMar>
              <w:top w:w="70" w:type="dxa"/>
              <w:left w:w="90" w:type="dxa"/>
              <w:bottom w:w="70" w:type="dxa"/>
              <w:right w:w="90" w:type="dxa"/>
            </w:tcMar>
            <w:vAlign w:val="center"/>
          </w:tcPr>
          <w:p w14:paraId="3C0A0974" w14:textId="77777777" w:rsidR="00187E2C" w:rsidRDefault="00187E2C"/>
          <w:p w14:paraId="681989D2" w14:textId="77777777" w:rsidR="00187E2C" w:rsidRDefault="00000000">
            <w:pPr>
              <w:spacing w:line="245" w:lineRule="auto"/>
            </w:pPr>
            <w:r>
              <w:rPr>
                <w:b/>
                <w:color w:val="000000"/>
                <w:sz w:val="16"/>
              </w:rPr>
              <w:t xml:space="preserve">UČNA SREDSTVA IN PRIPOMOČKI: </w:t>
            </w:r>
            <w:r>
              <w:rPr>
                <w:color w:val="000000"/>
                <w:sz w:val="16"/>
              </w:rPr>
              <w:t>ČRKA Z • BRALNI LIST 29, povečano besedilo oziroma kartice, slikanica ali odlomek, slikovno zaporedje, kartice besed in glasov, talne črke ali zlogi, ogledala, vrvice ali modelirna masa, mini tabla, zvezek oziroma jezikovna mapa</w:t>
            </w:r>
          </w:p>
        </w:tc>
      </w:tr>
      <w:tr w:rsidR="00187E2C" w14:paraId="130EDE29" w14:textId="77777777">
        <w:trPr>
          <w:cantSplit/>
          <w:jc w:val="center"/>
        </w:trPr>
        <w:tc>
          <w:tcPr>
            <w:tcW w:w="14060" w:type="dxa"/>
            <w:gridSpan w:val="6"/>
            <w:tcMar>
              <w:top w:w="70" w:type="dxa"/>
              <w:left w:w="90" w:type="dxa"/>
              <w:bottom w:w="70" w:type="dxa"/>
              <w:right w:w="90" w:type="dxa"/>
            </w:tcMar>
            <w:vAlign w:val="center"/>
          </w:tcPr>
          <w:p w14:paraId="5CCDF00B" w14:textId="77777777" w:rsidR="00187E2C" w:rsidRDefault="00187E2C"/>
          <w:p w14:paraId="637ED06D"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0C8EEBED" w14:textId="77777777">
        <w:trPr>
          <w:cantSplit/>
          <w:jc w:val="center"/>
        </w:trPr>
        <w:tc>
          <w:tcPr>
            <w:tcW w:w="14060" w:type="dxa"/>
            <w:gridSpan w:val="6"/>
            <w:tcMar>
              <w:top w:w="70" w:type="dxa"/>
              <w:left w:w="90" w:type="dxa"/>
              <w:bottom w:w="70" w:type="dxa"/>
              <w:right w:w="90" w:type="dxa"/>
            </w:tcMar>
            <w:vAlign w:val="center"/>
          </w:tcPr>
          <w:p w14:paraId="3C6D8856" w14:textId="77777777" w:rsidR="00187E2C" w:rsidRDefault="00187E2C"/>
          <w:p w14:paraId="511422FC"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583A7982" w14:textId="77777777">
        <w:trPr>
          <w:cantSplit/>
          <w:jc w:val="center"/>
        </w:trPr>
        <w:tc>
          <w:tcPr>
            <w:tcW w:w="14060" w:type="dxa"/>
            <w:gridSpan w:val="6"/>
            <w:tcMar>
              <w:top w:w="70" w:type="dxa"/>
              <w:left w:w="90" w:type="dxa"/>
              <w:bottom w:w="70" w:type="dxa"/>
              <w:right w:w="90" w:type="dxa"/>
            </w:tcMar>
            <w:vAlign w:val="center"/>
          </w:tcPr>
          <w:p w14:paraId="61FD966C" w14:textId="77777777" w:rsidR="00187E2C" w:rsidRDefault="00187E2C"/>
          <w:p w14:paraId="58809755"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5654641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023AC4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E8FB2F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9D1C948" w14:textId="77777777" w:rsidR="00187E2C" w:rsidRDefault="00000000">
            <w:pPr>
              <w:jc w:val="center"/>
            </w:pPr>
            <w:r>
              <w:rPr>
                <w:b/>
                <w:color w:val="000000"/>
                <w:sz w:val="20"/>
              </w:rPr>
              <w:t>UČNE DEJAVNOSTI, METODE IN FORMATIVNO SPREMLJANJE</w:t>
            </w:r>
          </w:p>
        </w:tc>
      </w:tr>
      <w:tr w:rsidR="00187E2C" w14:paraId="7174E41D" w14:textId="77777777">
        <w:trPr>
          <w:tblHeader/>
          <w:jc w:val="center"/>
        </w:trPr>
        <w:tc>
          <w:tcPr>
            <w:tcW w:w="4422" w:type="dxa"/>
            <w:vMerge/>
            <w:tcMar>
              <w:top w:w="70" w:type="dxa"/>
              <w:left w:w="90" w:type="dxa"/>
              <w:bottom w:w="70" w:type="dxa"/>
              <w:right w:w="90" w:type="dxa"/>
            </w:tcMar>
            <w:vAlign w:val="center"/>
          </w:tcPr>
          <w:p w14:paraId="63958A9E" w14:textId="77777777" w:rsidR="00187E2C" w:rsidRDefault="00187E2C"/>
        </w:tc>
        <w:tc>
          <w:tcPr>
            <w:tcW w:w="7087" w:type="dxa"/>
            <w:shd w:val="clear" w:color="auto" w:fill="FFFFFF"/>
            <w:tcMar>
              <w:top w:w="70" w:type="dxa"/>
              <w:left w:w="90" w:type="dxa"/>
              <w:bottom w:w="70" w:type="dxa"/>
              <w:right w:w="90" w:type="dxa"/>
            </w:tcMar>
            <w:vAlign w:val="center"/>
          </w:tcPr>
          <w:p w14:paraId="7AF3B346"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318980" w14:textId="77777777" w:rsidR="00187E2C" w:rsidRDefault="00000000">
            <w:pPr>
              <w:jc w:val="center"/>
            </w:pPr>
            <w:r>
              <w:rPr>
                <w:b/>
                <w:color w:val="000000"/>
              </w:rPr>
              <w:t>UČENEC</w:t>
            </w:r>
          </w:p>
        </w:tc>
      </w:tr>
      <w:tr w:rsidR="00187E2C" w14:paraId="2D09706C" w14:textId="77777777">
        <w:trPr>
          <w:jc w:val="center"/>
        </w:trPr>
        <w:tc>
          <w:tcPr>
            <w:tcW w:w="4422" w:type="dxa"/>
            <w:tcMar>
              <w:top w:w="70" w:type="dxa"/>
              <w:left w:w="90" w:type="dxa"/>
              <w:bottom w:w="70" w:type="dxa"/>
              <w:right w:w="90" w:type="dxa"/>
            </w:tcMar>
          </w:tcPr>
          <w:p w14:paraId="2C602D0A" w14:textId="77777777" w:rsidR="00187E2C" w:rsidRDefault="00187E2C"/>
          <w:p w14:paraId="00AC9FE5" w14:textId="77777777" w:rsidR="00187E2C" w:rsidRDefault="00000000">
            <w:pPr>
              <w:spacing w:after="60" w:line="245" w:lineRule="auto"/>
            </w:pPr>
            <w:r>
              <w:rPr>
                <w:b/>
                <w:color w:val="000000"/>
              </w:rPr>
              <w:t>UČNI CILJI</w:t>
            </w:r>
          </w:p>
          <w:p w14:paraId="797EBDB3" w14:textId="77777777" w:rsidR="00187E2C" w:rsidRDefault="00000000">
            <w:pPr>
              <w:spacing w:after="20" w:line="245" w:lineRule="auto"/>
            </w:pPr>
            <w:r>
              <w:rPr>
                <w:b/>
                <w:color w:val="000000"/>
                <w:sz w:val="17"/>
              </w:rPr>
              <w:t>SPLOŠNI</w:t>
            </w:r>
          </w:p>
          <w:p w14:paraId="0E406DFF"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58C8994A" w14:textId="77777777" w:rsidR="00187E2C" w:rsidRDefault="00000000">
            <w:pPr>
              <w:pStyle w:val="Oznaenseznam"/>
              <w:spacing w:after="16"/>
            </w:pPr>
            <w:r>
              <w:rPr>
                <w:color w:val="000000"/>
                <w:sz w:val="16"/>
              </w:rPr>
              <w:t>doživlja književno besedilo ter se nanj odziva z govorom, gibanjem, dramatizacijo, risbo ali zapisom</w:t>
            </w:r>
          </w:p>
          <w:p w14:paraId="22AD9AEE" w14:textId="77777777" w:rsidR="00187E2C" w:rsidRDefault="00000000">
            <w:pPr>
              <w:pStyle w:val="Oznaenseznam"/>
              <w:spacing w:after="16"/>
            </w:pPr>
            <w:r>
              <w:rPr>
                <w:color w:val="000000"/>
                <w:sz w:val="16"/>
              </w:rPr>
              <w:t>razvija glasovno zavedanje, povezavo glas–črka in začetno branje ter pisanje po individualnem napredku</w:t>
            </w:r>
          </w:p>
          <w:p w14:paraId="791D5747" w14:textId="77777777" w:rsidR="00187E2C" w:rsidRDefault="00000000">
            <w:pPr>
              <w:pStyle w:val="Oznaenseznam"/>
              <w:spacing w:after="16"/>
            </w:pPr>
            <w:r>
              <w:rPr>
                <w:color w:val="000000"/>
                <w:sz w:val="16"/>
              </w:rPr>
              <w:t>ob namenih in kriterijih spremlja svoje učenje ter uporabi opisno povratno informacijo</w:t>
            </w:r>
          </w:p>
          <w:p w14:paraId="75AA2F2F" w14:textId="77777777" w:rsidR="00187E2C" w:rsidRDefault="00000000">
            <w:pPr>
              <w:spacing w:before="40" w:after="20" w:line="245" w:lineRule="auto"/>
            </w:pPr>
            <w:r>
              <w:rPr>
                <w:b/>
                <w:color w:val="000000"/>
                <w:sz w:val="17"/>
              </w:rPr>
              <w:t>OPERATIVNI</w:t>
            </w:r>
          </w:p>
          <w:p w14:paraId="1CE10999" w14:textId="77777777" w:rsidR="00187E2C" w:rsidRDefault="00000000">
            <w:pPr>
              <w:pStyle w:val="Oznaenseznam"/>
              <w:spacing w:after="16"/>
            </w:pPr>
            <w:r>
              <w:rPr>
                <w:color w:val="000000"/>
                <w:sz w:val="16"/>
              </w:rPr>
              <w:t>razume kratko informacijsko besedilo ob sliki</w:t>
            </w:r>
          </w:p>
          <w:p w14:paraId="0039FF3D" w14:textId="77777777" w:rsidR="00187E2C" w:rsidRDefault="00000000">
            <w:pPr>
              <w:pStyle w:val="Oznaenseznam"/>
              <w:spacing w:after="16"/>
            </w:pPr>
            <w:r>
              <w:rPr>
                <w:color w:val="000000"/>
                <w:sz w:val="16"/>
              </w:rPr>
              <w:t>poišče očiten podatek in ga loči od svojega mnenja</w:t>
            </w:r>
          </w:p>
          <w:p w14:paraId="4C0173AB" w14:textId="77777777" w:rsidR="00187E2C" w:rsidRDefault="00000000">
            <w:pPr>
              <w:pStyle w:val="Oznaenseznam"/>
              <w:spacing w:after="16"/>
            </w:pPr>
            <w:r>
              <w:rPr>
                <w:color w:val="000000"/>
                <w:sz w:val="16"/>
              </w:rPr>
              <w:t>ustno poroča o ugotovitvi</w:t>
            </w:r>
          </w:p>
          <w:p w14:paraId="6EBF3CEA" w14:textId="77777777" w:rsidR="00187E2C" w:rsidRDefault="00000000">
            <w:pPr>
              <w:pStyle w:val="Oznaenseznam"/>
              <w:spacing w:after="16"/>
            </w:pPr>
            <w:r>
              <w:rPr>
                <w:color w:val="000000"/>
                <w:sz w:val="16"/>
              </w:rPr>
              <w:t>prepozna, oblikuje in zapiše veliko tiskano črko Z</w:t>
            </w:r>
          </w:p>
          <w:p w14:paraId="3990C469" w14:textId="77777777" w:rsidR="00187E2C" w:rsidRDefault="00000000">
            <w:pPr>
              <w:spacing w:before="40" w:after="20" w:line="245" w:lineRule="auto"/>
            </w:pPr>
            <w:r>
              <w:rPr>
                <w:b/>
                <w:color w:val="000000"/>
                <w:sz w:val="17"/>
              </w:rPr>
              <w:t>PRIČAKOVANI DOSEŽKI / MINIMALNI POUDARKI</w:t>
            </w:r>
          </w:p>
          <w:p w14:paraId="01CBBD1A" w14:textId="77777777" w:rsidR="00187E2C" w:rsidRDefault="00000000">
            <w:pPr>
              <w:pStyle w:val="Oznaenseznam"/>
              <w:spacing w:after="16"/>
            </w:pPr>
            <w:r>
              <w:rPr>
                <w:color w:val="000000"/>
                <w:sz w:val="15"/>
              </w:rPr>
              <w:t>samostojno oziroma z dogovorjeno oporo razume kratko informacijsko besedilo ob sliki</w:t>
            </w:r>
          </w:p>
          <w:p w14:paraId="00223078" w14:textId="77777777" w:rsidR="00187E2C" w:rsidRDefault="00000000">
            <w:pPr>
              <w:pStyle w:val="Oznaenseznam"/>
              <w:spacing w:after="16"/>
            </w:pPr>
            <w:r>
              <w:rPr>
                <w:color w:val="000000"/>
                <w:sz w:val="15"/>
              </w:rPr>
              <w:t>samostojno oziroma z dogovorjeno oporo poišče očiten podatek in ga loči od svojega mnenja</w:t>
            </w:r>
          </w:p>
          <w:p w14:paraId="3AAA0A8B" w14:textId="77777777" w:rsidR="00187E2C" w:rsidRDefault="00000000">
            <w:pPr>
              <w:pStyle w:val="Oznaenseznam"/>
              <w:spacing w:after="16"/>
            </w:pPr>
            <w:r>
              <w:rPr>
                <w:color w:val="000000"/>
                <w:sz w:val="15"/>
              </w:rPr>
              <w:t>samostojno oziroma z dogovorjeno oporo ustno poroča o ugotovitvi</w:t>
            </w:r>
          </w:p>
          <w:p w14:paraId="286341A5" w14:textId="77777777" w:rsidR="00187E2C" w:rsidRDefault="00000000">
            <w:pPr>
              <w:pStyle w:val="Oznaenseznam"/>
              <w:spacing w:after="16"/>
            </w:pPr>
            <w:r>
              <w:rPr>
                <w:color w:val="000000"/>
                <w:sz w:val="15"/>
              </w:rPr>
              <w:t>samostojno oziroma z dogovorjeno oporo prepozna, oblikuje in zapiše veliko tiskano črko Z</w:t>
            </w:r>
          </w:p>
        </w:tc>
        <w:tc>
          <w:tcPr>
            <w:tcW w:w="7087" w:type="dxa"/>
            <w:tcMar>
              <w:top w:w="70" w:type="dxa"/>
              <w:left w:w="90" w:type="dxa"/>
              <w:bottom w:w="70" w:type="dxa"/>
              <w:right w:w="90" w:type="dxa"/>
            </w:tcMar>
          </w:tcPr>
          <w:p w14:paraId="02DA27A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8D20B3F" w14:textId="77777777">
              <w:trPr>
                <w:jc w:val="center"/>
              </w:trPr>
              <w:tc>
                <w:tcPr>
                  <w:tcW w:w="7087" w:type="dxa"/>
                  <w:shd w:val="clear" w:color="auto" w:fill="C6E7F3"/>
                  <w:tcMar>
                    <w:top w:w="45" w:type="dxa"/>
                    <w:left w:w="70" w:type="dxa"/>
                    <w:bottom w:w="45" w:type="dxa"/>
                    <w:right w:w="70" w:type="dxa"/>
                  </w:tcMar>
                </w:tcPr>
                <w:p w14:paraId="062F8A1C" w14:textId="77777777" w:rsidR="00187E2C" w:rsidRDefault="00000000">
                  <w:pPr>
                    <w:keepNext/>
                  </w:pPr>
                  <w:r>
                    <w:rPr>
                      <w:b/>
                      <w:color w:val="000000"/>
                    </w:rPr>
                    <w:t>UVODNI DEL – motivacija, aktivacija predznanja in namen učenja (15–20 min)</w:t>
                  </w:r>
                </w:p>
              </w:tc>
            </w:tr>
          </w:tbl>
          <w:p w14:paraId="5D064DC3" w14:textId="77777777" w:rsidR="00187E2C" w:rsidRDefault="00187E2C">
            <w:pPr>
              <w:spacing w:line="20" w:lineRule="exact"/>
            </w:pPr>
          </w:p>
          <w:p w14:paraId="55E2133F" w14:textId="77777777" w:rsidR="00187E2C" w:rsidRDefault="00000000">
            <w:pPr>
              <w:spacing w:before="40" w:after="60" w:line="245" w:lineRule="auto"/>
            </w:pPr>
            <w:r>
              <w:rPr>
                <w:color w:val="000000"/>
                <w:sz w:val="16"/>
              </w:rPr>
              <w:t>Učenci ob naslovnici, odlomku ali ilustraciji dela »Živalske novice« – Primož Suhodolčan doživljajsko vstopijo v motiv živali, življenjska okolja in igrivo informacijsko besedilo. S kretnjo, predmetom, sliko, glasom ali kratko povedjo pokažejo predznanje in napoved. Izhodiščni odziv povežejo z dejavnostjo ČRKA Z • BRALNI LIST 29 – Berem črko Z in zloge ter besede.</w:t>
            </w:r>
          </w:p>
          <w:tbl>
            <w:tblPr>
              <w:tblStyle w:val="Tabelamrea"/>
              <w:tblW w:w="0" w:type="auto"/>
              <w:jc w:val="center"/>
              <w:tblLayout w:type="fixed"/>
              <w:tblLook w:val="04A0" w:firstRow="1" w:lastRow="0" w:firstColumn="1" w:lastColumn="0" w:noHBand="0" w:noVBand="1"/>
            </w:tblPr>
            <w:tblGrid>
              <w:gridCol w:w="7087"/>
            </w:tblGrid>
            <w:tr w:rsidR="00187E2C" w14:paraId="4588F573" w14:textId="77777777">
              <w:trPr>
                <w:jc w:val="center"/>
              </w:trPr>
              <w:tc>
                <w:tcPr>
                  <w:tcW w:w="7087" w:type="dxa"/>
                  <w:shd w:val="clear" w:color="auto" w:fill="EDC9EA"/>
                  <w:tcMar>
                    <w:top w:w="45" w:type="dxa"/>
                    <w:left w:w="70" w:type="dxa"/>
                    <w:bottom w:w="45" w:type="dxa"/>
                    <w:right w:w="70" w:type="dxa"/>
                  </w:tcMar>
                </w:tcPr>
                <w:p w14:paraId="5D0936D2" w14:textId="77777777" w:rsidR="00187E2C" w:rsidRDefault="00000000">
                  <w:pPr>
                    <w:keepNext/>
                  </w:pPr>
                  <w:r>
                    <w:rPr>
                      <w:b/>
                      <w:color w:val="000000"/>
                    </w:rPr>
                    <w:t>NAMENI UČENJA</w:t>
                  </w:r>
                </w:p>
              </w:tc>
            </w:tr>
          </w:tbl>
          <w:p w14:paraId="323D0A7B" w14:textId="77777777" w:rsidR="00187E2C" w:rsidRDefault="00187E2C">
            <w:pPr>
              <w:spacing w:line="20" w:lineRule="exact"/>
            </w:pPr>
          </w:p>
          <w:p w14:paraId="6AC7D205"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0ED0F2A5" w14:textId="77777777" w:rsidR="00187E2C" w:rsidRDefault="00000000">
            <w:pPr>
              <w:pStyle w:val="Oznaenseznam"/>
              <w:spacing w:after="16"/>
            </w:pPr>
            <w:r>
              <w:rPr>
                <w:color w:val="000000"/>
                <w:sz w:val="16"/>
              </w:rPr>
              <w:t>razumem kratko informacijsko besedilo ob sliki</w:t>
            </w:r>
          </w:p>
          <w:p w14:paraId="00F95BEB" w14:textId="77777777" w:rsidR="00187E2C" w:rsidRDefault="00000000">
            <w:pPr>
              <w:pStyle w:val="Oznaenseznam"/>
              <w:spacing w:after="16"/>
            </w:pPr>
            <w:r>
              <w:rPr>
                <w:color w:val="000000"/>
                <w:sz w:val="16"/>
              </w:rPr>
              <w:t>poiščem očiten podatek in ga loči od svojega mnenja</w:t>
            </w:r>
          </w:p>
          <w:p w14:paraId="7947EDC8" w14:textId="77777777" w:rsidR="00187E2C" w:rsidRDefault="00000000">
            <w:pPr>
              <w:pStyle w:val="Oznaenseznam"/>
              <w:spacing w:after="16"/>
            </w:pPr>
            <w:r>
              <w:rPr>
                <w:color w:val="000000"/>
                <w:sz w:val="16"/>
              </w:rPr>
              <w:t>ustno poročam o ugotovitvi</w:t>
            </w:r>
          </w:p>
          <w:p w14:paraId="577A0053" w14:textId="77777777" w:rsidR="00187E2C" w:rsidRDefault="00000000">
            <w:pPr>
              <w:pStyle w:val="Oznaenseznam"/>
              <w:spacing w:after="16"/>
            </w:pPr>
            <w:r>
              <w:rPr>
                <w:color w:val="000000"/>
                <w:sz w:val="16"/>
              </w:rPr>
              <w:t>prepoznam, oblikujem in zapišem veliko tiskano črko Z</w:t>
            </w:r>
          </w:p>
          <w:tbl>
            <w:tblPr>
              <w:tblStyle w:val="Tabelamrea"/>
              <w:tblW w:w="0" w:type="auto"/>
              <w:jc w:val="center"/>
              <w:tblLayout w:type="fixed"/>
              <w:tblLook w:val="04A0" w:firstRow="1" w:lastRow="0" w:firstColumn="1" w:lastColumn="0" w:noHBand="0" w:noVBand="1"/>
            </w:tblPr>
            <w:tblGrid>
              <w:gridCol w:w="7087"/>
            </w:tblGrid>
            <w:tr w:rsidR="00187E2C" w14:paraId="7860C025" w14:textId="77777777">
              <w:trPr>
                <w:jc w:val="center"/>
              </w:trPr>
              <w:tc>
                <w:tcPr>
                  <w:tcW w:w="7087" w:type="dxa"/>
                  <w:shd w:val="clear" w:color="auto" w:fill="EDC9EA"/>
                  <w:tcMar>
                    <w:top w:w="45" w:type="dxa"/>
                    <w:left w:w="70" w:type="dxa"/>
                    <w:bottom w:w="45" w:type="dxa"/>
                    <w:right w:w="70" w:type="dxa"/>
                  </w:tcMar>
                </w:tcPr>
                <w:p w14:paraId="7E6B6077" w14:textId="77777777" w:rsidR="00187E2C" w:rsidRDefault="00000000">
                  <w:pPr>
                    <w:keepNext/>
                  </w:pPr>
                  <w:r>
                    <w:rPr>
                      <w:b/>
                      <w:color w:val="000000"/>
                    </w:rPr>
                    <w:t>PREVERJANJE PREDZNANJA</w:t>
                  </w:r>
                </w:p>
              </w:tc>
            </w:tr>
          </w:tbl>
          <w:p w14:paraId="32B842A7" w14:textId="77777777" w:rsidR="00187E2C" w:rsidRDefault="00187E2C">
            <w:pPr>
              <w:spacing w:line="20" w:lineRule="exact"/>
            </w:pPr>
          </w:p>
          <w:p w14:paraId="61E1DA35" w14:textId="77777777" w:rsidR="00187E2C" w:rsidRDefault="00000000">
            <w:pPr>
              <w:pStyle w:val="Oznaenseznam"/>
              <w:spacing w:after="16"/>
            </w:pPr>
            <w:r>
              <w:rPr>
                <w:color w:val="000000"/>
                <w:sz w:val="16"/>
              </w:rPr>
              <w:t>Kaj mi naslovnica, ilustracija ali naslov pove o motivu živali, življenjska okolja in igrivo informacijsko besedilo?</w:t>
            </w:r>
          </w:p>
          <w:p w14:paraId="307CFF6B" w14:textId="77777777" w:rsidR="00187E2C" w:rsidRDefault="00000000">
            <w:pPr>
              <w:pStyle w:val="Oznaenseznam"/>
              <w:spacing w:after="16"/>
            </w:pPr>
            <w:r>
              <w:rPr>
                <w:color w:val="000000"/>
                <w:sz w:val="16"/>
              </w:rPr>
              <w:t>Kje v besedah slišim glas /z/ in po katerih potezah prepoznam črko Z?</w:t>
            </w:r>
          </w:p>
          <w:p w14:paraId="465F6F62"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F5EA35C" w14:textId="77777777">
              <w:trPr>
                <w:jc w:val="center"/>
              </w:trPr>
              <w:tc>
                <w:tcPr>
                  <w:tcW w:w="7087" w:type="dxa"/>
                  <w:shd w:val="clear" w:color="auto" w:fill="EDC9EA"/>
                  <w:tcMar>
                    <w:top w:w="45" w:type="dxa"/>
                    <w:left w:w="70" w:type="dxa"/>
                    <w:bottom w:w="45" w:type="dxa"/>
                    <w:right w:w="70" w:type="dxa"/>
                  </w:tcMar>
                </w:tcPr>
                <w:p w14:paraId="5640CF54" w14:textId="77777777" w:rsidR="00187E2C" w:rsidRDefault="00000000">
                  <w:pPr>
                    <w:keepNext/>
                  </w:pPr>
                  <w:r>
                    <w:rPr>
                      <w:b/>
                      <w:color w:val="000000"/>
                    </w:rPr>
                    <w:t>KRITERIJI USPEŠNOSTI</w:t>
                  </w:r>
                </w:p>
              </w:tc>
            </w:tr>
          </w:tbl>
          <w:p w14:paraId="3CADABBB" w14:textId="77777777" w:rsidR="00187E2C" w:rsidRDefault="00187E2C"/>
          <w:p w14:paraId="6DA1FE52" w14:textId="77777777" w:rsidR="00187E2C" w:rsidRDefault="00000000">
            <w:pPr>
              <w:spacing w:before="20" w:after="20" w:line="245" w:lineRule="auto"/>
            </w:pPr>
            <w:r>
              <w:rPr>
                <w:b/>
                <w:color w:val="000000"/>
                <w:sz w:val="16"/>
              </w:rPr>
              <w:t>Uspešen/-na bom, ko:</w:t>
            </w:r>
          </w:p>
          <w:p w14:paraId="7AA68460" w14:textId="77777777" w:rsidR="00187E2C" w:rsidRDefault="00000000">
            <w:pPr>
              <w:pStyle w:val="Oznaenseznam"/>
              <w:spacing w:after="16"/>
            </w:pPr>
            <w:r>
              <w:rPr>
                <w:color w:val="000000"/>
                <w:sz w:val="16"/>
              </w:rPr>
              <w:t>razumem kratko informacijsko besedilo ob sliki</w:t>
            </w:r>
          </w:p>
          <w:p w14:paraId="613148FD" w14:textId="77777777" w:rsidR="00187E2C" w:rsidRDefault="00000000">
            <w:pPr>
              <w:pStyle w:val="Oznaenseznam"/>
              <w:spacing w:after="16"/>
            </w:pPr>
            <w:r>
              <w:rPr>
                <w:color w:val="000000"/>
                <w:sz w:val="16"/>
              </w:rPr>
              <w:t>poiščem očiten podatek in ga loči od svojega mnenja</w:t>
            </w:r>
          </w:p>
          <w:p w14:paraId="3ACA0454" w14:textId="77777777" w:rsidR="00187E2C" w:rsidRDefault="00000000">
            <w:pPr>
              <w:pStyle w:val="Oznaenseznam"/>
              <w:spacing w:after="16"/>
            </w:pPr>
            <w:r>
              <w:rPr>
                <w:color w:val="000000"/>
                <w:sz w:val="16"/>
              </w:rPr>
              <w:t>ustno poročam o ugotovitvi</w:t>
            </w:r>
          </w:p>
          <w:p w14:paraId="7314CC00" w14:textId="77777777" w:rsidR="00187E2C" w:rsidRDefault="00000000">
            <w:pPr>
              <w:pStyle w:val="Oznaenseznam"/>
              <w:spacing w:after="16"/>
            </w:pPr>
            <w:r>
              <w:rPr>
                <w:color w:val="000000"/>
                <w:sz w:val="16"/>
              </w:rPr>
              <w:t>prepoznam, oblikujem in zapišem veliko tiskano črko Z</w:t>
            </w:r>
          </w:p>
          <w:p w14:paraId="7FE312C2"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455398EF" w14:textId="77777777" w:rsidR="00187E2C" w:rsidRDefault="00187E2C"/>
          <w:p w14:paraId="331ED76D"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413B38D4" w14:textId="77777777" w:rsidR="00187E2C" w:rsidRDefault="00000000">
            <w:pPr>
              <w:spacing w:after="80" w:line="245" w:lineRule="auto"/>
            </w:pPr>
            <w:r>
              <w:rPr>
                <w:color w:val="000000"/>
                <w:sz w:val="16"/>
              </w:rPr>
              <w:t>Pove, pokaže ali nariše, kaj že ve in katero strategijo bi uporabil.</w:t>
            </w:r>
          </w:p>
          <w:p w14:paraId="17FFFAC1" w14:textId="77777777" w:rsidR="00187E2C" w:rsidRDefault="00000000">
            <w:pPr>
              <w:spacing w:after="100" w:line="245" w:lineRule="auto"/>
            </w:pPr>
            <w:r>
              <w:rPr>
                <w:color w:val="000000"/>
                <w:sz w:val="16"/>
              </w:rPr>
              <w:t>Sodeluje pri razumevanju namenov in kriterijev uspešnosti.</w:t>
            </w:r>
          </w:p>
          <w:p w14:paraId="52437A81" w14:textId="77777777" w:rsidR="00187E2C" w:rsidRDefault="00000000">
            <w:pPr>
              <w:spacing w:after="20" w:line="245" w:lineRule="auto"/>
            </w:pPr>
            <w:r>
              <w:rPr>
                <w:b/>
                <w:color w:val="D95BC6"/>
                <w:sz w:val="17"/>
              </w:rPr>
              <w:t>DOKAZ O UČENJU</w:t>
            </w:r>
          </w:p>
          <w:p w14:paraId="01BF9024"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E2AB3A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D3D1EC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73BFFE4"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3D493F6" w14:textId="77777777" w:rsidR="00187E2C" w:rsidRDefault="00000000">
            <w:pPr>
              <w:jc w:val="center"/>
            </w:pPr>
            <w:r>
              <w:rPr>
                <w:b/>
                <w:color w:val="000000"/>
                <w:sz w:val="20"/>
              </w:rPr>
              <w:t>UČNE DEJAVNOSTI, METODE IN FORMATIVNO SPREMLJANJE</w:t>
            </w:r>
          </w:p>
        </w:tc>
      </w:tr>
      <w:tr w:rsidR="00187E2C" w14:paraId="548805EB" w14:textId="77777777">
        <w:trPr>
          <w:tblHeader/>
          <w:jc w:val="center"/>
        </w:trPr>
        <w:tc>
          <w:tcPr>
            <w:tcW w:w="4422" w:type="dxa"/>
            <w:vMerge/>
            <w:tcMar>
              <w:top w:w="70" w:type="dxa"/>
              <w:left w:w="90" w:type="dxa"/>
              <w:bottom w:w="70" w:type="dxa"/>
              <w:right w:w="90" w:type="dxa"/>
            </w:tcMar>
            <w:vAlign w:val="center"/>
          </w:tcPr>
          <w:p w14:paraId="3CD3A7E4" w14:textId="77777777" w:rsidR="00187E2C" w:rsidRDefault="00187E2C"/>
        </w:tc>
        <w:tc>
          <w:tcPr>
            <w:tcW w:w="7087" w:type="dxa"/>
            <w:shd w:val="clear" w:color="auto" w:fill="FFFFFF"/>
            <w:tcMar>
              <w:top w:w="70" w:type="dxa"/>
              <w:left w:w="90" w:type="dxa"/>
              <w:bottom w:w="70" w:type="dxa"/>
              <w:right w:w="90" w:type="dxa"/>
            </w:tcMar>
            <w:vAlign w:val="center"/>
          </w:tcPr>
          <w:p w14:paraId="1EDCB49D"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09BC43" w14:textId="77777777" w:rsidR="00187E2C" w:rsidRDefault="00000000">
            <w:pPr>
              <w:jc w:val="center"/>
            </w:pPr>
            <w:r>
              <w:rPr>
                <w:b/>
                <w:color w:val="000000"/>
              </w:rPr>
              <w:t>UČENEC</w:t>
            </w:r>
          </w:p>
        </w:tc>
      </w:tr>
      <w:tr w:rsidR="00187E2C" w14:paraId="24AB4241" w14:textId="77777777">
        <w:trPr>
          <w:jc w:val="center"/>
        </w:trPr>
        <w:tc>
          <w:tcPr>
            <w:tcW w:w="4422" w:type="dxa"/>
            <w:tcMar>
              <w:top w:w="70" w:type="dxa"/>
              <w:left w:w="90" w:type="dxa"/>
              <w:bottom w:w="70" w:type="dxa"/>
              <w:right w:w="90" w:type="dxa"/>
            </w:tcMar>
          </w:tcPr>
          <w:p w14:paraId="0157EF54" w14:textId="77777777" w:rsidR="00187E2C" w:rsidRDefault="00187E2C"/>
          <w:p w14:paraId="25850CA9" w14:textId="77777777" w:rsidR="00187E2C" w:rsidRDefault="00000000">
            <w:pPr>
              <w:spacing w:after="40" w:line="245" w:lineRule="auto"/>
            </w:pPr>
            <w:r>
              <w:rPr>
                <w:b/>
                <w:color w:val="000000"/>
              </w:rPr>
              <w:t>KLJUČNI POJMI</w:t>
            </w:r>
          </w:p>
          <w:p w14:paraId="7C436A23" w14:textId="77777777" w:rsidR="00187E2C" w:rsidRDefault="00000000">
            <w:pPr>
              <w:spacing w:after="60" w:line="245" w:lineRule="auto"/>
            </w:pPr>
            <w:r>
              <w:rPr>
                <w:color w:val="000000"/>
                <w:sz w:val="15"/>
              </w:rPr>
              <w:t>glas /z/, črka Z, zlog, beseda, poved, smer poteze, bralna strategija, naslov, avtor, ilustrator, književna oseba</w:t>
            </w:r>
          </w:p>
          <w:p w14:paraId="414BB5A4" w14:textId="77777777" w:rsidR="00187E2C" w:rsidRDefault="00000000">
            <w:pPr>
              <w:spacing w:after="20" w:line="245" w:lineRule="auto"/>
            </w:pPr>
            <w:r>
              <w:rPr>
                <w:b/>
                <w:color w:val="000000"/>
                <w:sz w:val="17"/>
              </w:rPr>
              <w:t>DOKAZI O UČENJU</w:t>
            </w:r>
          </w:p>
          <w:p w14:paraId="10842C9F" w14:textId="77777777" w:rsidR="00187E2C" w:rsidRDefault="00000000">
            <w:pPr>
              <w:pStyle w:val="Oznaenseznam"/>
              <w:spacing w:after="9"/>
            </w:pPr>
            <w:r>
              <w:rPr>
                <w:color w:val="000000"/>
                <w:sz w:val="15"/>
              </w:rPr>
              <w:t>odziv med poslušanjem, izbrana slika in ena poved o doživetju.</w:t>
            </w:r>
          </w:p>
          <w:p w14:paraId="39B093A6" w14:textId="77777777" w:rsidR="00187E2C" w:rsidRDefault="00000000">
            <w:pPr>
              <w:pStyle w:val="Oznaenseznam"/>
              <w:spacing w:after="9"/>
            </w:pPr>
            <w:r>
              <w:rPr>
                <w:color w:val="000000"/>
                <w:sz w:val="15"/>
              </w:rPr>
              <w:t>zvočni posnetek ali anekdotski zapis kratke izmenjave.</w:t>
            </w:r>
          </w:p>
          <w:p w14:paraId="461D1082" w14:textId="77777777" w:rsidR="00187E2C" w:rsidRDefault="00000000">
            <w:pPr>
              <w:pStyle w:val="Oznaenseznam"/>
              <w:spacing w:after="9"/>
            </w:pPr>
            <w:r>
              <w:rPr>
                <w:color w:val="000000"/>
                <w:sz w:val="15"/>
              </w:rPr>
              <w:t>štiri pravilne glasovne odločitve, izbor črke Z in kratka učenčeva razlaga.</w:t>
            </w:r>
          </w:p>
          <w:p w14:paraId="640F36D2" w14:textId="77777777" w:rsidR="00187E2C" w:rsidRDefault="00000000">
            <w:pPr>
              <w:pStyle w:val="Oznaenseznam"/>
              <w:spacing w:after="9"/>
            </w:pPr>
            <w:r>
              <w:rPr>
                <w:color w:val="000000"/>
                <w:sz w:val="15"/>
              </w:rPr>
              <w:t>fotografija konstrukcije črke Z, opazovalni zapis smeri potez in datirana vrstica treh zapisov.</w:t>
            </w:r>
          </w:p>
          <w:p w14:paraId="36B71033" w14:textId="77777777" w:rsidR="00187E2C" w:rsidRDefault="00000000">
            <w:pPr>
              <w:pStyle w:val="Oznaenseznam"/>
              <w:spacing w:after="9"/>
            </w:pPr>
            <w:r>
              <w:rPr>
                <w:color w:val="000000"/>
                <w:sz w:val="15"/>
              </w:rPr>
              <w:t>izpolnjen Bralni list 29, individualni bralni zapis, sestavljen ali zapisan primer s črko Z in samovrednotenje.</w:t>
            </w:r>
          </w:p>
          <w:p w14:paraId="27F53C4F" w14:textId="77777777" w:rsidR="00187E2C" w:rsidRDefault="00000000">
            <w:pPr>
              <w:pStyle w:val="Oznaenseznam"/>
              <w:spacing w:after="9"/>
            </w:pPr>
            <w:r>
              <w:rPr>
                <w:color w:val="000000"/>
                <w:sz w:val="15"/>
              </w:rPr>
              <w:t>OCENJEVANJE: sprejemanje neumetnostnega besedila ter govorni ali pisni odziv glede na učenčev razvoj.</w:t>
            </w:r>
          </w:p>
          <w:p w14:paraId="06177CFE" w14:textId="77777777" w:rsidR="00187E2C" w:rsidRDefault="00000000">
            <w:pPr>
              <w:spacing w:before="40" w:after="20" w:line="245" w:lineRule="auto"/>
            </w:pPr>
            <w:r>
              <w:rPr>
                <w:b/>
                <w:color w:val="000000"/>
                <w:sz w:val="17"/>
              </w:rPr>
              <w:t>KNJIŽEVNO DOŽIVETJE IN IZKUŠENJSKI POUK</w:t>
            </w:r>
          </w:p>
          <w:p w14:paraId="4E22CB07"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27D3B292" w14:textId="77777777" w:rsidR="00187E2C" w:rsidRDefault="00000000">
            <w:pPr>
              <w:spacing w:after="20" w:line="245" w:lineRule="auto"/>
            </w:pPr>
            <w:r>
              <w:rPr>
                <w:b/>
                <w:color w:val="000000"/>
                <w:sz w:val="17"/>
              </w:rPr>
              <w:t>POUČEVANJE V GIBANJU</w:t>
            </w:r>
          </w:p>
          <w:p w14:paraId="7F765B82"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7AA18D93" w14:textId="77777777" w:rsidR="00187E2C" w:rsidRDefault="00000000">
            <w:pPr>
              <w:spacing w:after="20" w:line="245" w:lineRule="auto"/>
            </w:pPr>
            <w:r>
              <w:rPr>
                <w:b/>
                <w:color w:val="000000"/>
                <w:sz w:val="17"/>
              </w:rPr>
              <w:t>DELO PO POSTAJAH</w:t>
            </w:r>
          </w:p>
          <w:p w14:paraId="22C12A47" w14:textId="77777777" w:rsidR="00187E2C" w:rsidRDefault="00000000">
            <w:pPr>
              <w:spacing w:after="60" w:line="245" w:lineRule="auto"/>
            </w:pPr>
            <w:r>
              <w:rPr>
                <w:color w:val="000000"/>
                <w:sz w:val="15"/>
              </w:rPr>
              <w:t>1. doživljajsko-književna – poslušanje, pogovor, igra vlog in predmetno/slikovno izhodišče; 2. glasovno-gibalna – slišim glas /z/, razvrščam besede in sestavljam žive zloge; 3. bralna – ČRKA Z • BRALNI LIST 29, modelirano, vodeno ali ponovljeno branje; 4. tipno-grafomotorična – črko Z oblikujem, hodim po njeni poti in jo zapišem ter izbor dokaza, povratna informacija in naslednji korak.</w:t>
            </w:r>
          </w:p>
          <w:p w14:paraId="677FB298" w14:textId="77777777" w:rsidR="00187E2C" w:rsidRDefault="00000000">
            <w:pPr>
              <w:spacing w:after="20" w:line="245" w:lineRule="auto"/>
            </w:pPr>
            <w:r>
              <w:rPr>
                <w:b/>
                <w:color w:val="000000"/>
                <w:sz w:val="17"/>
              </w:rPr>
              <w:t>DIFERENCIACIJA IN VKLJUČEVANJE</w:t>
            </w:r>
          </w:p>
          <w:p w14:paraId="28F35207"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199EA419" w14:textId="77777777" w:rsidR="00187E2C" w:rsidRDefault="00000000">
            <w:pPr>
              <w:spacing w:after="20" w:line="245" w:lineRule="auto"/>
            </w:pPr>
            <w:r>
              <w:rPr>
                <w:b/>
                <w:color w:val="000000"/>
                <w:sz w:val="17"/>
              </w:rPr>
              <w:t>SPREMLJANJE</w:t>
            </w:r>
          </w:p>
          <w:p w14:paraId="760A067B"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79A78DBF"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212A424" w14:textId="77777777">
              <w:trPr>
                <w:jc w:val="center"/>
              </w:trPr>
              <w:tc>
                <w:tcPr>
                  <w:tcW w:w="7087" w:type="dxa"/>
                  <w:shd w:val="clear" w:color="auto" w:fill="C6E7F3"/>
                  <w:tcMar>
                    <w:top w:w="45" w:type="dxa"/>
                    <w:left w:w="70" w:type="dxa"/>
                    <w:bottom w:w="45" w:type="dxa"/>
                    <w:right w:w="70" w:type="dxa"/>
                  </w:tcMar>
                </w:tcPr>
                <w:p w14:paraId="2BF5DC56" w14:textId="77777777" w:rsidR="00187E2C" w:rsidRDefault="00000000">
                  <w:pPr>
                    <w:keepNext/>
                  </w:pPr>
                  <w:r>
                    <w:rPr>
                      <w:b/>
                      <w:color w:val="000000"/>
                      <w:sz w:val="17"/>
                    </w:rPr>
                    <w:t>GLAVNI DEL – DOŽIVLJAJSKO, JEZIKOVNO IN OPISMENJEVALNO UČENJE (6 šolskih ur)</w:t>
                  </w:r>
                </w:p>
              </w:tc>
            </w:tr>
          </w:tbl>
          <w:p w14:paraId="702FA4D5" w14:textId="77777777" w:rsidR="00187E2C" w:rsidRDefault="00187E2C">
            <w:pPr>
              <w:spacing w:line="20" w:lineRule="exact"/>
            </w:pPr>
          </w:p>
          <w:p w14:paraId="6ED38293" w14:textId="77777777" w:rsidR="00187E2C" w:rsidRDefault="00000000">
            <w:pPr>
              <w:keepNext/>
              <w:spacing w:before="22" w:after="6" w:line="245" w:lineRule="auto"/>
            </w:pPr>
            <w:r>
              <w:rPr>
                <w:b/>
                <w:color w:val="000000"/>
                <w:sz w:val="15"/>
              </w:rPr>
              <w:t>1. URA – Informacijsko besedilo – Poslušam in doživljam</w:t>
            </w:r>
          </w:p>
          <w:p w14:paraId="434543B4"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»informacijsko besedilo • velika tiskana črka z • bralni list 29«.</w:t>
            </w:r>
          </w:p>
          <w:p w14:paraId="5343256F"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»razume kratko besedilo ob sliki«.</w:t>
            </w:r>
          </w:p>
          <w:p w14:paraId="51FFF362" w14:textId="77777777" w:rsidR="00187E2C" w:rsidRDefault="00000000">
            <w:pPr>
              <w:spacing w:after="15" w:line="245" w:lineRule="auto"/>
            </w:pPr>
            <w:r>
              <w:rPr>
                <w:i/>
                <w:color w:val="D95BC6"/>
                <w:sz w:val="14"/>
              </w:rPr>
              <w:t>Predvideni dokaz: odziv med poslušanjem, izbrana slika in ena poved o doživetju..</w:t>
            </w:r>
          </w:p>
          <w:p w14:paraId="6328CB32" w14:textId="77777777" w:rsidR="00187E2C" w:rsidRDefault="00000000">
            <w:pPr>
              <w:keepNext/>
              <w:spacing w:before="22" w:after="6" w:line="245" w:lineRule="auto"/>
            </w:pPr>
            <w:r>
              <w:rPr>
                <w:b/>
                <w:color w:val="000000"/>
                <w:sz w:val="15"/>
              </w:rPr>
              <w:t>2. URA – Informacijsko besedilo – Govorim in pojasnjujem</w:t>
            </w:r>
          </w:p>
          <w:p w14:paraId="2F0819C7"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64D1AE40"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»poišče očiten podatek«.</w:t>
            </w:r>
          </w:p>
          <w:p w14:paraId="5B16A79D" w14:textId="77777777" w:rsidR="00187E2C" w:rsidRDefault="00000000">
            <w:pPr>
              <w:spacing w:after="15" w:line="245" w:lineRule="auto"/>
            </w:pPr>
            <w:r>
              <w:rPr>
                <w:i/>
                <w:color w:val="D95BC6"/>
                <w:sz w:val="14"/>
              </w:rPr>
              <w:t>Predvideni dokaz: zvočni posnetek ali anekdotski zapis kratke izmenjave..</w:t>
            </w:r>
          </w:p>
          <w:p w14:paraId="0F290E20" w14:textId="77777777" w:rsidR="00187E2C" w:rsidRDefault="00000000">
            <w:pPr>
              <w:keepNext/>
              <w:spacing w:before="22" w:after="6" w:line="245" w:lineRule="auto"/>
            </w:pPr>
            <w:r>
              <w:rPr>
                <w:b/>
                <w:color w:val="000000"/>
                <w:sz w:val="15"/>
              </w:rPr>
              <w:t>3. URA – SLIŠIM GLAS /z/ IN ODKRIVAM ČRKO Z</w:t>
            </w:r>
          </w:p>
          <w:p w14:paraId="350F9E2B"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(zima, miza, voz, koza); učenci se premikajo v kote začetek–sredina–konec, nato med črkami poiščejo Z in jo oblikujejo s telesom.</w:t>
            </w:r>
          </w:p>
          <w:p w14:paraId="3333A878"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Z ter jo predstavi s telesom ali vrvjo.</w:t>
            </w:r>
          </w:p>
          <w:p w14:paraId="5FD2DD0E" w14:textId="77777777" w:rsidR="00187E2C" w:rsidRDefault="00000000">
            <w:pPr>
              <w:spacing w:after="15" w:line="245" w:lineRule="auto"/>
            </w:pPr>
            <w:r>
              <w:rPr>
                <w:i/>
                <w:color w:val="D95BC6"/>
                <w:sz w:val="14"/>
              </w:rPr>
              <w:t>Predvideni dokaz: štiri pravilne glasovne odločitve, izbor črke Z in kratka učenčeva razlaga..</w:t>
            </w:r>
          </w:p>
          <w:p w14:paraId="37775DA5" w14:textId="77777777" w:rsidR="00187E2C" w:rsidRDefault="00000000">
            <w:pPr>
              <w:keepNext/>
              <w:spacing w:before="22" w:after="6" w:line="245" w:lineRule="auto"/>
            </w:pPr>
            <w:r>
              <w:rPr>
                <w:b/>
                <w:color w:val="000000"/>
                <w:sz w:val="15"/>
              </w:rPr>
              <w:t>4. URA – Oblikujem in pišem črko Z</w:t>
            </w:r>
          </w:p>
          <w:p w14:paraId="79504A92"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1849B5C2" w14:textId="77777777" w:rsidR="00187E2C" w:rsidRDefault="00000000">
            <w:pPr>
              <w:spacing w:after="7" w:line="245" w:lineRule="auto"/>
            </w:pPr>
            <w:r>
              <w:rPr>
                <w:b/>
                <w:color w:val="000000"/>
                <w:sz w:val="14"/>
              </w:rPr>
              <w:t xml:space="preserve">Dejavnost učencev: </w:t>
            </w:r>
            <w:r>
              <w:rPr>
                <w:color w:val="000000"/>
                <w:sz w:val="14"/>
              </w:rPr>
              <w:t>Črko Z gradi in zapisuje na različnih podlagah, nato preide na manjši format; po povratni informaciji ponovi isti zapis.</w:t>
            </w:r>
          </w:p>
          <w:p w14:paraId="5ECE8A8C" w14:textId="77777777" w:rsidR="00187E2C" w:rsidRDefault="00000000">
            <w:pPr>
              <w:spacing w:after="15" w:line="245" w:lineRule="auto"/>
            </w:pPr>
            <w:r>
              <w:rPr>
                <w:i/>
                <w:color w:val="D95BC6"/>
                <w:sz w:val="14"/>
              </w:rPr>
              <w:t>Predvideni dokaz: fotografija konstrukcije črke Z, opazovalni zapis smeri potez in datirana vrstica treh zapisov..</w:t>
            </w:r>
          </w:p>
          <w:p w14:paraId="34A60A1B" w14:textId="77777777" w:rsidR="00187E2C" w:rsidRDefault="00000000">
            <w:pPr>
              <w:keepNext/>
              <w:spacing w:before="22" w:after="6" w:line="245" w:lineRule="auto"/>
            </w:pPr>
            <w:r>
              <w:rPr>
                <w:b/>
                <w:color w:val="000000"/>
                <w:sz w:val="15"/>
              </w:rPr>
              <w:t>5. URA – Berem in uporabim črko Z</w:t>
            </w:r>
          </w:p>
          <w:p w14:paraId="60DE8134"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Z in Bralni list 29; gradivo omeji na znane črke A, E, I, O, U, N, M, T, J, V, R, S, L, K, P, D, B, G, Č, Š, Ž, C, Z.</w:t>
            </w:r>
          </w:p>
          <w:p w14:paraId="530F8819" w14:textId="77777777" w:rsidR="00187E2C" w:rsidRDefault="00000000">
            <w:pPr>
              <w:spacing w:after="7" w:line="245" w:lineRule="auto"/>
            </w:pPr>
            <w:r>
              <w:rPr>
                <w:b/>
                <w:color w:val="000000"/>
                <w:sz w:val="14"/>
              </w:rPr>
              <w:t xml:space="preserve">Dejavnost učencev: </w:t>
            </w:r>
            <w:r>
              <w:rPr>
                <w:color w:val="000000"/>
                <w:sz w:val="14"/>
              </w:rPr>
              <w:t>Sestavlja, premešča in bere ZA • ZI • ZO • ZE ter ZIMA • MIZA • KOZA • ZOB; izbere zahtevnost in rešuje Bralni list 29.</w:t>
            </w:r>
          </w:p>
          <w:p w14:paraId="15E5099E" w14:textId="77777777" w:rsidR="00187E2C" w:rsidRDefault="00000000">
            <w:pPr>
              <w:spacing w:after="15" w:line="245" w:lineRule="auto"/>
            </w:pPr>
            <w:r>
              <w:rPr>
                <w:i/>
                <w:color w:val="D95BC6"/>
                <w:sz w:val="14"/>
              </w:rPr>
              <w:t>Predvideni dokaz: izpolnjen Bralni list 29, individualni bralni zapis, sestavljen ali zapisan primer s črko Z in samovrednotenje..</w:t>
            </w:r>
          </w:p>
          <w:p w14:paraId="0EAEA068" w14:textId="77777777" w:rsidR="00187E2C" w:rsidRDefault="00000000">
            <w:pPr>
              <w:keepNext/>
              <w:spacing w:before="22" w:after="6" w:line="245" w:lineRule="auto"/>
            </w:pPr>
            <w:r>
              <w:rPr>
                <w:b/>
                <w:color w:val="000000"/>
                <w:sz w:val="15"/>
              </w:rPr>
              <w:t>6. URA – Informacijsko besedilo – Ocenjevanje</w:t>
            </w:r>
          </w:p>
          <w:p w14:paraId="5C4C7D7C" w14:textId="77777777" w:rsidR="00187E2C" w:rsidRDefault="00000000">
            <w:pPr>
              <w:spacing w:after="7" w:line="245" w:lineRule="auto"/>
            </w:pPr>
            <w:r>
              <w:rPr>
                <w:b/>
                <w:color w:val="000000"/>
                <w:sz w:val="14"/>
              </w:rPr>
              <w:t xml:space="preserve">Dejavnost učiteljice: </w:t>
            </w:r>
            <w:r>
              <w:rPr>
                <w:color w:val="000000"/>
                <w:sz w:val="14"/>
              </w:rPr>
              <w:t>Izvede napovedano ocenjevalno situacijo: sprejemanje neumetnostnega besedila ter govorni ali pisni odziv glede na učenčev razvoj. Uporabi javne kriterije.</w:t>
            </w:r>
          </w:p>
          <w:p w14:paraId="7D76F7BA" w14:textId="77777777" w:rsidR="00187E2C" w:rsidRDefault="00000000">
            <w:pPr>
              <w:spacing w:after="7" w:line="245" w:lineRule="auto"/>
            </w:pPr>
            <w:r>
              <w:rPr>
                <w:b/>
                <w:color w:val="000000"/>
                <w:sz w:val="14"/>
              </w:rPr>
              <w:t xml:space="preserve">Dejavnost učencev: </w:t>
            </w:r>
            <w:r>
              <w:rPr>
                <w:color w:val="000000"/>
                <w:sz w:val="14"/>
              </w:rPr>
              <w:t>Samostojno oziroma ob vnaprej dovoljeni opori izvede dogovorjeno nalogo, pokaže svoj postopek/izdelek in odgovori na kratko pojasnjevalno vprašanje.</w:t>
            </w:r>
          </w:p>
          <w:p w14:paraId="580A9A2C" w14:textId="77777777" w:rsidR="00187E2C" w:rsidRDefault="00000000">
            <w:pPr>
              <w:spacing w:after="15" w:line="245" w:lineRule="auto"/>
            </w:pPr>
            <w:r>
              <w:rPr>
                <w:i/>
                <w:color w:val="D95BC6"/>
                <w:sz w:val="14"/>
              </w:rPr>
              <w:t>Predvideni dokaz: OCENJEVANJE: sprejemanje neumetnostnega besedila ter govorni ali pisni odziv glede na učenčev razvoj..</w:t>
            </w:r>
          </w:p>
          <w:tbl>
            <w:tblPr>
              <w:tblStyle w:val="Tabelamrea"/>
              <w:tblW w:w="0" w:type="auto"/>
              <w:jc w:val="center"/>
              <w:tblLayout w:type="fixed"/>
              <w:tblLook w:val="04A0" w:firstRow="1" w:lastRow="0" w:firstColumn="1" w:lastColumn="0" w:noHBand="0" w:noVBand="1"/>
            </w:tblPr>
            <w:tblGrid>
              <w:gridCol w:w="7087"/>
            </w:tblGrid>
            <w:tr w:rsidR="00187E2C" w14:paraId="2FF5D115" w14:textId="77777777">
              <w:trPr>
                <w:jc w:val="center"/>
              </w:trPr>
              <w:tc>
                <w:tcPr>
                  <w:tcW w:w="7087" w:type="dxa"/>
                  <w:shd w:val="clear" w:color="auto" w:fill="EDC9EA"/>
                  <w:tcMar>
                    <w:top w:w="45" w:type="dxa"/>
                    <w:left w:w="70" w:type="dxa"/>
                    <w:bottom w:w="45" w:type="dxa"/>
                    <w:right w:w="70" w:type="dxa"/>
                  </w:tcMar>
                </w:tcPr>
                <w:p w14:paraId="29C970B6" w14:textId="77777777" w:rsidR="00187E2C" w:rsidRDefault="00000000">
                  <w:pPr>
                    <w:keepNext/>
                  </w:pPr>
                  <w:r>
                    <w:rPr>
                      <w:b/>
                      <w:color w:val="000000"/>
                      <w:sz w:val="17"/>
                    </w:rPr>
                    <w:t>POVRATNA INFORMACIJA UČITELJICE MED DELOM</w:t>
                  </w:r>
                </w:p>
              </w:tc>
            </w:tr>
          </w:tbl>
          <w:p w14:paraId="0462D9BD" w14:textId="77777777" w:rsidR="00187E2C" w:rsidRDefault="00187E2C"/>
          <w:p w14:paraId="5F47E998"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4D9666D" w14:textId="77777777" w:rsidR="00187E2C" w:rsidRDefault="00187E2C"/>
          <w:p w14:paraId="033B4742" w14:textId="77777777" w:rsidR="00187E2C" w:rsidRDefault="00000000">
            <w:pPr>
              <w:spacing w:after="4" w:line="245" w:lineRule="auto"/>
            </w:pPr>
            <w:r>
              <w:rPr>
                <w:b/>
                <w:color w:val="000000"/>
                <w:sz w:val="15"/>
              </w:rPr>
              <w:t>1. URA – Informacijsko besedilo – Poslušam in doživljam</w:t>
            </w:r>
          </w:p>
          <w:p w14:paraId="1429526C" w14:textId="77777777" w:rsidR="00187E2C" w:rsidRDefault="00000000">
            <w:pPr>
              <w:spacing w:after="7" w:line="245" w:lineRule="auto"/>
            </w:pPr>
            <w:r>
              <w:rPr>
                <w:color w:val="000000"/>
                <w:sz w:val="14"/>
              </w:rPr>
              <w:t>Napoveduje ob naslovu/sliki, med poslušanjem pokaže dogovorjen znak in po poslušanju izbere sliko občutja.</w:t>
            </w:r>
          </w:p>
          <w:p w14:paraId="104BA97E" w14:textId="77777777" w:rsidR="00187E2C" w:rsidRDefault="00000000">
            <w:pPr>
              <w:spacing w:after="15" w:line="245" w:lineRule="auto"/>
            </w:pPr>
            <w:r>
              <w:rPr>
                <w:color w:val="D95BC6"/>
                <w:sz w:val="13"/>
              </w:rPr>
              <w:t>Dokaz: odziv med poslušanjem, izbrana slika in ena poved o doživetju.</w:t>
            </w:r>
          </w:p>
          <w:p w14:paraId="41B2105A" w14:textId="77777777" w:rsidR="00187E2C" w:rsidRDefault="00000000">
            <w:pPr>
              <w:spacing w:after="4" w:line="245" w:lineRule="auto"/>
            </w:pPr>
            <w:r>
              <w:rPr>
                <w:b/>
                <w:color w:val="000000"/>
                <w:sz w:val="15"/>
              </w:rPr>
              <w:t>2. URA – Informacijsko besedilo – Govorim in pojasnjujem</w:t>
            </w:r>
          </w:p>
          <w:p w14:paraId="672A34C5" w14:textId="77777777" w:rsidR="00187E2C" w:rsidRDefault="00000000">
            <w:pPr>
              <w:spacing w:after="7" w:line="245" w:lineRule="auto"/>
            </w:pPr>
            <w:r>
              <w:rPr>
                <w:color w:val="000000"/>
                <w:sz w:val="14"/>
              </w:rPr>
              <w:t>V paru govori in posluša, zamenja vlogo, postavi vprašanje ter uporabi besedo iz tedenske besedne banke.</w:t>
            </w:r>
          </w:p>
          <w:p w14:paraId="59374EDE" w14:textId="77777777" w:rsidR="00187E2C" w:rsidRDefault="00000000">
            <w:pPr>
              <w:spacing w:after="15" w:line="245" w:lineRule="auto"/>
            </w:pPr>
            <w:r>
              <w:rPr>
                <w:color w:val="D95BC6"/>
                <w:sz w:val="13"/>
              </w:rPr>
              <w:t>Dokaz: zvočni posnetek ali anekdotski zapis kratke izmenjave.</w:t>
            </w:r>
          </w:p>
          <w:p w14:paraId="39D98AAB" w14:textId="77777777" w:rsidR="00187E2C" w:rsidRDefault="00000000">
            <w:pPr>
              <w:spacing w:after="4" w:line="245" w:lineRule="auto"/>
            </w:pPr>
            <w:r>
              <w:rPr>
                <w:b/>
                <w:color w:val="000000"/>
                <w:sz w:val="15"/>
              </w:rPr>
              <w:t>3. URA – SLIŠIM GLAS /z/ IN ODKRIVAM ČRKO Z</w:t>
            </w:r>
          </w:p>
          <w:p w14:paraId="69A98ACD" w14:textId="77777777" w:rsidR="00187E2C" w:rsidRDefault="00000000">
            <w:pPr>
              <w:spacing w:after="7" w:line="245" w:lineRule="auto"/>
            </w:pPr>
            <w:r>
              <w:rPr>
                <w:color w:val="000000"/>
                <w:sz w:val="14"/>
              </w:rPr>
              <w:t>Besede razvršča z gibanjem, za vsak glas položi žeton, med znaki poišče Z ter jo predstavi s telesom ali vrvjo.</w:t>
            </w:r>
          </w:p>
          <w:p w14:paraId="283EBBA8" w14:textId="77777777" w:rsidR="00187E2C" w:rsidRDefault="00000000">
            <w:pPr>
              <w:spacing w:after="15" w:line="245" w:lineRule="auto"/>
            </w:pPr>
            <w:r>
              <w:rPr>
                <w:color w:val="D95BC6"/>
                <w:sz w:val="13"/>
              </w:rPr>
              <w:t>Dokaz: štiri pravilne glasovne odločitve, izbor črke Z in kratka učenčeva razlaga.</w:t>
            </w:r>
          </w:p>
          <w:p w14:paraId="09B1E610" w14:textId="77777777" w:rsidR="00187E2C" w:rsidRDefault="00000000">
            <w:pPr>
              <w:spacing w:after="4" w:line="245" w:lineRule="auto"/>
            </w:pPr>
            <w:r>
              <w:rPr>
                <w:b/>
                <w:color w:val="000000"/>
                <w:sz w:val="15"/>
              </w:rPr>
              <w:t>4. URA – Oblikujem in pišem črko Z</w:t>
            </w:r>
          </w:p>
          <w:p w14:paraId="08D3B8FA" w14:textId="77777777" w:rsidR="00187E2C" w:rsidRDefault="00000000">
            <w:pPr>
              <w:spacing w:after="7" w:line="245" w:lineRule="auto"/>
            </w:pPr>
            <w:r>
              <w:rPr>
                <w:color w:val="000000"/>
                <w:sz w:val="14"/>
              </w:rPr>
              <w:t>Črko Z gradi in zapisuje na različnih podlagah, nato preide na manjši format.</w:t>
            </w:r>
          </w:p>
          <w:p w14:paraId="3D6BF509" w14:textId="77777777" w:rsidR="00187E2C" w:rsidRDefault="00000000">
            <w:pPr>
              <w:spacing w:after="15" w:line="245" w:lineRule="auto"/>
            </w:pPr>
            <w:r>
              <w:rPr>
                <w:color w:val="D95BC6"/>
                <w:sz w:val="13"/>
              </w:rPr>
              <w:t>Dokaz: fotografija konstrukcije črke Z, opazovalni zapis smeri potez in datirana.</w:t>
            </w:r>
          </w:p>
          <w:p w14:paraId="71A4262B" w14:textId="77777777" w:rsidR="00187E2C" w:rsidRDefault="00000000">
            <w:pPr>
              <w:spacing w:after="4" w:line="245" w:lineRule="auto"/>
            </w:pPr>
            <w:r>
              <w:rPr>
                <w:b/>
                <w:color w:val="000000"/>
                <w:sz w:val="15"/>
              </w:rPr>
              <w:t>5. URA – Berem in uporabim črko Z</w:t>
            </w:r>
          </w:p>
          <w:p w14:paraId="41593FE6" w14:textId="77777777" w:rsidR="00187E2C" w:rsidRDefault="00000000">
            <w:pPr>
              <w:spacing w:after="7" w:line="245" w:lineRule="auto"/>
            </w:pPr>
            <w:r>
              <w:rPr>
                <w:color w:val="000000"/>
                <w:sz w:val="14"/>
              </w:rPr>
              <w:t>Sestavlja, premešča in bere ZA • ZI • ZO • ZE ter ZIMA • MIZA • KOZA • ZOB.</w:t>
            </w:r>
          </w:p>
          <w:p w14:paraId="17F53333" w14:textId="77777777" w:rsidR="00187E2C" w:rsidRDefault="00000000">
            <w:pPr>
              <w:spacing w:after="15" w:line="245" w:lineRule="auto"/>
            </w:pPr>
            <w:r>
              <w:rPr>
                <w:color w:val="D95BC6"/>
                <w:sz w:val="13"/>
              </w:rPr>
              <w:t>Dokaz: izpolnjen Bralni list 29, individualni bralni zapis.</w:t>
            </w:r>
          </w:p>
          <w:p w14:paraId="34B9DA6F" w14:textId="77777777" w:rsidR="00187E2C" w:rsidRDefault="00000000">
            <w:pPr>
              <w:spacing w:after="4" w:line="245" w:lineRule="auto"/>
            </w:pPr>
            <w:r>
              <w:rPr>
                <w:b/>
                <w:color w:val="000000"/>
                <w:sz w:val="15"/>
              </w:rPr>
              <w:t>6. URA – Informacijsko besedilo – Ocenjevanje</w:t>
            </w:r>
          </w:p>
          <w:p w14:paraId="58FDA2EC" w14:textId="77777777" w:rsidR="00187E2C" w:rsidRDefault="00000000">
            <w:pPr>
              <w:spacing w:after="7" w:line="245" w:lineRule="auto"/>
            </w:pPr>
            <w:r>
              <w:rPr>
                <w:color w:val="000000"/>
                <w:sz w:val="14"/>
              </w:rPr>
              <w:t>Samostojno oziroma ob vnaprej dovoljeni opori izvede dogovorjeno nalogo.</w:t>
            </w:r>
          </w:p>
          <w:p w14:paraId="15602655" w14:textId="77777777" w:rsidR="00187E2C" w:rsidRDefault="00000000">
            <w:pPr>
              <w:spacing w:after="15" w:line="245" w:lineRule="auto"/>
            </w:pPr>
            <w:r>
              <w:rPr>
                <w:color w:val="D95BC6"/>
                <w:sz w:val="13"/>
              </w:rPr>
              <w:t>Dokaz: OCENJEVANJE: sprejemanje neumetnostnega besedila ter govorni ali pisni odziv.</w:t>
            </w:r>
          </w:p>
        </w:tc>
      </w:tr>
    </w:tbl>
    <w:p w14:paraId="5919740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FC4932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08433A3"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BDD5EC" w14:textId="77777777" w:rsidR="00187E2C" w:rsidRDefault="00000000">
            <w:pPr>
              <w:jc w:val="center"/>
            </w:pPr>
            <w:r>
              <w:rPr>
                <w:b/>
                <w:color w:val="000000"/>
                <w:sz w:val="20"/>
              </w:rPr>
              <w:t>UČNE DEJAVNOSTI, METODE IN FORMATIVNO SPREMLJANJE</w:t>
            </w:r>
          </w:p>
        </w:tc>
      </w:tr>
      <w:tr w:rsidR="00187E2C" w14:paraId="1FDB7125" w14:textId="77777777">
        <w:trPr>
          <w:tblHeader/>
          <w:jc w:val="center"/>
        </w:trPr>
        <w:tc>
          <w:tcPr>
            <w:tcW w:w="4422" w:type="dxa"/>
            <w:vMerge/>
            <w:tcMar>
              <w:top w:w="70" w:type="dxa"/>
              <w:left w:w="90" w:type="dxa"/>
              <w:bottom w:w="70" w:type="dxa"/>
              <w:right w:w="90" w:type="dxa"/>
            </w:tcMar>
            <w:vAlign w:val="center"/>
          </w:tcPr>
          <w:p w14:paraId="434F1A63" w14:textId="77777777" w:rsidR="00187E2C" w:rsidRDefault="00187E2C"/>
        </w:tc>
        <w:tc>
          <w:tcPr>
            <w:tcW w:w="7087" w:type="dxa"/>
            <w:shd w:val="clear" w:color="auto" w:fill="FFFFFF"/>
            <w:tcMar>
              <w:top w:w="70" w:type="dxa"/>
              <w:left w:w="90" w:type="dxa"/>
              <w:bottom w:w="70" w:type="dxa"/>
              <w:right w:w="90" w:type="dxa"/>
            </w:tcMar>
            <w:vAlign w:val="center"/>
          </w:tcPr>
          <w:p w14:paraId="4CB4172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3E97FE0" w14:textId="77777777" w:rsidR="00187E2C" w:rsidRDefault="00000000">
            <w:pPr>
              <w:jc w:val="center"/>
            </w:pPr>
            <w:r>
              <w:rPr>
                <w:b/>
                <w:color w:val="000000"/>
              </w:rPr>
              <w:t>UČENEC</w:t>
            </w:r>
          </w:p>
        </w:tc>
      </w:tr>
      <w:tr w:rsidR="00187E2C" w14:paraId="16BA049A" w14:textId="77777777">
        <w:trPr>
          <w:jc w:val="center"/>
        </w:trPr>
        <w:tc>
          <w:tcPr>
            <w:tcW w:w="4422" w:type="dxa"/>
            <w:tcMar>
              <w:top w:w="70" w:type="dxa"/>
              <w:left w:w="90" w:type="dxa"/>
              <w:bottom w:w="70" w:type="dxa"/>
              <w:right w:w="90" w:type="dxa"/>
            </w:tcMar>
          </w:tcPr>
          <w:p w14:paraId="409057D5" w14:textId="77777777" w:rsidR="00187E2C" w:rsidRDefault="00187E2C"/>
          <w:p w14:paraId="7C86537A" w14:textId="77777777" w:rsidR="00187E2C" w:rsidRDefault="00000000">
            <w:pPr>
              <w:spacing w:after="40" w:line="245" w:lineRule="auto"/>
            </w:pPr>
            <w:r>
              <w:rPr>
                <w:b/>
                <w:color w:val="000000"/>
              </w:rPr>
              <w:t>FORMATIVNO SPREMLJANJE</w:t>
            </w:r>
          </w:p>
          <w:p w14:paraId="483D6C00"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77651F6D"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D739A38"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56F05FD6"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5E997A91" w14:textId="77777777" w:rsidR="00187E2C" w:rsidRDefault="00000000">
            <w:pPr>
              <w:spacing w:before="40" w:after="20" w:line="245" w:lineRule="auto"/>
            </w:pPr>
            <w:r>
              <w:rPr>
                <w:b/>
                <w:color w:val="000000"/>
                <w:sz w:val="17"/>
              </w:rPr>
              <w:t>VARNOST IN ODGOVORNOST</w:t>
            </w:r>
          </w:p>
          <w:p w14:paraId="4100071C"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391D8F5E" w14:textId="77777777" w:rsidR="00187E2C" w:rsidRDefault="00000000">
            <w:pPr>
              <w:spacing w:after="20" w:line="245" w:lineRule="auto"/>
            </w:pPr>
            <w:r>
              <w:rPr>
                <w:b/>
                <w:color w:val="000000"/>
                <w:sz w:val="17"/>
              </w:rPr>
              <w:t>EVIDENCA PO IZVEDBI</w:t>
            </w:r>
          </w:p>
          <w:p w14:paraId="3E11ECF4"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50BC246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F08FD83" w14:textId="77777777">
              <w:trPr>
                <w:jc w:val="center"/>
              </w:trPr>
              <w:tc>
                <w:tcPr>
                  <w:tcW w:w="7087" w:type="dxa"/>
                  <w:shd w:val="clear" w:color="auto" w:fill="EDC9EA"/>
                  <w:tcMar>
                    <w:top w:w="45" w:type="dxa"/>
                    <w:left w:w="70" w:type="dxa"/>
                    <w:bottom w:w="45" w:type="dxa"/>
                    <w:right w:w="70" w:type="dxa"/>
                  </w:tcMar>
                </w:tcPr>
                <w:p w14:paraId="5CCC91FA" w14:textId="77777777" w:rsidR="00187E2C" w:rsidRDefault="00000000">
                  <w:pPr>
                    <w:keepNext/>
                  </w:pPr>
                  <w:r>
                    <w:rPr>
                      <w:b/>
                      <w:color w:val="000000"/>
                    </w:rPr>
                    <w:t>VPRAŠANJA V PODPORO JEZIKOVNEMU, BRALNEMU IN KNJIŽEVNEMU UČENJU</w:t>
                  </w:r>
                </w:p>
              </w:tc>
            </w:tr>
          </w:tbl>
          <w:p w14:paraId="06F24E54" w14:textId="77777777" w:rsidR="00187E2C" w:rsidRDefault="00187E2C">
            <w:pPr>
              <w:spacing w:line="20" w:lineRule="exact"/>
            </w:pPr>
          </w:p>
          <w:p w14:paraId="18B3A7C9" w14:textId="77777777" w:rsidR="00187E2C" w:rsidRDefault="00000000">
            <w:pPr>
              <w:pStyle w:val="Oznaenseznam"/>
              <w:spacing w:after="16"/>
            </w:pPr>
            <w:r>
              <w:rPr>
                <w:color w:val="000000"/>
                <w:sz w:val="16"/>
              </w:rPr>
              <w:t>Kaj ti je naslovnica, slika, predmet, zvok ali gib pomagal razumeti?</w:t>
            </w:r>
          </w:p>
          <w:p w14:paraId="3F38977F" w14:textId="77777777" w:rsidR="00187E2C" w:rsidRDefault="00000000">
            <w:pPr>
              <w:pStyle w:val="Oznaenseznam"/>
              <w:spacing w:after="16"/>
            </w:pPr>
            <w:r>
              <w:rPr>
                <w:color w:val="000000"/>
                <w:sz w:val="16"/>
              </w:rPr>
              <w:t>Kako si našel/-la glas, črko, zlog, besedo ali bistveni podatek?</w:t>
            </w:r>
          </w:p>
          <w:p w14:paraId="7918B5EE" w14:textId="77777777" w:rsidR="00187E2C" w:rsidRDefault="00000000">
            <w:pPr>
              <w:pStyle w:val="Oznaenseznam"/>
              <w:spacing w:after="16"/>
            </w:pPr>
            <w:r>
              <w:rPr>
                <w:color w:val="000000"/>
                <w:sz w:val="16"/>
              </w:rPr>
              <w:t>Kako veš, da tvoja pripoved, branje ali zapis dosega dogovorjeni kriterij?</w:t>
            </w:r>
          </w:p>
          <w:p w14:paraId="440860A6" w14:textId="77777777" w:rsidR="00187E2C" w:rsidRDefault="00000000">
            <w:pPr>
              <w:pStyle w:val="Oznaenseznam"/>
              <w:spacing w:after="16"/>
            </w:pPr>
            <w:r>
              <w:rPr>
                <w:color w:val="000000"/>
                <w:sz w:val="16"/>
              </w:rPr>
              <w:t>Ali lahko svoje razumevanje pokažeš še z drugim načinom – govorom, gibanjem, risbo, branjem ali zapisom?</w:t>
            </w:r>
          </w:p>
          <w:p w14:paraId="10709D72"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0EC0181E" w14:textId="77777777">
              <w:trPr>
                <w:jc w:val="center"/>
              </w:trPr>
              <w:tc>
                <w:tcPr>
                  <w:tcW w:w="7087" w:type="dxa"/>
                  <w:shd w:val="clear" w:color="auto" w:fill="C6E7F3"/>
                  <w:tcMar>
                    <w:top w:w="45" w:type="dxa"/>
                    <w:left w:w="70" w:type="dxa"/>
                    <w:bottom w:w="45" w:type="dxa"/>
                    <w:right w:w="70" w:type="dxa"/>
                  </w:tcMar>
                </w:tcPr>
                <w:p w14:paraId="4B54C96C" w14:textId="77777777" w:rsidR="00187E2C" w:rsidRDefault="00000000">
                  <w:pPr>
                    <w:keepNext/>
                  </w:pPr>
                  <w:r>
                    <w:rPr>
                      <w:b/>
                      <w:color w:val="000000"/>
                    </w:rPr>
                    <w:t>ZAKLJUČNI DEL – UTRJEVANJE, BRALNI ODZIV IN REFLEKSIJA (10–15 min)</w:t>
                  </w:r>
                </w:p>
              </w:tc>
            </w:tr>
          </w:tbl>
          <w:p w14:paraId="7A69EF3E" w14:textId="77777777" w:rsidR="00187E2C" w:rsidRDefault="00187E2C">
            <w:pPr>
              <w:spacing w:line="20" w:lineRule="exact"/>
            </w:pPr>
          </w:p>
          <w:p w14:paraId="4D0C0E24"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7CDD0C86" w14:textId="77777777">
              <w:trPr>
                <w:jc w:val="center"/>
              </w:trPr>
              <w:tc>
                <w:tcPr>
                  <w:tcW w:w="7087" w:type="dxa"/>
                  <w:shd w:val="clear" w:color="auto" w:fill="EDC9EA"/>
                  <w:tcMar>
                    <w:top w:w="45" w:type="dxa"/>
                    <w:left w:w="70" w:type="dxa"/>
                    <w:bottom w:w="45" w:type="dxa"/>
                    <w:right w:w="70" w:type="dxa"/>
                  </w:tcMar>
                </w:tcPr>
                <w:p w14:paraId="62875537" w14:textId="77777777" w:rsidR="00187E2C" w:rsidRDefault="00000000">
                  <w:pPr>
                    <w:keepNext/>
                  </w:pPr>
                  <w:r>
                    <w:rPr>
                      <w:b/>
                      <w:color w:val="000000"/>
                    </w:rPr>
                    <w:t>SAMOVREDNOTENJE</w:t>
                  </w:r>
                </w:p>
              </w:tc>
            </w:tr>
          </w:tbl>
          <w:p w14:paraId="47365FF3" w14:textId="77777777" w:rsidR="00187E2C" w:rsidRDefault="00187E2C">
            <w:pPr>
              <w:spacing w:line="20" w:lineRule="exact"/>
            </w:pPr>
          </w:p>
          <w:p w14:paraId="0C0BBD14"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699B9C14" w14:textId="77777777">
              <w:trPr>
                <w:jc w:val="center"/>
              </w:trPr>
              <w:tc>
                <w:tcPr>
                  <w:tcW w:w="7087" w:type="dxa"/>
                  <w:shd w:val="clear" w:color="auto" w:fill="EDC9EA"/>
                  <w:tcMar>
                    <w:top w:w="45" w:type="dxa"/>
                    <w:left w:w="70" w:type="dxa"/>
                    <w:bottom w:w="45" w:type="dxa"/>
                    <w:right w:w="70" w:type="dxa"/>
                  </w:tcMar>
                </w:tcPr>
                <w:p w14:paraId="39616CE7" w14:textId="77777777" w:rsidR="00187E2C" w:rsidRDefault="00000000">
                  <w:pPr>
                    <w:keepNext/>
                  </w:pPr>
                  <w:r>
                    <w:rPr>
                      <w:b/>
                      <w:color w:val="000000"/>
                    </w:rPr>
                    <w:t>VRSTNIŠKO VREDNOTENJE</w:t>
                  </w:r>
                </w:p>
              </w:tc>
            </w:tr>
          </w:tbl>
          <w:p w14:paraId="11BF9405" w14:textId="77777777" w:rsidR="00187E2C" w:rsidRDefault="00187E2C">
            <w:pPr>
              <w:spacing w:line="20" w:lineRule="exact"/>
            </w:pPr>
          </w:p>
          <w:p w14:paraId="7D9E34BE"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587B457A" w14:textId="77777777">
              <w:trPr>
                <w:jc w:val="center"/>
              </w:trPr>
              <w:tc>
                <w:tcPr>
                  <w:tcW w:w="7087" w:type="dxa"/>
                  <w:shd w:val="clear" w:color="auto" w:fill="EDC9EA"/>
                  <w:tcMar>
                    <w:top w:w="45" w:type="dxa"/>
                    <w:left w:w="70" w:type="dxa"/>
                    <w:bottom w:w="45" w:type="dxa"/>
                    <w:right w:w="70" w:type="dxa"/>
                  </w:tcMar>
                </w:tcPr>
                <w:p w14:paraId="395A4E51" w14:textId="77777777" w:rsidR="00187E2C" w:rsidRDefault="00000000">
                  <w:pPr>
                    <w:keepNext/>
                  </w:pPr>
                  <w:r>
                    <w:rPr>
                      <w:b/>
                      <w:color w:val="000000"/>
                    </w:rPr>
                    <w:t>SKUPNI POVZETEK</w:t>
                  </w:r>
                </w:p>
              </w:tc>
            </w:tr>
          </w:tbl>
          <w:p w14:paraId="0C25412D" w14:textId="77777777" w:rsidR="00187E2C" w:rsidRDefault="00187E2C"/>
          <w:p w14:paraId="0C420563" w14:textId="77777777" w:rsidR="00187E2C" w:rsidRDefault="00000000">
            <w:pPr>
              <w:spacing w:before="20" w:after="40" w:line="245" w:lineRule="auto"/>
            </w:pPr>
            <w:r>
              <w:rPr>
                <w:b/>
                <w:color w:val="000000"/>
                <w:sz w:val="16"/>
              </w:rPr>
              <w:t>Prepoznam glas /z/ in črko Z,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5BD5569E" w14:textId="77777777" w:rsidR="00187E2C" w:rsidRDefault="00187E2C"/>
          <w:p w14:paraId="2268D952" w14:textId="77777777" w:rsidR="00187E2C" w:rsidRDefault="00000000">
            <w:pPr>
              <w:spacing w:after="100" w:line="245" w:lineRule="auto"/>
            </w:pPr>
            <w:r>
              <w:rPr>
                <w:color w:val="000000"/>
                <w:sz w:val="16"/>
              </w:rPr>
              <w:t>Odgovarja na podporna vprašanja ter se sklicuje na poslušano besedilo, sliko, govor, bralni list ali zapis.</w:t>
            </w:r>
          </w:p>
          <w:p w14:paraId="2B65E42D" w14:textId="77777777" w:rsidR="00187E2C" w:rsidRDefault="00000000">
            <w:pPr>
              <w:spacing w:after="100" w:line="245" w:lineRule="auto"/>
            </w:pPr>
            <w:r>
              <w:rPr>
                <w:color w:val="000000"/>
                <w:sz w:val="16"/>
              </w:rPr>
              <w:t>Primerja začetni odziv z novim dokazom in pojasni, kaj se je naučil/-a.</w:t>
            </w:r>
          </w:p>
          <w:p w14:paraId="7EEF4D76" w14:textId="77777777" w:rsidR="00187E2C" w:rsidRDefault="00000000">
            <w:pPr>
              <w:spacing w:after="100" w:line="245" w:lineRule="auto"/>
            </w:pPr>
            <w:r>
              <w:rPr>
                <w:color w:val="000000"/>
                <w:sz w:val="16"/>
              </w:rPr>
              <w:t>Izbere raven samostojnosti in določi naslednji korak.</w:t>
            </w:r>
          </w:p>
          <w:p w14:paraId="3D7BB422" w14:textId="77777777" w:rsidR="00187E2C" w:rsidRDefault="00000000">
            <w:pPr>
              <w:spacing w:after="100" w:line="245" w:lineRule="auto"/>
            </w:pPr>
            <w:r>
              <w:rPr>
                <w:color w:val="000000"/>
                <w:sz w:val="16"/>
              </w:rPr>
              <w:t>Sošolcu poda prijazen in konkreten odziv, vezan na kriterij.</w:t>
            </w:r>
          </w:p>
          <w:p w14:paraId="4DBA5764" w14:textId="77777777" w:rsidR="00187E2C" w:rsidRDefault="00000000">
            <w:pPr>
              <w:spacing w:after="20" w:line="245" w:lineRule="auto"/>
            </w:pPr>
            <w:r>
              <w:rPr>
                <w:b/>
                <w:color w:val="D95BC6"/>
                <w:sz w:val="17"/>
              </w:rPr>
              <w:t>DOKAZ O UČENJU</w:t>
            </w:r>
          </w:p>
          <w:p w14:paraId="00B76568"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794F35CD"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8952722" w14:textId="77777777">
        <w:trPr>
          <w:cantSplit/>
          <w:jc w:val="center"/>
        </w:trPr>
        <w:tc>
          <w:tcPr>
            <w:tcW w:w="14060" w:type="dxa"/>
            <w:gridSpan w:val="6"/>
            <w:tcMar>
              <w:top w:w="70" w:type="dxa"/>
              <w:left w:w="90" w:type="dxa"/>
              <w:bottom w:w="70" w:type="dxa"/>
              <w:right w:w="90" w:type="dxa"/>
            </w:tcMar>
            <w:vAlign w:val="center"/>
          </w:tcPr>
          <w:p w14:paraId="6ECFE51B" w14:textId="77777777" w:rsidR="00187E2C" w:rsidRDefault="00000000">
            <w:pPr>
              <w:jc w:val="center"/>
            </w:pPr>
            <w:r>
              <w:rPr>
                <w:b/>
                <w:color w:val="000000"/>
                <w:sz w:val="24"/>
              </w:rPr>
              <w:lastRenderedPageBreak/>
              <w:t>UČNA PRIPRAVA 30/39</w:t>
            </w:r>
          </w:p>
        </w:tc>
      </w:tr>
      <w:tr w:rsidR="00187E2C" w14:paraId="65B59E42" w14:textId="77777777">
        <w:trPr>
          <w:jc w:val="center"/>
        </w:trPr>
        <w:tc>
          <w:tcPr>
            <w:tcW w:w="2665" w:type="dxa"/>
            <w:tcMar>
              <w:top w:w="70" w:type="dxa"/>
              <w:left w:w="90" w:type="dxa"/>
              <w:bottom w:w="70" w:type="dxa"/>
              <w:right w:w="90" w:type="dxa"/>
            </w:tcMar>
            <w:vAlign w:val="center"/>
          </w:tcPr>
          <w:p w14:paraId="4D0B1399"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CFBC307"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2175B358"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B6DFB9B" w14:textId="77777777" w:rsidR="00187E2C" w:rsidRDefault="00000000">
            <w:r>
              <w:rPr>
                <w:b/>
                <w:color w:val="000000"/>
                <w:sz w:val="16"/>
              </w:rPr>
              <w:t xml:space="preserve">NAČRTOVANI TERMIN: </w:t>
            </w:r>
            <w:r>
              <w:rPr>
                <w:color w:val="000000"/>
                <w:sz w:val="16"/>
              </w:rPr>
              <w:t>30. teden • 12.–16. 4. 2027</w:t>
            </w:r>
          </w:p>
        </w:tc>
        <w:tc>
          <w:tcPr>
            <w:tcW w:w="2268" w:type="dxa"/>
            <w:tcMar>
              <w:top w:w="70" w:type="dxa"/>
              <w:left w:w="90" w:type="dxa"/>
              <w:bottom w:w="70" w:type="dxa"/>
              <w:right w:w="90" w:type="dxa"/>
            </w:tcMar>
            <w:vAlign w:val="center"/>
          </w:tcPr>
          <w:p w14:paraId="055A2B79"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F428357" w14:textId="77777777" w:rsidR="00187E2C" w:rsidRDefault="00000000">
            <w:r>
              <w:rPr>
                <w:b/>
                <w:color w:val="000000"/>
                <w:sz w:val="16"/>
              </w:rPr>
              <w:t xml:space="preserve">ŠTEVILO UR: </w:t>
            </w:r>
            <w:r>
              <w:rPr>
                <w:color w:val="000000"/>
                <w:sz w:val="16"/>
              </w:rPr>
              <w:t>6</w:t>
            </w:r>
          </w:p>
        </w:tc>
      </w:tr>
      <w:tr w:rsidR="00187E2C" w14:paraId="294271FE" w14:textId="77777777">
        <w:trPr>
          <w:jc w:val="center"/>
        </w:trPr>
        <w:tc>
          <w:tcPr>
            <w:tcW w:w="14061" w:type="dxa"/>
            <w:gridSpan w:val="6"/>
            <w:tcMar>
              <w:top w:w="70" w:type="dxa"/>
              <w:left w:w="90" w:type="dxa"/>
              <w:bottom w:w="70" w:type="dxa"/>
              <w:right w:w="90" w:type="dxa"/>
            </w:tcMar>
            <w:vAlign w:val="center"/>
          </w:tcPr>
          <w:p w14:paraId="03853B59"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2D57CD58" w14:textId="77777777">
        <w:trPr>
          <w:cantSplit/>
          <w:jc w:val="center"/>
        </w:trPr>
        <w:tc>
          <w:tcPr>
            <w:tcW w:w="14060" w:type="dxa"/>
            <w:gridSpan w:val="6"/>
            <w:tcMar>
              <w:top w:w="70" w:type="dxa"/>
              <w:left w:w="90" w:type="dxa"/>
              <w:bottom w:w="70" w:type="dxa"/>
              <w:right w:w="90" w:type="dxa"/>
            </w:tcMar>
            <w:vAlign w:val="center"/>
          </w:tcPr>
          <w:p w14:paraId="751BDAA3" w14:textId="77777777" w:rsidR="00187E2C" w:rsidRDefault="00187E2C"/>
          <w:p w14:paraId="489F965A" w14:textId="77777777" w:rsidR="00187E2C" w:rsidRDefault="00000000">
            <w:pPr>
              <w:spacing w:line="245" w:lineRule="auto"/>
            </w:pPr>
            <w:r>
              <w:rPr>
                <w:b/>
                <w:color w:val="000000"/>
                <w:sz w:val="16"/>
              </w:rPr>
              <w:t xml:space="preserve">UČNI SKLOP: </w:t>
            </w:r>
            <w:r>
              <w:rPr>
                <w:color w:val="000000"/>
                <w:sz w:val="16"/>
              </w:rPr>
              <w:t>GIBANJE, SVETLOBA IN ZVOK</w:t>
            </w:r>
          </w:p>
        </w:tc>
      </w:tr>
      <w:tr w:rsidR="00187E2C" w14:paraId="333C56D0" w14:textId="77777777">
        <w:trPr>
          <w:cantSplit/>
          <w:jc w:val="center"/>
        </w:trPr>
        <w:tc>
          <w:tcPr>
            <w:tcW w:w="14060" w:type="dxa"/>
            <w:gridSpan w:val="6"/>
            <w:tcMar>
              <w:top w:w="70" w:type="dxa"/>
              <w:left w:w="90" w:type="dxa"/>
              <w:bottom w:w="70" w:type="dxa"/>
              <w:right w:w="90" w:type="dxa"/>
            </w:tcMar>
            <w:vAlign w:val="center"/>
          </w:tcPr>
          <w:p w14:paraId="1C6D69DC" w14:textId="77777777" w:rsidR="00187E2C" w:rsidRDefault="00187E2C"/>
          <w:p w14:paraId="2C82DBF0" w14:textId="77777777" w:rsidR="00187E2C" w:rsidRDefault="00000000">
            <w:pPr>
              <w:spacing w:line="245" w:lineRule="auto"/>
            </w:pPr>
            <w:r>
              <w:rPr>
                <w:b/>
                <w:color w:val="000000"/>
                <w:sz w:val="16"/>
              </w:rPr>
              <w:t xml:space="preserve">UČNA TEMA: </w:t>
            </w:r>
            <w:r>
              <w:rPr>
                <w:color w:val="000000"/>
                <w:sz w:val="16"/>
              </w:rPr>
              <w:t>POROČILO O POSKUSU • VELIKA TISKANA ČRKA H</w:t>
            </w:r>
          </w:p>
        </w:tc>
      </w:tr>
      <w:tr w:rsidR="00187E2C" w14:paraId="657B0ACB" w14:textId="77777777">
        <w:trPr>
          <w:cantSplit/>
          <w:jc w:val="center"/>
        </w:trPr>
        <w:tc>
          <w:tcPr>
            <w:tcW w:w="14060" w:type="dxa"/>
            <w:gridSpan w:val="6"/>
            <w:tcMar>
              <w:top w:w="70" w:type="dxa"/>
              <w:left w:w="90" w:type="dxa"/>
              <w:bottom w:w="70" w:type="dxa"/>
              <w:right w:w="90" w:type="dxa"/>
            </w:tcMar>
            <w:vAlign w:val="center"/>
          </w:tcPr>
          <w:p w14:paraId="2CDB2E20" w14:textId="77777777" w:rsidR="00187E2C" w:rsidRDefault="00187E2C"/>
          <w:p w14:paraId="6F853CD1" w14:textId="77777777" w:rsidR="00187E2C" w:rsidRDefault="00000000">
            <w:pPr>
              <w:spacing w:line="245" w:lineRule="auto"/>
            </w:pPr>
            <w:r>
              <w:rPr>
                <w:b/>
                <w:color w:val="000000"/>
                <w:sz w:val="16"/>
              </w:rPr>
              <w:t xml:space="preserve">KNJIŽEVNO IZHODIŠČE IN MOTIV: </w:t>
            </w:r>
            <w:r>
              <w:rPr>
                <w:color w:val="000000"/>
                <w:sz w:val="16"/>
              </w:rPr>
              <w:t>»Bobek in barčica« – Anja Štefan • gibanje, voda, potisk, vlek in sodelovanje</w:t>
            </w:r>
          </w:p>
        </w:tc>
      </w:tr>
      <w:tr w:rsidR="00187E2C" w14:paraId="7DAF2FD1" w14:textId="77777777">
        <w:trPr>
          <w:cantSplit/>
          <w:jc w:val="center"/>
        </w:trPr>
        <w:tc>
          <w:tcPr>
            <w:tcW w:w="14060" w:type="dxa"/>
            <w:gridSpan w:val="6"/>
            <w:tcMar>
              <w:top w:w="70" w:type="dxa"/>
              <w:left w:w="90" w:type="dxa"/>
              <w:bottom w:w="70" w:type="dxa"/>
              <w:right w:w="90" w:type="dxa"/>
            </w:tcMar>
            <w:vAlign w:val="center"/>
          </w:tcPr>
          <w:p w14:paraId="3C5A0B1A" w14:textId="77777777" w:rsidR="00187E2C" w:rsidRDefault="00187E2C"/>
          <w:p w14:paraId="6568B9DD" w14:textId="77777777" w:rsidR="00187E2C" w:rsidRDefault="00000000">
            <w:pPr>
              <w:spacing w:line="245" w:lineRule="auto"/>
            </w:pPr>
            <w:r>
              <w:rPr>
                <w:b/>
                <w:color w:val="000000"/>
                <w:sz w:val="16"/>
              </w:rPr>
              <w:t xml:space="preserve">BRALNI LIST / ČRKA: </w:t>
            </w:r>
            <w:r>
              <w:rPr>
                <w:color w:val="000000"/>
                <w:sz w:val="16"/>
              </w:rPr>
              <w:t>ČRKA H • BRALNI LIST 30 – Berem črko H in zloge ter besede: glas /h/ znane črke: A, E, I, O, U, N, M, T, J, V, R, S, L, K, P, D, B, G, Č, Š, Ž, C, Z, H; slišim glas; prepoznam črko; dve navpični in srednja vodoravna poteza; berem in zapišem</w:t>
            </w:r>
          </w:p>
        </w:tc>
      </w:tr>
      <w:tr w:rsidR="00187E2C" w14:paraId="4DFB2444" w14:textId="77777777">
        <w:trPr>
          <w:cantSplit/>
          <w:jc w:val="center"/>
        </w:trPr>
        <w:tc>
          <w:tcPr>
            <w:tcW w:w="14060" w:type="dxa"/>
            <w:gridSpan w:val="6"/>
            <w:tcMar>
              <w:top w:w="70" w:type="dxa"/>
              <w:left w:w="90" w:type="dxa"/>
              <w:bottom w:w="70" w:type="dxa"/>
              <w:right w:w="90" w:type="dxa"/>
            </w:tcMar>
            <w:vAlign w:val="center"/>
          </w:tcPr>
          <w:p w14:paraId="44CA71A4" w14:textId="77777777" w:rsidR="00187E2C" w:rsidRDefault="00187E2C"/>
          <w:p w14:paraId="25767F37" w14:textId="77777777" w:rsidR="00187E2C" w:rsidRDefault="00000000">
            <w:pPr>
              <w:spacing w:line="245" w:lineRule="auto"/>
            </w:pPr>
            <w:r>
              <w:rPr>
                <w:b/>
                <w:color w:val="000000"/>
                <w:sz w:val="16"/>
              </w:rPr>
              <w:t xml:space="preserve">UČNE ENOTE: </w:t>
            </w:r>
            <w:r>
              <w:rPr>
                <w:color w:val="000000"/>
                <w:sz w:val="16"/>
              </w:rPr>
              <w:t>1. ura – Poročilo o poskusu – Poslušam in doživljam • 2. ura – Poročilo o poskusu – Govorim in pojasnjujem • 3. ura – Poročilo o poskusu – Razčlenjujem jezik • 4. ura – SLIŠIM GLAS /h/ IN ODKRIVAM ČRKO H • 5. ura – Oblikujem in pišem črko H • 6. ura – Berem in uporabim črko H</w:t>
            </w:r>
          </w:p>
        </w:tc>
      </w:tr>
      <w:tr w:rsidR="00187E2C" w14:paraId="146524AC" w14:textId="77777777">
        <w:trPr>
          <w:cantSplit/>
          <w:jc w:val="center"/>
        </w:trPr>
        <w:tc>
          <w:tcPr>
            <w:tcW w:w="14060" w:type="dxa"/>
            <w:gridSpan w:val="6"/>
            <w:tcMar>
              <w:top w:w="70" w:type="dxa"/>
              <w:left w:w="90" w:type="dxa"/>
              <w:bottom w:w="70" w:type="dxa"/>
              <w:right w:w="90" w:type="dxa"/>
            </w:tcMar>
            <w:vAlign w:val="center"/>
          </w:tcPr>
          <w:p w14:paraId="36AB22E4" w14:textId="77777777" w:rsidR="00187E2C" w:rsidRDefault="00187E2C"/>
          <w:p w14:paraId="5E6644AA"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18DA7844" w14:textId="77777777">
        <w:trPr>
          <w:cantSplit/>
          <w:jc w:val="center"/>
        </w:trPr>
        <w:tc>
          <w:tcPr>
            <w:tcW w:w="14060" w:type="dxa"/>
            <w:gridSpan w:val="6"/>
            <w:tcMar>
              <w:top w:w="70" w:type="dxa"/>
              <w:left w:w="90" w:type="dxa"/>
              <w:bottom w:w="70" w:type="dxa"/>
              <w:right w:w="90" w:type="dxa"/>
            </w:tcMar>
            <w:vAlign w:val="center"/>
          </w:tcPr>
          <w:p w14:paraId="073C9814" w14:textId="77777777" w:rsidR="00187E2C" w:rsidRDefault="00187E2C"/>
          <w:p w14:paraId="3AA2F695"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9CD521E" w14:textId="77777777">
        <w:trPr>
          <w:cantSplit/>
          <w:jc w:val="center"/>
        </w:trPr>
        <w:tc>
          <w:tcPr>
            <w:tcW w:w="14060" w:type="dxa"/>
            <w:gridSpan w:val="6"/>
            <w:tcMar>
              <w:top w:w="70" w:type="dxa"/>
              <w:left w:w="90" w:type="dxa"/>
              <w:bottom w:w="70" w:type="dxa"/>
              <w:right w:w="90" w:type="dxa"/>
            </w:tcMar>
            <w:vAlign w:val="center"/>
          </w:tcPr>
          <w:p w14:paraId="10447CC8" w14:textId="77777777" w:rsidR="00187E2C" w:rsidRDefault="00187E2C"/>
          <w:p w14:paraId="2E73C159"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06ACAD8" w14:textId="77777777">
        <w:trPr>
          <w:cantSplit/>
          <w:jc w:val="center"/>
        </w:trPr>
        <w:tc>
          <w:tcPr>
            <w:tcW w:w="14060" w:type="dxa"/>
            <w:gridSpan w:val="6"/>
            <w:tcMar>
              <w:top w:w="70" w:type="dxa"/>
              <w:left w:w="90" w:type="dxa"/>
              <w:bottom w:w="70" w:type="dxa"/>
              <w:right w:w="90" w:type="dxa"/>
            </w:tcMar>
            <w:vAlign w:val="center"/>
          </w:tcPr>
          <w:p w14:paraId="44D41A1F" w14:textId="77777777" w:rsidR="00187E2C" w:rsidRDefault="00187E2C"/>
          <w:p w14:paraId="17FAED35" w14:textId="77777777" w:rsidR="00187E2C" w:rsidRDefault="00000000">
            <w:pPr>
              <w:spacing w:line="245" w:lineRule="auto"/>
            </w:pPr>
            <w:r>
              <w:rPr>
                <w:b/>
                <w:color w:val="000000"/>
                <w:sz w:val="16"/>
              </w:rPr>
              <w:t xml:space="preserve">MEDPREDMETNE POVEZAVE: </w:t>
            </w:r>
            <w:r>
              <w:rPr>
                <w:color w:val="000000"/>
                <w:sz w:val="16"/>
              </w:rPr>
              <w:t>SPO – gibanje, voda, potisk, vlek in sodelovanje; GUM – ritem, zvočnost in glas; LUM – ilustracija, črta in grafomotorika; ŠPO – gibalna pripoved, dramatizacija in postaje; MAT – smer, zaporedje in orientacija</w:t>
            </w:r>
          </w:p>
        </w:tc>
      </w:tr>
      <w:tr w:rsidR="00187E2C" w14:paraId="72C8DBBC" w14:textId="77777777">
        <w:trPr>
          <w:cantSplit/>
          <w:jc w:val="center"/>
        </w:trPr>
        <w:tc>
          <w:tcPr>
            <w:tcW w:w="14060" w:type="dxa"/>
            <w:gridSpan w:val="6"/>
            <w:tcMar>
              <w:top w:w="70" w:type="dxa"/>
              <w:left w:w="90" w:type="dxa"/>
              <w:bottom w:w="70" w:type="dxa"/>
              <w:right w:w="90" w:type="dxa"/>
            </w:tcMar>
            <w:vAlign w:val="center"/>
          </w:tcPr>
          <w:p w14:paraId="6BF489F9" w14:textId="77777777" w:rsidR="00187E2C" w:rsidRDefault="00187E2C"/>
          <w:p w14:paraId="1F5DF691" w14:textId="77777777" w:rsidR="00187E2C" w:rsidRDefault="00000000">
            <w:pPr>
              <w:spacing w:line="245" w:lineRule="auto"/>
            </w:pPr>
            <w:r>
              <w:rPr>
                <w:b/>
                <w:color w:val="000000"/>
                <w:sz w:val="16"/>
              </w:rPr>
              <w:t xml:space="preserve">UČNA SREDSTVA IN PRIPOMOČKI: </w:t>
            </w:r>
            <w:r>
              <w:rPr>
                <w:color w:val="000000"/>
                <w:sz w:val="16"/>
              </w:rPr>
              <w:t>ČRKA H • BRALNI LIST 30, povečano besedilo oziroma kartice, slikanica ali odlomek, slikovno zaporedje, kartice besed in glasov, talne črke ali zlogi, ogledala, vrvice ali modelirna masa, mini tabla, zvezek oziroma jezikovna mapa</w:t>
            </w:r>
          </w:p>
        </w:tc>
      </w:tr>
      <w:tr w:rsidR="00187E2C" w14:paraId="39C39A48" w14:textId="77777777">
        <w:trPr>
          <w:cantSplit/>
          <w:jc w:val="center"/>
        </w:trPr>
        <w:tc>
          <w:tcPr>
            <w:tcW w:w="14060" w:type="dxa"/>
            <w:gridSpan w:val="6"/>
            <w:tcMar>
              <w:top w:w="70" w:type="dxa"/>
              <w:left w:w="90" w:type="dxa"/>
              <w:bottom w:w="70" w:type="dxa"/>
              <w:right w:w="90" w:type="dxa"/>
            </w:tcMar>
            <w:vAlign w:val="center"/>
          </w:tcPr>
          <w:p w14:paraId="1EA2AAF1" w14:textId="77777777" w:rsidR="00187E2C" w:rsidRDefault="00187E2C"/>
          <w:p w14:paraId="6184ABE7"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39AF76EC" w14:textId="77777777">
        <w:trPr>
          <w:cantSplit/>
          <w:jc w:val="center"/>
        </w:trPr>
        <w:tc>
          <w:tcPr>
            <w:tcW w:w="14060" w:type="dxa"/>
            <w:gridSpan w:val="6"/>
            <w:tcMar>
              <w:top w:w="70" w:type="dxa"/>
              <w:left w:w="90" w:type="dxa"/>
              <w:bottom w:w="70" w:type="dxa"/>
              <w:right w:w="90" w:type="dxa"/>
            </w:tcMar>
            <w:vAlign w:val="center"/>
          </w:tcPr>
          <w:p w14:paraId="20027C13" w14:textId="77777777" w:rsidR="00187E2C" w:rsidRDefault="00187E2C"/>
          <w:p w14:paraId="1A5E960F"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3E03A873" w14:textId="77777777">
        <w:trPr>
          <w:cantSplit/>
          <w:jc w:val="center"/>
        </w:trPr>
        <w:tc>
          <w:tcPr>
            <w:tcW w:w="14060" w:type="dxa"/>
            <w:gridSpan w:val="6"/>
            <w:tcMar>
              <w:top w:w="70" w:type="dxa"/>
              <w:left w:w="90" w:type="dxa"/>
              <w:bottom w:w="70" w:type="dxa"/>
              <w:right w:w="90" w:type="dxa"/>
            </w:tcMar>
            <w:vAlign w:val="center"/>
          </w:tcPr>
          <w:p w14:paraId="1B71FB6D" w14:textId="77777777" w:rsidR="00187E2C" w:rsidRDefault="00187E2C"/>
          <w:p w14:paraId="7EC74735"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2D6228B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9939D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9C074E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52ABBF" w14:textId="77777777" w:rsidR="00187E2C" w:rsidRDefault="00000000">
            <w:pPr>
              <w:jc w:val="center"/>
            </w:pPr>
            <w:r>
              <w:rPr>
                <w:b/>
                <w:color w:val="000000"/>
                <w:sz w:val="20"/>
              </w:rPr>
              <w:t>UČNE DEJAVNOSTI, METODE IN FORMATIVNO SPREMLJANJE</w:t>
            </w:r>
          </w:p>
        </w:tc>
      </w:tr>
      <w:tr w:rsidR="00187E2C" w14:paraId="5C3055FC" w14:textId="77777777">
        <w:trPr>
          <w:tblHeader/>
          <w:jc w:val="center"/>
        </w:trPr>
        <w:tc>
          <w:tcPr>
            <w:tcW w:w="4422" w:type="dxa"/>
            <w:vMerge/>
            <w:tcMar>
              <w:top w:w="70" w:type="dxa"/>
              <w:left w:w="90" w:type="dxa"/>
              <w:bottom w:w="70" w:type="dxa"/>
              <w:right w:w="90" w:type="dxa"/>
            </w:tcMar>
            <w:vAlign w:val="center"/>
          </w:tcPr>
          <w:p w14:paraId="4F15914D" w14:textId="77777777" w:rsidR="00187E2C" w:rsidRDefault="00187E2C"/>
        </w:tc>
        <w:tc>
          <w:tcPr>
            <w:tcW w:w="7087" w:type="dxa"/>
            <w:shd w:val="clear" w:color="auto" w:fill="FFFFFF"/>
            <w:tcMar>
              <w:top w:w="70" w:type="dxa"/>
              <w:left w:w="90" w:type="dxa"/>
              <w:bottom w:w="70" w:type="dxa"/>
              <w:right w:w="90" w:type="dxa"/>
            </w:tcMar>
            <w:vAlign w:val="center"/>
          </w:tcPr>
          <w:p w14:paraId="0974166F"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58D6389" w14:textId="77777777" w:rsidR="00187E2C" w:rsidRDefault="00000000">
            <w:pPr>
              <w:jc w:val="center"/>
            </w:pPr>
            <w:r>
              <w:rPr>
                <w:b/>
                <w:color w:val="000000"/>
              </w:rPr>
              <w:t>UČENEC</w:t>
            </w:r>
          </w:p>
        </w:tc>
      </w:tr>
      <w:tr w:rsidR="00187E2C" w14:paraId="5603193C" w14:textId="77777777">
        <w:trPr>
          <w:jc w:val="center"/>
        </w:trPr>
        <w:tc>
          <w:tcPr>
            <w:tcW w:w="4422" w:type="dxa"/>
            <w:tcMar>
              <w:top w:w="70" w:type="dxa"/>
              <w:left w:w="90" w:type="dxa"/>
              <w:bottom w:w="70" w:type="dxa"/>
              <w:right w:w="90" w:type="dxa"/>
            </w:tcMar>
          </w:tcPr>
          <w:p w14:paraId="455F8EDF" w14:textId="77777777" w:rsidR="00187E2C" w:rsidRDefault="00187E2C"/>
          <w:p w14:paraId="7DF8D12E" w14:textId="77777777" w:rsidR="00187E2C" w:rsidRDefault="00000000">
            <w:pPr>
              <w:spacing w:after="60" w:line="245" w:lineRule="auto"/>
            </w:pPr>
            <w:r>
              <w:rPr>
                <w:b/>
                <w:color w:val="000000"/>
              </w:rPr>
              <w:t>UČNI CILJI</w:t>
            </w:r>
          </w:p>
          <w:p w14:paraId="4D7DDF8D" w14:textId="77777777" w:rsidR="00187E2C" w:rsidRDefault="00000000">
            <w:pPr>
              <w:spacing w:after="20" w:line="245" w:lineRule="auto"/>
            </w:pPr>
            <w:r>
              <w:rPr>
                <w:b/>
                <w:color w:val="000000"/>
                <w:sz w:val="17"/>
              </w:rPr>
              <w:t>SPLOŠNI</w:t>
            </w:r>
          </w:p>
          <w:p w14:paraId="70F5F837"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27404793" w14:textId="77777777" w:rsidR="00187E2C" w:rsidRDefault="00000000">
            <w:pPr>
              <w:pStyle w:val="Oznaenseznam"/>
              <w:spacing w:after="16"/>
            </w:pPr>
            <w:r>
              <w:rPr>
                <w:color w:val="000000"/>
                <w:sz w:val="16"/>
              </w:rPr>
              <w:t>doživlja književno besedilo ter se nanj odziva z govorom, gibanjem, dramatizacijo, risbo ali zapisom</w:t>
            </w:r>
          </w:p>
          <w:p w14:paraId="680693F6" w14:textId="77777777" w:rsidR="00187E2C" w:rsidRDefault="00000000">
            <w:pPr>
              <w:pStyle w:val="Oznaenseznam"/>
              <w:spacing w:after="16"/>
            </w:pPr>
            <w:r>
              <w:rPr>
                <w:color w:val="000000"/>
                <w:sz w:val="16"/>
              </w:rPr>
              <w:t>razvija glasovno zavedanje, povezavo glas–črka in začetno branje ter pisanje po individualnem napredku</w:t>
            </w:r>
          </w:p>
          <w:p w14:paraId="5F674218" w14:textId="77777777" w:rsidR="00187E2C" w:rsidRDefault="00000000">
            <w:pPr>
              <w:pStyle w:val="Oznaenseznam"/>
              <w:spacing w:after="16"/>
            </w:pPr>
            <w:r>
              <w:rPr>
                <w:color w:val="000000"/>
                <w:sz w:val="16"/>
              </w:rPr>
              <w:t>ob namenih in kriterijih spremlja svoje učenje ter uporabi opisno povratno informacijo</w:t>
            </w:r>
          </w:p>
          <w:p w14:paraId="175F8AFB" w14:textId="77777777" w:rsidR="00187E2C" w:rsidRDefault="00000000">
            <w:pPr>
              <w:spacing w:before="40" w:after="20" w:line="245" w:lineRule="auto"/>
            </w:pPr>
            <w:r>
              <w:rPr>
                <w:b/>
                <w:color w:val="000000"/>
                <w:sz w:val="17"/>
              </w:rPr>
              <w:t>OPERATIVNI</w:t>
            </w:r>
          </w:p>
          <w:p w14:paraId="4763871D" w14:textId="77777777" w:rsidR="00187E2C" w:rsidRDefault="00000000">
            <w:pPr>
              <w:pStyle w:val="Oznaenseznam"/>
              <w:spacing w:after="16"/>
            </w:pPr>
            <w:r>
              <w:rPr>
                <w:color w:val="000000"/>
                <w:sz w:val="16"/>
              </w:rPr>
              <w:t>napove izid</w:t>
            </w:r>
          </w:p>
          <w:p w14:paraId="50434BC2" w14:textId="77777777" w:rsidR="00187E2C" w:rsidRDefault="00000000">
            <w:pPr>
              <w:pStyle w:val="Oznaenseznam"/>
              <w:spacing w:after="16"/>
            </w:pPr>
            <w:r>
              <w:rPr>
                <w:color w:val="000000"/>
                <w:sz w:val="16"/>
              </w:rPr>
              <w:t>ustno opiše postopek in ugotovitev</w:t>
            </w:r>
          </w:p>
          <w:p w14:paraId="40BE44B7" w14:textId="77777777" w:rsidR="00187E2C" w:rsidRDefault="00000000">
            <w:pPr>
              <w:pStyle w:val="Oznaenseznam"/>
              <w:spacing w:after="16"/>
            </w:pPr>
            <w:r>
              <w:rPr>
                <w:color w:val="000000"/>
                <w:sz w:val="16"/>
              </w:rPr>
              <w:t>uporabi besede najprej–potem</w:t>
            </w:r>
          </w:p>
          <w:p w14:paraId="5E5F0841" w14:textId="77777777" w:rsidR="00187E2C" w:rsidRDefault="00000000">
            <w:pPr>
              <w:pStyle w:val="Oznaenseznam"/>
              <w:spacing w:after="16"/>
            </w:pPr>
            <w:r>
              <w:rPr>
                <w:color w:val="000000"/>
                <w:sz w:val="16"/>
              </w:rPr>
              <w:t>prepozna in poimenuje veliko tiskano črko H ter jo poveže z glasom /h/</w:t>
            </w:r>
          </w:p>
          <w:p w14:paraId="7ECC9567" w14:textId="77777777" w:rsidR="00187E2C" w:rsidRDefault="00000000">
            <w:pPr>
              <w:pStyle w:val="Oznaenseznam"/>
              <w:spacing w:after="16"/>
            </w:pPr>
            <w:r>
              <w:rPr>
                <w:color w:val="000000"/>
                <w:sz w:val="16"/>
              </w:rPr>
              <w:t>veččutno oblikuje in čitljivo zapiše veliko tiskano črko H</w:t>
            </w:r>
          </w:p>
          <w:p w14:paraId="098C90EC" w14:textId="77777777" w:rsidR="00187E2C" w:rsidRDefault="00000000">
            <w:pPr>
              <w:pStyle w:val="Oznaenseznam"/>
              <w:spacing w:after="16"/>
            </w:pPr>
            <w:r>
              <w:rPr>
                <w:color w:val="000000"/>
                <w:sz w:val="16"/>
              </w:rPr>
              <w:t>bere in sestavlja zloge oziroma besede z znanimi črkami: HIŠA • MUHA • HODI • OREH</w:t>
            </w:r>
          </w:p>
          <w:p w14:paraId="70A074FD" w14:textId="77777777" w:rsidR="00187E2C" w:rsidRDefault="00000000">
            <w:pPr>
              <w:spacing w:before="40" w:after="20" w:line="245" w:lineRule="auto"/>
            </w:pPr>
            <w:r>
              <w:rPr>
                <w:b/>
                <w:color w:val="000000"/>
                <w:sz w:val="17"/>
              </w:rPr>
              <w:t>PRIČAKOVANI DOSEŽKI / MINIMALNI POUDARKI</w:t>
            </w:r>
          </w:p>
          <w:p w14:paraId="56B50425" w14:textId="77777777" w:rsidR="00187E2C" w:rsidRDefault="00000000">
            <w:pPr>
              <w:pStyle w:val="Oznaenseznam"/>
              <w:spacing w:after="16"/>
            </w:pPr>
            <w:r>
              <w:rPr>
                <w:color w:val="000000"/>
                <w:sz w:val="15"/>
              </w:rPr>
              <w:t>samostojno oziroma z dogovorjeno oporo napove izid</w:t>
            </w:r>
          </w:p>
          <w:p w14:paraId="796CF18E" w14:textId="77777777" w:rsidR="00187E2C" w:rsidRDefault="00000000">
            <w:pPr>
              <w:pStyle w:val="Oznaenseznam"/>
              <w:spacing w:after="16"/>
            </w:pPr>
            <w:r>
              <w:rPr>
                <w:color w:val="000000"/>
                <w:sz w:val="15"/>
              </w:rPr>
              <w:t>samostojno oziroma z dogovorjeno oporo ustno opiše postopek in ugotovitev</w:t>
            </w:r>
          </w:p>
          <w:p w14:paraId="637BC6ED" w14:textId="77777777" w:rsidR="00187E2C" w:rsidRDefault="00000000">
            <w:pPr>
              <w:pStyle w:val="Oznaenseznam"/>
              <w:spacing w:after="16"/>
            </w:pPr>
            <w:r>
              <w:rPr>
                <w:color w:val="000000"/>
                <w:sz w:val="15"/>
              </w:rPr>
              <w:t>samostojno oziroma z dogovorjeno oporo uporabi besede najprej–potem</w:t>
            </w:r>
          </w:p>
          <w:p w14:paraId="1E8B5322" w14:textId="77777777" w:rsidR="00187E2C" w:rsidRDefault="00000000">
            <w:pPr>
              <w:pStyle w:val="Oznaenseznam"/>
              <w:spacing w:after="16"/>
            </w:pPr>
            <w:r>
              <w:rPr>
                <w:color w:val="000000"/>
                <w:sz w:val="15"/>
              </w:rPr>
              <w:t>samostojno oziroma z dogovorjeno oporo prepozna in poimenuje veliko tiskano črko H ter jo poveže z glasom /h/</w:t>
            </w:r>
          </w:p>
          <w:p w14:paraId="6200FB71" w14:textId="77777777" w:rsidR="00187E2C" w:rsidRDefault="00000000">
            <w:pPr>
              <w:pStyle w:val="Oznaenseznam"/>
              <w:spacing w:after="16"/>
            </w:pPr>
            <w:r>
              <w:rPr>
                <w:color w:val="000000"/>
                <w:sz w:val="15"/>
              </w:rPr>
              <w:t>samostojno oziroma z dogovorjeno oporo veččutno oblikuje in čitljivo zapiše veliko tiskano črko H</w:t>
            </w:r>
          </w:p>
        </w:tc>
        <w:tc>
          <w:tcPr>
            <w:tcW w:w="7087" w:type="dxa"/>
            <w:tcMar>
              <w:top w:w="70" w:type="dxa"/>
              <w:left w:w="90" w:type="dxa"/>
              <w:bottom w:w="70" w:type="dxa"/>
              <w:right w:w="90" w:type="dxa"/>
            </w:tcMar>
          </w:tcPr>
          <w:p w14:paraId="5ABB11D0"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DEBA110" w14:textId="77777777">
              <w:trPr>
                <w:jc w:val="center"/>
              </w:trPr>
              <w:tc>
                <w:tcPr>
                  <w:tcW w:w="7087" w:type="dxa"/>
                  <w:shd w:val="clear" w:color="auto" w:fill="C6E7F3"/>
                  <w:tcMar>
                    <w:top w:w="45" w:type="dxa"/>
                    <w:left w:w="70" w:type="dxa"/>
                    <w:bottom w:w="45" w:type="dxa"/>
                    <w:right w:w="70" w:type="dxa"/>
                  </w:tcMar>
                </w:tcPr>
                <w:p w14:paraId="55A74AC1" w14:textId="77777777" w:rsidR="00187E2C" w:rsidRDefault="00000000">
                  <w:pPr>
                    <w:keepNext/>
                  </w:pPr>
                  <w:r>
                    <w:rPr>
                      <w:b/>
                      <w:color w:val="000000"/>
                    </w:rPr>
                    <w:t>UVODNI DEL – motivacija, aktivacija predznanja in namen učenja (15–20 min)</w:t>
                  </w:r>
                </w:p>
              </w:tc>
            </w:tr>
          </w:tbl>
          <w:p w14:paraId="238E9936" w14:textId="77777777" w:rsidR="00187E2C" w:rsidRDefault="00187E2C">
            <w:pPr>
              <w:spacing w:line="20" w:lineRule="exact"/>
            </w:pPr>
          </w:p>
          <w:p w14:paraId="30988183" w14:textId="77777777" w:rsidR="00187E2C" w:rsidRDefault="00000000">
            <w:pPr>
              <w:spacing w:before="40" w:after="60" w:line="245" w:lineRule="auto"/>
            </w:pPr>
            <w:r>
              <w:rPr>
                <w:color w:val="000000"/>
                <w:sz w:val="16"/>
              </w:rPr>
              <w:t>Učenci ob naslovnici, odlomku ali ilustraciji dela »Bobek in barčica« – Anja Štefan doživljajsko vstopijo v motiv gibanje, voda, potisk, vlek in sodelovanje. S kretnjo, predmetom, sliko, glasom ali kratko povedjo pokažejo predznanje in napoved. Izhodiščni odziv povežejo z dejavnostjo ČRKA H • BRALNI LIST 30 – Berem črko H in zloge ter besede.</w:t>
            </w:r>
          </w:p>
          <w:tbl>
            <w:tblPr>
              <w:tblStyle w:val="Tabelamrea"/>
              <w:tblW w:w="0" w:type="auto"/>
              <w:jc w:val="center"/>
              <w:tblLayout w:type="fixed"/>
              <w:tblLook w:val="04A0" w:firstRow="1" w:lastRow="0" w:firstColumn="1" w:lastColumn="0" w:noHBand="0" w:noVBand="1"/>
            </w:tblPr>
            <w:tblGrid>
              <w:gridCol w:w="7087"/>
            </w:tblGrid>
            <w:tr w:rsidR="00187E2C" w14:paraId="44FE32F4" w14:textId="77777777">
              <w:trPr>
                <w:jc w:val="center"/>
              </w:trPr>
              <w:tc>
                <w:tcPr>
                  <w:tcW w:w="7087" w:type="dxa"/>
                  <w:shd w:val="clear" w:color="auto" w:fill="EDC9EA"/>
                  <w:tcMar>
                    <w:top w:w="45" w:type="dxa"/>
                    <w:left w:w="70" w:type="dxa"/>
                    <w:bottom w:w="45" w:type="dxa"/>
                    <w:right w:w="70" w:type="dxa"/>
                  </w:tcMar>
                </w:tcPr>
                <w:p w14:paraId="65AD50B6" w14:textId="77777777" w:rsidR="00187E2C" w:rsidRDefault="00000000">
                  <w:pPr>
                    <w:keepNext/>
                  </w:pPr>
                  <w:r>
                    <w:rPr>
                      <w:b/>
                      <w:color w:val="000000"/>
                    </w:rPr>
                    <w:t>NAMENI UČENJA</w:t>
                  </w:r>
                </w:p>
              </w:tc>
            </w:tr>
          </w:tbl>
          <w:p w14:paraId="66F59680" w14:textId="77777777" w:rsidR="00187E2C" w:rsidRDefault="00187E2C">
            <w:pPr>
              <w:spacing w:line="20" w:lineRule="exact"/>
            </w:pPr>
          </w:p>
          <w:p w14:paraId="769BA0DC"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4B771B7F" w14:textId="77777777" w:rsidR="00187E2C" w:rsidRDefault="00000000">
            <w:pPr>
              <w:pStyle w:val="Oznaenseznam"/>
              <w:spacing w:after="16"/>
            </w:pPr>
            <w:r>
              <w:rPr>
                <w:color w:val="000000"/>
                <w:sz w:val="16"/>
              </w:rPr>
              <w:t>napove izid</w:t>
            </w:r>
          </w:p>
          <w:p w14:paraId="3366AF7A" w14:textId="77777777" w:rsidR="00187E2C" w:rsidRDefault="00000000">
            <w:pPr>
              <w:pStyle w:val="Oznaenseznam"/>
              <w:spacing w:after="16"/>
            </w:pPr>
            <w:r>
              <w:rPr>
                <w:color w:val="000000"/>
                <w:sz w:val="16"/>
              </w:rPr>
              <w:t>ustno opišem postopek in ugotovitev</w:t>
            </w:r>
          </w:p>
          <w:p w14:paraId="0566BB15" w14:textId="77777777" w:rsidR="00187E2C" w:rsidRDefault="00000000">
            <w:pPr>
              <w:pStyle w:val="Oznaenseznam"/>
              <w:spacing w:after="16"/>
            </w:pPr>
            <w:r>
              <w:rPr>
                <w:color w:val="000000"/>
                <w:sz w:val="16"/>
              </w:rPr>
              <w:t>uporabim besede najprej–potem</w:t>
            </w:r>
          </w:p>
          <w:p w14:paraId="5123CD59" w14:textId="77777777" w:rsidR="00187E2C" w:rsidRDefault="00000000">
            <w:pPr>
              <w:pStyle w:val="Oznaenseznam"/>
              <w:spacing w:after="16"/>
            </w:pPr>
            <w:r>
              <w:rPr>
                <w:color w:val="000000"/>
                <w:sz w:val="16"/>
              </w:rPr>
              <w:t>prepoznam in poimenujem veliko tiskano črko H ter jo povežem z glasom /h/</w:t>
            </w:r>
          </w:p>
          <w:p w14:paraId="6589BC6D" w14:textId="77777777" w:rsidR="00187E2C" w:rsidRDefault="00000000">
            <w:pPr>
              <w:pStyle w:val="Oznaenseznam"/>
              <w:spacing w:after="16"/>
            </w:pPr>
            <w:r>
              <w:rPr>
                <w:color w:val="000000"/>
                <w:sz w:val="16"/>
              </w:rPr>
              <w:t>veččutno oblikujem in čitljivo zapišem veliko tiskano črko H</w:t>
            </w:r>
          </w:p>
          <w:p w14:paraId="700E8D6B" w14:textId="77777777" w:rsidR="00187E2C" w:rsidRDefault="00000000">
            <w:pPr>
              <w:pStyle w:val="Oznaenseznam"/>
              <w:spacing w:after="16"/>
            </w:pPr>
            <w:r>
              <w:rPr>
                <w:color w:val="000000"/>
                <w:sz w:val="16"/>
              </w:rPr>
              <w:t>berem in sestavlja zloge oziroma besede z znanimi črkami: HIŠA • MUHA • HODI • OREH</w:t>
            </w:r>
          </w:p>
          <w:tbl>
            <w:tblPr>
              <w:tblStyle w:val="Tabelamrea"/>
              <w:tblW w:w="0" w:type="auto"/>
              <w:jc w:val="center"/>
              <w:tblLayout w:type="fixed"/>
              <w:tblLook w:val="04A0" w:firstRow="1" w:lastRow="0" w:firstColumn="1" w:lastColumn="0" w:noHBand="0" w:noVBand="1"/>
            </w:tblPr>
            <w:tblGrid>
              <w:gridCol w:w="7087"/>
            </w:tblGrid>
            <w:tr w:rsidR="00187E2C" w14:paraId="2CE86DB9" w14:textId="77777777">
              <w:trPr>
                <w:jc w:val="center"/>
              </w:trPr>
              <w:tc>
                <w:tcPr>
                  <w:tcW w:w="7087" w:type="dxa"/>
                  <w:shd w:val="clear" w:color="auto" w:fill="EDC9EA"/>
                  <w:tcMar>
                    <w:top w:w="45" w:type="dxa"/>
                    <w:left w:w="70" w:type="dxa"/>
                    <w:bottom w:w="45" w:type="dxa"/>
                    <w:right w:w="70" w:type="dxa"/>
                  </w:tcMar>
                </w:tcPr>
                <w:p w14:paraId="79542A51" w14:textId="77777777" w:rsidR="00187E2C" w:rsidRDefault="00000000">
                  <w:pPr>
                    <w:keepNext/>
                  </w:pPr>
                  <w:r>
                    <w:rPr>
                      <w:b/>
                      <w:color w:val="000000"/>
                    </w:rPr>
                    <w:t>PREVERJANJE PREDZNANJA</w:t>
                  </w:r>
                </w:p>
              </w:tc>
            </w:tr>
          </w:tbl>
          <w:p w14:paraId="6BC61544" w14:textId="77777777" w:rsidR="00187E2C" w:rsidRDefault="00187E2C">
            <w:pPr>
              <w:spacing w:line="20" w:lineRule="exact"/>
            </w:pPr>
          </w:p>
          <w:p w14:paraId="292AC159" w14:textId="77777777" w:rsidR="00187E2C" w:rsidRDefault="00000000">
            <w:pPr>
              <w:pStyle w:val="Oznaenseznam"/>
              <w:spacing w:after="16"/>
            </w:pPr>
            <w:r>
              <w:rPr>
                <w:color w:val="000000"/>
                <w:sz w:val="16"/>
              </w:rPr>
              <w:t>Kaj mi naslovnica, ilustracija ali naslov pove o motivu gibanje, voda, potisk, vlek in sodelovanje?</w:t>
            </w:r>
          </w:p>
          <w:p w14:paraId="68483FAF" w14:textId="77777777" w:rsidR="00187E2C" w:rsidRDefault="00000000">
            <w:pPr>
              <w:pStyle w:val="Oznaenseznam"/>
              <w:spacing w:after="16"/>
            </w:pPr>
            <w:r>
              <w:rPr>
                <w:color w:val="000000"/>
                <w:sz w:val="16"/>
              </w:rPr>
              <w:t>Kje v besedah slišim glas /h/ in po katerih potezah prepoznam črko H?</w:t>
            </w:r>
          </w:p>
          <w:p w14:paraId="36BFF9F0"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357CB8F6" w14:textId="77777777">
              <w:trPr>
                <w:jc w:val="center"/>
              </w:trPr>
              <w:tc>
                <w:tcPr>
                  <w:tcW w:w="7087" w:type="dxa"/>
                  <w:shd w:val="clear" w:color="auto" w:fill="EDC9EA"/>
                  <w:tcMar>
                    <w:top w:w="45" w:type="dxa"/>
                    <w:left w:w="70" w:type="dxa"/>
                    <w:bottom w:w="45" w:type="dxa"/>
                    <w:right w:w="70" w:type="dxa"/>
                  </w:tcMar>
                </w:tcPr>
                <w:p w14:paraId="7DE42C19" w14:textId="77777777" w:rsidR="00187E2C" w:rsidRDefault="00000000">
                  <w:pPr>
                    <w:keepNext/>
                  </w:pPr>
                  <w:r>
                    <w:rPr>
                      <w:b/>
                      <w:color w:val="000000"/>
                    </w:rPr>
                    <w:t>KRITERIJI USPEŠNOSTI</w:t>
                  </w:r>
                </w:p>
              </w:tc>
            </w:tr>
          </w:tbl>
          <w:p w14:paraId="0CD09534" w14:textId="77777777" w:rsidR="00187E2C" w:rsidRDefault="00187E2C"/>
          <w:p w14:paraId="38F8AB95" w14:textId="77777777" w:rsidR="00187E2C" w:rsidRDefault="00000000">
            <w:pPr>
              <w:spacing w:before="20" w:after="20" w:line="245" w:lineRule="auto"/>
            </w:pPr>
            <w:r>
              <w:rPr>
                <w:b/>
                <w:color w:val="000000"/>
                <w:sz w:val="16"/>
              </w:rPr>
              <w:t>Uspešen/-na bom, ko:</w:t>
            </w:r>
          </w:p>
          <w:p w14:paraId="36DB35BE" w14:textId="77777777" w:rsidR="00187E2C" w:rsidRDefault="00000000">
            <w:pPr>
              <w:pStyle w:val="Oznaenseznam"/>
              <w:spacing w:after="16"/>
            </w:pPr>
            <w:r>
              <w:rPr>
                <w:color w:val="000000"/>
                <w:sz w:val="16"/>
              </w:rPr>
              <w:t>napove izid</w:t>
            </w:r>
          </w:p>
          <w:p w14:paraId="12A97FDC" w14:textId="77777777" w:rsidR="00187E2C" w:rsidRDefault="00000000">
            <w:pPr>
              <w:pStyle w:val="Oznaenseznam"/>
              <w:spacing w:after="16"/>
            </w:pPr>
            <w:r>
              <w:rPr>
                <w:color w:val="000000"/>
                <w:sz w:val="16"/>
              </w:rPr>
              <w:t>ustno opišem postopek in ugotovitev</w:t>
            </w:r>
          </w:p>
          <w:p w14:paraId="0B9AD97E" w14:textId="77777777" w:rsidR="00187E2C" w:rsidRDefault="00000000">
            <w:pPr>
              <w:pStyle w:val="Oznaenseznam"/>
              <w:spacing w:after="16"/>
            </w:pPr>
            <w:r>
              <w:rPr>
                <w:color w:val="000000"/>
                <w:sz w:val="16"/>
              </w:rPr>
              <w:t>uporabim besede najprej–potem</w:t>
            </w:r>
          </w:p>
          <w:p w14:paraId="4E965D96" w14:textId="77777777" w:rsidR="00187E2C" w:rsidRDefault="00000000">
            <w:pPr>
              <w:pStyle w:val="Oznaenseznam"/>
              <w:spacing w:after="16"/>
            </w:pPr>
            <w:r>
              <w:rPr>
                <w:color w:val="000000"/>
                <w:sz w:val="16"/>
              </w:rPr>
              <w:t>prepoznam in poimenujem veliko tiskano črko H ter jo povežem z glasom /h/</w:t>
            </w:r>
          </w:p>
          <w:p w14:paraId="799120C6" w14:textId="77777777" w:rsidR="00187E2C" w:rsidRDefault="00000000">
            <w:pPr>
              <w:pStyle w:val="Oznaenseznam"/>
              <w:spacing w:after="16"/>
            </w:pPr>
            <w:r>
              <w:rPr>
                <w:color w:val="000000"/>
                <w:sz w:val="16"/>
              </w:rPr>
              <w:t>veččutno oblikujem in čitljivo zapišem veliko tiskano črko H</w:t>
            </w:r>
          </w:p>
          <w:p w14:paraId="4FA3519A" w14:textId="77777777" w:rsidR="00187E2C" w:rsidRDefault="00000000">
            <w:pPr>
              <w:pStyle w:val="Oznaenseznam"/>
              <w:spacing w:after="16"/>
            </w:pPr>
            <w:r>
              <w:rPr>
                <w:color w:val="000000"/>
                <w:sz w:val="16"/>
              </w:rPr>
              <w:t>berem in sestavlja zloge oziroma besede z znanimi črkami: HIŠA • MUHA • HODI • OREH</w:t>
            </w:r>
          </w:p>
          <w:p w14:paraId="477E5C95"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55B29F96" w14:textId="77777777" w:rsidR="00187E2C" w:rsidRDefault="00187E2C"/>
          <w:p w14:paraId="40A12711"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1648E65" w14:textId="77777777" w:rsidR="00187E2C" w:rsidRDefault="00000000">
            <w:pPr>
              <w:spacing w:after="80" w:line="245" w:lineRule="auto"/>
            </w:pPr>
            <w:r>
              <w:rPr>
                <w:color w:val="000000"/>
                <w:sz w:val="16"/>
              </w:rPr>
              <w:t>Pove, pokaže ali nariše, kaj že ve in katero strategijo bi uporabil.</w:t>
            </w:r>
          </w:p>
          <w:p w14:paraId="09B77CA8" w14:textId="77777777" w:rsidR="00187E2C" w:rsidRDefault="00000000">
            <w:pPr>
              <w:spacing w:after="100" w:line="245" w:lineRule="auto"/>
            </w:pPr>
            <w:r>
              <w:rPr>
                <w:color w:val="000000"/>
                <w:sz w:val="16"/>
              </w:rPr>
              <w:t>Sodeluje pri razumevanju namenov in kriterijev uspešnosti.</w:t>
            </w:r>
          </w:p>
          <w:p w14:paraId="5F35E2D7" w14:textId="77777777" w:rsidR="00187E2C" w:rsidRDefault="00000000">
            <w:pPr>
              <w:spacing w:after="20" w:line="245" w:lineRule="auto"/>
            </w:pPr>
            <w:r>
              <w:rPr>
                <w:b/>
                <w:color w:val="D95BC6"/>
                <w:sz w:val="17"/>
              </w:rPr>
              <w:t>DOKAZ O UČENJU</w:t>
            </w:r>
          </w:p>
          <w:p w14:paraId="314C4516"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4FEBEE2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6F776D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91B784D"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DE2F5AC" w14:textId="77777777" w:rsidR="00187E2C" w:rsidRDefault="00000000">
            <w:pPr>
              <w:jc w:val="center"/>
            </w:pPr>
            <w:r>
              <w:rPr>
                <w:b/>
                <w:color w:val="000000"/>
                <w:sz w:val="20"/>
              </w:rPr>
              <w:t>UČNE DEJAVNOSTI, METODE IN FORMATIVNO SPREMLJANJE</w:t>
            </w:r>
          </w:p>
        </w:tc>
      </w:tr>
      <w:tr w:rsidR="00187E2C" w14:paraId="0010260F" w14:textId="77777777">
        <w:trPr>
          <w:tblHeader/>
          <w:jc w:val="center"/>
        </w:trPr>
        <w:tc>
          <w:tcPr>
            <w:tcW w:w="4422" w:type="dxa"/>
            <w:vMerge/>
            <w:tcMar>
              <w:top w:w="70" w:type="dxa"/>
              <w:left w:w="90" w:type="dxa"/>
              <w:bottom w:w="70" w:type="dxa"/>
              <w:right w:w="90" w:type="dxa"/>
            </w:tcMar>
            <w:vAlign w:val="center"/>
          </w:tcPr>
          <w:p w14:paraId="7E96E826" w14:textId="77777777" w:rsidR="00187E2C" w:rsidRDefault="00187E2C"/>
        </w:tc>
        <w:tc>
          <w:tcPr>
            <w:tcW w:w="7087" w:type="dxa"/>
            <w:shd w:val="clear" w:color="auto" w:fill="FFFFFF"/>
            <w:tcMar>
              <w:top w:w="70" w:type="dxa"/>
              <w:left w:w="90" w:type="dxa"/>
              <w:bottom w:w="70" w:type="dxa"/>
              <w:right w:w="90" w:type="dxa"/>
            </w:tcMar>
            <w:vAlign w:val="center"/>
          </w:tcPr>
          <w:p w14:paraId="7E54F608"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C6F9768" w14:textId="77777777" w:rsidR="00187E2C" w:rsidRDefault="00000000">
            <w:pPr>
              <w:jc w:val="center"/>
            </w:pPr>
            <w:r>
              <w:rPr>
                <w:b/>
                <w:color w:val="000000"/>
              </w:rPr>
              <w:t>UČENEC</w:t>
            </w:r>
          </w:p>
        </w:tc>
      </w:tr>
      <w:tr w:rsidR="00187E2C" w14:paraId="621387EA" w14:textId="77777777">
        <w:trPr>
          <w:jc w:val="center"/>
        </w:trPr>
        <w:tc>
          <w:tcPr>
            <w:tcW w:w="4422" w:type="dxa"/>
            <w:tcMar>
              <w:top w:w="70" w:type="dxa"/>
              <w:left w:w="90" w:type="dxa"/>
              <w:bottom w:w="70" w:type="dxa"/>
              <w:right w:w="90" w:type="dxa"/>
            </w:tcMar>
          </w:tcPr>
          <w:p w14:paraId="0690C68C" w14:textId="77777777" w:rsidR="00187E2C" w:rsidRDefault="00187E2C"/>
          <w:p w14:paraId="7B1DAC11" w14:textId="77777777" w:rsidR="00187E2C" w:rsidRDefault="00000000">
            <w:pPr>
              <w:spacing w:after="40" w:line="245" w:lineRule="auto"/>
            </w:pPr>
            <w:r>
              <w:rPr>
                <w:b/>
                <w:color w:val="000000"/>
              </w:rPr>
              <w:t>KLJUČNI POJMI</w:t>
            </w:r>
          </w:p>
          <w:p w14:paraId="3C5F1369" w14:textId="77777777" w:rsidR="00187E2C" w:rsidRDefault="00000000">
            <w:pPr>
              <w:spacing w:after="60" w:line="245" w:lineRule="auto"/>
            </w:pPr>
            <w:r>
              <w:rPr>
                <w:color w:val="000000"/>
                <w:sz w:val="15"/>
              </w:rPr>
              <w:t>glas /h/, črka H, zlog, beseda, poved, smer poteze, bralna strategija, naslov, avtor, ilustrator, književna oseba</w:t>
            </w:r>
          </w:p>
          <w:p w14:paraId="267887ED" w14:textId="77777777" w:rsidR="00187E2C" w:rsidRDefault="00000000">
            <w:pPr>
              <w:spacing w:after="20" w:line="245" w:lineRule="auto"/>
            </w:pPr>
            <w:r>
              <w:rPr>
                <w:b/>
                <w:color w:val="000000"/>
                <w:sz w:val="17"/>
              </w:rPr>
              <w:t>DOKAZI O UČENJU</w:t>
            </w:r>
          </w:p>
          <w:p w14:paraId="79034E55" w14:textId="77777777" w:rsidR="00187E2C" w:rsidRDefault="00000000">
            <w:pPr>
              <w:pStyle w:val="Oznaenseznam"/>
              <w:spacing w:after="9"/>
            </w:pPr>
            <w:r>
              <w:rPr>
                <w:color w:val="000000"/>
                <w:sz w:val="15"/>
              </w:rPr>
              <w:t>odziv med poslušanjem, izbrana slika in ena poved o doživetju.</w:t>
            </w:r>
          </w:p>
          <w:p w14:paraId="0EE11EC6" w14:textId="77777777" w:rsidR="00187E2C" w:rsidRDefault="00000000">
            <w:pPr>
              <w:pStyle w:val="Oznaenseznam"/>
              <w:spacing w:after="9"/>
            </w:pPr>
            <w:r>
              <w:rPr>
                <w:color w:val="000000"/>
                <w:sz w:val="15"/>
              </w:rPr>
              <w:t>zvočni posnetek ali anekdotski zapis kratke izmenjave.</w:t>
            </w:r>
          </w:p>
          <w:p w14:paraId="6D664A33" w14:textId="77777777" w:rsidR="00187E2C" w:rsidRDefault="00000000">
            <w:pPr>
              <w:pStyle w:val="Oznaenseznam"/>
              <w:spacing w:after="9"/>
            </w:pPr>
            <w:r>
              <w:rPr>
                <w:color w:val="000000"/>
                <w:sz w:val="15"/>
              </w:rPr>
              <w:t>pravilno sestavljen primer in učenčeva ustna razlaga postopka.</w:t>
            </w:r>
          </w:p>
          <w:p w14:paraId="0839702E" w14:textId="77777777" w:rsidR="00187E2C" w:rsidRDefault="00000000">
            <w:pPr>
              <w:pStyle w:val="Oznaenseznam"/>
              <w:spacing w:after="9"/>
            </w:pPr>
            <w:r>
              <w:rPr>
                <w:color w:val="000000"/>
                <w:sz w:val="15"/>
              </w:rPr>
              <w:t>štiri pravilne glasovne odločitve, izbor črke H in kratka učenčeva razlaga.</w:t>
            </w:r>
          </w:p>
          <w:p w14:paraId="1E914CAF" w14:textId="77777777" w:rsidR="00187E2C" w:rsidRDefault="00000000">
            <w:pPr>
              <w:pStyle w:val="Oznaenseznam"/>
              <w:spacing w:after="9"/>
            </w:pPr>
            <w:r>
              <w:rPr>
                <w:color w:val="000000"/>
                <w:sz w:val="15"/>
              </w:rPr>
              <w:t>fotografija konstrukcije črke H, opazovalni zapis smeri potez in datirana vrstica treh zapisov.</w:t>
            </w:r>
          </w:p>
          <w:p w14:paraId="4737A35A" w14:textId="77777777" w:rsidR="00187E2C" w:rsidRDefault="00000000">
            <w:pPr>
              <w:pStyle w:val="Oznaenseznam"/>
              <w:spacing w:after="9"/>
            </w:pPr>
            <w:r>
              <w:rPr>
                <w:color w:val="000000"/>
                <w:sz w:val="15"/>
              </w:rPr>
              <w:t>izpolnjen Bralni list 30, individualni bralni zapis, sestavljen ali zapisan primer s črko H in samovrednotenje.</w:t>
            </w:r>
          </w:p>
          <w:p w14:paraId="3C827C00" w14:textId="77777777" w:rsidR="00187E2C" w:rsidRDefault="00000000">
            <w:pPr>
              <w:spacing w:before="40" w:after="20" w:line="245" w:lineRule="auto"/>
            </w:pPr>
            <w:r>
              <w:rPr>
                <w:b/>
                <w:color w:val="000000"/>
                <w:sz w:val="17"/>
              </w:rPr>
              <w:t>KNJIŽEVNO DOŽIVETJE IN IZKUŠENJSKI POUK</w:t>
            </w:r>
          </w:p>
          <w:p w14:paraId="74DBF0B3"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34AE0807" w14:textId="77777777" w:rsidR="00187E2C" w:rsidRDefault="00000000">
            <w:pPr>
              <w:spacing w:after="20" w:line="245" w:lineRule="auto"/>
            </w:pPr>
            <w:r>
              <w:rPr>
                <w:b/>
                <w:color w:val="000000"/>
                <w:sz w:val="17"/>
              </w:rPr>
              <w:t>POUČEVANJE V GIBANJU</w:t>
            </w:r>
          </w:p>
          <w:p w14:paraId="1376B7E8"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4C79FE12" w14:textId="77777777" w:rsidR="00187E2C" w:rsidRDefault="00000000">
            <w:pPr>
              <w:spacing w:after="20" w:line="245" w:lineRule="auto"/>
            </w:pPr>
            <w:r>
              <w:rPr>
                <w:b/>
                <w:color w:val="000000"/>
                <w:sz w:val="17"/>
              </w:rPr>
              <w:t>DELO PO POSTAJAH</w:t>
            </w:r>
          </w:p>
          <w:p w14:paraId="7F14DA9E" w14:textId="77777777" w:rsidR="00187E2C" w:rsidRDefault="00000000">
            <w:pPr>
              <w:spacing w:after="60" w:line="245" w:lineRule="auto"/>
            </w:pPr>
            <w:r>
              <w:rPr>
                <w:color w:val="000000"/>
                <w:sz w:val="15"/>
              </w:rPr>
              <w:t>1. doživljajsko-književna – poslušanje, pogovor, igra vlog in predmetno/slikovno izhodišče; 2. glasovno-gibalna – slišim glas /h/, razvrščam besede in sestavljam žive zloge; 3. bralna – ČRKA H • BRALNI LIST 30, modelirano, vodeno ali ponovljeno branje; 4. tipno-grafomotorična – črko H oblikujem, hodim po njeni poti in jo zapišem ter izbor dokaza, povratna informacija in naslednji korak.</w:t>
            </w:r>
          </w:p>
          <w:p w14:paraId="5E13D6AF" w14:textId="77777777" w:rsidR="00187E2C" w:rsidRDefault="00000000">
            <w:pPr>
              <w:spacing w:after="20" w:line="245" w:lineRule="auto"/>
            </w:pPr>
            <w:r>
              <w:rPr>
                <w:b/>
                <w:color w:val="000000"/>
                <w:sz w:val="17"/>
              </w:rPr>
              <w:t>DIFERENCIACIJA IN VKLJUČEVANJE</w:t>
            </w:r>
          </w:p>
          <w:p w14:paraId="3A1FD802"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72AE95CC" w14:textId="77777777" w:rsidR="00187E2C" w:rsidRDefault="00000000">
            <w:pPr>
              <w:spacing w:after="20" w:line="245" w:lineRule="auto"/>
            </w:pPr>
            <w:r>
              <w:rPr>
                <w:b/>
                <w:color w:val="000000"/>
                <w:sz w:val="17"/>
              </w:rPr>
              <w:t>SPREMLJANJE</w:t>
            </w:r>
          </w:p>
          <w:p w14:paraId="2EB5A17B"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0900B498"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C1415CC" w14:textId="77777777">
              <w:trPr>
                <w:jc w:val="center"/>
              </w:trPr>
              <w:tc>
                <w:tcPr>
                  <w:tcW w:w="7087" w:type="dxa"/>
                  <w:shd w:val="clear" w:color="auto" w:fill="C6E7F3"/>
                  <w:tcMar>
                    <w:top w:w="45" w:type="dxa"/>
                    <w:left w:w="70" w:type="dxa"/>
                    <w:bottom w:w="45" w:type="dxa"/>
                    <w:right w:w="70" w:type="dxa"/>
                  </w:tcMar>
                </w:tcPr>
                <w:p w14:paraId="7B1CD493" w14:textId="77777777" w:rsidR="00187E2C" w:rsidRDefault="00000000">
                  <w:pPr>
                    <w:keepNext/>
                  </w:pPr>
                  <w:r>
                    <w:rPr>
                      <w:b/>
                      <w:color w:val="000000"/>
                      <w:sz w:val="17"/>
                    </w:rPr>
                    <w:t>GLAVNI DEL – DOŽIVLJAJSKO, JEZIKOVNO IN OPISMENJEVALNO UČENJE (6 šolskih ur)</w:t>
                  </w:r>
                </w:p>
              </w:tc>
            </w:tr>
          </w:tbl>
          <w:p w14:paraId="4994F977" w14:textId="77777777" w:rsidR="00187E2C" w:rsidRDefault="00187E2C">
            <w:pPr>
              <w:spacing w:line="20" w:lineRule="exact"/>
            </w:pPr>
          </w:p>
          <w:p w14:paraId="73333992" w14:textId="77777777" w:rsidR="00187E2C" w:rsidRDefault="00000000">
            <w:pPr>
              <w:keepNext/>
              <w:spacing w:before="22" w:after="6" w:line="245" w:lineRule="auto"/>
            </w:pPr>
            <w:r>
              <w:rPr>
                <w:b/>
                <w:color w:val="000000"/>
                <w:sz w:val="15"/>
              </w:rPr>
              <w:t>1. URA – Poročilo o poskusu – Poslušam in doživljam</w:t>
            </w:r>
          </w:p>
          <w:p w14:paraId="0F349319" w14:textId="77777777" w:rsidR="00187E2C" w:rsidRDefault="00000000">
            <w:pPr>
              <w:spacing w:after="7" w:line="245" w:lineRule="auto"/>
            </w:pPr>
            <w:r>
              <w:rPr>
                <w:b/>
                <w:color w:val="000000"/>
                <w:sz w:val="14"/>
              </w:rPr>
              <w:t xml:space="preserve">Dejavnost učiteljice: </w:t>
            </w:r>
            <w:r>
              <w:rPr>
                <w:color w:val="000000"/>
                <w:sz w:val="14"/>
              </w:rPr>
              <w:t>Doživeto prebere oziroma predstavi kratko besedilo, sliko ali zvočni odlomek, povezan s temo »poročilo o poskusu • velika tiskana črka h • bralni list 30«.</w:t>
            </w:r>
          </w:p>
          <w:p w14:paraId="6EFBDFB3" w14:textId="77777777" w:rsidR="00187E2C" w:rsidRDefault="00000000">
            <w:pPr>
              <w:spacing w:after="7" w:line="245" w:lineRule="auto"/>
            </w:pPr>
            <w:r>
              <w:rPr>
                <w:b/>
                <w:color w:val="000000"/>
                <w:sz w:val="14"/>
              </w:rPr>
              <w:t xml:space="preserve">Dejavnost učencev: </w:t>
            </w:r>
            <w:r>
              <w:rPr>
                <w:color w:val="000000"/>
                <w:sz w:val="14"/>
              </w:rPr>
              <w:t>Napoveduje ob naslovu/sliki, med poslušanjem pokaže dogovorjen znak in po poslušanju izbere sliko občutja; dejavnost poveže s ciljem »napove izid«.</w:t>
            </w:r>
          </w:p>
          <w:p w14:paraId="4FC1CA04" w14:textId="77777777" w:rsidR="00187E2C" w:rsidRDefault="00000000">
            <w:pPr>
              <w:spacing w:after="15" w:line="245" w:lineRule="auto"/>
            </w:pPr>
            <w:r>
              <w:rPr>
                <w:i/>
                <w:color w:val="D95BC6"/>
                <w:sz w:val="14"/>
              </w:rPr>
              <w:t>Predvideni dokaz: odziv med poslušanjem, izbrana slika in ena poved o doživetju..</w:t>
            </w:r>
          </w:p>
          <w:p w14:paraId="586FDC2F" w14:textId="77777777" w:rsidR="00187E2C" w:rsidRDefault="00000000">
            <w:pPr>
              <w:keepNext/>
              <w:spacing w:before="22" w:after="6" w:line="245" w:lineRule="auto"/>
            </w:pPr>
            <w:r>
              <w:rPr>
                <w:b/>
                <w:color w:val="000000"/>
                <w:sz w:val="15"/>
              </w:rPr>
              <w:t>2. URA – Poročilo o poskusu – Govorim in pojasnjujem</w:t>
            </w:r>
          </w:p>
          <w:p w14:paraId="565EE405"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115E71B4"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»ustno opiše postopek in ugotovitev«.</w:t>
            </w:r>
          </w:p>
          <w:p w14:paraId="6F3CD0B8" w14:textId="77777777" w:rsidR="00187E2C" w:rsidRDefault="00000000">
            <w:pPr>
              <w:spacing w:after="15" w:line="245" w:lineRule="auto"/>
            </w:pPr>
            <w:r>
              <w:rPr>
                <w:i/>
                <w:color w:val="D95BC6"/>
                <w:sz w:val="14"/>
              </w:rPr>
              <w:t>Predvideni dokaz: zvočni posnetek ali anekdotski zapis kratke izmenjave..</w:t>
            </w:r>
          </w:p>
          <w:p w14:paraId="0B2003E1" w14:textId="77777777" w:rsidR="00187E2C" w:rsidRDefault="00000000">
            <w:pPr>
              <w:keepNext/>
              <w:spacing w:before="22" w:after="6" w:line="245" w:lineRule="auto"/>
            </w:pPr>
            <w:r>
              <w:rPr>
                <w:b/>
                <w:color w:val="000000"/>
                <w:sz w:val="15"/>
              </w:rPr>
              <w:t>3. URA – Poročilo o poskusu – Razčlenjujem jezik</w:t>
            </w:r>
          </w:p>
          <w:p w14:paraId="66418AE7"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7B7ABAA6"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»uporabi besede najprej–potem«.</w:t>
            </w:r>
          </w:p>
          <w:p w14:paraId="2E576060" w14:textId="77777777" w:rsidR="00187E2C" w:rsidRDefault="00000000">
            <w:pPr>
              <w:spacing w:after="15" w:line="245" w:lineRule="auto"/>
            </w:pPr>
            <w:r>
              <w:rPr>
                <w:i/>
                <w:color w:val="D95BC6"/>
                <w:sz w:val="14"/>
              </w:rPr>
              <w:t>Predvideni dokaz: pravilno sestavljen primer in učenčeva ustna razlaga postopka..</w:t>
            </w:r>
          </w:p>
          <w:p w14:paraId="69191645" w14:textId="77777777" w:rsidR="00187E2C" w:rsidRDefault="00000000">
            <w:pPr>
              <w:keepNext/>
              <w:spacing w:before="22" w:after="6" w:line="245" w:lineRule="auto"/>
            </w:pPr>
            <w:r>
              <w:rPr>
                <w:b/>
                <w:color w:val="000000"/>
                <w:sz w:val="15"/>
              </w:rPr>
              <w:t>4. URA – SLIŠIM GLAS /h/ IN ODKRIVAM ČRKO H</w:t>
            </w:r>
          </w:p>
          <w:p w14:paraId="02783547" w14:textId="77777777" w:rsidR="00187E2C" w:rsidRDefault="00000000">
            <w:pPr>
              <w:spacing w:after="7" w:line="245" w:lineRule="auto"/>
            </w:pPr>
            <w:r>
              <w:rPr>
                <w:b/>
                <w:color w:val="000000"/>
                <w:sz w:val="14"/>
              </w:rPr>
              <w:t xml:space="preserve">Dejavnost učiteljice: </w:t>
            </w:r>
            <w:r>
              <w:rPr>
                <w:color w:val="000000"/>
                <w:sz w:val="14"/>
              </w:rPr>
              <w:t>Vodi poslušanje in razvrščanje besed (hiša, muha, oreh, kruh); učenci se premikajo v kote začetek–sredina–konec, nato med črkami poiščejo H in jo oblikujejo s telesom.</w:t>
            </w:r>
          </w:p>
          <w:p w14:paraId="58A0A0F6" w14:textId="77777777" w:rsidR="00187E2C" w:rsidRDefault="00000000">
            <w:pPr>
              <w:spacing w:after="7" w:line="245" w:lineRule="auto"/>
            </w:pPr>
            <w:r>
              <w:rPr>
                <w:b/>
                <w:color w:val="000000"/>
                <w:sz w:val="14"/>
              </w:rPr>
              <w:t xml:space="preserve">Dejavnost učencev: </w:t>
            </w:r>
            <w:r>
              <w:rPr>
                <w:color w:val="000000"/>
                <w:sz w:val="14"/>
              </w:rPr>
              <w:t>Besede razvršča z gibanjem, za vsak glas položi žeton, med znaki poišče H ter jo predstavi s telesom ali vrvjo.</w:t>
            </w:r>
          </w:p>
          <w:p w14:paraId="254BD1BE" w14:textId="77777777" w:rsidR="00187E2C" w:rsidRDefault="00000000">
            <w:pPr>
              <w:spacing w:after="15" w:line="245" w:lineRule="auto"/>
            </w:pPr>
            <w:r>
              <w:rPr>
                <w:i/>
                <w:color w:val="D95BC6"/>
                <w:sz w:val="14"/>
              </w:rPr>
              <w:t>Predvideni dokaz: štiri pravilne glasovne odločitve, izbor črke H in kratka učenčeva razlaga..</w:t>
            </w:r>
          </w:p>
          <w:p w14:paraId="68BA1E5E" w14:textId="77777777" w:rsidR="00187E2C" w:rsidRDefault="00000000">
            <w:pPr>
              <w:keepNext/>
              <w:spacing w:before="22" w:after="6" w:line="245" w:lineRule="auto"/>
            </w:pPr>
            <w:r>
              <w:rPr>
                <w:b/>
                <w:color w:val="000000"/>
                <w:sz w:val="15"/>
              </w:rPr>
              <w:t>5. URA – Oblikujem in pišem črko H</w:t>
            </w:r>
          </w:p>
          <w:p w14:paraId="472BECC4" w14:textId="77777777" w:rsidR="00187E2C" w:rsidRDefault="00000000">
            <w:pPr>
              <w:spacing w:after="7" w:line="245" w:lineRule="auto"/>
            </w:pPr>
            <w:r>
              <w:rPr>
                <w:b/>
                <w:color w:val="000000"/>
                <w:sz w:val="14"/>
              </w:rPr>
              <w:t xml:space="preserve">Dejavnost učiteljice: </w:t>
            </w:r>
            <w:r>
              <w:rPr>
                <w:color w:val="000000"/>
                <w:sz w:val="14"/>
              </w:rPr>
              <w:t>Organizira veččutne postaje: telo/vrv/palčke ali plastelin – prst v pesku – trak v zraku – velika podlaga – črtovje. Opazuje smer poteze in poda eno takoj uporabno povratno informacijo.</w:t>
            </w:r>
          </w:p>
          <w:p w14:paraId="7B26F543" w14:textId="77777777" w:rsidR="00187E2C" w:rsidRDefault="00000000">
            <w:pPr>
              <w:spacing w:after="7" w:line="245" w:lineRule="auto"/>
            </w:pPr>
            <w:r>
              <w:rPr>
                <w:b/>
                <w:color w:val="000000"/>
                <w:sz w:val="14"/>
              </w:rPr>
              <w:t xml:space="preserve">Dejavnost učencev: </w:t>
            </w:r>
            <w:r>
              <w:rPr>
                <w:color w:val="000000"/>
                <w:sz w:val="14"/>
              </w:rPr>
              <w:t>Črko H gradi in zapisuje na različnih podlagah, nato preide na manjši format; po povratni informaciji ponovi isti zapis.</w:t>
            </w:r>
          </w:p>
          <w:p w14:paraId="209C1848" w14:textId="77777777" w:rsidR="00187E2C" w:rsidRDefault="00000000">
            <w:pPr>
              <w:spacing w:after="15" w:line="245" w:lineRule="auto"/>
            </w:pPr>
            <w:r>
              <w:rPr>
                <w:i/>
                <w:color w:val="D95BC6"/>
                <w:sz w:val="14"/>
              </w:rPr>
              <w:t>Predvideni dokaz: fotografija konstrukcije črke H, opazovalni zapis smeri potez in datirana vrstica treh zapisov..</w:t>
            </w:r>
          </w:p>
          <w:p w14:paraId="1F5C4F43" w14:textId="77777777" w:rsidR="00187E2C" w:rsidRDefault="00000000">
            <w:pPr>
              <w:keepNext/>
              <w:spacing w:before="22" w:after="6" w:line="245" w:lineRule="auto"/>
            </w:pPr>
            <w:r>
              <w:rPr>
                <w:b/>
                <w:color w:val="000000"/>
                <w:sz w:val="15"/>
              </w:rPr>
              <w:t>6. URA – Berem in uporabim črko H</w:t>
            </w:r>
          </w:p>
          <w:p w14:paraId="33596D4C" w14:textId="77777777" w:rsidR="00187E2C" w:rsidRDefault="00000000">
            <w:pPr>
              <w:spacing w:after="7" w:line="245" w:lineRule="auto"/>
            </w:pPr>
            <w:r>
              <w:rPr>
                <w:b/>
                <w:color w:val="000000"/>
                <w:sz w:val="14"/>
              </w:rPr>
              <w:t xml:space="preserve">Dejavnost učiteljice: </w:t>
            </w:r>
            <w:r>
              <w:rPr>
                <w:color w:val="000000"/>
                <w:sz w:val="14"/>
              </w:rPr>
              <w:t>Vodi bralne postaje: živi zlogi, magnetne črke, pari kartic, mini tabla, učni list za H in Bralni list 30; gradivo omeji na znane črke A, E, I, O, U, N, M, T, J, V, R, S, L, K, P, D, B, G, Č, Š, Ž, C, Z.</w:t>
            </w:r>
          </w:p>
          <w:p w14:paraId="08C2B9AE" w14:textId="77777777" w:rsidR="00187E2C" w:rsidRDefault="00000000">
            <w:pPr>
              <w:spacing w:after="7" w:line="245" w:lineRule="auto"/>
            </w:pPr>
            <w:r>
              <w:rPr>
                <w:b/>
                <w:color w:val="000000"/>
                <w:sz w:val="14"/>
              </w:rPr>
              <w:t xml:space="preserve">Dejavnost učencev: </w:t>
            </w:r>
            <w:r>
              <w:rPr>
                <w:color w:val="000000"/>
                <w:sz w:val="14"/>
              </w:rPr>
              <w:t>Sestavlja, premešča in bere HA • HI • HO • HE ter HIŠA • MUHA • HODI • OREH; izbere zahtevnost in rešuje Bralni list 30.</w:t>
            </w:r>
          </w:p>
          <w:p w14:paraId="3159FD1D" w14:textId="77777777" w:rsidR="00187E2C" w:rsidRDefault="00000000">
            <w:pPr>
              <w:spacing w:after="15" w:line="245" w:lineRule="auto"/>
            </w:pPr>
            <w:r>
              <w:rPr>
                <w:i/>
                <w:color w:val="D95BC6"/>
                <w:sz w:val="14"/>
              </w:rPr>
              <w:t>Predvideni dokaz: izpolnjen Bralni list 30, individualni bralni zapis, sestavljen ali zapisan primer s črko H in samovrednotenje..</w:t>
            </w:r>
          </w:p>
          <w:tbl>
            <w:tblPr>
              <w:tblStyle w:val="Tabelamrea"/>
              <w:tblW w:w="0" w:type="auto"/>
              <w:jc w:val="center"/>
              <w:tblLayout w:type="fixed"/>
              <w:tblLook w:val="04A0" w:firstRow="1" w:lastRow="0" w:firstColumn="1" w:lastColumn="0" w:noHBand="0" w:noVBand="1"/>
            </w:tblPr>
            <w:tblGrid>
              <w:gridCol w:w="7087"/>
            </w:tblGrid>
            <w:tr w:rsidR="00187E2C" w14:paraId="6BD5F5FB" w14:textId="77777777">
              <w:trPr>
                <w:jc w:val="center"/>
              </w:trPr>
              <w:tc>
                <w:tcPr>
                  <w:tcW w:w="7087" w:type="dxa"/>
                  <w:shd w:val="clear" w:color="auto" w:fill="EDC9EA"/>
                  <w:tcMar>
                    <w:top w:w="45" w:type="dxa"/>
                    <w:left w:w="70" w:type="dxa"/>
                    <w:bottom w:w="45" w:type="dxa"/>
                    <w:right w:w="70" w:type="dxa"/>
                  </w:tcMar>
                </w:tcPr>
                <w:p w14:paraId="644FFE26" w14:textId="77777777" w:rsidR="00187E2C" w:rsidRDefault="00000000">
                  <w:pPr>
                    <w:keepNext/>
                  </w:pPr>
                  <w:r>
                    <w:rPr>
                      <w:b/>
                      <w:color w:val="000000"/>
                      <w:sz w:val="17"/>
                    </w:rPr>
                    <w:t>POVRATNA INFORMACIJA UČITELJICE MED DELOM</w:t>
                  </w:r>
                </w:p>
              </w:tc>
            </w:tr>
          </w:tbl>
          <w:p w14:paraId="0A4A99E5" w14:textId="77777777" w:rsidR="00187E2C" w:rsidRDefault="00187E2C"/>
          <w:p w14:paraId="6AFE9578"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43B90E09" w14:textId="77777777" w:rsidR="00187E2C" w:rsidRDefault="00187E2C"/>
          <w:p w14:paraId="2D5C4969" w14:textId="77777777" w:rsidR="00187E2C" w:rsidRDefault="00000000">
            <w:pPr>
              <w:spacing w:after="4" w:line="245" w:lineRule="auto"/>
            </w:pPr>
            <w:r>
              <w:rPr>
                <w:b/>
                <w:color w:val="000000"/>
                <w:sz w:val="15"/>
              </w:rPr>
              <w:t>1. URA – Poročilo o poskusu – Poslušam in doživljam</w:t>
            </w:r>
          </w:p>
          <w:p w14:paraId="48790854" w14:textId="77777777" w:rsidR="00187E2C" w:rsidRDefault="00000000">
            <w:pPr>
              <w:spacing w:after="7" w:line="245" w:lineRule="auto"/>
            </w:pPr>
            <w:r>
              <w:rPr>
                <w:color w:val="000000"/>
                <w:sz w:val="14"/>
              </w:rPr>
              <w:t>Napoveduje ob naslovu/sliki, med poslušanjem pokaže dogovorjen znak in po poslušanju izbere sliko občutja.</w:t>
            </w:r>
          </w:p>
          <w:p w14:paraId="6641476B" w14:textId="77777777" w:rsidR="00187E2C" w:rsidRDefault="00000000">
            <w:pPr>
              <w:spacing w:after="15" w:line="245" w:lineRule="auto"/>
            </w:pPr>
            <w:r>
              <w:rPr>
                <w:color w:val="D95BC6"/>
                <w:sz w:val="13"/>
              </w:rPr>
              <w:t>Dokaz: odziv med poslušanjem, izbrana slika in ena poved o doživetju.</w:t>
            </w:r>
          </w:p>
          <w:p w14:paraId="715DC9F5" w14:textId="77777777" w:rsidR="00187E2C" w:rsidRDefault="00000000">
            <w:pPr>
              <w:spacing w:after="4" w:line="245" w:lineRule="auto"/>
            </w:pPr>
            <w:r>
              <w:rPr>
                <w:b/>
                <w:color w:val="000000"/>
                <w:sz w:val="15"/>
              </w:rPr>
              <w:t>2. URA – Poročilo o poskusu – Govorim in pojasnjujem</w:t>
            </w:r>
          </w:p>
          <w:p w14:paraId="3619A009" w14:textId="77777777" w:rsidR="00187E2C" w:rsidRDefault="00000000">
            <w:pPr>
              <w:spacing w:after="7" w:line="245" w:lineRule="auto"/>
            </w:pPr>
            <w:r>
              <w:rPr>
                <w:color w:val="000000"/>
                <w:sz w:val="14"/>
              </w:rPr>
              <w:t>V paru govori in posluša, zamenja vlogo, postavi vprašanje ter uporabi besedo iz tedenske besedne banke.</w:t>
            </w:r>
          </w:p>
          <w:p w14:paraId="101D3FA1" w14:textId="77777777" w:rsidR="00187E2C" w:rsidRDefault="00000000">
            <w:pPr>
              <w:spacing w:after="15" w:line="245" w:lineRule="auto"/>
            </w:pPr>
            <w:r>
              <w:rPr>
                <w:color w:val="D95BC6"/>
                <w:sz w:val="13"/>
              </w:rPr>
              <w:t>Dokaz: zvočni posnetek ali anekdotski zapis kratke izmenjave.</w:t>
            </w:r>
          </w:p>
          <w:p w14:paraId="4D1ECC78" w14:textId="77777777" w:rsidR="00187E2C" w:rsidRDefault="00000000">
            <w:pPr>
              <w:spacing w:after="4" w:line="245" w:lineRule="auto"/>
            </w:pPr>
            <w:r>
              <w:rPr>
                <w:b/>
                <w:color w:val="000000"/>
                <w:sz w:val="15"/>
              </w:rPr>
              <w:t>3. URA – Poročilo o poskusu – Razčlenjujem jezik</w:t>
            </w:r>
          </w:p>
          <w:p w14:paraId="3196EE49" w14:textId="77777777" w:rsidR="00187E2C" w:rsidRDefault="00000000">
            <w:pPr>
              <w:spacing w:after="7" w:line="245" w:lineRule="auto"/>
            </w:pPr>
            <w:r>
              <w:rPr>
                <w:color w:val="000000"/>
                <w:sz w:val="14"/>
              </w:rPr>
              <w:t>Ploska, stopa, razstavlja in sestavlja; primer razvrsti ter svojo rešitev preveri s sošolcem.</w:t>
            </w:r>
          </w:p>
          <w:p w14:paraId="0640466E" w14:textId="77777777" w:rsidR="00187E2C" w:rsidRDefault="00000000">
            <w:pPr>
              <w:spacing w:after="15" w:line="245" w:lineRule="auto"/>
            </w:pPr>
            <w:r>
              <w:rPr>
                <w:color w:val="D95BC6"/>
                <w:sz w:val="13"/>
              </w:rPr>
              <w:t>Dokaz: pravilno sestavljen primer in učenčeva ustna razlaga postopka.</w:t>
            </w:r>
          </w:p>
          <w:p w14:paraId="6ADAB09E" w14:textId="77777777" w:rsidR="00187E2C" w:rsidRDefault="00000000">
            <w:pPr>
              <w:spacing w:after="4" w:line="245" w:lineRule="auto"/>
            </w:pPr>
            <w:r>
              <w:rPr>
                <w:b/>
                <w:color w:val="000000"/>
                <w:sz w:val="15"/>
              </w:rPr>
              <w:t>4. URA – SLIŠIM GLAS /h/ IN ODKRIVAM ČRKO H</w:t>
            </w:r>
          </w:p>
          <w:p w14:paraId="62B68240" w14:textId="77777777" w:rsidR="00187E2C" w:rsidRDefault="00000000">
            <w:pPr>
              <w:spacing w:after="7" w:line="245" w:lineRule="auto"/>
            </w:pPr>
            <w:r>
              <w:rPr>
                <w:color w:val="000000"/>
                <w:sz w:val="14"/>
              </w:rPr>
              <w:t>Besede razvršča z gibanjem, za vsak glas položi žeton, med znaki poišče H ter jo predstavi s telesom ali vrvjo.</w:t>
            </w:r>
          </w:p>
          <w:p w14:paraId="0EAFBDF9" w14:textId="77777777" w:rsidR="00187E2C" w:rsidRDefault="00000000">
            <w:pPr>
              <w:spacing w:after="15" w:line="245" w:lineRule="auto"/>
            </w:pPr>
            <w:r>
              <w:rPr>
                <w:color w:val="D95BC6"/>
                <w:sz w:val="13"/>
              </w:rPr>
              <w:t>Dokaz: štiri pravilne glasovne odločitve, izbor črke H in kratka učenčeva razlaga.</w:t>
            </w:r>
          </w:p>
          <w:p w14:paraId="0717C271" w14:textId="77777777" w:rsidR="00187E2C" w:rsidRDefault="00000000">
            <w:pPr>
              <w:spacing w:after="4" w:line="245" w:lineRule="auto"/>
            </w:pPr>
            <w:r>
              <w:rPr>
                <w:b/>
                <w:color w:val="000000"/>
                <w:sz w:val="15"/>
              </w:rPr>
              <w:t>5. URA – Oblikujem in pišem črko H</w:t>
            </w:r>
          </w:p>
          <w:p w14:paraId="358B1961" w14:textId="77777777" w:rsidR="00187E2C" w:rsidRDefault="00000000">
            <w:pPr>
              <w:spacing w:after="7" w:line="245" w:lineRule="auto"/>
            </w:pPr>
            <w:r>
              <w:rPr>
                <w:color w:val="000000"/>
                <w:sz w:val="14"/>
              </w:rPr>
              <w:t>Črko H gradi in zapisuje na različnih podlagah, nato preide na manjši format.</w:t>
            </w:r>
          </w:p>
          <w:p w14:paraId="34597E26" w14:textId="77777777" w:rsidR="00187E2C" w:rsidRDefault="00000000">
            <w:pPr>
              <w:spacing w:after="15" w:line="245" w:lineRule="auto"/>
            </w:pPr>
            <w:r>
              <w:rPr>
                <w:color w:val="D95BC6"/>
                <w:sz w:val="13"/>
              </w:rPr>
              <w:t>Dokaz: fotografija konstrukcije črke H, opazovalni zapis smeri potez in datirana.</w:t>
            </w:r>
          </w:p>
          <w:p w14:paraId="68493E76" w14:textId="77777777" w:rsidR="00187E2C" w:rsidRDefault="00000000">
            <w:pPr>
              <w:spacing w:after="4" w:line="245" w:lineRule="auto"/>
            </w:pPr>
            <w:r>
              <w:rPr>
                <w:b/>
                <w:color w:val="000000"/>
                <w:sz w:val="15"/>
              </w:rPr>
              <w:t>6. URA – Berem in uporabim črko H</w:t>
            </w:r>
          </w:p>
          <w:p w14:paraId="5CEE19B8" w14:textId="77777777" w:rsidR="00187E2C" w:rsidRDefault="00000000">
            <w:pPr>
              <w:spacing w:after="7" w:line="245" w:lineRule="auto"/>
            </w:pPr>
            <w:r>
              <w:rPr>
                <w:color w:val="000000"/>
                <w:sz w:val="14"/>
              </w:rPr>
              <w:t>Sestavlja, premešča in bere HA • HI • HO • HE ter HIŠA • MUHA • HODI • OREH.</w:t>
            </w:r>
          </w:p>
          <w:p w14:paraId="355D946A" w14:textId="77777777" w:rsidR="00187E2C" w:rsidRDefault="00000000">
            <w:pPr>
              <w:spacing w:after="15" w:line="245" w:lineRule="auto"/>
            </w:pPr>
            <w:r>
              <w:rPr>
                <w:color w:val="D95BC6"/>
                <w:sz w:val="13"/>
              </w:rPr>
              <w:t>Dokaz: izpolnjen Bralni list 30, individualni bralni zapis.</w:t>
            </w:r>
          </w:p>
        </w:tc>
      </w:tr>
    </w:tbl>
    <w:p w14:paraId="2251FAF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7F8DEA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E14CEB6"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4AE9D1" w14:textId="77777777" w:rsidR="00187E2C" w:rsidRDefault="00000000">
            <w:pPr>
              <w:jc w:val="center"/>
            </w:pPr>
            <w:r>
              <w:rPr>
                <w:b/>
                <w:color w:val="000000"/>
                <w:sz w:val="20"/>
              </w:rPr>
              <w:t>UČNE DEJAVNOSTI, METODE IN FORMATIVNO SPREMLJANJE</w:t>
            </w:r>
          </w:p>
        </w:tc>
      </w:tr>
      <w:tr w:rsidR="00187E2C" w14:paraId="13313DFB" w14:textId="77777777">
        <w:trPr>
          <w:tblHeader/>
          <w:jc w:val="center"/>
        </w:trPr>
        <w:tc>
          <w:tcPr>
            <w:tcW w:w="4422" w:type="dxa"/>
            <w:vMerge/>
            <w:tcMar>
              <w:top w:w="70" w:type="dxa"/>
              <w:left w:w="90" w:type="dxa"/>
              <w:bottom w:w="70" w:type="dxa"/>
              <w:right w:w="90" w:type="dxa"/>
            </w:tcMar>
            <w:vAlign w:val="center"/>
          </w:tcPr>
          <w:p w14:paraId="618188F3" w14:textId="77777777" w:rsidR="00187E2C" w:rsidRDefault="00187E2C"/>
        </w:tc>
        <w:tc>
          <w:tcPr>
            <w:tcW w:w="7087" w:type="dxa"/>
            <w:shd w:val="clear" w:color="auto" w:fill="FFFFFF"/>
            <w:tcMar>
              <w:top w:w="70" w:type="dxa"/>
              <w:left w:w="90" w:type="dxa"/>
              <w:bottom w:w="70" w:type="dxa"/>
              <w:right w:w="90" w:type="dxa"/>
            </w:tcMar>
            <w:vAlign w:val="center"/>
          </w:tcPr>
          <w:p w14:paraId="416FB08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4D464F0" w14:textId="77777777" w:rsidR="00187E2C" w:rsidRDefault="00000000">
            <w:pPr>
              <w:jc w:val="center"/>
            </w:pPr>
            <w:r>
              <w:rPr>
                <w:b/>
                <w:color w:val="000000"/>
              </w:rPr>
              <w:t>UČENEC</w:t>
            </w:r>
          </w:p>
        </w:tc>
      </w:tr>
      <w:tr w:rsidR="00187E2C" w14:paraId="5F2E36F8" w14:textId="77777777">
        <w:trPr>
          <w:jc w:val="center"/>
        </w:trPr>
        <w:tc>
          <w:tcPr>
            <w:tcW w:w="4422" w:type="dxa"/>
            <w:tcMar>
              <w:top w:w="70" w:type="dxa"/>
              <w:left w:w="90" w:type="dxa"/>
              <w:bottom w:w="70" w:type="dxa"/>
              <w:right w:w="90" w:type="dxa"/>
            </w:tcMar>
          </w:tcPr>
          <w:p w14:paraId="63238426" w14:textId="77777777" w:rsidR="00187E2C" w:rsidRDefault="00187E2C"/>
          <w:p w14:paraId="649187F5" w14:textId="77777777" w:rsidR="00187E2C" w:rsidRDefault="00000000">
            <w:pPr>
              <w:spacing w:after="40" w:line="245" w:lineRule="auto"/>
            </w:pPr>
            <w:r>
              <w:rPr>
                <w:b/>
                <w:color w:val="000000"/>
              </w:rPr>
              <w:t>FORMATIVNO SPREMLJANJE</w:t>
            </w:r>
          </w:p>
          <w:p w14:paraId="3E19C042"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7CF18049"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57D36854"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4564970"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5D4C2F3E" w14:textId="77777777" w:rsidR="00187E2C" w:rsidRDefault="00000000">
            <w:pPr>
              <w:spacing w:before="40" w:after="20" w:line="245" w:lineRule="auto"/>
            </w:pPr>
            <w:r>
              <w:rPr>
                <w:b/>
                <w:color w:val="000000"/>
                <w:sz w:val="17"/>
              </w:rPr>
              <w:t>VARNOST IN ODGOVORNOST</w:t>
            </w:r>
          </w:p>
          <w:p w14:paraId="4EBD4A65"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4EDBDB9C" w14:textId="77777777" w:rsidR="00187E2C" w:rsidRDefault="00000000">
            <w:pPr>
              <w:spacing w:after="20" w:line="245" w:lineRule="auto"/>
            </w:pPr>
            <w:r>
              <w:rPr>
                <w:b/>
                <w:color w:val="000000"/>
                <w:sz w:val="17"/>
              </w:rPr>
              <w:t>EVIDENCA PO IZVEDBI</w:t>
            </w:r>
          </w:p>
          <w:p w14:paraId="6384BE1F"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767E8BEB"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ADCE46A" w14:textId="77777777">
              <w:trPr>
                <w:jc w:val="center"/>
              </w:trPr>
              <w:tc>
                <w:tcPr>
                  <w:tcW w:w="7087" w:type="dxa"/>
                  <w:shd w:val="clear" w:color="auto" w:fill="EDC9EA"/>
                  <w:tcMar>
                    <w:top w:w="45" w:type="dxa"/>
                    <w:left w:w="70" w:type="dxa"/>
                    <w:bottom w:w="45" w:type="dxa"/>
                    <w:right w:w="70" w:type="dxa"/>
                  </w:tcMar>
                </w:tcPr>
                <w:p w14:paraId="6FCA9C59" w14:textId="77777777" w:rsidR="00187E2C" w:rsidRDefault="00000000">
                  <w:pPr>
                    <w:keepNext/>
                  </w:pPr>
                  <w:r>
                    <w:rPr>
                      <w:b/>
                      <w:color w:val="000000"/>
                    </w:rPr>
                    <w:t>VPRAŠANJA V PODPORO JEZIKOVNEMU, BRALNEMU IN KNJIŽEVNEMU UČENJU</w:t>
                  </w:r>
                </w:p>
              </w:tc>
            </w:tr>
          </w:tbl>
          <w:p w14:paraId="17338782" w14:textId="77777777" w:rsidR="00187E2C" w:rsidRDefault="00187E2C">
            <w:pPr>
              <w:spacing w:line="20" w:lineRule="exact"/>
            </w:pPr>
          </w:p>
          <w:p w14:paraId="2EE24744" w14:textId="77777777" w:rsidR="00187E2C" w:rsidRDefault="00000000">
            <w:pPr>
              <w:pStyle w:val="Oznaenseznam"/>
              <w:spacing w:after="16"/>
            </w:pPr>
            <w:r>
              <w:rPr>
                <w:color w:val="000000"/>
                <w:sz w:val="16"/>
              </w:rPr>
              <w:t>Kaj ti je naslovnica, slika, predmet, zvok ali gib pomagal razumeti?</w:t>
            </w:r>
          </w:p>
          <w:p w14:paraId="39D4C8A8" w14:textId="77777777" w:rsidR="00187E2C" w:rsidRDefault="00000000">
            <w:pPr>
              <w:pStyle w:val="Oznaenseznam"/>
              <w:spacing w:after="16"/>
            </w:pPr>
            <w:r>
              <w:rPr>
                <w:color w:val="000000"/>
                <w:sz w:val="16"/>
              </w:rPr>
              <w:t>Kako si našel/-la glas, črko, zlog, besedo ali bistveni podatek?</w:t>
            </w:r>
          </w:p>
          <w:p w14:paraId="33229D6A" w14:textId="77777777" w:rsidR="00187E2C" w:rsidRDefault="00000000">
            <w:pPr>
              <w:pStyle w:val="Oznaenseznam"/>
              <w:spacing w:after="16"/>
            </w:pPr>
            <w:r>
              <w:rPr>
                <w:color w:val="000000"/>
                <w:sz w:val="16"/>
              </w:rPr>
              <w:t>Kako veš, da tvoja pripoved, branje ali zapis dosega dogovorjeni kriterij?</w:t>
            </w:r>
          </w:p>
          <w:p w14:paraId="51FDB0D1" w14:textId="77777777" w:rsidR="00187E2C" w:rsidRDefault="00000000">
            <w:pPr>
              <w:pStyle w:val="Oznaenseznam"/>
              <w:spacing w:after="16"/>
            </w:pPr>
            <w:r>
              <w:rPr>
                <w:color w:val="000000"/>
                <w:sz w:val="16"/>
              </w:rPr>
              <w:t>Ali lahko svoje razumevanje pokažeš še z drugim načinom – govorom, gibanjem, risbo, branjem ali zapisom?</w:t>
            </w:r>
          </w:p>
          <w:p w14:paraId="0C751C71"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7EFCC6C7" w14:textId="77777777">
              <w:trPr>
                <w:jc w:val="center"/>
              </w:trPr>
              <w:tc>
                <w:tcPr>
                  <w:tcW w:w="7087" w:type="dxa"/>
                  <w:shd w:val="clear" w:color="auto" w:fill="C6E7F3"/>
                  <w:tcMar>
                    <w:top w:w="45" w:type="dxa"/>
                    <w:left w:w="70" w:type="dxa"/>
                    <w:bottom w:w="45" w:type="dxa"/>
                    <w:right w:w="70" w:type="dxa"/>
                  </w:tcMar>
                </w:tcPr>
                <w:p w14:paraId="03D0DEB7" w14:textId="77777777" w:rsidR="00187E2C" w:rsidRDefault="00000000">
                  <w:pPr>
                    <w:keepNext/>
                  </w:pPr>
                  <w:r>
                    <w:rPr>
                      <w:b/>
                      <w:color w:val="000000"/>
                    </w:rPr>
                    <w:t>ZAKLJUČNI DEL – UTRJEVANJE, BRALNI ODZIV IN REFLEKSIJA (10–15 min)</w:t>
                  </w:r>
                </w:p>
              </w:tc>
            </w:tr>
          </w:tbl>
          <w:p w14:paraId="4262B841" w14:textId="77777777" w:rsidR="00187E2C" w:rsidRDefault="00187E2C">
            <w:pPr>
              <w:spacing w:line="20" w:lineRule="exact"/>
            </w:pPr>
          </w:p>
          <w:p w14:paraId="6043681C"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68A729AA" w14:textId="77777777">
              <w:trPr>
                <w:jc w:val="center"/>
              </w:trPr>
              <w:tc>
                <w:tcPr>
                  <w:tcW w:w="7087" w:type="dxa"/>
                  <w:shd w:val="clear" w:color="auto" w:fill="EDC9EA"/>
                  <w:tcMar>
                    <w:top w:w="45" w:type="dxa"/>
                    <w:left w:w="70" w:type="dxa"/>
                    <w:bottom w:w="45" w:type="dxa"/>
                    <w:right w:w="70" w:type="dxa"/>
                  </w:tcMar>
                </w:tcPr>
                <w:p w14:paraId="14FDD37D" w14:textId="77777777" w:rsidR="00187E2C" w:rsidRDefault="00000000">
                  <w:pPr>
                    <w:keepNext/>
                  </w:pPr>
                  <w:r>
                    <w:rPr>
                      <w:b/>
                      <w:color w:val="000000"/>
                    </w:rPr>
                    <w:t>SAMOVREDNOTENJE</w:t>
                  </w:r>
                </w:p>
              </w:tc>
            </w:tr>
          </w:tbl>
          <w:p w14:paraId="6FF654FE" w14:textId="77777777" w:rsidR="00187E2C" w:rsidRDefault="00187E2C">
            <w:pPr>
              <w:spacing w:line="20" w:lineRule="exact"/>
            </w:pPr>
          </w:p>
          <w:p w14:paraId="5827863D"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64C7B4F" w14:textId="77777777">
              <w:trPr>
                <w:jc w:val="center"/>
              </w:trPr>
              <w:tc>
                <w:tcPr>
                  <w:tcW w:w="7087" w:type="dxa"/>
                  <w:shd w:val="clear" w:color="auto" w:fill="EDC9EA"/>
                  <w:tcMar>
                    <w:top w:w="45" w:type="dxa"/>
                    <w:left w:w="70" w:type="dxa"/>
                    <w:bottom w:w="45" w:type="dxa"/>
                    <w:right w:w="70" w:type="dxa"/>
                  </w:tcMar>
                </w:tcPr>
                <w:p w14:paraId="7F55B6A3" w14:textId="77777777" w:rsidR="00187E2C" w:rsidRDefault="00000000">
                  <w:pPr>
                    <w:keepNext/>
                  </w:pPr>
                  <w:r>
                    <w:rPr>
                      <w:b/>
                      <w:color w:val="000000"/>
                    </w:rPr>
                    <w:t>VRSTNIŠKO VREDNOTENJE</w:t>
                  </w:r>
                </w:p>
              </w:tc>
            </w:tr>
          </w:tbl>
          <w:p w14:paraId="0F23555A" w14:textId="77777777" w:rsidR="00187E2C" w:rsidRDefault="00187E2C">
            <w:pPr>
              <w:spacing w:line="20" w:lineRule="exact"/>
            </w:pPr>
          </w:p>
          <w:p w14:paraId="598E1464"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3AB54DB8" w14:textId="77777777">
              <w:trPr>
                <w:jc w:val="center"/>
              </w:trPr>
              <w:tc>
                <w:tcPr>
                  <w:tcW w:w="7087" w:type="dxa"/>
                  <w:shd w:val="clear" w:color="auto" w:fill="EDC9EA"/>
                  <w:tcMar>
                    <w:top w:w="45" w:type="dxa"/>
                    <w:left w:w="70" w:type="dxa"/>
                    <w:bottom w:w="45" w:type="dxa"/>
                    <w:right w:w="70" w:type="dxa"/>
                  </w:tcMar>
                </w:tcPr>
                <w:p w14:paraId="3AB13119" w14:textId="77777777" w:rsidR="00187E2C" w:rsidRDefault="00000000">
                  <w:pPr>
                    <w:keepNext/>
                  </w:pPr>
                  <w:r>
                    <w:rPr>
                      <w:b/>
                      <w:color w:val="000000"/>
                    </w:rPr>
                    <w:t>SKUPNI POVZETEK</w:t>
                  </w:r>
                </w:p>
              </w:tc>
            </w:tr>
          </w:tbl>
          <w:p w14:paraId="58736A2D" w14:textId="77777777" w:rsidR="00187E2C" w:rsidRDefault="00187E2C"/>
          <w:p w14:paraId="5EBD347C" w14:textId="77777777" w:rsidR="00187E2C" w:rsidRDefault="00000000">
            <w:pPr>
              <w:spacing w:before="20" w:after="40" w:line="245" w:lineRule="auto"/>
            </w:pPr>
            <w:r>
              <w:rPr>
                <w:b/>
                <w:color w:val="000000"/>
                <w:sz w:val="16"/>
              </w:rPr>
              <w:t>Prepoznam glas /h/ in črko H, jo veččutno oblikujem, čitljivo zapišem ter uporabim pri začetnem branju in pisanju. Književno doživetje izrazim z govorom, gibanjem, risbo ali zapisom.</w:t>
            </w:r>
          </w:p>
        </w:tc>
        <w:tc>
          <w:tcPr>
            <w:tcW w:w="2551" w:type="dxa"/>
            <w:tcMar>
              <w:top w:w="70" w:type="dxa"/>
              <w:left w:w="90" w:type="dxa"/>
              <w:bottom w:w="70" w:type="dxa"/>
              <w:right w:w="90" w:type="dxa"/>
            </w:tcMar>
          </w:tcPr>
          <w:p w14:paraId="1B9367B8" w14:textId="77777777" w:rsidR="00187E2C" w:rsidRDefault="00187E2C"/>
          <w:p w14:paraId="00FEBC30" w14:textId="77777777" w:rsidR="00187E2C" w:rsidRDefault="00000000">
            <w:pPr>
              <w:spacing w:after="100" w:line="245" w:lineRule="auto"/>
            </w:pPr>
            <w:r>
              <w:rPr>
                <w:color w:val="000000"/>
                <w:sz w:val="16"/>
              </w:rPr>
              <w:t>Odgovarja na podporna vprašanja ter se sklicuje na poslušano besedilo, sliko, govor, bralni list ali zapis.</w:t>
            </w:r>
          </w:p>
          <w:p w14:paraId="478635B5" w14:textId="77777777" w:rsidR="00187E2C" w:rsidRDefault="00000000">
            <w:pPr>
              <w:spacing w:after="100" w:line="245" w:lineRule="auto"/>
            </w:pPr>
            <w:r>
              <w:rPr>
                <w:color w:val="000000"/>
                <w:sz w:val="16"/>
              </w:rPr>
              <w:t>Primerja začetni odziv z novim dokazom in pojasni, kaj se je naučil/-a.</w:t>
            </w:r>
          </w:p>
          <w:p w14:paraId="02C74A68" w14:textId="77777777" w:rsidR="00187E2C" w:rsidRDefault="00000000">
            <w:pPr>
              <w:spacing w:after="100" w:line="245" w:lineRule="auto"/>
            </w:pPr>
            <w:r>
              <w:rPr>
                <w:color w:val="000000"/>
                <w:sz w:val="16"/>
              </w:rPr>
              <w:t>Izbere raven samostojnosti in določi naslednji korak.</w:t>
            </w:r>
          </w:p>
          <w:p w14:paraId="327E3B11" w14:textId="77777777" w:rsidR="00187E2C" w:rsidRDefault="00000000">
            <w:pPr>
              <w:spacing w:after="100" w:line="245" w:lineRule="auto"/>
            </w:pPr>
            <w:r>
              <w:rPr>
                <w:color w:val="000000"/>
                <w:sz w:val="16"/>
              </w:rPr>
              <w:t>Sošolcu poda prijazen in konkreten odziv, vezan na kriterij.</w:t>
            </w:r>
          </w:p>
          <w:p w14:paraId="2FACD95D" w14:textId="77777777" w:rsidR="00187E2C" w:rsidRDefault="00000000">
            <w:pPr>
              <w:spacing w:after="20" w:line="245" w:lineRule="auto"/>
            </w:pPr>
            <w:r>
              <w:rPr>
                <w:b/>
                <w:color w:val="D95BC6"/>
                <w:sz w:val="17"/>
              </w:rPr>
              <w:t>DOKAZ O UČENJU</w:t>
            </w:r>
          </w:p>
          <w:p w14:paraId="151B9BA1"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0AFFACE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13918891" w14:textId="77777777">
        <w:trPr>
          <w:cantSplit/>
          <w:jc w:val="center"/>
        </w:trPr>
        <w:tc>
          <w:tcPr>
            <w:tcW w:w="14060" w:type="dxa"/>
            <w:gridSpan w:val="6"/>
            <w:tcMar>
              <w:top w:w="70" w:type="dxa"/>
              <w:left w:w="90" w:type="dxa"/>
              <w:bottom w:w="70" w:type="dxa"/>
              <w:right w:w="90" w:type="dxa"/>
            </w:tcMar>
            <w:vAlign w:val="center"/>
          </w:tcPr>
          <w:p w14:paraId="0D97CC9E" w14:textId="77777777" w:rsidR="00187E2C" w:rsidRDefault="00000000">
            <w:pPr>
              <w:jc w:val="center"/>
            </w:pPr>
            <w:r>
              <w:rPr>
                <w:b/>
                <w:color w:val="000000"/>
                <w:sz w:val="24"/>
              </w:rPr>
              <w:lastRenderedPageBreak/>
              <w:t>UČNA PRIPRAVA 31/39</w:t>
            </w:r>
          </w:p>
        </w:tc>
      </w:tr>
      <w:tr w:rsidR="00187E2C" w14:paraId="67F5EBC8" w14:textId="77777777">
        <w:trPr>
          <w:jc w:val="center"/>
        </w:trPr>
        <w:tc>
          <w:tcPr>
            <w:tcW w:w="2665" w:type="dxa"/>
            <w:tcMar>
              <w:top w:w="70" w:type="dxa"/>
              <w:left w:w="90" w:type="dxa"/>
              <w:bottom w:w="70" w:type="dxa"/>
              <w:right w:w="90" w:type="dxa"/>
            </w:tcMar>
            <w:vAlign w:val="center"/>
          </w:tcPr>
          <w:p w14:paraId="5130DADF"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A497FB1"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50B48B9B"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95C9F23" w14:textId="77777777" w:rsidR="00187E2C" w:rsidRDefault="00000000">
            <w:r>
              <w:rPr>
                <w:b/>
                <w:color w:val="000000"/>
                <w:sz w:val="16"/>
              </w:rPr>
              <w:t xml:space="preserve">NAČRTOVANI TERMIN: </w:t>
            </w:r>
            <w:r>
              <w:rPr>
                <w:color w:val="000000"/>
                <w:sz w:val="16"/>
              </w:rPr>
              <w:t>31. teden • 19.–23. 4. 2027</w:t>
            </w:r>
          </w:p>
        </w:tc>
        <w:tc>
          <w:tcPr>
            <w:tcW w:w="2268" w:type="dxa"/>
            <w:tcMar>
              <w:top w:w="70" w:type="dxa"/>
              <w:left w:w="90" w:type="dxa"/>
              <w:bottom w:w="70" w:type="dxa"/>
              <w:right w:w="90" w:type="dxa"/>
            </w:tcMar>
            <w:vAlign w:val="center"/>
          </w:tcPr>
          <w:p w14:paraId="3151D5C9"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B835238" w14:textId="77777777" w:rsidR="00187E2C" w:rsidRDefault="00000000">
            <w:r>
              <w:rPr>
                <w:b/>
                <w:color w:val="000000"/>
                <w:sz w:val="16"/>
              </w:rPr>
              <w:t xml:space="preserve">ŠTEVILO UR: </w:t>
            </w:r>
            <w:r>
              <w:rPr>
                <w:color w:val="000000"/>
                <w:sz w:val="16"/>
              </w:rPr>
              <w:t>3</w:t>
            </w:r>
          </w:p>
        </w:tc>
      </w:tr>
      <w:tr w:rsidR="00187E2C" w14:paraId="5DDDE837" w14:textId="77777777">
        <w:trPr>
          <w:jc w:val="center"/>
        </w:trPr>
        <w:tc>
          <w:tcPr>
            <w:tcW w:w="14061" w:type="dxa"/>
            <w:gridSpan w:val="6"/>
            <w:tcMar>
              <w:top w:w="70" w:type="dxa"/>
              <w:left w:w="90" w:type="dxa"/>
              <w:bottom w:w="70" w:type="dxa"/>
              <w:right w:w="90" w:type="dxa"/>
            </w:tcMar>
            <w:vAlign w:val="center"/>
          </w:tcPr>
          <w:p w14:paraId="606355C2" w14:textId="77777777" w:rsidR="00187E2C" w:rsidRDefault="00000000">
            <w:r>
              <w:rPr>
                <w:b/>
                <w:color w:val="000000"/>
                <w:sz w:val="17"/>
              </w:rPr>
              <w:t xml:space="preserve">TIP UČNE URE: </w:t>
            </w:r>
            <w:r>
              <w:rPr>
                <w:color w:val="000000"/>
                <w:sz w:val="17"/>
              </w:rPr>
              <w:t>ustno oziroma praktično preverjanje in opisno ocenjevanje z individualnim dokazom</w:t>
            </w:r>
          </w:p>
        </w:tc>
      </w:tr>
      <w:tr w:rsidR="00187E2C" w14:paraId="19B0FEFA" w14:textId="77777777">
        <w:trPr>
          <w:cantSplit/>
          <w:jc w:val="center"/>
        </w:trPr>
        <w:tc>
          <w:tcPr>
            <w:tcW w:w="14060" w:type="dxa"/>
            <w:gridSpan w:val="6"/>
            <w:tcMar>
              <w:top w:w="70" w:type="dxa"/>
              <w:left w:w="90" w:type="dxa"/>
              <w:bottom w:w="70" w:type="dxa"/>
              <w:right w:w="90" w:type="dxa"/>
            </w:tcMar>
            <w:vAlign w:val="center"/>
          </w:tcPr>
          <w:p w14:paraId="25225FAC" w14:textId="77777777" w:rsidR="00187E2C" w:rsidRDefault="00187E2C"/>
          <w:p w14:paraId="32BD0D38" w14:textId="77777777" w:rsidR="00187E2C" w:rsidRDefault="00000000">
            <w:pPr>
              <w:spacing w:line="245" w:lineRule="auto"/>
            </w:pPr>
            <w:r>
              <w:rPr>
                <w:b/>
                <w:color w:val="000000"/>
                <w:sz w:val="16"/>
              </w:rPr>
              <w:t xml:space="preserve">UČNI SKLOP: </w:t>
            </w:r>
            <w:r>
              <w:rPr>
                <w:color w:val="000000"/>
                <w:sz w:val="16"/>
              </w:rPr>
              <w:t>GIBANJE, SVETLOBA IN ZVOK</w:t>
            </w:r>
          </w:p>
        </w:tc>
      </w:tr>
      <w:tr w:rsidR="00187E2C" w14:paraId="5E7C5C9B" w14:textId="77777777">
        <w:trPr>
          <w:cantSplit/>
          <w:jc w:val="center"/>
        </w:trPr>
        <w:tc>
          <w:tcPr>
            <w:tcW w:w="14060" w:type="dxa"/>
            <w:gridSpan w:val="6"/>
            <w:tcMar>
              <w:top w:w="70" w:type="dxa"/>
              <w:left w:w="90" w:type="dxa"/>
              <w:bottom w:w="70" w:type="dxa"/>
              <w:right w:w="90" w:type="dxa"/>
            </w:tcMar>
            <w:vAlign w:val="center"/>
          </w:tcPr>
          <w:p w14:paraId="36328A4C" w14:textId="77777777" w:rsidR="00187E2C" w:rsidRDefault="00187E2C"/>
          <w:p w14:paraId="4BF05868" w14:textId="77777777" w:rsidR="00187E2C" w:rsidRDefault="00000000">
            <w:pPr>
              <w:spacing w:line="245" w:lineRule="auto"/>
            </w:pPr>
            <w:r>
              <w:rPr>
                <w:b/>
                <w:color w:val="000000"/>
                <w:sz w:val="16"/>
              </w:rPr>
              <w:t xml:space="preserve">UČNA TEMA: </w:t>
            </w:r>
            <w:r>
              <w:rPr>
                <w:color w:val="000000"/>
                <w:sz w:val="16"/>
              </w:rPr>
              <w:t>RAZLAGA • VELIKA TISKANA ČRKA F</w:t>
            </w:r>
          </w:p>
        </w:tc>
      </w:tr>
      <w:tr w:rsidR="00187E2C" w14:paraId="56CA6BE6" w14:textId="77777777">
        <w:trPr>
          <w:cantSplit/>
          <w:jc w:val="center"/>
        </w:trPr>
        <w:tc>
          <w:tcPr>
            <w:tcW w:w="14060" w:type="dxa"/>
            <w:gridSpan w:val="6"/>
            <w:tcMar>
              <w:top w:w="70" w:type="dxa"/>
              <w:left w:w="90" w:type="dxa"/>
              <w:bottom w:w="70" w:type="dxa"/>
              <w:right w:w="90" w:type="dxa"/>
            </w:tcMar>
            <w:vAlign w:val="center"/>
          </w:tcPr>
          <w:p w14:paraId="63F98371" w14:textId="77777777" w:rsidR="00187E2C" w:rsidRDefault="00187E2C"/>
          <w:p w14:paraId="76347DC9" w14:textId="77777777" w:rsidR="00187E2C" w:rsidRDefault="00000000">
            <w:pPr>
              <w:spacing w:line="245" w:lineRule="auto"/>
            </w:pPr>
            <w:r>
              <w:rPr>
                <w:b/>
                <w:color w:val="000000"/>
                <w:sz w:val="16"/>
              </w:rPr>
              <w:t xml:space="preserve">KNJIŽEVNO IZHODIŠČE IN MOTIV: </w:t>
            </w:r>
            <w:r>
              <w:rPr>
                <w:color w:val="000000"/>
                <w:sz w:val="16"/>
              </w:rPr>
              <w:t>»Kaj je na koncu sveta« – Niko Grafenauer • svetloba, senca, zvok, vprašanja in domišljija</w:t>
            </w:r>
          </w:p>
        </w:tc>
      </w:tr>
      <w:tr w:rsidR="00187E2C" w14:paraId="452169F5" w14:textId="77777777">
        <w:trPr>
          <w:cantSplit/>
          <w:jc w:val="center"/>
        </w:trPr>
        <w:tc>
          <w:tcPr>
            <w:tcW w:w="14060" w:type="dxa"/>
            <w:gridSpan w:val="6"/>
            <w:tcMar>
              <w:top w:w="70" w:type="dxa"/>
              <w:left w:w="90" w:type="dxa"/>
              <w:bottom w:w="70" w:type="dxa"/>
              <w:right w:w="90" w:type="dxa"/>
            </w:tcMar>
            <w:vAlign w:val="center"/>
          </w:tcPr>
          <w:p w14:paraId="2E9A3557" w14:textId="77777777" w:rsidR="00187E2C" w:rsidRDefault="00187E2C"/>
          <w:p w14:paraId="6CFD1BD3" w14:textId="77777777" w:rsidR="00187E2C" w:rsidRDefault="00000000">
            <w:pPr>
              <w:spacing w:line="245" w:lineRule="auto"/>
            </w:pPr>
            <w:r>
              <w:rPr>
                <w:b/>
                <w:color w:val="000000"/>
                <w:sz w:val="16"/>
              </w:rPr>
              <w:t xml:space="preserve">BRALNI LIST / ČRKA: </w:t>
            </w:r>
            <w:r>
              <w:rPr>
                <w:color w:val="000000"/>
                <w:sz w:val="16"/>
              </w:rPr>
              <w:t>ČRKA F • BRALNI LIST 31 – Berem črko F in zloge ter besede: glas /f/ znane črke: A, E, I, O, U, N, M, T, J, V, R, S, L, K, P, D, B, G, Č, Š, Ž, C, Z, H, F; slišim glas; prepoznam črko; navpična in dve vodoravni potezi; berem in zapišem</w:t>
            </w:r>
          </w:p>
        </w:tc>
      </w:tr>
      <w:tr w:rsidR="00187E2C" w14:paraId="5FEE9839" w14:textId="77777777">
        <w:trPr>
          <w:cantSplit/>
          <w:jc w:val="center"/>
        </w:trPr>
        <w:tc>
          <w:tcPr>
            <w:tcW w:w="14060" w:type="dxa"/>
            <w:gridSpan w:val="6"/>
            <w:tcMar>
              <w:top w:w="70" w:type="dxa"/>
              <w:left w:w="90" w:type="dxa"/>
              <w:bottom w:w="70" w:type="dxa"/>
              <w:right w:w="90" w:type="dxa"/>
            </w:tcMar>
            <w:vAlign w:val="center"/>
          </w:tcPr>
          <w:p w14:paraId="2DEAC308" w14:textId="77777777" w:rsidR="00187E2C" w:rsidRDefault="00187E2C"/>
          <w:p w14:paraId="2248DA62" w14:textId="77777777" w:rsidR="00187E2C" w:rsidRDefault="00000000">
            <w:pPr>
              <w:spacing w:line="245" w:lineRule="auto"/>
            </w:pPr>
            <w:r>
              <w:rPr>
                <w:b/>
                <w:color w:val="000000"/>
                <w:sz w:val="16"/>
              </w:rPr>
              <w:t xml:space="preserve">UČNE ENOTE: </w:t>
            </w:r>
            <w:r>
              <w:rPr>
                <w:color w:val="000000"/>
                <w:sz w:val="16"/>
              </w:rPr>
              <w:t>1. ura – Razlaga – Poslušam in doživljam • 2. ura – SLIŠIM GLAS /f/ IN ODKRIVAM ČRKO F • 3. ura – Oblikujem, pišem in berem črko F</w:t>
            </w:r>
          </w:p>
        </w:tc>
      </w:tr>
      <w:tr w:rsidR="00187E2C" w14:paraId="744EED81" w14:textId="77777777">
        <w:trPr>
          <w:cantSplit/>
          <w:jc w:val="center"/>
        </w:trPr>
        <w:tc>
          <w:tcPr>
            <w:tcW w:w="14060" w:type="dxa"/>
            <w:gridSpan w:val="6"/>
            <w:tcMar>
              <w:top w:w="70" w:type="dxa"/>
              <w:left w:w="90" w:type="dxa"/>
              <w:bottom w:w="70" w:type="dxa"/>
              <w:right w:w="90" w:type="dxa"/>
            </w:tcMar>
            <w:vAlign w:val="center"/>
          </w:tcPr>
          <w:p w14:paraId="5F52AC81" w14:textId="77777777" w:rsidR="00187E2C" w:rsidRDefault="00187E2C"/>
          <w:p w14:paraId="01B0BCFD"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7B7DD5FB" w14:textId="77777777">
        <w:trPr>
          <w:cantSplit/>
          <w:jc w:val="center"/>
        </w:trPr>
        <w:tc>
          <w:tcPr>
            <w:tcW w:w="14060" w:type="dxa"/>
            <w:gridSpan w:val="6"/>
            <w:tcMar>
              <w:top w:w="70" w:type="dxa"/>
              <w:left w:w="90" w:type="dxa"/>
              <w:bottom w:w="70" w:type="dxa"/>
              <w:right w:w="90" w:type="dxa"/>
            </w:tcMar>
            <w:vAlign w:val="center"/>
          </w:tcPr>
          <w:p w14:paraId="12FA6587" w14:textId="77777777" w:rsidR="00187E2C" w:rsidRDefault="00187E2C"/>
          <w:p w14:paraId="2B15B998"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DF1B190" w14:textId="77777777">
        <w:trPr>
          <w:cantSplit/>
          <w:jc w:val="center"/>
        </w:trPr>
        <w:tc>
          <w:tcPr>
            <w:tcW w:w="14060" w:type="dxa"/>
            <w:gridSpan w:val="6"/>
            <w:tcMar>
              <w:top w:w="70" w:type="dxa"/>
              <w:left w:w="90" w:type="dxa"/>
              <w:bottom w:w="70" w:type="dxa"/>
              <w:right w:w="90" w:type="dxa"/>
            </w:tcMar>
            <w:vAlign w:val="center"/>
          </w:tcPr>
          <w:p w14:paraId="2586EF41" w14:textId="77777777" w:rsidR="00187E2C" w:rsidRDefault="00187E2C"/>
          <w:p w14:paraId="449547D6"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2E6036ED" w14:textId="77777777">
        <w:trPr>
          <w:cantSplit/>
          <w:jc w:val="center"/>
        </w:trPr>
        <w:tc>
          <w:tcPr>
            <w:tcW w:w="14060" w:type="dxa"/>
            <w:gridSpan w:val="6"/>
            <w:tcMar>
              <w:top w:w="70" w:type="dxa"/>
              <w:left w:w="90" w:type="dxa"/>
              <w:bottom w:w="70" w:type="dxa"/>
              <w:right w:w="90" w:type="dxa"/>
            </w:tcMar>
            <w:vAlign w:val="center"/>
          </w:tcPr>
          <w:p w14:paraId="2C35AC78" w14:textId="77777777" w:rsidR="00187E2C" w:rsidRDefault="00187E2C"/>
          <w:p w14:paraId="22263231" w14:textId="77777777" w:rsidR="00187E2C" w:rsidRDefault="00000000">
            <w:pPr>
              <w:spacing w:line="245" w:lineRule="auto"/>
            </w:pPr>
            <w:r>
              <w:rPr>
                <w:b/>
                <w:color w:val="000000"/>
                <w:sz w:val="16"/>
              </w:rPr>
              <w:t xml:space="preserve">MEDPREDMETNE POVEZAVE: </w:t>
            </w:r>
            <w:r>
              <w:rPr>
                <w:color w:val="000000"/>
                <w:sz w:val="16"/>
              </w:rPr>
              <w:t>SPO – svetloba, senca, zvok, vprašanja in domišljija; GUM – ritem, zvočnost in glas; LUM – ilustracija, črta in grafomotorika; ŠPO – gibalna pripoved, dramatizacija in postaje; MAT – smer, zaporedje in orientacija</w:t>
            </w:r>
          </w:p>
        </w:tc>
      </w:tr>
      <w:tr w:rsidR="00187E2C" w14:paraId="6DC1A272" w14:textId="77777777">
        <w:trPr>
          <w:cantSplit/>
          <w:jc w:val="center"/>
        </w:trPr>
        <w:tc>
          <w:tcPr>
            <w:tcW w:w="14060" w:type="dxa"/>
            <w:gridSpan w:val="6"/>
            <w:tcMar>
              <w:top w:w="70" w:type="dxa"/>
              <w:left w:w="90" w:type="dxa"/>
              <w:bottom w:w="70" w:type="dxa"/>
              <w:right w:w="90" w:type="dxa"/>
            </w:tcMar>
            <w:vAlign w:val="center"/>
          </w:tcPr>
          <w:p w14:paraId="3C27F39F" w14:textId="77777777" w:rsidR="00187E2C" w:rsidRDefault="00187E2C"/>
          <w:p w14:paraId="63B9E636" w14:textId="77777777" w:rsidR="00187E2C" w:rsidRDefault="00000000">
            <w:pPr>
              <w:spacing w:line="245" w:lineRule="auto"/>
            </w:pPr>
            <w:r>
              <w:rPr>
                <w:b/>
                <w:color w:val="000000"/>
                <w:sz w:val="16"/>
              </w:rPr>
              <w:t xml:space="preserve">UČNA SREDSTVA IN PRIPOMOČKI: </w:t>
            </w:r>
            <w:r>
              <w:rPr>
                <w:color w:val="000000"/>
                <w:sz w:val="16"/>
              </w:rPr>
              <w:t>ČRKA F • BRALNI LIST 31, povečano besedilo oziroma kartice, slikanica ali odlomek, slikovno zaporedje, kartice besed in glasov, talne črke ali zlogi, ogledala, vrvice ali modelirna masa, mini tabla, zvezek oziroma jezikovna mapa</w:t>
            </w:r>
          </w:p>
        </w:tc>
      </w:tr>
      <w:tr w:rsidR="00187E2C" w14:paraId="34304F73" w14:textId="77777777">
        <w:trPr>
          <w:cantSplit/>
          <w:jc w:val="center"/>
        </w:trPr>
        <w:tc>
          <w:tcPr>
            <w:tcW w:w="14060" w:type="dxa"/>
            <w:gridSpan w:val="6"/>
            <w:tcMar>
              <w:top w:w="70" w:type="dxa"/>
              <w:left w:w="90" w:type="dxa"/>
              <w:bottom w:w="70" w:type="dxa"/>
              <w:right w:w="90" w:type="dxa"/>
            </w:tcMar>
            <w:vAlign w:val="center"/>
          </w:tcPr>
          <w:p w14:paraId="3881E0C8" w14:textId="77777777" w:rsidR="00187E2C" w:rsidRDefault="00187E2C"/>
          <w:p w14:paraId="69992BC0"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C8BEA2D" w14:textId="77777777">
        <w:trPr>
          <w:cantSplit/>
          <w:jc w:val="center"/>
        </w:trPr>
        <w:tc>
          <w:tcPr>
            <w:tcW w:w="14060" w:type="dxa"/>
            <w:gridSpan w:val="6"/>
            <w:tcMar>
              <w:top w:w="70" w:type="dxa"/>
              <w:left w:w="90" w:type="dxa"/>
              <w:bottom w:w="70" w:type="dxa"/>
              <w:right w:w="90" w:type="dxa"/>
            </w:tcMar>
            <w:vAlign w:val="center"/>
          </w:tcPr>
          <w:p w14:paraId="3C64BB6E" w14:textId="77777777" w:rsidR="00187E2C" w:rsidRDefault="00187E2C"/>
          <w:p w14:paraId="7F773DD4" w14:textId="77777777" w:rsidR="00187E2C" w:rsidRDefault="00000000">
            <w:pPr>
              <w:spacing w:line="245" w:lineRule="auto"/>
            </w:pPr>
            <w:r>
              <w:rPr>
                <w:b/>
                <w:color w:val="000000"/>
                <w:sz w:val="16"/>
              </w:rPr>
              <w:t xml:space="preserve">OCENJEVANJE / DAN DEJAVNOSTI: </w:t>
            </w:r>
            <w:r>
              <w:rPr>
                <w:color w:val="000000"/>
                <w:sz w:val="16"/>
              </w:rPr>
              <w:t>OCENJEVANJE 5 – DRUGE OBLIKE: pripravljen govorni nastop in pogovor • TEHNIŠKI DAN • KULTURNI DAN</w:t>
            </w:r>
          </w:p>
        </w:tc>
      </w:tr>
      <w:tr w:rsidR="00187E2C" w14:paraId="6B5A21A2" w14:textId="77777777">
        <w:trPr>
          <w:cantSplit/>
          <w:jc w:val="center"/>
        </w:trPr>
        <w:tc>
          <w:tcPr>
            <w:tcW w:w="14060" w:type="dxa"/>
            <w:gridSpan w:val="6"/>
            <w:tcMar>
              <w:top w:w="70" w:type="dxa"/>
              <w:left w:w="90" w:type="dxa"/>
              <w:bottom w:w="70" w:type="dxa"/>
              <w:right w:w="90" w:type="dxa"/>
            </w:tcMar>
            <w:vAlign w:val="center"/>
          </w:tcPr>
          <w:p w14:paraId="3EA37313" w14:textId="77777777" w:rsidR="00187E2C" w:rsidRDefault="00187E2C"/>
          <w:p w14:paraId="1F82789F"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7BC934B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643FA0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0F7596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C2E4618" w14:textId="77777777" w:rsidR="00187E2C" w:rsidRDefault="00000000">
            <w:pPr>
              <w:jc w:val="center"/>
            </w:pPr>
            <w:r>
              <w:rPr>
                <w:b/>
                <w:color w:val="000000"/>
                <w:sz w:val="20"/>
              </w:rPr>
              <w:t>UČNE DEJAVNOSTI, METODE IN FORMATIVNO SPREMLJANJE</w:t>
            </w:r>
          </w:p>
        </w:tc>
      </w:tr>
      <w:tr w:rsidR="00187E2C" w14:paraId="68A309AE" w14:textId="77777777">
        <w:trPr>
          <w:tblHeader/>
          <w:jc w:val="center"/>
        </w:trPr>
        <w:tc>
          <w:tcPr>
            <w:tcW w:w="4422" w:type="dxa"/>
            <w:vMerge/>
            <w:tcMar>
              <w:top w:w="70" w:type="dxa"/>
              <w:left w:w="90" w:type="dxa"/>
              <w:bottom w:w="70" w:type="dxa"/>
              <w:right w:w="90" w:type="dxa"/>
            </w:tcMar>
            <w:vAlign w:val="center"/>
          </w:tcPr>
          <w:p w14:paraId="28DBF3A7" w14:textId="77777777" w:rsidR="00187E2C" w:rsidRDefault="00187E2C"/>
        </w:tc>
        <w:tc>
          <w:tcPr>
            <w:tcW w:w="7087" w:type="dxa"/>
            <w:shd w:val="clear" w:color="auto" w:fill="FFFFFF"/>
            <w:tcMar>
              <w:top w:w="70" w:type="dxa"/>
              <w:left w:w="90" w:type="dxa"/>
              <w:bottom w:w="70" w:type="dxa"/>
              <w:right w:w="90" w:type="dxa"/>
            </w:tcMar>
            <w:vAlign w:val="center"/>
          </w:tcPr>
          <w:p w14:paraId="191F132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82D9B13" w14:textId="77777777" w:rsidR="00187E2C" w:rsidRDefault="00000000">
            <w:pPr>
              <w:jc w:val="center"/>
            </w:pPr>
            <w:r>
              <w:rPr>
                <w:b/>
                <w:color w:val="000000"/>
              </w:rPr>
              <w:t>UČENEC</w:t>
            </w:r>
          </w:p>
        </w:tc>
      </w:tr>
      <w:tr w:rsidR="00187E2C" w14:paraId="72CE7C1B" w14:textId="77777777">
        <w:trPr>
          <w:jc w:val="center"/>
        </w:trPr>
        <w:tc>
          <w:tcPr>
            <w:tcW w:w="4422" w:type="dxa"/>
            <w:tcMar>
              <w:top w:w="70" w:type="dxa"/>
              <w:left w:w="90" w:type="dxa"/>
              <w:bottom w:w="70" w:type="dxa"/>
              <w:right w:w="90" w:type="dxa"/>
            </w:tcMar>
          </w:tcPr>
          <w:p w14:paraId="51B759FC" w14:textId="77777777" w:rsidR="00187E2C" w:rsidRDefault="00187E2C"/>
          <w:p w14:paraId="02040978" w14:textId="77777777" w:rsidR="00187E2C" w:rsidRDefault="00000000">
            <w:pPr>
              <w:spacing w:after="60" w:line="245" w:lineRule="auto"/>
            </w:pPr>
            <w:r>
              <w:rPr>
                <w:b/>
                <w:color w:val="000000"/>
              </w:rPr>
              <w:t>UČNI CILJI</w:t>
            </w:r>
          </w:p>
          <w:p w14:paraId="6FEBE9CD" w14:textId="77777777" w:rsidR="00187E2C" w:rsidRDefault="00000000">
            <w:pPr>
              <w:spacing w:after="20" w:line="245" w:lineRule="auto"/>
            </w:pPr>
            <w:r>
              <w:rPr>
                <w:b/>
                <w:color w:val="000000"/>
                <w:sz w:val="17"/>
              </w:rPr>
              <w:t>SPLOŠNI</w:t>
            </w:r>
          </w:p>
          <w:p w14:paraId="487559EE"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5907E4FD" w14:textId="77777777" w:rsidR="00187E2C" w:rsidRDefault="00000000">
            <w:pPr>
              <w:pStyle w:val="Oznaenseznam"/>
              <w:spacing w:after="16"/>
            </w:pPr>
            <w:r>
              <w:rPr>
                <w:color w:val="000000"/>
                <w:sz w:val="16"/>
              </w:rPr>
              <w:t>doživlja književno besedilo ter se nanj odziva z govorom, gibanjem, dramatizacijo, risbo ali zapisom</w:t>
            </w:r>
          </w:p>
          <w:p w14:paraId="1EE89C79" w14:textId="77777777" w:rsidR="00187E2C" w:rsidRDefault="00000000">
            <w:pPr>
              <w:pStyle w:val="Oznaenseznam"/>
              <w:spacing w:after="16"/>
            </w:pPr>
            <w:r>
              <w:rPr>
                <w:color w:val="000000"/>
                <w:sz w:val="16"/>
              </w:rPr>
              <w:t>razvija glasovno zavedanje, povezavo glas–črka in začetno branje ter pisanje po individualnem napredku</w:t>
            </w:r>
          </w:p>
          <w:p w14:paraId="5CC78A46" w14:textId="77777777" w:rsidR="00187E2C" w:rsidRDefault="00000000">
            <w:pPr>
              <w:pStyle w:val="Oznaenseznam"/>
              <w:spacing w:after="16"/>
            </w:pPr>
            <w:r>
              <w:rPr>
                <w:color w:val="000000"/>
                <w:sz w:val="16"/>
              </w:rPr>
              <w:t>ob namenih in kriterijih spremlja svoje učenje ter uporabi opisno povratno informacijo</w:t>
            </w:r>
          </w:p>
          <w:p w14:paraId="6E1081BC" w14:textId="77777777" w:rsidR="00187E2C" w:rsidRDefault="00000000">
            <w:pPr>
              <w:spacing w:before="40" w:after="20" w:line="245" w:lineRule="auto"/>
            </w:pPr>
            <w:r>
              <w:rPr>
                <w:b/>
                <w:color w:val="000000"/>
                <w:sz w:val="17"/>
              </w:rPr>
              <w:t>OPERATIVNI</w:t>
            </w:r>
          </w:p>
          <w:p w14:paraId="0A4DEF21" w14:textId="77777777" w:rsidR="00187E2C" w:rsidRDefault="00000000">
            <w:pPr>
              <w:pStyle w:val="Oznaenseznam"/>
              <w:spacing w:after="16"/>
            </w:pPr>
            <w:r>
              <w:rPr>
                <w:color w:val="000000"/>
                <w:sz w:val="16"/>
              </w:rPr>
              <w:t>posluša vrstnika</w:t>
            </w:r>
          </w:p>
          <w:p w14:paraId="6ADB72C4" w14:textId="77777777" w:rsidR="00187E2C" w:rsidRDefault="00000000">
            <w:pPr>
              <w:pStyle w:val="Oznaenseznam"/>
              <w:spacing w:after="16"/>
            </w:pPr>
            <w:r>
              <w:rPr>
                <w:color w:val="000000"/>
                <w:sz w:val="16"/>
              </w:rPr>
              <w:t>postavi smiselno vprašanje</w:t>
            </w:r>
          </w:p>
          <w:p w14:paraId="7FCEC8BA" w14:textId="77777777" w:rsidR="00187E2C" w:rsidRDefault="00000000">
            <w:pPr>
              <w:pStyle w:val="Oznaenseznam"/>
              <w:spacing w:after="16"/>
            </w:pPr>
            <w:r>
              <w:rPr>
                <w:color w:val="000000"/>
                <w:sz w:val="16"/>
              </w:rPr>
              <w:t>zapiše eno ali več ugotovitev v povedih</w:t>
            </w:r>
          </w:p>
          <w:p w14:paraId="3AF78DC4" w14:textId="77777777" w:rsidR="00187E2C" w:rsidRDefault="00000000">
            <w:pPr>
              <w:pStyle w:val="Oznaenseznam"/>
              <w:spacing w:after="16"/>
            </w:pPr>
            <w:r>
              <w:rPr>
                <w:color w:val="000000"/>
                <w:sz w:val="16"/>
              </w:rPr>
              <w:t>prepozna in poimenuje veliko tiskano črko F ter jo poveže z glasom /f/</w:t>
            </w:r>
          </w:p>
          <w:p w14:paraId="46067E55" w14:textId="77777777" w:rsidR="00187E2C" w:rsidRDefault="00000000">
            <w:pPr>
              <w:pStyle w:val="Oznaenseznam"/>
              <w:spacing w:after="16"/>
            </w:pPr>
            <w:r>
              <w:rPr>
                <w:color w:val="000000"/>
                <w:sz w:val="16"/>
              </w:rPr>
              <w:t>veččutno oblikuje in čitljivo zapiše veliko tiskano črko F</w:t>
            </w:r>
          </w:p>
          <w:p w14:paraId="02294C76" w14:textId="77777777" w:rsidR="00187E2C" w:rsidRDefault="00000000">
            <w:pPr>
              <w:pStyle w:val="Oznaenseznam"/>
              <w:spacing w:after="16"/>
            </w:pPr>
            <w:r>
              <w:rPr>
                <w:color w:val="000000"/>
                <w:sz w:val="16"/>
              </w:rPr>
              <w:t>bere in sestavlja zloge oziroma besede z znanimi črkami: FANI • FOTO • SOFA • FANT</w:t>
            </w:r>
          </w:p>
          <w:p w14:paraId="05670C95" w14:textId="77777777" w:rsidR="00187E2C" w:rsidRDefault="00000000">
            <w:pPr>
              <w:spacing w:before="40" w:after="20" w:line="245" w:lineRule="auto"/>
            </w:pPr>
            <w:r>
              <w:rPr>
                <w:b/>
                <w:color w:val="000000"/>
                <w:sz w:val="17"/>
              </w:rPr>
              <w:t>PRIČAKOVANI DOSEŽKI / MINIMALNI POUDARKI</w:t>
            </w:r>
          </w:p>
          <w:p w14:paraId="5D5A6F12" w14:textId="77777777" w:rsidR="00187E2C" w:rsidRDefault="00000000">
            <w:pPr>
              <w:pStyle w:val="Oznaenseznam"/>
              <w:spacing w:after="16"/>
            </w:pPr>
            <w:r>
              <w:rPr>
                <w:color w:val="000000"/>
                <w:sz w:val="15"/>
              </w:rPr>
              <w:t>samostojno oziroma z dogovorjeno oporo posluša vrstnika</w:t>
            </w:r>
          </w:p>
          <w:p w14:paraId="7163E62F" w14:textId="77777777" w:rsidR="00187E2C" w:rsidRDefault="00000000">
            <w:pPr>
              <w:pStyle w:val="Oznaenseznam"/>
              <w:spacing w:after="16"/>
            </w:pPr>
            <w:r>
              <w:rPr>
                <w:color w:val="000000"/>
                <w:sz w:val="15"/>
              </w:rPr>
              <w:t>samostojno oziroma z dogovorjeno oporo postavi smiselno vprašanje</w:t>
            </w:r>
          </w:p>
          <w:p w14:paraId="20829622" w14:textId="77777777" w:rsidR="00187E2C" w:rsidRDefault="00000000">
            <w:pPr>
              <w:pStyle w:val="Oznaenseznam"/>
              <w:spacing w:after="16"/>
            </w:pPr>
            <w:r>
              <w:rPr>
                <w:color w:val="000000"/>
                <w:sz w:val="15"/>
              </w:rPr>
              <w:t>samostojno oziroma z dogovorjeno oporo zapiše eno ali več ugotovitev v povedih</w:t>
            </w:r>
          </w:p>
          <w:p w14:paraId="4CC64FF9" w14:textId="77777777" w:rsidR="00187E2C" w:rsidRDefault="00000000">
            <w:pPr>
              <w:pStyle w:val="Oznaenseznam"/>
              <w:spacing w:after="16"/>
            </w:pPr>
            <w:r>
              <w:rPr>
                <w:color w:val="000000"/>
                <w:sz w:val="15"/>
              </w:rPr>
              <w:t>samostojno oziroma z dogovorjeno oporo prepozna in poimenuje veliko tiskano črko F ter jo poveže z glasom /f/</w:t>
            </w:r>
          </w:p>
          <w:p w14:paraId="6EF6D115" w14:textId="77777777" w:rsidR="00187E2C" w:rsidRDefault="00000000">
            <w:pPr>
              <w:pStyle w:val="Oznaenseznam"/>
              <w:spacing w:after="16"/>
            </w:pPr>
            <w:r>
              <w:rPr>
                <w:color w:val="000000"/>
                <w:sz w:val="15"/>
              </w:rPr>
              <w:t>samostojno oziroma z dogovorjeno oporo veččutno oblikuje in čitljivo zapiše veliko tiskano črko F</w:t>
            </w:r>
          </w:p>
        </w:tc>
        <w:tc>
          <w:tcPr>
            <w:tcW w:w="7087" w:type="dxa"/>
            <w:tcMar>
              <w:top w:w="70" w:type="dxa"/>
              <w:left w:w="90" w:type="dxa"/>
              <w:bottom w:w="70" w:type="dxa"/>
              <w:right w:w="90" w:type="dxa"/>
            </w:tcMar>
          </w:tcPr>
          <w:p w14:paraId="0DBFF35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9F2BCE8" w14:textId="77777777">
              <w:trPr>
                <w:jc w:val="center"/>
              </w:trPr>
              <w:tc>
                <w:tcPr>
                  <w:tcW w:w="7087" w:type="dxa"/>
                  <w:shd w:val="clear" w:color="auto" w:fill="C6E7F3"/>
                  <w:tcMar>
                    <w:top w:w="45" w:type="dxa"/>
                    <w:left w:w="70" w:type="dxa"/>
                    <w:bottom w:w="45" w:type="dxa"/>
                    <w:right w:w="70" w:type="dxa"/>
                  </w:tcMar>
                </w:tcPr>
                <w:p w14:paraId="17E7FD72" w14:textId="77777777" w:rsidR="00187E2C" w:rsidRDefault="00000000">
                  <w:pPr>
                    <w:keepNext/>
                  </w:pPr>
                  <w:r>
                    <w:rPr>
                      <w:b/>
                      <w:color w:val="000000"/>
                    </w:rPr>
                    <w:t>UVODNI DEL – motivacija, aktivacija predznanja in namen učenja (15–20 min)</w:t>
                  </w:r>
                </w:p>
              </w:tc>
            </w:tr>
          </w:tbl>
          <w:p w14:paraId="3045D67E" w14:textId="77777777" w:rsidR="00187E2C" w:rsidRDefault="00187E2C">
            <w:pPr>
              <w:spacing w:line="20" w:lineRule="exact"/>
            </w:pPr>
          </w:p>
          <w:p w14:paraId="02425AD2" w14:textId="77777777" w:rsidR="00187E2C" w:rsidRDefault="00000000">
            <w:pPr>
              <w:spacing w:before="40" w:after="60" w:line="245" w:lineRule="auto"/>
            </w:pPr>
            <w:r>
              <w:rPr>
                <w:color w:val="000000"/>
                <w:sz w:val="16"/>
              </w:rPr>
              <w:t>Učenci ob naslovnici, odlomku ali ilustraciji dela »Kaj je na koncu sveta« – Niko Grafenauer doživljajsko vstopijo v motiv svetloba, senca, zvok, vprašanja in domišljija. S kretnjo, predmetom, sliko, glasom ali kratko povedjo pokažejo predznanje in napoved. Izhodiščni odziv povežejo z dejavnostjo ČRKA F • BRALNI LIST 31 – Berem črko F in zloge ter besede. Pred ocenjevanjem obnovijo kriterije, po njem pa dokaz analizirajo in določijo naslednji korak.</w:t>
            </w:r>
          </w:p>
          <w:tbl>
            <w:tblPr>
              <w:tblStyle w:val="Tabelamrea"/>
              <w:tblW w:w="0" w:type="auto"/>
              <w:jc w:val="center"/>
              <w:tblLayout w:type="fixed"/>
              <w:tblLook w:val="04A0" w:firstRow="1" w:lastRow="0" w:firstColumn="1" w:lastColumn="0" w:noHBand="0" w:noVBand="1"/>
            </w:tblPr>
            <w:tblGrid>
              <w:gridCol w:w="7087"/>
            </w:tblGrid>
            <w:tr w:rsidR="00187E2C" w14:paraId="71E5F115" w14:textId="77777777">
              <w:trPr>
                <w:jc w:val="center"/>
              </w:trPr>
              <w:tc>
                <w:tcPr>
                  <w:tcW w:w="7087" w:type="dxa"/>
                  <w:shd w:val="clear" w:color="auto" w:fill="EDC9EA"/>
                  <w:tcMar>
                    <w:top w:w="45" w:type="dxa"/>
                    <w:left w:w="70" w:type="dxa"/>
                    <w:bottom w:w="45" w:type="dxa"/>
                    <w:right w:w="70" w:type="dxa"/>
                  </w:tcMar>
                </w:tcPr>
                <w:p w14:paraId="46A2E2DC" w14:textId="77777777" w:rsidR="00187E2C" w:rsidRDefault="00000000">
                  <w:pPr>
                    <w:keepNext/>
                  </w:pPr>
                  <w:r>
                    <w:rPr>
                      <w:b/>
                      <w:color w:val="000000"/>
                    </w:rPr>
                    <w:t>NAMENI UČENJA</w:t>
                  </w:r>
                </w:p>
              </w:tc>
            </w:tr>
          </w:tbl>
          <w:p w14:paraId="1D5E9756" w14:textId="77777777" w:rsidR="00187E2C" w:rsidRDefault="00187E2C">
            <w:pPr>
              <w:spacing w:line="20" w:lineRule="exact"/>
            </w:pPr>
          </w:p>
          <w:p w14:paraId="50E07683"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4E2F693D" w14:textId="77777777" w:rsidR="00187E2C" w:rsidRDefault="00000000">
            <w:pPr>
              <w:pStyle w:val="Oznaenseznam"/>
              <w:spacing w:after="16"/>
            </w:pPr>
            <w:r>
              <w:rPr>
                <w:color w:val="000000"/>
                <w:sz w:val="16"/>
              </w:rPr>
              <w:t>poslušam vrstnika</w:t>
            </w:r>
          </w:p>
          <w:p w14:paraId="0BE52759" w14:textId="77777777" w:rsidR="00187E2C" w:rsidRDefault="00000000">
            <w:pPr>
              <w:pStyle w:val="Oznaenseznam"/>
              <w:spacing w:after="16"/>
            </w:pPr>
            <w:r>
              <w:rPr>
                <w:color w:val="000000"/>
                <w:sz w:val="16"/>
              </w:rPr>
              <w:t>postavim smiselno vprašanje</w:t>
            </w:r>
          </w:p>
          <w:p w14:paraId="7123412B" w14:textId="77777777" w:rsidR="00187E2C" w:rsidRDefault="00000000">
            <w:pPr>
              <w:pStyle w:val="Oznaenseznam"/>
              <w:spacing w:after="16"/>
            </w:pPr>
            <w:r>
              <w:rPr>
                <w:color w:val="000000"/>
                <w:sz w:val="16"/>
              </w:rPr>
              <w:t>zapišem eno ali več ugotovitev v povedih</w:t>
            </w:r>
          </w:p>
          <w:p w14:paraId="70880588" w14:textId="77777777" w:rsidR="00187E2C" w:rsidRDefault="00000000">
            <w:pPr>
              <w:pStyle w:val="Oznaenseznam"/>
              <w:spacing w:after="16"/>
            </w:pPr>
            <w:r>
              <w:rPr>
                <w:color w:val="000000"/>
                <w:sz w:val="16"/>
              </w:rPr>
              <w:t>prepoznam in poimenujem veliko tiskano črko F ter jo povežem z glasom /f/</w:t>
            </w:r>
          </w:p>
          <w:p w14:paraId="2D491670" w14:textId="77777777" w:rsidR="00187E2C" w:rsidRDefault="00000000">
            <w:pPr>
              <w:pStyle w:val="Oznaenseznam"/>
              <w:spacing w:after="16"/>
            </w:pPr>
            <w:r>
              <w:rPr>
                <w:color w:val="000000"/>
                <w:sz w:val="16"/>
              </w:rPr>
              <w:t>veččutno oblikujem in čitljivo zapišem veliko tiskano črko F</w:t>
            </w:r>
          </w:p>
          <w:p w14:paraId="67EE8D0B" w14:textId="77777777" w:rsidR="00187E2C" w:rsidRDefault="00000000">
            <w:pPr>
              <w:pStyle w:val="Oznaenseznam"/>
              <w:spacing w:after="16"/>
            </w:pPr>
            <w:r>
              <w:rPr>
                <w:color w:val="000000"/>
                <w:sz w:val="16"/>
              </w:rPr>
              <w:t>berem in sestavlja zloge oziroma besede z znanimi črkami: FANI • FOTO • SOFA • FANT</w:t>
            </w:r>
          </w:p>
          <w:tbl>
            <w:tblPr>
              <w:tblStyle w:val="Tabelamrea"/>
              <w:tblW w:w="0" w:type="auto"/>
              <w:jc w:val="center"/>
              <w:tblLayout w:type="fixed"/>
              <w:tblLook w:val="04A0" w:firstRow="1" w:lastRow="0" w:firstColumn="1" w:lastColumn="0" w:noHBand="0" w:noVBand="1"/>
            </w:tblPr>
            <w:tblGrid>
              <w:gridCol w:w="7087"/>
            </w:tblGrid>
            <w:tr w:rsidR="00187E2C" w14:paraId="04E9B64D" w14:textId="77777777">
              <w:trPr>
                <w:jc w:val="center"/>
              </w:trPr>
              <w:tc>
                <w:tcPr>
                  <w:tcW w:w="7087" w:type="dxa"/>
                  <w:shd w:val="clear" w:color="auto" w:fill="EDC9EA"/>
                  <w:tcMar>
                    <w:top w:w="45" w:type="dxa"/>
                    <w:left w:w="70" w:type="dxa"/>
                    <w:bottom w:w="45" w:type="dxa"/>
                    <w:right w:w="70" w:type="dxa"/>
                  </w:tcMar>
                </w:tcPr>
                <w:p w14:paraId="45A5CE57" w14:textId="77777777" w:rsidR="00187E2C" w:rsidRDefault="00000000">
                  <w:pPr>
                    <w:keepNext/>
                  </w:pPr>
                  <w:r>
                    <w:rPr>
                      <w:b/>
                      <w:color w:val="000000"/>
                    </w:rPr>
                    <w:t>PREVERJANJE PREDZNANJA</w:t>
                  </w:r>
                </w:p>
              </w:tc>
            </w:tr>
          </w:tbl>
          <w:p w14:paraId="15036185" w14:textId="77777777" w:rsidR="00187E2C" w:rsidRDefault="00187E2C">
            <w:pPr>
              <w:spacing w:line="20" w:lineRule="exact"/>
            </w:pPr>
          </w:p>
          <w:p w14:paraId="3DC0F1F9" w14:textId="77777777" w:rsidR="00187E2C" w:rsidRDefault="00000000">
            <w:pPr>
              <w:pStyle w:val="Oznaenseznam"/>
              <w:spacing w:after="16"/>
            </w:pPr>
            <w:r>
              <w:rPr>
                <w:color w:val="000000"/>
                <w:sz w:val="16"/>
              </w:rPr>
              <w:t>Kaj mi naslovnica, ilustracija ali naslov pove o motivu svetloba, senca, zvok, vprašanja in domišljija?</w:t>
            </w:r>
          </w:p>
          <w:p w14:paraId="2E0FC250" w14:textId="77777777" w:rsidR="00187E2C" w:rsidRDefault="00000000">
            <w:pPr>
              <w:pStyle w:val="Oznaenseznam"/>
              <w:spacing w:after="16"/>
            </w:pPr>
            <w:r>
              <w:rPr>
                <w:color w:val="000000"/>
                <w:sz w:val="16"/>
              </w:rPr>
              <w:t>Kje v besedah slišim glas /f/ in po katerih potezah prepoznam črko F?</w:t>
            </w:r>
          </w:p>
          <w:p w14:paraId="2D9E3D46"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C253DE5" w14:textId="77777777">
              <w:trPr>
                <w:jc w:val="center"/>
              </w:trPr>
              <w:tc>
                <w:tcPr>
                  <w:tcW w:w="7087" w:type="dxa"/>
                  <w:shd w:val="clear" w:color="auto" w:fill="EDC9EA"/>
                  <w:tcMar>
                    <w:top w:w="45" w:type="dxa"/>
                    <w:left w:w="70" w:type="dxa"/>
                    <w:bottom w:w="45" w:type="dxa"/>
                    <w:right w:w="70" w:type="dxa"/>
                  </w:tcMar>
                </w:tcPr>
                <w:p w14:paraId="2AA1617A" w14:textId="77777777" w:rsidR="00187E2C" w:rsidRDefault="00000000">
                  <w:pPr>
                    <w:keepNext/>
                  </w:pPr>
                  <w:r>
                    <w:rPr>
                      <w:b/>
                      <w:color w:val="000000"/>
                    </w:rPr>
                    <w:t>KRITERIJI USPEŠNOSTI</w:t>
                  </w:r>
                </w:p>
              </w:tc>
            </w:tr>
          </w:tbl>
          <w:p w14:paraId="0BC432FE" w14:textId="77777777" w:rsidR="00187E2C" w:rsidRDefault="00187E2C"/>
          <w:p w14:paraId="00E4E19D" w14:textId="77777777" w:rsidR="00187E2C" w:rsidRDefault="00000000">
            <w:pPr>
              <w:spacing w:before="20" w:after="20" w:line="245" w:lineRule="auto"/>
            </w:pPr>
            <w:r>
              <w:rPr>
                <w:b/>
                <w:color w:val="000000"/>
                <w:sz w:val="16"/>
              </w:rPr>
              <w:t>Uspešen/-na bom, ko:</w:t>
            </w:r>
          </w:p>
          <w:p w14:paraId="67B0055F" w14:textId="77777777" w:rsidR="00187E2C" w:rsidRDefault="00000000">
            <w:pPr>
              <w:pStyle w:val="Oznaenseznam"/>
              <w:spacing w:after="16"/>
            </w:pPr>
            <w:r>
              <w:rPr>
                <w:color w:val="000000"/>
                <w:sz w:val="16"/>
              </w:rPr>
              <w:t>poslušam vrstnika</w:t>
            </w:r>
          </w:p>
          <w:p w14:paraId="66CAF656" w14:textId="77777777" w:rsidR="00187E2C" w:rsidRDefault="00000000">
            <w:pPr>
              <w:pStyle w:val="Oznaenseznam"/>
              <w:spacing w:after="16"/>
            </w:pPr>
            <w:r>
              <w:rPr>
                <w:color w:val="000000"/>
                <w:sz w:val="16"/>
              </w:rPr>
              <w:t>postavim smiselno vprašanje</w:t>
            </w:r>
          </w:p>
          <w:p w14:paraId="13592AF8" w14:textId="77777777" w:rsidR="00187E2C" w:rsidRDefault="00000000">
            <w:pPr>
              <w:pStyle w:val="Oznaenseznam"/>
              <w:spacing w:after="16"/>
            </w:pPr>
            <w:r>
              <w:rPr>
                <w:color w:val="000000"/>
                <w:sz w:val="16"/>
              </w:rPr>
              <w:t>zapišem eno ali več ugotovitev v povedih</w:t>
            </w:r>
          </w:p>
          <w:p w14:paraId="5ED22AE2" w14:textId="77777777" w:rsidR="00187E2C" w:rsidRDefault="00000000">
            <w:pPr>
              <w:pStyle w:val="Oznaenseznam"/>
              <w:spacing w:after="16"/>
            </w:pPr>
            <w:r>
              <w:rPr>
                <w:color w:val="000000"/>
                <w:sz w:val="16"/>
              </w:rPr>
              <w:t>prepoznam in poimenujem veliko tiskano črko F ter jo povežem z glasom /f/</w:t>
            </w:r>
          </w:p>
          <w:p w14:paraId="3FC4022F" w14:textId="77777777" w:rsidR="00187E2C" w:rsidRDefault="00000000">
            <w:pPr>
              <w:pStyle w:val="Oznaenseznam"/>
              <w:spacing w:after="16"/>
            </w:pPr>
            <w:r>
              <w:rPr>
                <w:color w:val="000000"/>
                <w:sz w:val="16"/>
              </w:rPr>
              <w:t>veččutno oblikujem in čitljivo zapišem veliko tiskano črko F</w:t>
            </w:r>
          </w:p>
          <w:p w14:paraId="5D9495FF" w14:textId="77777777" w:rsidR="00187E2C" w:rsidRDefault="00000000">
            <w:pPr>
              <w:pStyle w:val="Oznaenseznam"/>
              <w:spacing w:after="16"/>
            </w:pPr>
            <w:r>
              <w:rPr>
                <w:color w:val="000000"/>
                <w:sz w:val="16"/>
              </w:rPr>
              <w:t>berem in sestavlja zloge oziroma besede z znanimi črkami: FANI • FOTO • SOFA • FANT</w:t>
            </w:r>
          </w:p>
          <w:p w14:paraId="284B3812"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68B2DB9C" w14:textId="77777777" w:rsidR="00187E2C" w:rsidRDefault="00187E2C"/>
          <w:p w14:paraId="309FDE0B"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01614D5" w14:textId="77777777" w:rsidR="00187E2C" w:rsidRDefault="00000000">
            <w:pPr>
              <w:spacing w:after="80" w:line="245" w:lineRule="auto"/>
            </w:pPr>
            <w:r>
              <w:rPr>
                <w:color w:val="000000"/>
                <w:sz w:val="16"/>
              </w:rPr>
              <w:t>Pove, pokaže ali nariše, kaj že ve in katero strategijo bi uporabil.</w:t>
            </w:r>
          </w:p>
          <w:p w14:paraId="6A29D1C5" w14:textId="77777777" w:rsidR="00187E2C" w:rsidRDefault="00000000">
            <w:pPr>
              <w:spacing w:after="100" w:line="245" w:lineRule="auto"/>
            </w:pPr>
            <w:r>
              <w:rPr>
                <w:color w:val="000000"/>
                <w:sz w:val="16"/>
              </w:rPr>
              <w:t>Sodeluje pri razumevanju namenov in kriterijev uspešnosti.</w:t>
            </w:r>
          </w:p>
          <w:p w14:paraId="61615AB7" w14:textId="77777777" w:rsidR="00187E2C" w:rsidRDefault="00000000">
            <w:pPr>
              <w:spacing w:after="20" w:line="245" w:lineRule="auto"/>
            </w:pPr>
            <w:r>
              <w:rPr>
                <w:b/>
                <w:color w:val="D95BC6"/>
                <w:sz w:val="17"/>
              </w:rPr>
              <w:t>DOKAZ O UČENJU</w:t>
            </w:r>
          </w:p>
          <w:p w14:paraId="6EE21863"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767C189B"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080D70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1C8FBCE"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70CD4C" w14:textId="77777777" w:rsidR="00187E2C" w:rsidRDefault="00000000">
            <w:pPr>
              <w:jc w:val="center"/>
            </w:pPr>
            <w:r>
              <w:rPr>
                <w:b/>
                <w:color w:val="000000"/>
                <w:sz w:val="20"/>
              </w:rPr>
              <w:t>UČNE DEJAVNOSTI, METODE IN FORMATIVNO SPREMLJANJE</w:t>
            </w:r>
          </w:p>
        </w:tc>
      </w:tr>
      <w:tr w:rsidR="00187E2C" w14:paraId="75FF7D18" w14:textId="77777777">
        <w:trPr>
          <w:tblHeader/>
          <w:jc w:val="center"/>
        </w:trPr>
        <w:tc>
          <w:tcPr>
            <w:tcW w:w="4422" w:type="dxa"/>
            <w:vMerge/>
            <w:tcMar>
              <w:top w:w="70" w:type="dxa"/>
              <w:left w:w="90" w:type="dxa"/>
              <w:bottom w:w="70" w:type="dxa"/>
              <w:right w:w="90" w:type="dxa"/>
            </w:tcMar>
            <w:vAlign w:val="center"/>
          </w:tcPr>
          <w:p w14:paraId="39C69331" w14:textId="77777777" w:rsidR="00187E2C" w:rsidRDefault="00187E2C"/>
        </w:tc>
        <w:tc>
          <w:tcPr>
            <w:tcW w:w="7087" w:type="dxa"/>
            <w:shd w:val="clear" w:color="auto" w:fill="FFFFFF"/>
            <w:tcMar>
              <w:top w:w="70" w:type="dxa"/>
              <w:left w:w="90" w:type="dxa"/>
              <w:bottom w:w="70" w:type="dxa"/>
              <w:right w:w="90" w:type="dxa"/>
            </w:tcMar>
            <w:vAlign w:val="center"/>
          </w:tcPr>
          <w:p w14:paraId="1209A29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6AFEC0D" w14:textId="77777777" w:rsidR="00187E2C" w:rsidRDefault="00000000">
            <w:pPr>
              <w:jc w:val="center"/>
            </w:pPr>
            <w:r>
              <w:rPr>
                <w:b/>
                <w:color w:val="000000"/>
              </w:rPr>
              <w:t>UČENEC</w:t>
            </w:r>
          </w:p>
        </w:tc>
      </w:tr>
      <w:tr w:rsidR="00187E2C" w14:paraId="1FAC4629" w14:textId="77777777">
        <w:trPr>
          <w:jc w:val="center"/>
        </w:trPr>
        <w:tc>
          <w:tcPr>
            <w:tcW w:w="4422" w:type="dxa"/>
            <w:tcMar>
              <w:top w:w="70" w:type="dxa"/>
              <w:left w:w="90" w:type="dxa"/>
              <w:bottom w:w="70" w:type="dxa"/>
              <w:right w:w="90" w:type="dxa"/>
            </w:tcMar>
          </w:tcPr>
          <w:p w14:paraId="656F01C5" w14:textId="77777777" w:rsidR="00187E2C" w:rsidRDefault="00187E2C"/>
          <w:p w14:paraId="6EA3CCBD" w14:textId="77777777" w:rsidR="00187E2C" w:rsidRDefault="00000000">
            <w:pPr>
              <w:spacing w:after="40" w:line="245" w:lineRule="auto"/>
            </w:pPr>
            <w:r>
              <w:rPr>
                <w:b/>
                <w:color w:val="000000"/>
              </w:rPr>
              <w:t>KLJUČNI POJMI</w:t>
            </w:r>
          </w:p>
          <w:p w14:paraId="1CF25743" w14:textId="77777777" w:rsidR="00187E2C" w:rsidRDefault="00000000">
            <w:pPr>
              <w:spacing w:after="60" w:line="245" w:lineRule="auto"/>
            </w:pPr>
            <w:r>
              <w:rPr>
                <w:color w:val="000000"/>
                <w:sz w:val="15"/>
              </w:rPr>
              <w:t>glas /f/, črka F, zlog, beseda, poved, smer poteze, bralna strategija, naslov, avtor, ilustrator, književna oseba</w:t>
            </w:r>
          </w:p>
          <w:p w14:paraId="180A6EB3" w14:textId="77777777" w:rsidR="00187E2C" w:rsidRDefault="00000000">
            <w:pPr>
              <w:spacing w:after="20" w:line="245" w:lineRule="auto"/>
            </w:pPr>
            <w:r>
              <w:rPr>
                <w:b/>
                <w:color w:val="000000"/>
                <w:sz w:val="17"/>
              </w:rPr>
              <w:t>DOKAZI O UČENJU</w:t>
            </w:r>
          </w:p>
          <w:p w14:paraId="634575D5" w14:textId="77777777" w:rsidR="00187E2C" w:rsidRDefault="00000000">
            <w:pPr>
              <w:pStyle w:val="Oznaenseznam"/>
              <w:spacing w:after="9"/>
            </w:pPr>
            <w:r>
              <w:rPr>
                <w:color w:val="000000"/>
                <w:sz w:val="15"/>
              </w:rPr>
              <w:t>odziv med poslušanjem, izbrana slika in ena poved o doživetju.</w:t>
            </w:r>
          </w:p>
          <w:p w14:paraId="7AC65E0B" w14:textId="77777777" w:rsidR="00187E2C" w:rsidRDefault="00000000">
            <w:pPr>
              <w:pStyle w:val="Oznaenseznam"/>
              <w:spacing w:after="9"/>
            </w:pPr>
            <w:r>
              <w:rPr>
                <w:color w:val="000000"/>
                <w:sz w:val="15"/>
              </w:rPr>
              <w:t>štiri pravilne glasovne odločitve, izbor črke F in kratka učenčeva razlaga.</w:t>
            </w:r>
          </w:p>
          <w:p w14:paraId="2712BAE4" w14:textId="77777777" w:rsidR="00187E2C" w:rsidRDefault="00000000">
            <w:pPr>
              <w:pStyle w:val="Oznaenseznam"/>
              <w:spacing w:after="9"/>
            </w:pPr>
            <w:r>
              <w:rPr>
                <w:color w:val="000000"/>
                <w:sz w:val="15"/>
              </w:rPr>
              <w:t>fotografija veččutne črke F, datiran zapis in izpolnjen Bralni list 31 z individualnim branjem izbranega zloga/bralnega primera.</w:t>
            </w:r>
          </w:p>
          <w:p w14:paraId="14989014" w14:textId="77777777" w:rsidR="00187E2C" w:rsidRDefault="00000000">
            <w:pPr>
              <w:spacing w:before="40" w:after="20" w:line="245" w:lineRule="auto"/>
            </w:pPr>
            <w:r>
              <w:rPr>
                <w:b/>
                <w:color w:val="000000"/>
                <w:sz w:val="17"/>
              </w:rPr>
              <w:t>KNJIŽEVNO DOŽIVETJE IN IZKUŠENJSKI POUK</w:t>
            </w:r>
          </w:p>
          <w:p w14:paraId="3BDBFB2D"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013FB1C3" w14:textId="77777777" w:rsidR="00187E2C" w:rsidRDefault="00000000">
            <w:pPr>
              <w:spacing w:after="20" w:line="245" w:lineRule="auto"/>
            </w:pPr>
            <w:r>
              <w:rPr>
                <w:b/>
                <w:color w:val="000000"/>
                <w:sz w:val="17"/>
              </w:rPr>
              <w:t>POUČEVANJE V GIBANJU</w:t>
            </w:r>
          </w:p>
          <w:p w14:paraId="0393331A"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411C14D5" w14:textId="77777777" w:rsidR="00187E2C" w:rsidRDefault="00000000">
            <w:pPr>
              <w:spacing w:after="20" w:line="245" w:lineRule="auto"/>
            </w:pPr>
            <w:r>
              <w:rPr>
                <w:b/>
                <w:color w:val="000000"/>
                <w:sz w:val="17"/>
              </w:rPr>
              <w:t>DELO PO POSTAJAH</w:t>
            </w:r>
          </w:p>
          <w:p w14:paraId="6D58110A" w14:textId="77777777" w:rsidR="00187E2C" w:rsidRDefault="00000000">
            <w:pPr>
              <w:spacing w:after="60" w:line="245" w:lineRule="auto"/>
            </w:pPr>
            <w:r>
              <w:rPr>
                <w:color w:val="000000"/>
                <w:sz w:val="15"/>
              </w:rPr>
              <w:t>1. doživljajsko-književna – poslušanje, pogovor, igra vlog in predmetno/slikovno izhodišče; 2. glasovno-gibalna – slišim glas /f/, razvrščam besede in sestavljam žive zloge; 3. bralna – ČRKA F • BRALNI LIST 31, modelirano, vodeno ali ponovljeno branje; 4. tipno-grafomotorična – črko F oblikujem, hodim po njeni poti in jo zapišem ter izbor dokaza, povratna informacija in naslednji korak. Pri ustnem oziroma praktičnem ocenjevanju se na eni postaji zbere primerljiv individualni dokaz, druge postaje pa omogočajo samostojno vajo.</w:t>
            </w:r>
          </w:p>
          <w:p w14:paraId="6692AF88" w14:textId="77777777" w:rsidR="00187E2C" w:rsidRDefault="00000000">
            <w:pPr>
              <w:spacing w:after="20" w:line="245" w:lineRule="auto"/>
            </w:pPr>
            <w:r>
              <w:rPr>
                <w:b/>
                <w:color w:val="000000"/>
                <w:sz w:val="17"/>
              </w:rPr>
              <w:t>DIFERENCIACIJA IN VKLJUČEVANJE</w:t>
            </w:r>
          </w:p>
          <w:p w14:paraId="2464DAD6"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4C2C02D5" w14:textId="77777777" w:rsidR="00187E2C" w:rsidRDefault="00000000">
            <w:pPr>
              <w:spacing w:after="20" w:line="245" w:lineRule="auto"/>
            </w:pPr>
            <w:r>
              <w:rPr>
                <w:b/>
                <w:color w:val="000000"/>
                <w:sz w:val="17"/>
              </w:rPr>
              <w:t>SPREMLJANJE</w:t>
            </w:r>
          </w:p>
          <w:p w14:paraId="4F757CF8"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9481CE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713119C" w14:textId="77777777">
              <w:trPr>
                <w:jc w:val="center"/>
              </w:trPr>
              <w:tc>
                <w:tcPr>
                  <w:tcW w:w="7087" w:type="dxa"/>
                  <w:shd w:val="clear" w:color="auto" w:fill="C6E7F3"/>
                  <w:tcMar>
                    <w:top w:w="45" w:type="dxa"/>
                    <w:left w:w="70" w:type="dxa"/>
                    <w:bottom w:w="45" w:type="dxa"/>
                    <w:right w:w="70" w:type="dxa"/>
                  </w:tcMar>
                </w:tcPr>
                <w:p w14:paraId="0E895F20" w14:textId="77777777" w:rsidR="00187E2C" w:rsidRDefault="00000000">
                  <w:pPr>
                    <w:keepNext/>
                  </w:pPr>
                  <w:r>
                    <w:rPr>
                      <w:b/>
                      <w:color w:val="000000"/>
                      <w:sz w:val="17"/>
                    </w:rPr>
                    <w:t>GLAVNI DEL – DOŽIVLJAJSKO, JEZIKOVNO IN OPISMENJEVALNO UČENJE (3 šolske ure)</w:t>
                  </w:r>
                </w:p>
              </w:tc>
            </w:tr>
          </w:tbl>
          <w:p w14:paraId="41977659" w14:textId="77777777" w:rsidR="00187E2C" w:rsidRDefault="00187E2C">
            <w:pPr>
              <w:spacing w:line="20" w:lineRule="exact"/>
            </w:pPr>
          </w:p>
          <w:p w14:paraId="6AA404A7" w14:textId="77777777" w:rsidR="00187E2C" w:rsidRDefault="00000000">
            <w:pPr>
              <w:keepNext/>
              <w:spacing w:before="22" w:after="6" w:line="245" w:lineRule="auto"/>
            </w:pPr>
            <w:r>
              <w:rPr>
                <w:b/>
                <w:color w:val="000000"/>
                <w:sz w:val="16"/>
              </w:rPr>
              <w:t>1. URA – Razlaga – Poslušam in doživljam</w:t>
            </w:r>
          </w:p>
          <w:p w14:paraId="31537015" w14:textId="77777777" w:rsidR="00187E2C" w:rsidRDefault="00000000">
            <w:pPr>
              <w:spacing w:after="7" w:line="245" w:lineRule="auto"/>
            </w:pPr>
            <w:r>
              <w:rPr>
                <w:b/>
                <w:color w:val="000000"/>
                <w:sz w:val="15"/>
              </w:rPr>
              <w:t xml:space="preserve">Dejavnost učiteljice: </w:t>
            </w:r>
            <w:r>
              <w:rPr>
                <w:color w:val="000000"/>
                <w:sz w:val="15"/>
              </w:rPr>
              <w:t>Doživeto prebere oziroma predstavi kratko besedilo, sliko ali zvočni odlomek, povezan s temo »razlaga • velika tiskana črka f • bralni list 31«; sproti zbira individualne dokaze in prilagodi oporo.</w:t>
            </w:r>
          </w:p>
          <w:p w14:paraId="68FFA14E" w14:textId="77777777" w:rsidR="00187E2C" w:rsidRDefault="00000000">
            <w:pPr>
              <w:spacing w:after="7" w:line="245" w:lineRule="auto"/>
            </w:pPr>
            <w:r>
              <w:rPr>
                <w:b/>
                <w:color w:val="000000"/>
                <w:sz w:val="15"/>
              </w:rPr>
              <w:t xml:space="preserve">Dejavnost učencev: </w:t>
            </w:r>
            <w:r>
              <w:rPr>
                <w:color w:val="000000"/>
                <w:sz w:val="15"/>
              </w:rPr>
              <w:t>Napoveduje ob naslovu/sliki, med poslušanjem pokaže dogovorjen znak in po poslušanju izbere sliko občutja; dejavnost poveže s ciljem »posluša vrstnika«.</w:t>
            </w:r>
          </w:p>
          <w:p w14:paraId="31DC18B6" w14:textId="77777777" w:rsidR="00187E2C" w:rsidRDefault="00000000">
            <w:pPr>
              <w:spacing w:after="15" w:line="245" w:lineRule="auto"/>
            </w:pPr>
            <w:r>
              <w:rPr>
                <w:i/>
                <w:color w:val="D95BC6"/>
                <w:sz w:val="14"/>
              </w:rPr>
              <w:t>Predvideni dokaz: odziv med poslušanjem, izbrana slika in ena poved o doživetju..</w:t>
            </w:r>
          </w:p>
          <w:p w14:paraId="63ACBCC1" w14:textId="77777777" w:rsidR="00187E2C" w:rsidRDefault="00000000">
            <w:pPr>
              <w:keepNext/>
              <w:spacing w:before="22" w:after="6" w:line="245" w:lineRule="auto"/>
            </w:pPr>
            <w:r>
              <w:rPr>
                <w:b/>
                <w:color w:val="000000"/>
                <w:sz w:val="16"/>
              </w:rPr>
              <w:t>2. URA – SLIŠIM GLAS /f/ IN ODKRIVAM ČRKO F</w:t>
            </w:r>
          </w:p>
          <w:p w14:paraId="74D2329E" w14:textId="77777777" w:rsidR="00187E2C" w:rsidRDefault="00000000">
            <w:pPr>
              <w:spacing w:after="7" w:line="245" w:lineRule="auto"/>
            </w:pPr>
            <w:r>
              <w:rPr>
                <w:b/>
                <w:color w:val="000000"/>
                <w:sz w:val="15"/>
              </w:rPr>
              <w:t xml:space="preserve">Dejavnost učiteljice: </w:t>
            </w:r>
            <w:r>
              <w:rPr>
                <w:color w:val="000000"/>
                <w:sz w:val="15"/>
              </w:rPr>
              <w:t>Vodi poslušanje in razvrščanje besed (figa, telefon, sofa, žirafa); učenci se premikajo v kote začetek–sredina–konec, nato med črkami poiščejo F in jo oblikujejo s telesom.</w:t>
            </w:r>
          </w:p>
          <w:p w14:paraId="3EECD6ED" w14:textId="77777777" w:rsidR="00187E2C" w:rsidRDefault="00000000">
            <w:pPr>
              <w:spacing w:after="7" w:line="245" w:lineRule="auto"/>
            </w:pPr>
            <w:r>
              <w:rPr>
                <w:b/>
                <w:color w:val="000000"/>
                <w:sz w:val="15"/>
              </w:rPr>
              <w:t xml:space="preserve">Dejavnost učencev: </w:t>
            </w:r>
            <w:r>
              <w:rPr>
                <w:color w:val="000000"/>
                <w:sz w:val="15"/>
              </w:rPr>
              <w:t>Besede razvršča z gibanjem, za vsak glas položi žeton, med znaki poišče F ter jo predstavi s telesom ali vrvjo.</w:t>
            </w:r>
          </w:p>
          <w:p w14:paraId="1EFE21EF" w14:textId="77777777" w:rsidR="00187E2C" w:rsidRDefault="00000000">
            <w:pPr>
              <w:spacing w:after="15" w:line="245" w:lineRule="auto"/>
            </w:pPr>
            <w:r>
              <w:rPr>
                <w:i/>
                <w:color w:val="D95BC6"/>
                <w:sz w:val="14"/>
              </w:rPr>
              <w:t>Predvideni dokaz: štiri pravilne glasovne odločitve, izbor črke F in kratka učenčeva razlaga..</w:t>
            </w:r>
          </w:p>
          <w:p w14:paraId="16688D84" w14:textId="77777777" w:rsidR="00187E2C" w:rsidRDefault="00000000">
            <w:pPr>
              <w:keepNext/>
              <w:spacing w:before="22" w:after="6" w:line="245" w:lineRule="auto"/>
            </w:pPr>
            <w:r>
              <w:rPr>
                <w:b/>
                <w:color w:val="000000"/>
                <w:sz w:val="16"/>
              </w:rPr>
              <w:t>3. URA – Oblikujem, pišem in berem črko F</w:t>
            </w:r>
          </w:p>
          <w:p w14:paraId="4409C391" w14:textId="77777777" w:rsidR="00187E2C" w:rsidRDefault="00000000">
            <w:pPr>
              <w:spacing w:after="7" w:line="245" w:lineRule="auto"/>
            </w:pPr>
            <w:r>
              <w:rPr>
                <w:b/>
                <w:color w:val="000000"/>
                <w:sz w:val="15"/>
              </w:rPr>
              <w:t xml:space="preserve">Dejavnost učiteljice: </w:t>
            </w:r>
            <w:r>
              <w:rPr>
                <w:color w:val="000000"/>
                <w:sz w:val="15"/>
              </w:rPr>
              <w:t>Modelira poteze (navpična in dve vodoravni potezi); vodi rotacijo: črka iz teles/vrvi – zapis v zraku/pesku – zapis na listu – Bralni list 31 in branje FA • FI • FO • FE. Učence opazuje individualno.</w:t>
            </w:r>
          </w:p>
          <w:p w14:paraId="45A05782" w14:textId="77777777" w:rsidR="00187E2C" w:rsidRDefault="00000000">
            <w:pPr>
              <w:spacing w:after="7" w:line="245" w:lineRule="auto"/>
            </w:pPr>
            <w:r>
              <w:rPr>
                <w:b/>
                <w:color w:val="000000"/>
                <w:sz w:val="15"/>
              </w:rPr>
              <w:t xml:space="preserve">Dejavnost učencev: </w:t>
            </w:r>
            <w:r>
              <w:rPr>
                <w:color w:val="000000"/>
                <w:sz w:val="15"/>
              </w:rPr>
              <w:t>Črko F sestavi, prehodi, zapiše z večjim gibom in nato na list; na Bralnem listu 31 z magnetnimi/talnimi črkami sestavlja ter bere zloge in bralne primere.</w:t>
            </w:r>
          </w:p>
          <w:p w14:paraId="3349FB28" w14:textId="77777777" w:rsidR="00187E2C" w:rsidRDefault="00000000">
            <w:pPr>
              <w:spacing w:after="15" w:line="245" w:lineRule="auto"/>
            </w:pPr>
            <w:r>
              <w:rPr>
                <w:i/>
                <w:color w:val="D95BC6"/>
                <w:sz w:val="14"/>
              </w:rPr>
              <w:t>Predvideni dokaz: fotografija veččutne črke F, datiran zapis in izpolnjen Bralni list 31 z individualnim branjem izbranega zloga/bralnega primera..</w:t>
            </w:r>
          </w:p>
          <w:tbl>
            <w:tblPr>
              <w:tblStyle w:val="Tabelamrea"/>
              <w:tblW w:w="0" w:type="auto"/>
              <w:jc w:val="center"/>
              <w:tblLayout w:type="fixed"/>
              <w:tblLook w:val="04A0" w:firstRow="1" w:lastRow="0" w:firstColumn="1" w:lastColumn="0" w:noHBand="0" w:noVBand="1"/>
            </w:tblPr>
            <w:tblGrid>
              <w:gridCol w:w="7087"/>
            </w:tblGrid>
            <w:tr w:rsidR="00187E2C" w14:paraId="6382CF0A" w14:textId="77777777">
              <w:trPr>
                <w:jc w:val="center"/>
              </w:trPr>
              <w:tc>
                <w:tcPr>
                  <w:tcW w:w="7087" w:type="dxa"/>
                  <w:shd w:val="clear" w:color="auto" w:fill="EDC9EA"/>
                  <w:tcMar>
                    <w:top w:w="45" w:type="dxa"/>
                    <w:left w:w="70" w:type="dxa"/>
                    <w:bottom w:w="45" w:type="dxa"/>
                    <w:right w:w="70" w:type="dxa"/>
                  </w:tcMar>
                </w:tcPr>
                <w:p w14:paraId="3834FAB5" w14:textId="77777777" w:rsidR="00187E2C" w:rsidRDefault="00000000">
                  <w:pPr>
                    <w:keepNext/>
                  </w:pPr>
                  <w:r>
                    <w:rPr>
                      <w:b/>
                      <w:color w:val="000000"/>
                      <w:sz w:val="17"/>
                    </w:rPr>
                    <w:t>POVRATNA INFORMACIJA UČITELJICE MED DELOM</w:t>
                  </w:r>
                </w:p>
              </w:tc>
            </w:tr>
          </w:tbl>
          <w:p w14:paraId="2C4D91F1" w14:textId="77777777" w:rsidR="00187E2C" w:rsidRDefault="00187E2C"/>
          <w:p w14:paraId="36E4A630"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7CC85EE5" w14:textId="77777777" w:rsidR="00187E2C" w:rsidRDefault="00187E2C"/>
          <w:p w14:paraId="2DED60C4" w14:textId="77777777" w:rsidR="00187E2C" w:rsidRDefault="00000000">
            <w:pPr>
              <w:spacing w:after="4" w:line="245" w:lineRule="auto"/>
            </w:pPr>
            <w:r>
              <w:rPr>
                <w:b/>
                <w:color w:val="000000"/>
                <w:sz w:val="15"/>
              </w:rPr>
              <w:t>1. URA – Razlaga – Poslušam in doživljam</w:t>
            </w:r>
          </w:p>
          <w:p w14:paraId="06A61680" w14:textId="77777777" w:rsidR="00187E2C" w:rsidRDefault="00000000">
            <w:pPr>
              <w:spacing w:after="7" w:line="245" w:lineRule="auto"/>
            </w:pPr>
            <w:r>
              <w:rPr>
                <w:color w:val="000000"/>
                <w:sz w:val="14"/>
              </w:rPr>
              <w:t>Napoveduje ob naslovu/sliki, med poslušanjem pokaže dogovorjen znak in po poslušanju izbere sliko občutja.</w:t>
            </w:r>
          </w:p>
          <w:p w14:paraId="2CB9D111" w14:textId="77777777" w:rsidR="00187E2C" w:rsidRDefault="00000000">
            <w:pPr>
              <w:spacing w:after="15" w:line="245" w:lineRule="auto"/>
            </w:pPr>
            <w:r>
              <w:rPr>
                <w:color w:val="D95BC6"/>
                <w:sz w:val="14"/>
              </w:rPr>
              <w:t>Dokaz: odziv med poslušanjem, izbrana slika in ena poved o doživetju.</w:t>
            </w:r>
          </w:p>
          <w:p w14:paraId="6F96453A" w14:textId="77777777" w:rsidR="00187E2C" w:rsidRDefault="00000000">
            <w:pPr>
              <w:spacing w:after="4" w:line="245" w:lineRule="auto"/>
            </w:pPr>
            <w:r>
              <w:rPr>
                <w:b/>
                <w:color w:val="000000"/>
                <w:sz w:val="15"/>
              </w:rPr>
              <w:t>2. URA – SLIŠIM GLAS /f/ IN ODKRIVAM ČRKO F</w:t>
            </w:r>
          </w:p>
          <w:p w14:paraId="72EAA9EB" w14:textId="77777777" w:rsidR="00187E2C" w:rsidRDefault="00000000">
            <w:pPr>
              <w:spacing w:after="7" w:line="245" w:lineRule="auto"/>
            </w:pPr>
            <w:r>
              <w:rPr>
                <w:color w:val="000000"/>
                <w:sz w:val="14"/>
              </w:rPr>
              <w:t>Besede razvršča z gibanjem, za vsak glas položi žeton, med znaki poišče F ter jo predstavi s telesom ali vrvjo.</w:t>
            </w:r>
          </w:p>
          <w:p w14:paraId="2F859349" w14:textId="77777777" w:rsidR="00187E2C" w:rsidRDefault="00000000">
            <w:pPr>
              <w:spacing w:after="15" w:line="245" w:lineRule="auto"/>
            </w:pPr>
            <w:r>
              <w:rPr>
                <w:color w:val="D95BC6"/>
                <w:sz w:val="14"/>
              </w:rPr>
              <w:t>Dokaz: štiri pravilne glasovne odločitve, izbor črke F in kratka učenčeva razlaga.</w:t>
            </w:r>
          </w:p>
          <w:p w14:paraId="32701530" w14:textId="77777777" w:rsidR="00187E2C" w:rsidRDefault="00000000">
            <w:pPr>
              <w:spacing w:after="4" w:line="245" w:lineRule="auto"/>
            </w:pPr>
            <w:r>
              <w:rPr>
                <w:b/>
                <w:color w:val="000000"/>
                <w:sz w:val="15"/>
              </w:rPr>
              <w:t>3. URA – Oblikujem, pišem in berem črko F</w:t>
            </w:r>
          </w:p>
          <w:p w14:paraId="10E998B9" w14:textId="77777777" w:rsidR="00187E2C" w:rsidRDefault="00000000">
            <w:pPr>
              <w:spacing w:after="7" w:line="245" w:lineRule="auto"/>
            </w:pPr>
            <w:r>
              <w:rPr>
                <w:color w:val="000000"/>
                <w:sz w:val="14"/>
              </w:rPr>
              <w:t>Črko F sestavi, prehodi, zapiše z večjim gibom in nato na list.</w:t>
            </w:r>
          </w:p>
          <w:p w14:paraId="6C94B337" w14:textId="77777777" w:rsidR="00187E2C" w:rsidRDefault="00000000">
            <w:pPr>
              <w:spacing w:after="15" w:line="245" w:lineRule="auto"/>
            </w:pPr>
            <w:r>
              <w:rPr>
                <w:color w:val="D95BC6"/>
                <w:sz w:val="14"/>
              </w:rPr>
              <w:t>Dokaz: fotografija veččutne črke F, datiran zapis in izpolnjen Bralni list 31 z.</w:t>
            </w:r>
          </w:p>
        </w:tc>
      </w:tr>
    </w:tbl>
    <w:p w14:paraId="2F0C4C1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759A2D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5CEF25C"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F346027" w14:textId="77777777" w:rsidR="00187E2C" w:rsidRDefault="00000000">
            <w:pPr>
              <w:jc w:val="center"/>
            </w:pPr>
            <w:r>
              <w:rPr>
                <w:b/>
                <w:color w:val="000000"/>
                <w:sz w:val="20"/>
              </w:rPr>
              <w:t>UČNE DEJAVNOSTI, METODE IN FORMATIVNO SPREMLJANJE</w:t>
            </w:r>
          </w:p>
        </w:tc>
      </w:tr>
      <w:tr w:rsidR="00187E2C" w14:paraId="2ED09A5B" w14:textId="77777777">
        <w:trPr>
          <w:tblHeader/>
          <w:jc w:val="center"/>
        </w:trPr>
        <w:tc>
          <w:tcPr>
            <w:tcW w:w="4422" w:type="dxa"/>
            <w:vMerge/>
            <w:tcMar>
              <w:top w:w="70" w:type="dxa"/>
              <w:left w:w="90" w:type="dxa"/>
              <w:bottom w:w="70" w:type="dxa"/>
              <w:right w:w="90" w:type="dxa"/>
            </w:tcMar>
            <w:vAlign w:val="center"/>
          </w:tcPr>
          <w:p w14:paraId="54C9EB4D" w14:textId="77777777" w:rsidR="00187E2C" w:rsidRDefault="00187E2C"/>
        </w:tc>
        <w:tc>
          <w:tcPr>
            <w:tcW w:w="7087" w:type="dxa"/>
            <w:shd w:val="clear" w:color="auto" w:fill="FFFFFF"/>
            <w:tcMar>
              <w:top w:w="70" w:type="dxa"/>
              <w:left w:w="90" w:type="dxa"/>
              <w:bottom w:w="70" w:type="dxa"/>
              <w:right w:w="90" w:type="dxa"/>
            </w:tcMar>
            <w:vAlign w:val="center"/>
          </w:tcPr>
          <w:p w14:paraId="6154BBD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B72344" w14:textId="77777777" w:rsidR="00187E2C" w:rsidRDefault="00000000">
            <w:pPr>
              <w:jc w:val="center"/>
            </w:pPr>
            <w:r>
              <w:rPr>
                <w:b/>
                <w:color w:val="000000"/>
              </w:rPr>
              <w:t>UČENEC</w:t>
            </w:r>
          </w:p>
        </w:tc>
      </w:tr>
      <w:tr w:rsidR="00187E2C" w14:paraId="33FADB92" w14:textId="77777777">
        <w:trPr>
          <w:jc w:val="center"/>
        </w:trPr>
        <w:tc>
          <w:tcPr>
            <w:tcW w:w="4422" w:type="dxa"/>
            <w:tcMar>
              <w:top w:w="70" w:type="dxa"/>
              <w:left w:w="90" w:type="dxa"/>
              <w:bottom w:w="70" w:type="dxa"/>
              <w:right w:w="90" w:type="dxa"/>
            </w:tcMar>
          </w:tcPr>
          <w:p w14:paraId="13BE66CF" w14:textId="77777777" w:rsidR="00187E2C" w:rsidRDefault="00187E2C"/>
          <w:p w14:paraId="0A7ACD33" w14:textId="77777777" w:rsidR="00187E2C" w:rsidRDefault="00000000">
            <w:pPr>
              <w:spacing w:after="40" w:line="245" w:lineRule="auto"/>
            </w:pPr>
            <w:r>
              <w:rPr>
                <w:b/>
                <w:color w:val="000000"/>
              </w:rPr>
              <w:t>FORMATIVNO SPREMLJANJE</w:t>
            </w:r>
          </w:p>
          <w:p w14:paraId="241EC145"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4AE94031"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150869E"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39494E0A"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C43AC2D" w14:textId="77777777" w:rsidR="00187E2C" w:rsidRDefault="00000000">
            <w:pPr>
              <w:spacing w:before="40" w:after="20" w:line="245" w:lineRule="auto"/>
            </w:pPr>
            <w:r>
              <w:rPr>
                <w:b/>
                <w:color w:val="000000"/>
                <w:sz w:val="17"/>
              </w:rPr>
              <w:t>VARNOST IN ODGOVORNOST</w:t>
            </w:r>
          </w:p>
          <w:p w14:paraId="5B310C51"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03B274B1" w14:textId="77777777" w:rsidR="00187E2C" w:rsidRDefault="00000000">
            <w:pPr>
              <w:spacing w:after="20" w:line="245" w:lineRule="auto"/>
            </w:pPr>
            <w:r>
              <w:rPr>
                <w:b/>
                <w:color w:val="000000"/>
                <w:sz w:val="17"/>
              </w:rPr>
              <w:t>EVIDENCA PO IZVEDBI</w:t>
            </w:r>
          </w:p>
          <w:p w14:paraId="7033680A"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7F2B3B3E"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B505437" w14:textId="77777777">
              <w:trPr>
                <w:jc w:val="center"/>
              </w:trPr>
              <w:tc>
                <w:tcPr>
                  <w:tcW w:w="7087" w:type="dxa"/>
                  <w:shd w:val="clear" w:color="auto" w:fill="EDC9EA"/>
                  <w:tcMar>
                    <w:top w:w="45" w:type="dxa"/>
                    <w:left w:w="70" w:type="dxa"/>
                    <w:bottom w:w="45" w:type="dxa"/>
                    <w:right w:w="70" w:type="dxa"/>
                  </w:tcMar>
                </w:tcPr>
                <w:p w14:paraId="388CC437" w14:textId="77777777" w:rsidR="00187E2C" w:rsidRDefault="00000000">
                  <w:pPr>
                    <w:keepNext/>
                  </w:pPr>
                  <w:r>
                    <w:rPr>
                      <w:b/>
                      <w:color w:val="000000"/>
                    </w:rPr>
                    <w:t>VPRAŠANJA V PODPORO JEZIKOVNEMU, BRALNEMU IN KNJIŽEVNEMU UČENJU</w:t>
                  </w:r>
                </w:p>
              </w:tc>
            </w:tr>
          </w:tbl>
          <w:p w14:paraId="23BB7A7A" w14:textId="77777777" w:rsidR="00187E2C" w:rsidRDefault="00187E2C">
            <w:pPr>
              <w:spacing w:line="20" w:lineRule="exact"/>
            </w:pPr>
          </w:p>
          <w:p w14:paraId="6A567282" w14:textId="77777777" w:rsidR="00187E2C" w:rsidRDefault="00000000">
            <w:pPr>
              <w:pStyle w:val="Oznaenseznam"/>
              <w:spacing w:after="16"/>
            </w:pPr>
            <w:r>
              <w:rPr>
                <w:color w:val="000000"/>
                <w:sz w:val="16"/>
              </w:rPr>
              <w:t>Kaj ti je naslovnica, slika, predmet, zvok ali gib pomagal razumeti?</w:t>
            </w:r>
          </w:p>
          <w:p w14:paraId="1173DD6A" w14:textId="77777777" w:rsidR="00187E2C" w:rsidRDefault="00000000">
            <w:pPr>
              <w:pStyle w:val="Oznaenseznam"/>
              <w:spacing w:after="16"/>
            </w:pPr>
            <w:r>
              <w:rPr>
                <w:color w:val="000000"/>
                <w:sz w:val="16"/>
              </w:rPr>
              <w:t>Kako si našel/-la glas, črko, zlog, besedo ali bistveni podatek?</w:t>
            </w:r>
          </w:p>
          <w:p w14:paraId="2501EC79" w14:textId="77777777" w:rsidR="00187E2C" w:rsidRDefault="00000000">
            <w:pPr>
              <w:pStyle w:val="Oznaenseznam"/>
              <w:spacing w:after="16"/>
            </w:pPr>
            <w:r>
              <w:rPr>
                <w:color w:val="000000"/>
                <w:sz w:val="16"/>
              </w:rPr>
              <w:t>Kako veš, da tvoja pripoved, branje ali zapis dosega dogovorjeni kriterij?</w:t>
            </w:r>
          </w:p>
          <w:p w14:paraId="55D9A3F0" w14:textId="77777777" w:rsidR="00187E2C" w:rsidRDefault="00000000">
            <w:pPr>
              <w:pStyle w:val="Oznaenseznam"/>
              <w:spacing w:after="16"/>
            </w:pPr>
            <w:r>
              <w:rPr>
                <w:color w:val="000000"/>
                <w:sz w:val="16"/>
              </w:rPr>
              <w:t>Ali lahko svoje razumevanje pokažeš še z drugim načinom – govorom, gibanjem, risbo, branjem ali zapisom?</w:t>
            </w:r>
          </w:p>
          <w:p w14:paraId="1973210E"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3E2A2CDA" w14:textId="77777777">
              <w:trPr>
                <w:jc w:val="center"/>
              </w:trPr>
              <w:tc>
                <w:tcPr>
                  <w:tcW w:w="7087" w:type="dxa"/>
                  <w:shd w:val="clear" w:color="auto" w:fill="C6E7F3"/>
                  <w:tcMar>
                    <w:top w:w="45" w:type="dxa"/>
                    <w:left w:w="70" w:type="dxa"/>
                    <w:bottom w:w="45" w:type="dxa"/>
                    <w:right w:w="70" w:type="dxa"/>
                  </w:tcMar>
                </w:tcPr>
                <w:p w14:paraId="70C7DB04" w14:textId="77777777" w:rsidR="00187E2C" w:rsidRDefault="00000000">
                  <w:pPr>
                    <w:keepNext/>
                  </w:pPr>
                  <w:r>
                    <w:rPr>
                      <w:b/>
                      <w:color w:val="000000"/>
                    </w:rPr>
                    <w:t>ZAKLJUČNI DEL – UTRJEVANJE, BRALNI ODZIV IN REFLEKSIJA (10–15 min)</w:t>
                  </w:r>
                </w:p>
              </w:tc>
            </w:tr>
          </w:tbl>
          <w:p w14:paraId="73077F88" w14:textId="77777777" w:rsidR="00187E2C" w:rsidRDefault="00187E2C">
            <w:pPr>
              <w:spacing w:line="20" w:lineRule="exact"/>
            </w:pPr>
          </w:p>
          <w:p w14:paraId="01B48A88"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769C4476" w14:textId="77777777">
              <w:trPr>
                <w:jc w:val="center"/>
              </w:trPr>
              <w:tc>
                <w:tcPr>
                  <w:tcW w:w="7087" w:type="dxa"/>
                  <w:shd w:val="clear" w:color="auto" w:fill="EDC9EA"/>
                  <w:tcMar>
                    <w:top w:w="45" w:type="dxa"/>
                    <w:left w:w="70" w:type="dxa"/>
                    <w:bottom w:w="45" w:type="dxa"/>
                    <w:right w:w="70" w:type="dxa"/>
                  </w:tcMar>
                </w:tcPr>
                <w:p w14:paraId="06333C48" w14:textId="77777777" w:rsidR="00187E2C" w:rsidRDefault="00000000">
                  <w:pPr>
                    <w:keepNext/>
                  </w:pPr>
                  <w:r>
                    <w:rPr>
                      <w:b/>
                      <w:color w:val="000000"/>
                    </w:rPr>
                    <w:t>SAMOVREDNOTENJE</w:t>
                  </w:r>
                </w:p>
              </w:tc>
            </w:tr>
          </w:tbl>
          <w:p w14:paraId="63FB5D70" w14:textId="77777777" w:rsidR="00187E2C" w:rsidRDefault="00187E2C">
            <w:pPr>
              <w:spacing w:line="20" w:lineRule="exact"/>
            </w:pPr>
          </w:p>
          <w:p w14:paraId="3D3C890C"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ABF9DCB" w14:textId="77777777">
              <w:trPr>
                <w:jc w:val="center"/>
              </w:trPr>
              <w:tc>
                <w:tcPr>
                  <w:tcW w:w="7087" w:type="dxa"/>
                  <w:shd w:val="clear" w:color="auto" w:fill="EDC9EA"/>
                  <w:tcMar>
                    <w:top w:w="45" w:type="dxa"/>
                    <w:left w:w="70" w:type="dxa"/>
                    <w:bottom w:w="45" w:type="dxa"/>
                    <w:right w:w="70" w:type="dxa"/>
                  </w:tcMar>
                </w:tcPr>
                <w:p w14:paraId="566278C2" w14:textId="77777777" w:rsidR="00187E2C" w:rsidRDefault="00000000">
                  <w:pPr>
                    <w:keepNext/>
                  </w:pPr>
                  <w:r>
                    <w:rPr>
                      <w:b/>
                      <w:color w:val="000000"/>
                    </w:rPr>
                    <w:t>VRSTNIŠKO VREDNOTENJE</w:t>
                  </w:r>
                </w:p>
              </w:tc>
            </w:tr>
          </w:tbl>
          <w:p w14:paraId="44153D20" w14:textId="77777777" w:rsidR="00187E2C" w:rsidRDefault="00187E2C">
            <w:pPr>
              <w:spacing w:line="20" w:lineRule="exact"/>
            </w:pPr>
          </w:p>
          <w:p w14:paraId="7DD6E04B"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1D29F54A" w14:textId="77777777">
              <w:trPr>
                <w:jc w:val="center"/>
              </w:trPr>
              <w:tc>
                <w:tcPr>
                  <w:tcW w:w="7087" w:type="dxa"/>
                  <w:shd w:val="clear" w:color="auto" w:fill="EDC9EA"/>
                  <w:tcMar>
                    <w:top w:w="45" w:type="dxa"/>
                    <w:left w:w="70" w:type="dxa"/>
                    <w:bottom w:w="45" w:type="dxa"/>
                    <w:right w:w="70" w:type="dxa"/>
                  </w:tcMar>
                </w:tcPr>
                <w:p w14:paraId="37679E20" w14:textId="77777777" w:rsidR="00187E2C" w:rsidRDefault="00000000">
                  <w:pPr>
                    <w:keepNext/>
                  </w:pPr>
                  <w:r>
                    <w:rPr>
                      <w:b/>
                      <w:color w:val="000000"/>
                    </w:rPr>
                    <w:t>SKUPNI POVZETEK</w:t>
                  </w:r>
                </w:p>
              </w:tc>
            </w:tr>
          </w:tbl>
          <w:p w14:paraId="6DB3CC2E" w14:textId="77777777" w:rsidR="00187E2C" w:rsidRDefault="00187E2C">
            <w:pPr>
              <w:spacing w:line="20" w:lineRule="exact"/>
            </w:pPr>
          </w:p>
          <w:p w14:paraId="25ACF8AC" w14:textId="77777777" w:rsidR="00187E2C" w:rsidRDefault="00000000">
            <w:pPr>
              <w:spacing w:before="20" w:after="40" w:line="245" w:lineRule="auto"/>
            </w:pPr>
            <w:r>
              <w:rPr>
                <w:b/>
                <w:color w:val="000000"/>
                <w:sz w:val="16"/>
              </w:rPr>
              <w:t>Prepoznam glas /f/ in črko F, jo veččutno oblikujem, čitljivo zapišem ter uporabim pri začetnem branju in pisanju. Književno doživetje izrazim z govorom, gibanjem, risbo ali zapisom.</w:t>
            </w:r>
          </w:p>
          <w:tbl>
            <w:tblPr>
              <w:tblStyle w:val="Tabelamrea"/>
              <w:tblW w:w="0" w:type="auto"/>
              <w:jc w:val="center"/>
              <w:tblLayout w:type="fixed"/>
              <w:tblLook w:val="04A0" w:firstRow="1" w:lastRow="0" w:firstColumn="1" w:lastColumn="0" w:noHBand="0" w:noVBand="1"/>
            </w:tblPr>
            <w:tblGrid>
              <w:gridCol w:w="7087"/>
            </w:tblGrid>
            <w:tr w:rsidR="00187E2C" w14:paraId="02AE6681" w14:textId="77777777">
              <w:trPr>
                <w:jc w:val="center"/>
              </w:trPr>
              <w:tc>
                <w:tcPr>
                  <w:tcW w:w="7087" w:type="dxa"/>
                  <w:shd w:val="clear" w:color="auto" w:fill="EDC9EA"/>
                  <w:tcMar>
                    <w:top w:w="45" w:type="dxa"/>
                    <w:left w:w="70" w:type="dxa"/>
                    <w:bottom w:w="45" w:type="dxa"/>
                    <w:right w:w="70" w:type="dxa"/>
                  </w:tcMar>
                </w:tcPr>
                <w:p w14:paraId="77CCB0FA" w14:textId="77777777" w:rsidR="00187E2C" w:rsidRDefault="00000000">
                  <w:pPr>
                    <w:keepNext/>
                  </w:pPr>
                  <w:r>
                    <w:rPr>
                      <w:b/>
                      <w:color w:val="000000"/>
                    </w:rPr>
                    <w:t>OPISNO OCENJEVANJE</w:t>
                  </w:r>
                </w:p>
              </w:tc>
            </w:tr>
          </w:tbl>
          <w:p w14:paraId="779F03C1" w14:textId="77777777" w:rsidR="00187E2C" w:rsidRDefault="00187E2C"/>
          <w:p w14:paraId="2A5FF95B" w14:textId="77777777" w:rsidR="00187E2C" w:rsidRDefault="00000000">
            <w:pPr>
              <w:spacing w:before="20" w:after="30" w:line="245" w:lineRule="auto"/>
            </w:pPr>
            <w:r>
              <w:rPr>
                <w:color w:val="000000"/>
                <w:sz w:val="16"/>
              </w:rPr>
              <w:t>OCENJEVANJE 5 – DRUGE OBLIKE: pripravljen govorni nastop in pogovor • TEHNIŠKI DAN • KULTURNI DAN</w:t>
            </w:r>
          </w:p>
        </w:tc>
        <w:tc>
          <w:tcPr>
            <w:tcW w:w="2551" w:type="dxa"/>
            <w:tcMar>
              <w:top w:w="70" w:type="dxa"/>
              <w:left w:w="90" w:type="dxa"/>
              <w:bottom w:w="70" w:type="dxa"/>
              <w:right w:w="90" w:type="dxa"/>
            </w:tcMar>
          </w:tcPr>
          <w:p w14:paraId="3EEDD460" w14:textId="77777777" w:rsidR="00187E2C" w:rsidRDefault="00187E2C"/>
          <w:p w14:paraId="44F9492E" w14:textId="77777777" w:rsidR="00187E2C" w:rsidRDefault="00000000">
            <w:pPr>
              <w:spacing w:after="100" w:line="245" w:lineRule="auto"/>
            </w:pPr>
            <w:r>
              <w:rPr>
                <w:color w:val="000000"/>
                <w:sz w:val="16"/>
              </w:rPr>
              <w:t>Odgovarja na podporna vprašanja ter se sklicuje na poslušano besedilo, sliko, govor, bralni list ali zapis.</w:t>
            </w:r>
          </w:p>
          <w:p w14:paraId="2A794F8A" w14:textId="77777777" w:rsidR="00187E2C" w:rsidRDefault="00000000">
            <w:pPr>
              <w:spacing w:after="100" w:line="245" w:lineRule="auto"/>
            </w:pPr>
            <w:r>
              <w:rPr>
                <w:color w:val="000000"/>
                <w:sz w:val="16"/>
              </w:rPr>
              <w:t>Primerja začetni odziv z novim dokazom in pojasni, kaj se je naučil/-a.</w:t>
            </w:r>
          </w:p>
          <w:p w14:paraId="0AED3535" w14:textId="77777777" w:rsidR="00187E2C" w:rsidRDefault="00000000">
            <w:pPr>
              <w:spacing w:after="100" w:line="245" w:lineRule="auto"/>
            </w:pPr>
            <w:r>
              <w:rPr>
                <w:color w:val="000000"/>
                <w:sz w:val="16"/>
              </w:rPr>
              <w:t>Izbere raven samostojnosti in določi naslednji korak.</w:t>
            </w:r>
          </w:p>
          <w:p w14:paraId="491EDE16" w14:textId="77777777" w:rsidR="00187E2C" w:rsidRDefault="00000000">
            <w:pPr>
              <w:spacing w:after="100" w:line="245" w:lineRule="auto"/>
            </w:pPr>
            <w:r>
              <w:rPr>
                <w:color w:val="000000"/>
                <w:sz w:val="16"/>
              </w:rPr>
              <w:t>Sošolcu poda prijazen in konkreten odziv, vezan na kriterij.</w:t>
            </w:r>
          </w:p>
          <w:p w14:paraId="403AD5CC" w14:textId="77777777" w:rsidR="00187E2C" w:rsidRDefault="00000000">
            <w:pPr>
              <w:spacing w:after="20" w:line="245" w:lineRule="auto"/>
            </w:pPr>
            <w:r>
              <w:rPr>
                <w:b/>
                <w:color w:val="D95BC6"/>
                <w:sz w:val="17"/>
              </w:rPr>
              <w:t>DOKAZ O UČENJU</w:t>
            </w:r>
          </w:p>
          <w:p w14:paraId="2C28CADA"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39C649BB"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E61D7C1" w14:textId="77777777">
        <w:trPr>
          <w:cantSplit/>
          <w:jc w:val="center"/>
        </w:trPr>
        <w:tc>
          <w:tcPr>
            <w:tcW w:w="14060" w:type="dxa"/>
            <w:gridSpan w:val="6"/>
            <w:tcMar>
              <w:top w:w="70" w:type="dxa"/>
              <w:left w:w="90" w:type="dxa"/>
              <w:bottom w:w="70" w:type="dxa"/>
              <w:right w:w="90" w:type="dxa"/>
            </w:tcMar>
            <w:vAlign w:val="center"/>
          </w:tcPr>
          <w:p w14:paraId="07074EAC" w14:textId="77777777" w:rsidR="00187E2C" w:rsidRDefault="00000000">
            <w:pPr>
              <w:jc w:val="center"/>
            </w:pPr>
            <w:r>
              <w:rPr>
                <w:b/>
                <w:color w:val="000000"/>
                <w:sz w:val="24"/>
              </w:rPr>
              <w:lastRenderedPageBreak/>
              <w:t>UČNA PRIPRAVA 32/39</w:t>
            </w:r>
          </w:p>
        </w:tc>
      </w:tr>
      <w:tr w:rsidR="00187E2C" w14:paraId="06816698" w14:textId="77777777">
        <w:trPr>
          <w:jc w:val="center"/>
        </w:trPr>
        <w:tc>
          <w:tcPr>
            <w:tcW w:w="2665" w:type="dxa"/>
            <w:tcMar>
              <w:top w:w="70" w:type="dxa"/>
              <w:left w:w="90" w:type="dxa"/>
              <w:bottom w:w="70" w:type="dxa"/>
              <w:right w:w="90" w:type="dxa"/>
            </w:tcMar>
            <w:vAlign w:val="center"/>
          </w:tcPr>
          <w:p w14:paraId="4A9ED497"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A4E77A7"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3F51107E"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3F28EE9" w14:textId="77777777" w:rsidR="00187E2C" w:rsidRDefault="00000000">
            <w:r>
              <w:rPr>
                <w:b/>
                <w:color w:val="000000"/>
                <w:sz w:val="16"/>
              </w:rPr>
              <w:t xml:space="preserve">NAČRTOVANI TERMIN: </w:t>
            </w:r>
            <w:r>
              <w:rPr>
                <w:color w:val="000000"/>
                <w:sz w:val="16"/>
              </w:rPr>
              <w:t>32. teden • 3.–7. 5. 2027</w:t>
            </w:r>
          </w:p>
        </w:tc>
        <w:tc>
          <w:tcPr>
            <w:tcW w:w="2268" w:type="dxa"/>
            <w:tcMar>
              <w:top w:w="70" w:type="dxa"/>
              <w:left w:w="90" w:type="dxa"/>
              <w:bottom w:w="70" w:type="dxa"/>
              <w:right w:w="90" w:type="dxa"/>
            </w:tcMar>
            <w:vAlign w:val="center"/>
          </w:tcPr>
          <w:p w14:paraId="2B615205"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F944755" w14:textId="77777777" w:rsidR="00187E2C" w:rsidRDefault="00000000">
            <w:r>
              <w:rPr>
                <w:b/>
                <w:color w:val="000000"/>
                <w:sz w:val="16"/>
              </w:rPr>
              <w:t xml:space="preserve">ŠTEVILO UR: </w:t>
            </w:r>
            <w:r>
              <w:rPr>
                <w:color w:val="000000"/>
                <w:sz w:val="16"/>
              </w:rPr>
              <w:t>6</w:t>
            </w:r>
          </w:p>
        </w:tc>
      </w:tr>
      <w:tr w:rsidR="00187E2C" w14:paraId="76B8013C" w14:textId="77777777">
        <w:trPr>
          <w:jc w:val="center"/>
        </w:trPr>
        <w:tc>
          <w:tcPr>
            <w:tcW w:w="14061" w:type="dxa"/>
            <w:gridSpan w:val="6"/>
            <w:tcMar>
              <w:top w:w="70" w:type="dxa"/>
              <w:left w:w="90" w:type="dxa"/>
              <w:bottom w:w="70" w:type="dxa"/>
              <w:right w:w="90" w:type="dxa"/>
            </w:tcMar>
            <w:vAlign w:val="center"/>
          </w:tcPr>
          <w:p w14:paraId="2D49791C"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6BF06923" w14:textId="77777777">
        <w:trPr>
          <w:cantSplit/>
          <w:jc w:val="center"/>
        </w:trPr>
        <w:tc>
          <w:tcPr>
            <w:tcW w:w="14060" w:type="dxa"/>
            <w:gridSpan w:val="6"/>
            <w:tcMar>
              <w:top w:w="70" w:type="dxa"/>
              <w:left w:w="90" w:type="dxa"/>
              <w:bottom w:w="70" w:type="dxa"/>
              <w:right w:w="90" w:type="dxa"/>
            </w:tcMar>
            <w:vAlign w:val="center"/>
          </w:tcPr>
          <w:p w14:paraId="0C144161" w14:textId="77777777" w:rsidR="00187E2C" w:rsidRDefault="00187E2C"/>
          <w:p w14:paraId="001CCCFB" w14:textId="77777777" w:rsidR="00187E2C" w:rsidRDefault="00000000">
            <w:pPr>
              <w:spacing w:line="245" w:lineRule="auto"/>
            </w:pPr>
            <w:r>
              <w:rPr>
                <w:b/>
                <w:color w:val="000000"/>
                <w:sz w:val="16"/>
              </w:rPr>
              <w:t xml:space="preserve">UČNI SKLOP: </w:t>
            </w:r>
            <w:r>
              <w:rPr>
                <w:color w:val="000000"/>
                <w:sz w:val="16"/>
              </w:rPr>
              <w:t>POKRAJINA, PROSTOR IN TRAJNOSTNA SKUPNOST</w:t>
            </w:r>
          </w:p>
        </w:tc>
      </w:tr>
      <w:tr w:rsidR="00187E2C" w14:paraId="2936706A" w14:textId="77777777">
        <w:trPr>
          <w:cantSplit/>
          <w:jc w:val="center"/>
        </w:trPr>
        <w:tc>
          <w:tcPr>
            <w:tcW w:w="14060" w:type="dxa"/>
            <w:gridSpan w:val="6"/>
            <w:tcMar>
              <w:top w:w="70" w:type="dxa"/>
              <w:left w:w="90" w:type="dxa"/>
              <w:bottom w:w="70" w:type="dxa"/>
              <w:right w:w="90" w:type="dxa"/>
            </w:tcMar>
            <w:vAlign w:val="center"/>
          </w:tcPr>
          <w:p w14:paraId="00FE4726" w14:textId="77777777" w:rsidR="00187E2C" w:rsidRDefault="00187E2C"/>
          <w:p w14:paraId="35FC402B" w14:textId="77777777" w:rsidR="00187E2C" w:rsidRDefault="00000000">
            <w:pPr>
              <w:spacing w:line="245" w:lineRule="auto"/>
            </w:pPr>
            <w:r>
              <w:rPr>
                <w:b/>
                <w:color w:val="000000"/>
                <w:sz w:val="16"/>
              </w:rPr>
              <w:t xml:space="preserve">UČNA TEMA: </w:t>
            </w:r>
            <w:r>
              <w:rPr>
                <w:color w:val="000000"/>
                <w:sz w:val="16"/>
              </w:rPr>
              <w:t>OPIS POKRAJINE</w:t>
            </w:r>
          </w:p>
        </w:tc>
      </w:tr>
      <w:tr w:rsidR="00187E2C" w14:paraId="7CEC54F9" w14:textId="77777777">
        <w:trPr>
          <w:cantSplit/>
          <w:jc w:val="center"/>
        </w:trPr>
        <w:tc>
          <w:tcPr>
            <w:tcW w:w="14060" w:type="dxa"/>
            <w:gridSpan w:val="6"/>
            <w:tcMar>
              <w:top w:w="70" w:type="dxa"/>
              <w:left w:w="90" w:type="dxa"/>
              <w:bottom w:w="70" w:type="dxa"/>
              <w:right w:w="90" w:type="dxa"/>
            </w:tcMar>
            <w:vAlign w:val="center"/>
          </w:tcPr>
          <w:p w14:paraId="288359B1" w14:textId="77777777" w:rsidR="00187E2C" w:rsidRDefault="00187E2C"/>
          <w:p w14:paraId="5214A435" w14:textId="77777777" w:rsidR="00187E2C" w:rsidRDefault="00000000">
            <w:pPr>
              <w:spacing w:line="245" w:lineRule="auto"/>
            </w:pPr>
            <w:r>
              <w:rPr>
                <w:b/>
                <w:color w:val="000000"/>
                <w:sz w:val="16"/>
              </w:rPr>
              <w:t xml:space="preserve">KNJIŽEVNO IZHODIŠČE IN MOTIV: </w:t>
            </w:r>
            <w:r>
              <w:rPr>
                <w:color w:val="000000"/>
                <w:sz w:val="16"/>
              </w:rPr>
              <w:t>»Naša bela mačica« – Srečko Kosovel • žival v pokrajini, barve, prostor in ljudski zven</w:t>
            </w:r>
          </w:p>
        </w:tc>
      </w:tr>
      <w:tr w:rsidR="00187E2C" w14:paraId="34A26B91" w14:textId="77777777">
        <w:trPr>
          <w:cantSplit/>
          <w:jc w:val="center"/>
        </w:trPr>
        <w:tc>
          <w:tcPr>
            <w:tcW w:w="14060" w:type="dxa"/>
            <w:gridSpan w:val="6"/>
            <w:tcMar>
              <w:top w:w="70" w:type="dxa"/>
              <w:left w:w="90" w:type="dxa"/>
              <w:bottom w:w="70" w:type="dxa"/>
              <w:right w:w="90" w:type="dxa"/>
            </w:tcMar>
            <w:vAlign w:val="center"/>
          </w:tcPr>
          <w:p w14:paraId="1184DEDA" w14:textId="77777777" w:rsidR="00187E2C" w:rsidRDefault="00187E2C"/>
          <w:p w14:paraId="3166178E" w14:textId="77777777" w:rsidR="00187E2C" w:rsidRDefault="00000000">
            <w:pPr>
              <w:spacing w:line="245" w:lineRule="auto"/>
            </w:pPr>
            <w:r>
              <w:rPr>
                <w:b/>
                <w:color w:val="000000"/>
                <w:sz w:val="16"/>
              </w:rPr>
              <w:t xml:space="preserve">BRALNI LIST / ČRKA: </w:t>
            </w:r>
            <w:r>
              <w:rPr>
                <w:color w:val="000000"/>
                <w:sz w:val="16"/>
              </w:rPr>
              <w:t>BRALNI LIST 32 – BEREM OPIS: Kratko besedilo preberem, poiščem bistveni podatek in pokažem razumevanje.</w:t>
            </w:r>
          </w:p>
        </w:tc>
      </w:tr>
      <w:tr w:rsidR="00187E2C" w14:paraId="1253541C" w14:textId="77777777">
        <w:trPr>
          <w:cantSplit/>
          <w:jc w:val="center"/>
        </w:trPr>
        <w:tc>
          <w:tcPr>
            <w:tcW w:w="14060" w:type="dxa"/>
            <w:gridSpan w:val="6"/>
            <w:tcMar>
              <w:top w:w="70" w:type="dxa"/>
              <w:left w:w="90" w:type="dxa"/>
              <w:bottom w:w="70" w:type="dxa"/>
              <w:right w:w="90" w:type="dxa"/>
            </w:tcMar>
            <w:vAlign w:val="center"/>
          </w:tcPr>
          <w:p w14:paraId="5605705E" w14:textId="77777777" w:rsidR="00187E2C" w:rsidRDefault="00187E2C"/>
          <w:p w14:paraId="29B4A60F" w14:textId="77777777" w:rsidR="00187E2C" w:rsidRDefault="00000000">
            <w:pPr>
              <w:spacing w:line="245" w:lineRule="auto"/>
            </w:pPr>
            <w:r>
              <w:rPr>
                <w:b/>
                <w:color w:val="000000"/>
                <w:sz w:val="16"/>
              </w:rPr>
              <w:t xml:space="preserve">UČNE ENOTE: </w:t>
            </w:r>
            <w:r>
              <w:rPr>
                <w:color w:val="000000"/>
                <w:sz w:val="16"/>
              </w:rPr>
              <w:t>1. ura – Berem opis • 2. ura – Opis pokrajine – Govorim in pojasnjujem • 3. ura – Opis pokrajine – Razčlenjujem jezik • 4. ura – Opis pokrajine – Berem z oporo • 5. ura – Opis pokrajine – Pišem in ustvarjam • 6. ura – Opis pokrajine – Predstavim in vrednotim</w:t>
            </w:r>
          </w:p>
        </w:tc>
      </w:tr>
      <w:tr w:rsidR="00187E2C" w14:paraId="282DDC24" w14:textId="77777777">
        <w:trPr>
          <w:cantSplit/>
          <w:jc w:val="center"/>
        </w:trPr>
        <w:tc>
          <w:tcPr>
            <w:tcW w:w="14060" w:type="dxa"/>
            <w:gridSpan w:val="6"/>
            <w:tcMar>
              <w:top w:w="70" w:type="dxa"/>
              <w:left w:w="90" w:type="dxa"/>
              <w:bottom w:w="70" w:type="dxa"/>
              <w:right w:w="90" w:type="dxa"/>
            </w:tcMar>
            <w:vAlign w:val="center"/>
          </w:tcPr>
          <w:p w14:paraId="21CE74AA" w14:textId="77777777" w:rsidR="00187E2C" w:rsidRDefault="00187E2C"/>
          <w:p w14:paraId="085E63F8"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469616EF" w14:textId="77777777">
        <w:trPr>
          <w:cantSplit/>
          <w:jc w:val="center"/>
        </w:trPr>
        <w:tc>
          <w:tcPr>
            <w:tcW w:w="14060" w:type="dxa"/>
            <w:gridSpan w:val="6"/>
            <w:tcMar>
              <w:top w:w="70" w:type="dxa"/>
              <w:left w:w="90" w:type="dxa"/>
              <w:bottom w:w="70" w:type="dxa"/>
              <w:right w:w="90" w:type="dxa"/>
            </w:tcMar>
            <w:vAlign w:val="center"/>
          </w:tcPr>
          <w:p w14:paraId="026309A7" w14:textId="77777777" w:rsidR="00187E2C" w:rsidRDefault="00187E2C"/>
          <w:p w14:paraId="2C760477"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6A7E3689" w14:textId="77777777">
        <w:trPr>
          <w:cantSplit/>
          <w:jc w:val="center"/>
        </w:trPr>
        <w:tc>
          <w:tcPr>
            <w:tcW w:w="14060" w:type="dxa"/>
            <w:gridSpan w:val="6"/>
            <w:tcMar>
              <w:top w:w="70" w:type="dxa"/>
              <w:left w:w="90" w:type="dxa"/>
              <w:bottom w:w="70" w:type="dxa"/>
              <w:right w:w="90" w:type="dxa"/>
            </w:tcMar>
            <w:vAlign w:val="center"/>
          </w:tcPr>
          <w:p w14:paraId="06FAA72B" w14:textId="77777777" w:rsidR="00187E2C" w:rsidRDefault="00187E2C"/>
          <w:p w14:paraId="58EBD604"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0CD5B843" w14:textId="77777777">
        <w:trPr>
          <w:cantSplit/>
          <w:jc w:val="center"/>
        </w:trPr>
        <w:tc>
          <w:tcPr>
            <w:tcW w:w="14060" w:type="dxa"/>
            <w:gridSpan w:val="6"/>
            <w:tcMar>
              <w:top w:w="70" w:type="dxa"/>
              <w:left w:w="90" w:type="dxa"/>
              <w:bottom w:w="70" w:type="dxa"/>
              <w:right w:w="90" w:type="dxa"/>
            </w:tcMar>
            <w:vAlign w:val="center"/>
          </w:tcPr>
          <w:p w14:paraId="06FF12DE" w14:textId="77777777" w:rsidR="00187E2C" w:rsidRDefault="00187E2C"/>
          <w:p w14:paraId="0283941C" w14:textId="77777777" w:rsidR="00187E2C" w:rsidRDefault="00000000">
            <w:pPr>
              <w:spacing w:line="245" w:lineRule="auto"/>
            </w:pPr>
            <w:r>
              <w:rPr>
                <w:b/>
                <w:color w:val="000000"/>
                <w:sz w:val="16"/>
              </w:rPr>
              <w:t xml:space="preserve">MEDPREDMETNE POVEZAVE: </w:t>
            </w:r>
            <w:r>
              <w:rPr>
                <w:color w:val="000000"/>
                <w:sz w:val="16"/>
              </w:rPr>
              <w:t>SPO – žival v pokrajini, barve, prostor in ljudski zven; GUM – ritem, zvočnost in glas; LUM – ilustracija, črta in grafomotorika; ŠPO – gibalna pripoved, dramatizacija in postaje; MAT – smer, zaporedje in orientacija</w:t>
            </w:r>
          </w:p>
        </w:tc>
      </w:tr>
      <w:tr w:rsidR="00187E2C" w14:paraId="25486FBE" w14:textId="77777777">
        <w:trPr>
          <w:cantSplit/>
          <w:jc w:val="center"/>
        </w:trPr>
        <w:tc>
          <w:tcPr>
            <w:tcW w:w="14060" w:type="dxa"/>
            <w:gridSpan w:val="6"/>
            <w:tcMar>
              <w:top w:w="70" w:type="dxa"/>
              <w:left w:w="90" w:type="dxa"/>
              <w:bottom w:w="70" w:type="dxa"/>
              <w:right w:w="90" w:type="dxa"/>
            </w:tcMar>
            <w:vAlign w:val="center"/>
          </w:tcPr>
          <w:p w14:paraId="7E0A9DC2" w14:textId="77777777" w:rsidR="00187E2C" w:rsidRDefault="00187E2C"/>
          <w:p w14:paraId="78530DE1" w14:textId="77777777" w:rsidR="00187E2C" w:rsidRDefault="00000000">
            <w:pPr>
              <w:spacing w:line="245" w:lineRule="auto"/>
            </w:pPr>
            <w:r>
              <w:rPr>
                <w:b/>
                <w:color w:val="000000"/>
                <w:sz w:val="16"/>
              </w:rPr>
              <w:t xml:space="preserve">UČNA SREDSTVA IN PRIPOMOČKI: </w:t>
            </w:r>
            <w:r>
              <w:rPr>
                <w:color w:val="000000"/>
                <w:sz w:val="16"/>
              </w:rPr>
              <w:t>BRALNI LIST 32, povečano besedilo oziroma kartice, slikanica ali odlomek, slikovno zaporedje, kartice besed in glasov, talne črke ali zlogi, ogledala, vrvice ali modelirna masa, mini tabla, zvezek oziroma jezikovna mapa</w:t>
            </w:r>
          </w:p>
        </w:tc>
      </w:tr>
      <w:tr w:rsidR="00187E2C" w14:paraId="44F81EF4" w14:textId="77777777">
        <w:trPr>
          <w:cantSplit/>
          <w:jc w:val="center"/>
        </w:trPr>
        <w:tc>
          <w:tcPr>
            <w:tcW w:w="14060" w:type="dxa"/>
            <w:gridSpan w:val="6"/>
            <w:tcMar>
              <w:top w:w="70" w:type="dxa"/>
              <w:left w:w="90" w:type="dxa"/>
              <w:bottom w:w="70" w:type="dxa"/>
              <w:right w:w="90" w:type="dxa"/>
            </w:tcMar>
            <w:vAlign w:val="center"/>
          </w:tcPr>
          <w:p w14:paraId="66F3A15D" w14:textId="77777777" w:rsidR="00187E2C" w:rsidRDefault="00187E2C"/>
          <w:p w14:paraId="2B8268B8"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7BF9204A" w14:textId="77777777">
        <w:trPr>
          <w:cantSplit/>
          <w:jc w:val="center"/>
        </w:trPr>
        <w:tc>
          <w:tcPr>
            <w:tcW w:w="14060" w:type="dxa"/>
            <w:gridSpan w:val="6"/>
            <w:tcMar>
              <w:top w:w="70" w:type="dxa"/>
              <w:left w:w="90" w:type="dxa"/>
              <w:bottom w:w="70" w:type="dxa"/>
              <w:right w:w="90" w:type="dxa"/>
            </w:tcMar>
            <w:vAlign w:val="center"/>
          </w:tcPr>
          <w:p w14:paraId="7DC854BF" w14:textId="77777777" w:rsidR="00187E2C" w:rsidRDefault="00187E2C"/>
          <w:p w14:paraId="096828FD"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7B99C07C" w14:textId="77777777">
        <w:trPr>
          <w:cantSplit/>
          <w:jc w:val="center"/>
        </w:trPr>
        <w:tc>
          <w:tcPr>
            <w:tcW w:w="14060" w:type="dxa"/>
            <w:gridSpan w:val="6"/>
            <w:tcMar>
              <w:top w:w="70" w:type="dxa"/>
              <w:left w:w="90" w:type="dxa"/>
              <w:bottom w:w="70" w:type="dxa"/>
              <w:right w:w="90" w:type="dxa"/>
            </w:tcMar>
            <w:vAlign w:val="center"/>
          </w:tcPr>
          <w:p w14:paraId="1F58A16F" w14:textId="77777777" w:rsidR="00187E2C" w:rsidRDefault="00187E2C"/>
          <w:p w14:paraId="2635DE31"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547A483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352CC7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31207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1B8A304" w14:textId="77777777" w:rsidR="00187E2C" w:rsidRDefault="00000000">
            <w:pPr>
              <w:jc w:val="center"/>
            </w:pPr>
            <w:r>
              <w:rPr>
                <w:b/>
                <w:color w:val="000000"/>
                <w:sz w:val="20"/>
              </w:rPr>
              <w:t>UČNE DEJAVNOSTI, METODE IN FORMATIVNO SPREMLJANJE</w:t>
            </w:r>
          </w:p>
        </w:tc>
      </w:tr>
      <w:tr w:rsidR="00187E2C" w14:paraId="62279B8F" w14:textId="77777777">
        <w:trPr>
          <w:tblHeader/>
          <w:jc w:val="center"/>
        </w:trPr>
        <w:tc>
          <w:tcPr>
            <w:tcW w:w="4422" w:type="dxa"/>
            <w:vMerge/>
            <w:tcMar>
              <w:top w:w="70" w:type="dxa"/>
              <w:left w:w="90" w:type="dxa"/>
              <w:bottom w:w="70" w:type="dxa"/>
              <w:right w:w="90" w:type="dxa"/>
            </w:tcMar>
            <w:vAlign w:val="center"/>
          </w:tcPr>
          <w:p w14:paraId="1A7A95F3" w14:textId="77777777" w:rsidR="00187E2C" w:rsidRDefault="00187E2C"/>
        </w:tc>
        <w:tc>
          <w:tcPr>
            <w:tcW w:w="7087" w:type="dxa"/>
            <w:shd w:val="clear" w:color="auto" w:fill="FFFFFF"/>
            <w:tcMar>
              <w:top w:w="70" w:type="dxa"/>
              <w:left w:w="90" w:type="dxa"/>
              <w:bottom w:w="70" w:type="dxa"/>
              <w:right w:w="90" w:type="dxa"/>
            </w:tcMar>
            <w:vAlign w:val="center"/>
          </w:tcPr>
          <w:p w14:paraId="6BD73EE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B951A88" w14:textId="77777777" w:rsidR="00187E2C" w:rsidRDefault="00000000">
            <w:pPr>
              <w:jc w:val="center"/>
            </w:pPr>
            <w:r>
              <w:rPr>
                <w:b/>
                <w:color w:val="000000"/>
              </w:rPr>
              <w:t>UČENEC</w:t>
            </w:r>
          </w:p>
        </w:tc>
      </w:tr>
      <w:tr w:rsidR="00187E2C" w14:paraId="2D53CE02" w14:textId="77777777">
        <w:trPr>
          <w:jc w:val="center"/>
        </w:trPr>
        <w:tc>
          <w:tcPr>
            <w:tcW w:w="4422" w:type="dxa"/>
            <w:tcMar>
              <w:top w:w="70" w:type="dxa"/>
              <w:left w:w="90" w:type="dxa"/>
              <w:bottom w:w="70" w:type="dxa"/>
              <w:right w:w="90" w:type="dxa"/>
            </w:tcMar>
          </w:tcPr>
          <w:p w14:paraId="2487BA15" w14:textId="77777777" w:rsidR="00187E2C" w:rsidRDefault="00187E2C"/>
          <w:p w14:paraId="05FA7825" w14:textId="77777777" w:rsidR="00187E2C" w:rsidRDefault="00000000">
            <w:pPr>
              <w:spacing w:after="60" w:line="245" w:lineRule="auto"/>
            </w:pPr>
            <w:r>
              <w:rPr>
                <w:b/>
                <w:color w:val="000000"/>
              </w:rPr>
              <w:t>UČNI CILJI</w:t>
            </w:r>
          </w:p>
          <w:p w14:paraId="74DFE5FA" w14:textId="77777777" w:rsidR="00187E2C" w:rsidRDefault="00000000">
            <w:pPr>
              <w:spacing w:after="20" w:line="245" w:lineRule="auto"/>
            </w:pPr>
            <w:r>
              <w:rPr>
                <w:b/>
                <w:color w:val="000000"/>
                <w:sz w:val="17"/>
              </w:rPr>
              <w:t>SPLOŠNI</w:t>
            </w:r>
          </w:p>
          <w:p w14:paraId="4C868D0C"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60DDEE7B" w14:textId="77777777" w:rsidR="00187E2C" w:rsidRDefault="00000000">
            <w:pPr>
              <w:pStyle w:val="Oznaenseznam"/>
              <w:spacing w:after="16"/>
            </w:pPr>
            <w:r>
              <w:rPr>
                <w:color w:val="000000"/>
                <w:sz w:val="16"/>
              </w:rPr>
              <w:t>doživlja književno besedilo ter se nanj odziva z govorom, gibanjem, dramatizacijo, risbo ali zapisom</w:t>
            </w:r>
          </w:p>
          <w:p w14:paraId="3D12DED1" w14:textId="77777777" w:rsidR="00187E2C" w:rsidRDefault="00000000">
            <w:pPr>
              <w:pStyle w:val="Oznaenseznam"/>
              <w:spacing w:after="16"/>
            </w:pPr>
            <w:r>
              <w:rPr>
                <w:color w:val="000000"/>
                <w:sz w:val="16"/>
              </w:rPr>
              <w:t>razvija glasovno zavedanje, povezavo glas–črka in začetno branje ter pisanje po individualnem napredku</w:t>
            </w:r>
          </w:p>
          <w:p w14:paraId="17FAD49D" w14:textId="77777777" w:rsidR="00187E2C" w:rsidRDefault="00000000">
            <w:pPr>
              <w:pStyle w:val="Oznaenseznam"/>
              <w:spacing w:after="16"/>
            </w:pPr>
            <w:r>
              <w:rPr>
                <w:color w:val="000000"/>
                <w:sz w:val="16"/>
              </w:rPr>
              <w:t>ob namenih in kriterijih spremlja svoje učenje ter uporabi opisno povratno informacijo</w:t>
            </w:r>
          </w:p>
          <w:p w14:paraId="0CBB58F7" w14:textId="77777777" w:rsidR="00187E2C" w:rsidRDefault="00000000">
            <w:pPr>
              <w:spacing w:before="40" w:after="20" w:line="245" w:lineRule="auto"/>
            </w:pPr>
            <w:r>
              <w:rPr>
                <w:b/>
                <w:color w:val="000000"/>
                <w:sz w:val="17"/>
              </w:rPr>
              <w:t>OPERATIVNI</w:t>
            </w:r>
          </w:p>
          <w:p w14:paraId="0A50AB9D" w14:textId="77777777" w:rsidR="00187E2C" w:rsidRDefault="00000000">
            <w:pPr>
              <w:pStyle w:val="Oznaenseznam"/>
              <w:spacing w:after="16"/>
            </w:pPr>
            <w:r>
              <w:rPr>
                <w:color w:val="000000"/>
                <w:sz w:val="16"/>
              </w:rPr>
              <w:t>bere kratek opis</w:t>
            </w:r>
          </w:p>
          <w:p w14:paraId="53D45C22" w14:textId="77777777" w:rsidR="00187E2C" w:rsidRDefault="00000000">
            <w:pPr>
              <w:pStyle w:val="Oznaenseznam"/>
              <w:spacing w:after="16"/>
            </w:pPr>
            <w:r>
              <w:rPr>
                <w:color w:val="000000"/>
                <w:sz w:val="16"/>
              </w:rPr>
              <w:t>izbere bistvene besede</w:t>
            </w:r>
          </w:p>
          <w:p w14:paraId="14DF63BD" w14:textId="77777777" w:rsidR="00187E2C" w:rsidRDefault="00000000">
            <w:pPr>
              <w:pStyle w:val="Oznaenseznam"/>
              <w:spacing w:after="16"/>
            </w:pPr>
            <w:r>
              <w:rPr>
                <w:color w:val="000000"/>
                <w:sz w:val="16"/>
              </w:rPr>
              <w:t>ustno in pisno opiše opaženo</w:t>
            </w:r>
          </w:p>
          <w:p w14:paraId="590205E7" w14:textId="77777777" w:rsidR="00187E2C" w:rsidRDefault="00000000">
            <w:pPr>
              <w:spacing w:before="40" w:after="20" w:line="245" w:lineRule="auto"/>
            </w:pPr>
            <w:r>
              <w:rPr>
                <w:b/>
                <w:color w:val="000000"/>
                <w:sz w:val="17"/>
              </w:rPr>
              <w:t>PRIČAKOVANI DOSEŽKI / MINIMALNI POUDARKI</w:t>
            </w:r>
          </w:p>
          <w:p w14:paraId="3DA94A42" w14:textId="77777777" w:rsidR="00187E2C" w:rsidRDefault="00000000">
            <w:pPr>
              <w:pStyle w:val="Oznaenseznam"/>
              <w:spacing w:after="16"/>
            </w:pPr>
            <w:r>
              <w:rPr>
                <w:color w:val="000000"/>
                <w:sz w:val="15"/>
              </w:rPr>
              <w:t>samostojno oziroma z dogovorjeno oporo bere kratek opis</w:t>
            </w:r>
          </w:p>
          <w:p w14:paraId="22928990" w14:textId="77777777" w:rsidR="00187E2C" w:rsidRDefault="00000000">
            <w:pPr>
              <w:pStyle w:val="Oznaenseznam"/>
              <w:spacing w:after="16"/>
            </w:pPr>
            <w:r>
              <w:rPr>
                <w:color w:val="000000"/>
                <w:sz w:val="15"/>
              </w:rPr>
              <w:t>samostojno oziroma z dogovorjeno oporo izbere bistvene besede</w:t>
            </w:r>
          </w:p>
          <w:p w14:paraId="6AB42D01" w14:textId="77777777" w:rsidR="00187E2C" w:rsidRDefault="00000000">
            <w:pPr>
              <w:pStyle w:val="Oznaenseznam"/>
              <w:spacing w:after="16"/>
            </w:pPr>
            <w:r>
              <w:rPr>
                <w:color w:val="000000"/>
                <w:sz w:val="15"/>
              </w:rPr>
              <w:t>samostojno oziroma z dogovorjeno oporo ustno in pisno opiše opaženo</w:t>
            </w:r>
          </w:p>
        </w:tc>
        <w:tc>
          <w:tcPr>
            <w:tcW w:w="7087" w:type="dxa"/>
            <w:tcMar>
              <w:top w:w="70" w:type="dxa"/>
              <w:left w:w="90" w:type="dxa"/>
              <w:bottom w:w="70" w:type="dxa"/>
              <w:right w:w="90" w:type="dxa"/>
            </w:tcMar>
          </w:tcPr>
          <w:p w14:paraId="1D2F7B7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25C02BD" w14:textId="77777777">
              <w:trPr>
                <w:jc w:val="center"/>
              </w:trPr>
              <w:tc>
                <w:tcPr>
                  <w:tcW w:w="7087" w:type="dxa"/>
                  <w:shd w:val="clear" w:color="auto" w:fill="C6E7F3"/>
                  <w:tcMar>
                    <w:top w:w="45" w:type="dxa"/>
                    <w:left w:w="70" w:type="dxa"/>
                    <w:bottom w:w="45" w:type="dxa"/>
                    <w:right w:w="70" w:type="dxa"/>
                  </w:tcMar>
                </w:tcPr>
                <w:p w14:paraId="419F9676" w14:textId="77777777" w:rsidR="00187E2C" w:rsidRDefault="00000000">
                  <w:pPr>
                    <w:keepNext/>
                  </w:pPr>
                  <w:r>
                    <w:rPr>
                      <w:b/>
                      <w:color w:val="000000"/>
                    </w:rPr>
                    <w:t>UVODNI DEL – motivacija, aktivacija predznanja in namen učenja (15–20 min)</w:t>
                  </w:r>
                </w:p>
              </w:tc>
            </w:tr>
          </w:tbl>
          <w:p w14:paraId="3EE1C648" w14:textId="77777777" w:rsidR="00187E2C" w:rsidRDefault="00187E2C">
            <w:pPr>
              <w:spacing w:line="20" w:lineRule="exact"/>
            </w:pPr>
          </w:p>
          <w:p w14:paraId="768085C7" w14:textId="77777777" w:rsidR="00187E2C" w:rsidRDefault="00000000">
            <w:pPr>
              <w:spacing w:before="40" w:after="60" w:line="245" w:lineRule="auto"/>
            </w:pPr>
            <w:r>
              <w:rPr>
                <w:color w:val="000000"/>
                <w:sz w:val="16"/>
              </w:rPr>
              <w:t>Učenci ob naslovnici, odlomku ali ilustraciji dela »Naša bela mačica« – Srečko Kosovel doživljajsko vstopijo v motiv žival v pokrajini, barve, prostor in ljudski zven. S kretnjo, predmetom, sliko, glasom ali kratko povedjo pokažejo predznanje in napoved. Izhodiščni odziv povežejo z dejavnostjo BRALNI LIST 32 – BEREM OPIS.</w:t>
            </w:r>
          </w:p>
          <w:tbl>
            <w:tblPr>
              <w:tblStyle w:val="Tabelamrea"/>
              <w:tblW w:w="0" w:type="auto"/>
              <w:jc w:val="center"/>
              <w:tblLayout w:type="fixed"/>
              <w:tblLook w:val="04A0" w:firstRow="1" w:lastRow="0" w:firstColumn="1" w:lastColumn="0" w:noHBand="0" w:noVBand="1"/>
            </w:tblPr>
            <w:tblGrid>
              <w:gridCol w:w="7087"/>
            </w:tblGrid>
            <w:tr w:rsidR="00187E2C" w14:paraId="7DFC04FB" w14:textId="77777777">
              <w:trPr>
                <w:jc w:val="center"/>
              </w:trPr>
              <w:tc>
                <w:tcPr>
                  <w:tcW w:w="7087" w:type="dxa"/>
                  <w:shd w:val="clear" w:color="auto" w:fill="EDC9EA"/>
                  <w:tcMar>
                    <w:top w:w="45" w:type="dxa"/>
                    <w:left w:w="70" w:type="dxa"/>
                    <w:bottom w:w="45" w:type="dxa"/>
                    <w:right w:w="70" w:type="dxa"/>
                  </w:tcMar>
                </w:tcPr>
                <w:p w14:paraId="3B992A64" w14:textId="77777777" w:rsidR="00187E2C" w:rsidRDefault="00000000">
                  <w:pPr>
                    <w:keepNext/>
                  </w:pPr>
                  <w:r>
                    <w:rPr>
                      <w:b/>
                      <w:color w:val="000000"/>
                    </w:rPr>
                    <w:t>NAMENI UČENJA</w:t>
                  </w:r>
                </w:p>
              </w:tc>
            </w:tr>
          </w:tbl>
          <w:p w14:paraId="48581C66" w14:textId="77777777" w:rsidR="00187E2C" w:rsidRDefault="00187E2C">
            <w:pPr>
              <w:spacing w:line="20" w:lineRule="exact"/>
            </w:pPr>
          </w:p>
          <w:p w14:paraId="774661C6"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221D845" w14:textId="77777777" w:rsidR="00187E2C" w:rsidRDefault="00000000">
            <w:pPr>
              <w:pStyle w:val="Oznaenseznam"/>
              <w:spacing w:after="16"/>
            </w:pPr>
            <w:r>
              <w:rPr>
                <w:color w:val="000000"/>
                <w:sz w:val="16"/>
              </w:rPr>
              <w:t>berem kratek opis</w:t>
            </w:r>
          </w:p>
          <w:p w14:paraId="4772CC45" w14:textId="77777777" w:rsidR="00187E2C" w:rsidRDefault="00000000">
            <w:pPr>
              <w:pStyle w:val="Oznaenseznam"/>
              <w:spacing w:after="16"/>
            </w:pPr>
            <w:r>
              <w:rPr>
                <w:color w:val="000000"/>
                <w:sz w:val="16"/>
              </w:rPr>
              <w:t>izberem bistvene besede</w:t>
            </w:r>
          </w:p>
          <w:p w14:paraId="1A1360EA" w14:textId="77777777" w:rsidR="00187E2C" w:rsidRDefault="00000000">
            <w:pPr>
              <w:pStyle w:val="Oznaenseznam"/>
              <w:spacing w:after="16"/>
            </w:pPr>
            <w:r>
              <w:rPr>
                <w:color w:val="000000"/>
                <w:sz w:val="16"/>
              </w:rPr>
              <w:t>ustno in pisno opišem opaženo</w:t>
            </w:r>
          </w:p>
          <w:tbl>
            <w:tblPr>
              <w:tblStyle w:val="Tabelamrea"/>
              <w:tblW w:w="0" w:type="auto"/>
              <w:jc w:val="center"/>
              <w:tblLayout w:type="fixed"/>
              <w:tblLook w:val="04A0" w:firstRow="1" w:lastRow="0" w:firstColumn="1" w:lastColumn="0" w:noHBand="0" w:noVBand="1"/>
            </w:tblPr>
            <w:tblGrid>
              <w:gridCol w:w="7087"/>
            </w:tblGrid>
            <w:tr w:rsidR="00187E2C" w14:paraId="7B4BA7D5" w14:textId="77777777">
              <w:trPr>
                <w:jc w:val="center"/>
              </w:trPr>
              <w:tc>
                <w:tcPr>
                  <w:tcW w:w="7087" w:type="dxa"/>
                  <w:shd w:val="clear" w:color="auto" w:fill="EDC9EA"/>
                  <w:tcMar>
                    <w:top w:w="45" w:type="dxa"/>
                    <w:left w:w="70" w:type="dxa"/>
                    <w:bottom w:w="45" w:type="dxa"/>
                    <w:right w:w="70" w:type="dxa"/>
                  </w:tcMar>
                </w:tcPr>
                <w:p w14:paraId="7479AF6C" w14:textId="77777777" w:rsidR="00187E2C" w:rsidRDefault="00000000">
                  <w:pPr>
                    <w:keepNext/>
                  </w:pPr>
                  <w:r>
                    <w:rPr>
                      <w:b/>
                      <w:color w:val="000000"/>
                    </w:rPr>
                    <w:t>PREVERJANJE PREDZNANJA</w:t>
                  </w:r>
                </w:p>
              </w:tc>
            </w:tr>
          </w:tbl>
          <w:p w14:paraId="2072A246" w14:textId="77777777" w:rsidR="00187E2C" w:rsidRDefault="00187E2C">
            <w:pPr>
              <w:spacing w:line="20" w:lineRule="exact"/>
            </w:pPr>
          </w:p>
          <w:p w14:paraId="68C80FB3" w14:textId="77777777" w:rsidR="00187E2C" w:rsidRDefault="00000000">
            <w:pPr>
              <w:pStyle w:val="Oznaenseznam"/>
              <w:spacing w:after="16"/>
            </w:pPr>
            <w:r>
              <w:rPr>
                <w:color w:val="000000"/>
                <w:sz w:val="16"/>
              </w:rPr>
              <w:t>Kaj mi naslovnica, ilustracija ali naslov pove o motivu žival v pokrajini, barve, prostor in ljudski zven?</w:t>
            </w:r>
          </w:p>
          <w:p w14:paraId="5E0F2FAD" w14:textId="77777777" w:rsidR="00187E2C" w:rsidRDefault="00000000">
            <w:pPr>
              <w:pStyle w:val="Oznaenseznam"/>
              <w:spacing w:after="16"/>
            </w:pPr>
            <w:r>
              <w:rPr>
                <w:color w:val="000000"/>
                <w:sz w:val="16"/>
              </w:rPr>
              <w:t>Katero strategijo lahko uporabim pri dejavnosti »BEREM OPIS«?</w:t>
            </w:r>
          </w:p>
          <w:p w14:paraId="07A4DE09"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613E65B8" w14:textId="77777777">
              <w:trPr>
                <w:jc w:val="center"/>
              </w:trPr>
              <w:tc>
                <w:tcPr>
                  <w:tcW w:w="7087" w:type="dxa"/>
                  <w:shd w:val="clear" w:color="auto" w:fill="EDC9EA"/>
                  <w:tcMar>
                    <w:top w:w="45" w:type="dxa"/>
                    <w:left w:w="70" w:type="dxa"/>
                    <w:bottom w:w="45" w:type="dxa"/>
                    <w:right w:w="70" w:type="dxa"/>
                  </w:tcMar>
                </w:tcPr>
                <w:p w14:paraId="5AE6BF1B" w14:textId="77777777" w:rsidR="00187E2C" w:rsidRDefault="00000000">
                  <w:pPr>
                    <w:keepNext/>
                  </w:pPr>
                  <w:r>
                    <w:rPr>
                      <w:b/>
                      <w:color w:val="000000"/>
                    </w:rPr>
                    <w:t>KRITERIJI USPEŠNOSTI</w:t>
                  </w:r>
                </w:p>
              </w:tc>
            </w:tr>
          </w:tbl>
          <w:p w14:paraId="31D127CD" w14:textId="77777777" w:rsidR="00187E2C" w:rsidRDefault="00187E2C"/>
          <w:p w14:paraId="3FF0A2CA" w14:textId="77777777" w:rsidR="00187E2C" w:rsidRDefault="00000000">
            <w:pPr>
              <w:spacing w:before="20" w:after="20" w:line="245" w:lineRule="auto"/>
            </w:pPr>
            <w:r>
              <w:rPr>
                <w:b/>
                <w:color w:val="000000"/>
                <w:sz w:val="16"/>
              </w:rPr>
              <w:t>Uspešen/-na bom, ko:</w:t>
            </w:r>
          </w:p>
          <w:p w14:paraId="0DA1E585" w14:textId="77777777" w:rsidR="00187E2C" w:rsidRDefault="00000000">
            <w:pPr>
              <w:pStyle w:val="Oznaenseznam"/>
              <w:spacing w:after="16"/>
            </w:pPr>
            <w:r>
              <w:rPr>
                <w:color w:val="000000"/>
                <w:sz w:val="16"/>
              </w:rPr>
              <w:t>berem kratek opis</w:t>
            </w:r>
          </w:p>
          <w:p w14:paraId="16EED365" w14:textId="77777777" w:rsidR="00187E2C" w:rsidRDefault="00000000">
            <w:pPr>
              <w:pStyle w:val="Oznaenseznam"/>
              <w:spacing w:after="16"/>
            </w:pPr>
            <w:r>
              <w:rPr>
                <w:color w:val="000000"/>
                <w:sz w:val="16"/>
              </w:rPr>
              <w:t>izberem bistvene besede</w:t>
            </w:r>
          </w:p>
          <w:p w14:paraId="63308662" w14:textId="77777777" w:rsidR="00187E2C" w:rsidRDefault="00000000">
            <w:pPr>
              <w:pStyle w:val="Oznaenseznam"/>
              <w:spacing w:after="16"/>
            </w:pPr>
            <w:r>
              <w:rPr>
                <w:color w:val="000000"/>
                <w:sz w:val="16"/>
              </w:rPr>
              <w:t>ustno in pisno opišem opaženo</w:t>
            </w:r>
          </w:p>
          <w:p w14:paraId="57A03C62"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39397330" w14:textId="77777777" w:rsidR="00187E2C" w:rsidRDefault="00187E2C"/>
          <w:p w14:paraId="6C04CE61"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F6E4631" w14:textId="77777777" w:rsidR="00187E2C" w:rsidRDefault="00000000">
            <w:pPr>
              <w:spacing w:after="80" w:line="245" w:lineRule="auto"/>
            </w:pPr>
            <w:r>
              <w:rPr>
                <w:color w:val="000000"/>
                <w:sz w:val="16"/>
              </w:rPr>
              <w:t>Pove, pokaže ali nariše, kaj že ve in katero strategijo bi uporabil.</w:t>
            </w:r>
          </w:p>
          <w:p w14:paraId="14878F75" w14:textId="77777777" w:rsidR="00187E2C" w:rsidRDefault="00000000">
            <w:pPr>
              <w:spacing w:after="100" w:line="245" w:lineRule="auto"/>
            </w:pPr>
            <w:r>
              <w:rPr>
                <w:color w:val="000000"/>
                <w:sz w:val="16"/>
              </w:rPr>
              <w:t>Sodeluje pri razumevanju namenov in kriterijev uspešnosti.</w:t>
            </w:r>
          </w:p>
          <w:p w14:paraId="2F974430" w14:textId="77777777" w:rsidR="00187E2C" w:rsidRDefault="00000000">
            <w:pPr>
              <w:spacing w:after="20" w:line="245" w:lineRule="auto"/>
            </w:pPr>
            <w:r>
              <w:rPr>
                <w:b/>
                <w:color w:val="D95BC6"/>
                <w:sz w:val="17"/>
              </w:rPr>
              <w:t>DOKAZ O UČENJU</w:t>
            </w:r>
          </w:p>
          <w:p w14:paraId="591FA041"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0312E7E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41A117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56BC0C"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578BDE7" w14:textId="77777777" w:rsidR="00187E2C" w:rsidRDefault="00000000">
            <w:pPr>
              <w:jc w:val="center"/>
            </w:pPr>
            <w:r>
              <w:rPr>
                <w:b/>
                <w:color w:val="000000"/>
                <w:sz w:val="20"/>
              </w:rPr>
              <w:t>UČNE DEJAVNOSTI, METODE IN FORMATIVNO SPREMLJANJE</w:t>
            </w:r>
          </w:p>
        </w:tc>
      </w:tr>
      <w:tr w:rsidR="00187E2C" w14:paraId="6D80EAF2" w14:textId="77777777">
        <w:trPr>
          <w:tblHeader/>
          <w:jc w:val="center"/>
        </w:trPr>
        <w:tc>
          <w:tcPr>
            <w:tcW w:w="4422" w:type="dxa"/>
            <w:vMerge/>
            <w:tcMar>
              <w:top w:w="70" w:type="dxa"/>
              <w:left w:w="90" w:type="dxa"/>
              <w:bottom w:w="70" w:type="dxa"/>
              <w:right w:w="90" w:type="dxa"/>
            </w:tcMar>
            <w:vAlign w:val="center"/>
          </w:tcPr>
          <w:p w14:paraId="171CC28F" w14:textId="77777777" w:rsidR="00187E2C" w:rsidRDefault="00187E2C"/>
        </w:tc>
        <w:tc>
          <w:tcPr>
            <w:tcW w:w="7087" w:type="dxa"/>
            <w:shd w:val="clear" w:color="auto" w:fill="FFFFFF"/>
            <w:tcMar>
              <w:top w:w="70" w:type="dxa"/>
              <w:left w:w="90" w:type="dxa"/>
              <w:bottom w:w="70" w:type="dxa"/>
              <w:right w:w="90" w:type="dxa"/>
            </w:tcMar>
            <w:vAlign w:val="center"/>
          </w:tcPr>
          <w:p w14:paraId="4560AC3F"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8BCC93D" w14:textId="77777777" w:rsidR="00187E2C" w:rsidRDefault="00000000">
            <w:pPr>
              <w:jc w:val="center"/>
            </w:pPr>
            <w:r>
              <w:rPr>
                <w:b/>
                <w:color w:val="000000"/>
              </w:rPr>
              <w:t>UČENEC</w:t>
            </w:r>
          </w:p>
        </w:tc>
      </w:tr>
      <w:tr w:rsidR="00187E2C" w14:paraId="488D2A2A" w14:textId="77777777">
        <w:trPr>
          <w:jc w:val="center"/>
        </w:trPr>
        <w:tc>
          <w:tcPr>
            <w:tcW w:w="4422" w:type="dxa"/>
            <w:tcMar>
              <w:top w:w="70" w:type="dxa"/>
              <w:left w:w="90" w:type="dxa"/>
              <w:bottom w:w="70" w:type="dxa"/>
              <w:right w:w="90" w:type="dxa"/>
            </w:tcMar>
          </w:tcPr>
          <w:p w14:paraId="05C23230" w14:textId="77777777" w:rsidR="00187E2C" w:rsidRDefault="00187E2C"/>
          <w:p w14:paraId="060C210D" w14:textId="77777777" w:rsidR="00187E2C" w:rsidRDefault="00000000">
            <w:pPr>
              <w:spacing w:after="40" w:line="245" w:lineRule="auto"/>
            </w:pPr>
            <w:r>
              <w:rPr>
                <w:b/>
                <w:color w:val="000000"/>
              </w:rPr>
              <w:t>KLJUČNI POJMI</w:t>
            </w:r>
          </w:p>
          <w:p w14:paraId="1A5C9963"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6D751E23" w14:textId="77777777" w:rsidR="00187E2C" w:rsidRDefault="00000000">
            <w:pPr>
              <w:spacing w:after="20" w:line="245" w:lineRule="auto"/>
            </w:pPr>
            <w:r>
              <w:rPr>
                <w:b/>
                <w:color w:val="000000"/>
                <w:sz w:val="17"/>
              </w:rPr>
              <w:t>DOKAZI O UČENJU</w:t>
            </w:r>
          </w:p>
          <w:p w14:paraId="4112273D" w14:textId="77777777" w:rsidR="00187E2C" w:rsidRDefault="00000000">
            <w:pPr>
              <w:pStyle w:val="Oznaenseznam"/>
              <w:spacing w:after="9"/>
            </w:pPr>
            <w:r>
              <w:rPr>
                <w:color w:val="000000"/>
                <w:sz w:val="15"/>
              </w:rPr>
              <w:t>glasno branje, dva odgovora in primerjava prvega ter tretjega branja.</w:t>
            </w:r>
          </w:p>
          <w:p w14:paraId="7078392E" w14:textId="77777777" w:rsidR="00187E2C" w:rsidRDefault="00000000">
            <w:pPr>
              <w:pStyle w:val="Oznaenseznam"/>
              <w:spacing w:after="9"/>
            </w:pPr>
            <w:r>
              <w:rPr>
                <w:color w:val="000000"/>
                <w:sz w:val="15"/>
              </w:rPr>
              <w:t>zvočni posnetek ali anekdotski zapis kratke izmenjave.</w:t>
            </w:r>
          </w:p>
          <w:p w14:paraId="4F369ABD" w14:textId="77777777" w:rsidR="00187E2C" w:rsidRDefault="00000000">
            <w:pPr>
              <w:pStyle w:val="Oznaenseznam"/>
              <w:spacing w:after="9"/>
            </w:pPr>
            <w:r>
              <w:rPr>
                <w:color w:val="000000"/>
                <w:sz w:val="15"/>
              </w:rPr>
              <w:t>pravilno sestavljen primer in učenčeva ustna razlaga postopka.</w:t>
            </w:r>
          </w:p>
          <w:p w14:paraId="7CDB1667" w14:textId="77777777" w:rsidR="00187E2C" w:rsidRDefault="00000000">
            <w:pPr>
              <w:pStyle w:val="Oznaenseznam"/>
              <w:spacing w:after="9"/>
            </w:pPr>
            <w:r>
              <w:rPr>
                <w:color w:val="000000"/>
                <w:sz w:val="15"/>
              </w:rPr>
              <w:t>individualni bralni zapis, označen podatek in učenčeva izbrana strategija.</w:t>
            </w:r>
          </w:p>
          <w:p w14:paraId="7BF77423" w14:textId="77777777" w:rsidR="00187E2C" w:rsidRDefault="00000000">
            <w:pPr>
              <w:pStyle w:val="Oznaenseznam"/>
              <w:spacing w:after="9"/>
            </w:pPr>
            <w:r>
              <w:rPr>
                <w:color w:val="000000"/>
                <w:sz w:val="15"/>
              </w:rPr>
              <w:t>datiran zapis v mapi in kratek komentar učenca o najuspešnejšem delu.</w:t>
            </w:r>
          </w:p>
          <w:p w14:paraId="5F2F5355" w14:textId="77777777" w:rsidR="00187E2C" w:rsidRDefault="00000000">
            <w:pPr>
              <w:pStyle w:val="Oznaenseznam"/>
              <w:spacing w:after="9"/>
            </w:pPr>
            <w:r>
              <w:rPr>
                <w:color w:val="000000"/>
                <w:sz w:val="15"/>
              </w:rPr>
              <w:t>nastop/izdelek, vrstniška povratna informacija in samovrednotenje.</w:t>
            </w:r>
          </w:p>
          <w:p w14:paraId="359CBE05" w14:textId="77777777" w:rsidR="00187E2C" w:rsidRDefault="00000000">
            <w:pPr>
              <w:spacing w:before="40" w:after="20" w:line="245" w:lineRule="auto"/>
            </w:pPr>
            <w:r>
              <w:rPr>
                <w:b/>
                <w:color w:val="000000"/>
                <w:sz w:val="17"/>
              </w:rPr>
              <w:t>KNJIŽEVNO DOŽIVETJE IN IZKUŠENJSKI POUK</w:t>
            </w:r>
          </w:p>
          <w:p w14:paraId="59328CFF"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035801E9" w14:textId="77777777" w:rsidR="00187E2C" w:rsidRDefault="00000000">
            <w:pPr>
              <w:spacing w:after="20" w:line="245" w:lineRule="auto"/>
            </w:pPr>
            <w:r>
              <w:rPr>
                <w:b/>
                <w:color w:val="000000"/>
                <w:sz w:val="17"/>
              </w:rPr>
              <w:t>POUČEVANJE V GIBANJU</w:t>
            </w:r>
          </w:p>
          <w:p w14:paraId="624DF101"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63239764" w14:textId="77777777" w:rsidR="00187E2C" w:rsidRDefault="00000000">
            <w:pPr>
              <w:spacing w:after="20" w:line="245" w:lineRule="auto"/>
            </w:pPr>
            <w:r>
              <w:rPr>
                <w:b/>
                <w:color w:val="000000"/>
                <w:sz w:val="17"/>
              </w:rPr>
              <w:t>DELO PO POSTAJAH</w:t>
            </w:r>
          </w:p>
          <w:p w14:paraId="6773C3F9"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32, modelirano, vodeno ali ponovljeno branje; 4. slikovno-pisna – urejam zaporedje, rišem, dopolnim ali zapišem odziv ter izbor dokaza, povratna informacija in naslednji korak.</w:t>
            </w:r>
          </w:p>
          <w:p w14:paraId="5F320FD5" w14:textId="77777777" w:rsidR="00187E2C" w:rsidRDefault="00000000">
            <w:pPr>
              <w:spacing w:after="20" w:line="245" w:lineRule="auto"/>
            </w:pPr>
            <w:r>
              <w:rPr>
                <w:b/>
                <w:color w:val="000000"/>
                <w:sz w:val="17"/>
              </w:rPr>
              <w:t>DIFERENCIACIJA IN VKLJUČEVANJE</w:t>
            </w:r>
          </w:p>
          <w:p w14:paraId="1E963932"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041CEC57" w14:textId="77777777" w:rsidR="00187E2C" w:rsidRDefault="00000000">
            <w:pPr>
              <w:spacing w:after="20" w:line="245" w:lineRule="auto"/>
            </w:pPr>
            <w:r>
              <w:rPr>
                <w:b/>
                <w:color w:val="000000"/>
                <w:sz w:val="17"/>
              </w:rPr>
              <w:t>SPREMLJANJE</w:t>
            </w:r>
          </w:p>
          <w:p w14:paraId="64A3696B"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C102754"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AF886A2" w14:textId="77777777">
              <w:trPr>
                <w:jc w:val="center"/>
              </w:trPr>
              <w:tc>
                <w:tcPr>
                  <w:tcW w:w="7087" w:type="dxa"/>
                  <w:shd w:val="clear" w:color="auto" w:fill="C6E7F3"/>
                  <w:tcMar>
                    <w:top w:w="45" w:type="dxa"/>
                    <w:left w:w="70" w:type="dxa"/>
                    <w:bottom w:w="45" w:type="dxa"/>
                    <w:right w:w="70" w:type="dxa"/>
                  </w:tcMar>
                </w:tcPr>
                <w:p w14:paraId="42C1AC37" w14:textId="77777777" w:rsidR="00187E2C" w:rsidRDefault="00000000">
                  <w:pPr>
                    <w:keepNext/>
                  </w:pPr>
                  <w:r>
                    <w:rPr>
                      <w:b/>
                      <w:color w:val="000000"/>
                      <w:sz w:val="17"/>
                    </w:rPr>
                    <w:t>GLAVNI DEL – DOŽIVLJAJSKO, JEZIKOVNO IN OPISMENJEVALNO UČENJE (6 šolskih ur)</w:t>
                  </w:r>
                </w:p>
              </w:tc>
            </w:tr>
          </w:tbl>
          <w:p w14:paraId="4B51C7B9" w14:textId="77777777" w:rsidR="00187E2C" w:rsidRDefault="00187E2C">
            <w:pPr>
              <w:spacing w:line="20" w:lineRule="exact"/>
            </w:pPr>
          </w:p>
          <w:p w14:paraId="1B67DA01" w14:textId="77777777" w:rsidR="00187E2C" w:rsidRDefault="00000000">
            <w:pPr>
              <w:keepNext/>
              <w:spacing w:before="22" w:after="6" w:line="245" w:lineRule="auto"/>
            </w:pPr>
            <w:r>
              <w:rPr>
                <w:b/>
                <w:color w:val="000000"/>
                <w:sz w:val="15"/>
              </w:rPr>
              <w:t>1. URA – Berem opis</w:t>
            </w:r>
          </w:p>
          <w:p w14:paraId="7A230B03" w14:textId="77777777" w:rsidR="00187E2C" w:rsidRDefault="00000000">
            <w:pPr>
              <w:spacing w:after="7" w:line="245" w:lineRule="auto"/>
            </w:pPr>
            <w:r>
              <w:rPr>
                <w:b/>
                <w:color w:val="000000"/>
                <w:sz w:val="14"/>
              </w:rPr>
              <w:t xml:space="preserve">Dejavnost učiteljice: </w:t>
            </w:r>
            <w:r>
              <w:rPr>
                <w:color w:val="000000"/>
                <w:sz w:val="14"/>
              </w:rPr>
              <w:t>Vodi delo z Bralnim listom 32 (berem opis): prvo branje, vprašanji »Kje hodi mačica? Kaj opazuje?«, ponovno branje in povedi po prostoru. Individualno opazuje natančnost, razumevanje in oporo.</w:t>
            </w:r>
          </w:p>
          <w:p w14:paraId="2D6A6A34" w14:textId="77777777" w:rsidR="00187E2C" w:rsidRDefault="00000000">
            <w:pPr>
              <w:spacing w:after="7" w:line="245" w:lineRule="auto"/>
            </w:pPr>
            <w:r>
              <w:rPr>
                <w:b/>
                <w:color w:val="000000"/>
                <w:sz w:val="14"/>
              </w:rPr>
              <w:t xml:space="preserve">Dejavnost učencev: </w:t>
            </w:r>
            <w:r>
              <w:rPr>
                <w:color w:val="000000"/>
                <w:sz w:val="14"/>
              </w:rPr>
              <w:t>Besedilo na Bralnem listu 32 bere po delih ali povezano, odgovori na vprašanji, poišče povedi v prostoru in izbrano poved trikrat ponovi.</w:t>
            </w:r>
          </w:p>
          <w:p w14:paraId="667906F5" w14:textId="77777777" w:rsidR="00187E2C" w:rsidRDefault="00000000">
            <w:pPr>
              <w:spacing w:after="15" w:line="245" w:lineRule="auto"/>
            </w:pPr>
            <w:r>
              <w:rPr>
                <w:i/>
                <w:color w:val="D95BC6"/>
                <w:sz w:val="14"/>
              </w:rPr>
              <w:t>Predvideni dokaz: glasno branje, dva odgovora in primerjava prvega ter tretjega branja..</w:t>
            </w:r>
          </w:p>
          <w:p w14:paraId="4C0CDC70" w14:textId="77777777" w:rsidR="00187E2C" w:rsidRDefault="00000000">
            <w:pPr>
              <w:keepNext/>
              <w:spacing w:before="22" w:after="6" w:line="245" w:lineRule="auto"/>
            </w:pPr>
            <w:r>
              <w:rPr>
                <w:b/>
                <w:color w:val="000000"/>
                <w:sz w:val="15"/>
              </w:rPr>
              <w:t>2. URA – Opis pokrajine – Govorim in pojasnjujem</w:t>
            </w:r>
          </w:p>
          <w:p w14:paraId="2471A30F"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36893F48"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»izbere bistvene besede«.</w:t>
            </w:r>
          </w:p>
          <w:p w14:paraId="4A4D75E9" w14:textId="77777777" w:rsidR="00187E2C" w:rsidRDefault="00000000">
            <w:pPr>
              <w:spacing w:after="15" w:line="245" w:lineRule="auto"/>
            </w:pPr>
            <w:r>
              <w:rPr>
                <w:i/>
                <w:color w:val="D95BC6"/>
                <w:sz w:val="14"/>
              </w:rPr>
              <w:t>Predvideni dokaz: zvočni posnetek ali anekdotski zapis kratke izmenjave..</w:t>
            </w:r>
          </w:p>
          <w:p w14:paraId="18B153CC" w14:textId="77777777" w:rsidR="00187E2C" w:rsidRDefault="00000000">
            <w:pPr>
              <w:keepNext/>
              <w:spacing w:before="22" w:after="6" w:line="245" w:lineRule="auto"/>
            </w:pPr>
            <w:r>
              <w:rPr>
                <w:b/>
                <w:color w:val="000000"/>
                <w:sz w:val="15"/>
              </w:rPr>
              <w:t>3. URA – Opis pokrajine – Razčlenjujem jezik</w:t>
            </w:r>
          </w:p>
          <w:p w14:paraId="65E87F04"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235DA85A"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»ustno in pisno opiše opaženo«.</w:t>
            </w:r>
          </w:p>
          <w:p w14:paraId="5B104DC0" w14:textId="77777777" w:rsidR="00187E2C" w:rsidRDefault="00000000">
            <w:pPr>
              <w:spacing w:after="15" w:line="245" w:lineRule="auto"/>
            </w:pPr>
            <w:r>
              <w:rPr>
                <w:i/>
                <w:color w:val="D95BC6"/>
                <w:sz w:val="14"/>
              </w:rPr>
              <w:t>Predvideni dokaz: pravilno sestavljen primer in učenčeva ustna razlaga postopka..</w:t>
            </w:r>
          </w:p>
          <w:p w14:paraId="1B839C6A" w14:textId="77777777" w:rsidR="00187E2C" w:rsidRDefault="00000000">
            <w:pPr>
              <w:keepNext/>
              <w:spacing w:before="22" w:after="6" w:line="245" w:lineRule="auto"/>
            </w:pPr>
            <w:r>
              <w:rPr>
                <w:b/>
                <w:color w:val="000000"/>
                <w:sz w:val="15"/>
              </w:rPr>
              <w:t>4. URA – Opis pokrajine – Berem z oporo</w:t>
            </w:r>
          </w:p>
          <w:p w14:paraId="231443EF"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5B7EEEDB"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»samostojno oziroma z dogovorjeno oporo prebere opis.</w:t>
            </w:r>
          </w:p>
          <w:p w14:paraId="2F9E28E4" w14:textId="77777777" w:rsidR="00187E2C" w:rsidRDefault="00000000">
            <w:pPr>
              <w:spacing w:after="15" w:line="245" w:lineRule="auto"/>
            </w:pPr>
            <w:r>
              <w:rPr>
                <w:i/>
                <w:color w:val="D95BC6"/>
                <w:sz w:val="14"/>
              </w:rPr>
              <w:t>Predvideni dokaz: individualni bralni zapis, označen podatek in učenčeva izbrana strategija..</w:t>
            </w:r>
          </w:p>
          <w:p w14:paraId="61938ACB" w14:textId="77777777" w:rsidR="00187E2C" w:rsidRDefault="00000000">
            <w:pPr>
              <w:keepNext/>
              <w:spacing w:before="22" w:after="6" w:line="245" w:lineRule="auto"/>
            </w:pPr>
            <w:r>
              <w:rPr>
                <w:b/>
                <w:color w:val="000000"/>
                <w:sz w:val="15"/>
              </w:rPr>
              <w:t>5. URA – Opis pokrajine – Pišem in ustvarjam</w:t>
            </w:r>
          </w:p>
          <w:p w14:paraId="74407106"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673CE6DE"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 dejavnost poveže s ciljem »bere kratek opis«.</w:t>
            </w:r>
          </w:p>
          <w:p w14:paraId="2671BDDF" w14:textId="77777777" w:rsidR="00187E2C" w:rsidRDefault="00000000">
            <w:pPr>
              <w:spacing w:after="15" w:line="245" w:lineRule="auto"/>
            </w:pPr>
            <w:r>
              <w:rPr>
                <w:i/>
                <w:color w:val="D95BC6"/>
                <w:sz w:val="14"/>
              </w:rPr>
              <w:t>Predvideni dokaz: datiran zapis v mapi in kratek komentar učenca o najuspešnejšem delu..</w:t>
            </w:r>
          </w:p>
          <w:p w14:paraId="748DEB13" w14:textId="77777777" w:rsidR="00187E2C" w:rsidRDefault="00000000">
            <w:pPr>
              <w:keepNext/>
              <w:spacing w:before="22" w:after="6" w:line="245" w:lineRule="auto"/>
            </w:pPr>
            <w:r>
              <w:rPr>
                <w:b/>
                <w:color w:val="000000"/>
                <w:sz w:val="15"/>
              </w:rPr>
              <w:t>6. URA – Opis pokrajine – Predstavim in vrednotim</w:t>
            </w:r>
          </w:p>
          <w:p w14:paraId="03803AA8"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6956F128"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»izbere bistvene besede«.</w:t>
            </w:r>
          </w:p>
          <w:p w14:paraId="476E793A"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101DE47E" w14:textId="77777777">
              <w:trPr>
                <w:jc w:val="center"/>
              </w:trPr>
              <w:tc>
                <w:tcPr>
                  <w:tcW w:w="7087" w:type="dxa"/>
                  <w:shd w:val="clear" w:color="auto" w:fill="EDC9EA"/>
                  <w:tcMar>
                    <w:top w:w="45" w:type="dxa"/>
                    <w:left w:w="70" w:type="dxa"/>
                    <w:bottom w:w="45" w:type="dxa"/>
                    <w:right w:w="70" w:type="dxa"/>
                  </w:tcMar>
                </w:tcPr>
                <w:p w14:paraId="742D7CE9" w14:textId="77777777" w:rsidR="00187E2C" w:rsidRDefault="00000000">
                  <w:pPr>
                    <w:keepNext/>
                  </w:pPr>
                  <w:r>
                    <w:rPr>
                      <w:b/>
                      <w:color w:val="000000"/>
                      <w:sz w:val="17"/>
                    </w:rPr>
                    <w:t>POVRATNA INFORMACIJA UČITELJICE MED DELOM</w:t>
                  </w:r>
                </w:p>
              </w:tc>
            </w:tr>
          </w:tbl>
          <w:p w14:paraId="65D37456" w14:textId="77777777" w:rsidR="00187E2C" w:rsidRDefault="00187E2C"/>
          <w:p w14:paraId="7C22FAC7"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4FBA7F1" w14:textId="77777777" w:rsidR="00187E2C" w:rsidRDefault="00187E2C"/>
          <w:p w14:paraId="2566A7F0" w14:textId="77777777" w:rsidR="00187E2C" w:rsidRDefault="00000000">
            <w:pPr>
              <w:spacing w:after="4" w:line="245" w:lineRule="auto"/>
            </w:pPr>
            <w:r>
              <w:rPr>
                <w:b/>
                <w:color w:val="000000"/>
                <w:sz w:val="15"/>
              </w:rPr>
              <w:t>1. URA – Berem opis</w:t>
            </w:r>
          </w:p>
          <w:p w14:paraId="6E455E6D" w14:textId="77777777" w:rsidR="00187E2C" w:rsidRDefault="00000000">
            <w:pPr>
              <w:spacing w:after="7" w:line="245" w:lineRule="auto"/>
            </w:pPr>
            <w:r>
              <w:rPr>
                <w:color w:val="000000"/>
                <w:sz w:val="14"/>
              </w:rPr>
              <w:t>Besedilo na Bralnem listu 32 bere po delih ali povezano, odgovori na vprašanji.</w:t>
            </w:r>
          </w:p>
          <w:p w14:paraId="76447D4C" w14:textId="77777777" w:rsidR="00187E2C" w:rsidRDefault="00000000">
            <w:pPr>
              <w:spacing w:after="15" w:line="245" w:lineRule="auto"/>
            </w:pPr>
            <w:r>
              <w:rPr>
                <w:color w:val="D95BC6"/>
                <w:sz w:val="13"/>
              </w:rPr>
              <w:t>Dokaz: glasno branje, dva odgovora in primerjava prvega ter tretjega branja.</w:t>
            </w:r>
          </w:p>
          <w:p w14:paraId="3C87B6A2" w14:textId="77777777" w:rsidR="00187E2C" w:rsidRDefault="00000000">
            <w:pPr>
              <w:spacing w:after="4" w:line="245" w:lineRule="auto"/>
            </w:pPr>
            <w:r>
              <w:rPr>
                <w:b/>
                <w:color w:val="000000"/>
                <w:sz w:val="15"/>
              </w:rPr>
              <w:t>2. URA – Opis pokrajine – Govorim in pojasnjujem</w:t>
            </w:r>
          </w:p>
          <w:p w14:paraId="3D763F97" w14:textId="77777777" w:rsidR="00187E2C" w:rsidRDefault="00000000">
            <w:pPr>
              <w:spacing w:after="7" w:line="245" w:lineRule="auto"/>
            </w:pPr>
            <w:r>
              <w:rPr>
                <w:color w:val="000000"/>
                <w:sz w:val="14"/>
              </w:rPr>
              <w:t>V paru govori in posluša, zamenja vlogo, postavi vprašanje ter uporabi besedo iz tedenske besedne banke.</w:t>
            </w:r>
          </w:p>
          <w:p w14:paraId="7C725C6B" w14:textId="77777777" w:rsidR="00187E2C" w:rsidRDefault="00000000">
            <w:pPr>
              <w:spacing w:after="15" w:line="245" w:lineRule="auto"/>
            </w:pPr>
            <w:r>
              <w:rPr>
                <w:color w:val="D95BC6"/>
                <w:sz w:val="13"/>
              </w:rPr>
              <w:t>Dokaz: zvočni posnetek ali anekdotski zapis kratke izmenjave.</w:t>
            </w:r>
          </w:p>
          <w:p w14:paraId="4A506989" w14:textId="77777777" w:rsidR="00187E2C" w:rsidRDefault="00000000">
            <w:pPr>
              <w:spacing w:after="4" w:line="245" w:lineRule="auto"/>
            </w:pPr>
            <w:r>
              <w:rPr>
                <w:b/>
                <w:color w:val="000000"/>
                <w:sz w:val="15"/>
              </w:rPr>
              <w:t>3. URA – Opis pokrajine – Razčlenjujem jezik</w:t>
            </w:r>
          </w:p>
          <w:p w14:paraId="09ED7F92" w14:textId="77777777" w:rsidR="00187E2C" w:rsidRDefault="00000000">
            <w:pPr>
              <w:spacing w:after="7" w:line="245" w:lineRule="auto"/>
            </w:pPr>
            <w:r>
              <w:rPr>
                <w:color w:val="000000"/>
                <w:sz w:val="14"/>
              </w:rPr>
              <w:t>Ploska, stopa, razstavlja in sestavlja; primer razvrsti ter svojo rešitev preveri s sošolcem.</w:t>
            </w:r>
          </w:p>
          <w:p w14:paraId="7743AC7F" w14:textId="77777777" w:rsidR="00187E2C" w:rsidRDefault="00000000">
            <w:pPr>
              <w:spacing w:after="15" w:line="245" w:lineRule="auto"/>
            </w:pPr>
            <w:r>
              <w:rPr>
                <w:color w:val="D95BC6"/>
                <w:sz w:val="13"/>
              </w:rPr>
              <w:t>Dokaz: pravilno sestavljen primer in učenčeva ustna razlaga postopka.</w:t>
            </w:r>
          </w:p>
          <w:p w14:paraId="7A3D87A2" w14:textId="77777777" w:rsidR="00187E2C" w:rsidRDefault="00000000">
            <w:pPr>
              <w:spacing w:after="4" w:line="245" w:lineRule="auto"/>
            </w:pPr>
            <w:r>
              <w:rPr>
                <w:b/>
                <w:color w:val="000000"/>
                <w:sz w:val="15"/>
              </w:rPr>
              <w:t>4. URA – Opis pokrajine – Berem z oporo</w:t>
            </w:r>
          </w:p>
          <w:p w14:paraId="258949AA" w14:textId="77777777" w:rsidR="00187E2C" w:rsidRDefault="00000000">
            <w:pPr>
              <w:spacing w:after="7" w:line="245" w:lineRule="auto"/>
            </w:pPr>
            <w:r>
              <w:rPr>
                <w:color w:val="000000"/>
                <w:sz w:val="14"/>
              </w:rPr>
              <w:t>Bere sliko, znak, besedo ali kratko poved glede na napredek ter podčrta/pokaže očiten podatek.</w:t>
            </w:r>
          </w:p>
          <w:p w14:paraId="1EDBC352" w14:textId="77777777" w:rsidR="00187E2C" w:rsidRDefault="00000000">
            <w:pPr>
              <w:spacing w:after="15" w:line="245" w:lineRule="auto"/>
            </w:pPr>
            <w:r>
              <w:rPr>
                <w:color w:val="D95BC6"/>
                <w:sz w:val="13"/>
              </w:rPr>
              <w:t>Dokaz: individualni bralni zapis, označen podatek in učenčeva izbrana strategija.</w:t>
            </w:r>
          </w:p>
          <w:p w14:paraId="6FE0DBFB" w14:textId="77777777" w:rsidR="00187E2C" w:rsidRDefault="00000000">
            <w:pPr>
              <w:spacing w:after="4" w:line="245" w:lineRule="auto"/>
            </w:pPr>
            <w:r>
              <w:rPr>
                <w:b/>
                <w:color w:val="000000"/>
                <w:sz w:val="15"/>
              </w:rPr>
              <w:t>5. URA – Opis pokrajine – Pišem in ustvarjam</w:t>
            </w:r>
          </w:p>
          <w:p w14:paraId="2064190F" w14:textId="77777777" w:rsidR="00187E2C" w:rsidRDefault="00000000">
            <w:pPr>
              <w:spacing w:after="7" w:line="245" w:lineRule="auto"/>
            </w:pPr>
            <w:r>
              <w:rPr>
                <w:color w:val="000000"/>
                <w:sz w:val="14"/>
              </w:rPr>
              <w:t>Najprej potezo izvede s celim telesom, nato v pesku/zraku in na listu; zapiše znak.</w:t>
            </w:r>
          </w:p>
          <w:p w14:paraId="3B220514" w14:textId="77777777" w:rsidR="00187E2C" w:rsidRDefault="00000000">
            <w:pPr>
              <w:spacing w:after="15" w:line="245" w:lineRule="auto"/>
            </w:pPr>
            <w:r>
              <w:rPr>
                <w:color w:val="D95BC6"/>
                <w:sz w:val="13"/>
              </w:rPr>
              <w:t>Dokaz: datiran zapis v mapi in kratek komentar učenca o najuspešnejšem delu.</w:t>
            </w:r>
          </w:p>
          <w:p w14:paraId="2329A5B0" w14:textId="77777777" w:rsidR="00187E2C" w:rsidRDefault="00000000">
            <w:pPr>
              <w:spacing w:after="4" w:line="245" w:lineRule="auto"/>
            </w:pPr>
            <w:r>
              <w:rPr>
                <w:b/>
                <w:color w:val="000000"/>
                <w:sz w:val="15"/>
              </w:rPr>
              <w:t>6. URA – Opis pokrajine – Predstavim in vrednotim</w:t>
            </w:r>
          </w:p>
          <w:p w14:paraId="0FC6071D" w14:textId="77777777" w:rsidR="00187E2C" w:rsidRDefault="00000000">
            <w:pPr>
              <w:spacing w:after="7" w:line="245" w:lineRule="auto"/>
            </w:pPr>
            <w:r>
              <w:rPr>
                <w:color w:val="000000"/>
                <w:sz w:val="14"/>
              </w:rPr>
              <w:t>Pripoveduje, bere, dramatizira ali predstavi zapis; vrstniku pove eno opaženo moč in eno vprašanje.</w:t>
            </w:r>
          </w:p>
          <w:p w14:paraId="3B0BA386" w14:textId="77777777" w:rsidR="00187E2C" w:rsidRDefault="00000000">
            <w:pPr>
              <w:spacing w:after="15" w:line="245" w:lineRule="auto"/>
            </w:pPr>
            <w:r>
              <w:rPr>
                <w:color w:val="D95BC6"/>
                <w:sz w:val="13"/>
              </w:rPr>
              <w:t>Dokaz: nastop/izdelek, vrstniška povratna informacija in samovrednotenje.</w:t>
            </w:r>
          </w:p>
        </w:tc>
      </w:tr>
    </w:tbl>
    <w:p w14:paraId="6A9768F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BBC9C2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DA2D885"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594BC4" w14:textId="77777777" w:rsidR="00187E2C" w:rsidRDefault="00000000">
            <w:pPr>
              <w:jc w:val="center"/>
            </w:pPr>
            <w:r>
              <w:rPr>
                <w:b/>
                <w:color w:val="000000"/>
                <w:sz w:val="20"/>
              </w:rPr>
              <w:t>UČNE DEJAVNOSTI, METODE IN FORMATIVNO SPREMLJANJE</w:t>
            </w:r>
          </w:p>
        </w:tc>
      </w:tr>
      <w:tr w:rsidR="00187E2C" w14:paraId="36808CBD" w14:textId="77777777">
        <w:trPr>
          <w:tblHeader/>
          <w:jc w:val="center"/>
        </w:trPr>
        <w:tc>
          <w:tcPr>
            <w:tcW w:w="4422" w:type="dxa"/>
            <w:vMerge/>
            <w:tcMar>
              <w:top w:w="70" w:type="dxa"/>
              <w:left w:w="90" w:type="dxa"/>
              <w:bottom w:w="70" w:type="dxa"/>
              <w:right w:w="90" w:type="dxa"/>
            </w:tcMar>
            <w:vAlign w:val="center"/>
          </w:tcPr>
          <w:p w14:paraId="7DBF9168" w14:textId="77777777" w:rsidR="00187E2C" w:rsidRDefault="00187E2C"/>
        </w:tc>
        <w:tc>
          <w:tcPr>
            <w:tcW w:w="7087" w:type="dxa"/>
            <w:shd w:val="clear" w:color="auto" w:fill="FFFFFF"/>
            <w:tcMar>
              <w:top w:w="70" w:type="dxa"/>
              <w:left w:w="90" w:type="dxa"/>
              <w:bottom w:w="70" w:type="dxa"/>
              <w:right w:w="90" w:type="dxa"/>
            </w:tcMar>
            <w:vAlign w:val="center"/>
          </w:tcPr>
          <w:p w14:paraId="393A2BA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7AA9771" w14:textId="77777777" w:rsidR="00187E2C" w:rsidRDefault="00000000">
            <w:pPr>
              <w:jc w:val="center"/>
            </w:pPr>
            <w:r>
              <w:rPr>
                <w:b/>
                <w:color w:val="000000"/>
              </w:rPr>
              <w:t>UČENEC</w:t>
            </w:r>
          </w:p>
        </w:tc>
      </w:tr>
      <w:tr w:rsidR="00187E2C" w14:paraId="0F484B09" w14:textId="77777777">
        <w:trPr>
          <w:jc w:val="center"/>
        </w:trPr>
        <w:tc>
          <w:tcPr>
            <w:tcW w:w="4422" w:type="dxa"/>
            <w:tcMar>
              <w:top w:w="70" w:type="dxa"/>
              <w:left w:w="90" w:type="dxa"/>
              <w:bottom w:w="70" w:type="dxa"/>
              <w:right w:w="90" w:type="dxa"/>
            </w:tcMar>
          </w:tcPr>
          <w:p w14:paraId="7CA3FB75" w14:textId="77777777" w:rsidR="00187E2C" w:rsidRDefault="00187E2C"/>
          <w:p w14:paraId="39F2BEAD" w14:textId="77777777" w:rsidR="00187E2C" w:rsidRDefault="00000000">
            <w:pPr>
              <w:spacing w:after="40" w:line="245" w:lineRule="auto"/>
            </w:pPr>
            <w:r>
              <w:rPr>
                <w:b/>
                <w:color w:val="000000"/>
              </w:rPr>
              <w:t>FORMATIVNO SPREMLJANJE</w:t>
            </w:r>
          </w:p>
          <w:p w14:paraId="3089C066"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2FA6E2D2"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30585CFE"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48F459C9"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612541DE" w14:textId="77777777" w:rsidR="00187E2C" w:rsidRDefault="00000000">
            <w:pPr>
              <w:spacing w:before="40" w:after="20" w:line="245" w:lineRule="auto"/>
            </w:pPr>
            <w:r>
              <w:rPr>
                <w:b/>
                <w:color w:val="000000"/>
                <w:sz w:val="17"/>
              </w:rPr>
              <w:t>VARNOST IN ODGOVORNOST</w:t>
            </w:r>
          </w:p>
          <w:p w14:paraId="6D5CD749"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1DBBEC1B" w14:textId="77777777" w:rsidR="00187E2C" w:rsidRDefault="00000000">
            <w:pPr>
              <w:spacing w:after="20" w:line="245" w:lineRule="auto"/>
            </w:pPr>
            <w:r>
              <w:rPr>
                <w:b/>
                <w:color w:val="000000"/>
                <w:sz w:val="17"/>
              </w:rPr>
              <w:t>EVIDENCA PO IZVEDBI</w:t>
            </w:r>
          </w:p>
          <w:p w14:paraId="4D5D8087"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1718A824"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15A9A38" w14:textId="77777777">
              <w:trPr>
                <w:jc w:val="center"/>
              </w:trPr>
              <w:tc>
                <w:tcPr>
                  <w:tcW w:w="7087" w:type="dxa"/>
                  <w:shd w:val="clear" w:color="auto" w:fill="EDC9EA"/>
                  <w:tcMar>
                    <w:top w:w="45" w:type="dxa"/>
                    <w:left w:w="70" w:type="dxa"/>
                    <w:bottom w:w="45" w:type="dxa"/>
                    <w:right w:w="70" w:type="dxa"/>
                  </w:tcMar>
                </w:tcPr>
                <w:p w14:paraId="27F7328A" w14:textId="77777777" w:rsidR="00187E2C" w:rsidRDefault="00000000">
                  <w:pPr>
                    <w:keepNext/>
                  </w:pPr>
                  <w:r>
                    <w:rPr>
                      <w:b/>
                      <w:color w:val="000000"/>
                    </w:rPr>
                    <w:t>VPRAŠANJA V PODPORO JEZIKOVNEMU, BRALNEMU IN KNJIŽEVNEMU UČENJU</w:t>
                  </w:r>
                </w:p>
              </w:tc>
            </w:tr>
          </w:tbl>
          <w:p w14:paraId="1BDB3821" w14:textId="77777777" w:rsidR="00187E2C" w:rsidRDefault="00187E2C">
            <w:pPr>
              <w:spacing w:line="20" w:lineRule="exact"/>
            </w:pPr>
          </w:p>
          <w:p w14:paraId="4404FF0A" w14:textId="77777777" w:rsidR="00187E2C" w:rsidRDefault="00000000">
            <w:pPr>
              <w:pStyle w:val="Oznaenseznam"/>
              <w:spacing w:after="16"/>
            </w:pPr>
            <w:r>
              <w:rPr>
                <w:color w:val="000000"/>
                <w:sz w:val="16"/>
              </w:rPr>
              <w:t>Kaj ti je naslovnica, slika, predmet, zvok ali gib pomagal razumeti?</w:t>
            </w:r>
          </w:p>
          <w:p w14:paraId="0EB8ED31" w14:textId="77777777" w:rsidR="00187E2C" w:rsidRDefault="00000000">
            <w:pPr>
              <w:pStyle w:val="Oznaenseznam"/>
              <w:spacing w:after="16"/>
            </w:pPr>
            <w:r>
              <w:rPr>
                <w:color w:val="000000"/>
                <w:sz w:val="16"/>
              </w:rPr>
              <w:t>Kako si našel/-la glas, črko, zlog, besedo ali bistveni podatek?</w:t>
            </w:r>
          </w:p>
          <w:p w14:paraId="67701A02" w14:textId="77777777" w:rsidR="00187E2C" w:rsidRDefault="00000000">
            <w:pPr>
              <w:pStyle w:val="Oznaenseznam"/>
              <w:spacing w:after="16"/>
            </w:pPr>
            <w:r>
              <w:rPr>
                <w:color w:val="000000"/>
                <w:sz w:val="16"/>
              </w:rPr>
              <w:t>Kako veš, da tvoja pripoved, branje ali zapis dosega dogovorjeni kriterij?</w:t>
            </w:r>
          </w:p>
          <w:p w14:paraId="52A2BB2E" w14:textId="77777777" w:rsidR="00187E2C" w:rsidRDefault="00000000">
            <w:pPr>
              <w:pStyle w:val="Oznaenseznam"/>
              <w:spacing w:after="16"/>
            </w:pPr>
            <w:r>
              <w:rPr>
                <w:color w:val="000000"/>
                <w:sz w:val="16"/>
              </w:rPr>
              <w:t>Ali lahko svoje razumevanje pokažeš še z drugim načinom – govorom, gibanjem, risbo, branjem ali zapisom?</w:t>
            </w:r>
          </w:p>
          <w:p w14:paraId="47F3C899"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79C73C1B" w14:textId="77777777">
              <w:trPr>
                <w:jc w:val="center"/>
              </w:trPr>
              <w:tc>
                <w:tcPr>
                  <w:tcW w:w="7087" w:type="dxa"/>
                  <w:shd w:val="clear" w:color="auto" w:fill="C6E7F3"/>
                  <w:tcMar>
                    <w:top w:w="45" w:type="dxa"/>
                    <w:left w:w="70" w:type="dxa"/>
                    <w:bottom w:w="45" w:type="dxa"/>
                    <w:right w:w="70" w:type="dxa"/>
                  </w:tcMar>
                </w:tcPr>
                <w:p w14:paraId="6E637D35" w14:textId="77777777" w:rsidR="00187E2C" w:rsidRDefault="00000000">
                  <w:pPr>
                    <w:keepNext/>
                  </w:pPr>
                  <w:r>
                    <w:rPr>
                      <w:b/>
                      <w:color w:val="000000"/>
                    </w:rPr>
                    <w:t>ZAKLJUČNI DEL – UTRJEVANJE, BRALNI ODZIV IN REFLEKSIJA (10–15 min)</w:t>
                  </w:r>
                </w:p>
              </w:tc>
            </w:tr>
          </w:tbl>
          <w:p w14:paraId="6B59E0B3" w14:textId="77777777" w:rsidR="00187E2C" w:rsidRDefault="00187E2C">
            <w:pPr>
              <w:spacing w:line="20" w:lineRule="exact"/>
            </w:pPr>
          </w:p>
          <w:p w14:paraId="720E2DD5"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3B076D04" w14:textId="77777777">
              <w:trPr>
                <w:jc w:val="center"/>
              </w:trPr>
              <w:tc>
                <w:tcPr>
                  <w:tcW w:w="7087" w:type="dxa"/>
                  <w:shd w:val="clear" w:color="auto" w:fill="EDC9EA"/>
                  <w:tcMar>
                    <w:top w:w="45" w:type="dxa"/>
                    <w:left w:w="70" w:type="dxa"/>
                    <w:bottom w:w="45" w:type="dxa"/>
                    <w:right w:w="70" w:type="dxa"/>
                  </w:tcMar>
                </w:tcPr>
                <w:p w14:paraId="2501397E" w14:textId="77777777" w:rsidR="00187E2C" w:rsidRDefault="00000000">
                  <w:pPr>
                    <w:keepNext/>
                  </w:pPr>
                  <w:r>
                    <w:rPr>
                      <w:b/>
                      <w:color w:val="000000"/>
                    </w:rPr>
                    <w:t>SAMOVREDNOTENJE</w:t>
                  </w:r>
                </w:p>
              </w:tc>
            </w:tr>
          </w:tbl>
          <w:p w14:paraId="26EE0EEB" w14:textId="77777777" w:rsidR="00187E2C" w:rsidRDefault="00187E2C">
            <w:pPr>
              <w:spacing w:line="20" w:lineRule="exact"/>
            </w:pPr>
          </w:p>
          <w:p w14:paraId="15BF0665"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2BAE082A" w14:textId="77777777">
              <w:trPr>
                <w:jc w:val="center"/>
              </w:trPr>
              <w:tc>
                <w:tcPr>
                  <w:tcW w:w="7087" w:type="dxa"/>
                  <w:shd w:val="clear" w:color="auto" w:fill="EDC9EA"/>
                  <w:tcMar>
                    <w:top w:w="45" w:type="dxa"/>
                    <w:left w:w="70" w:type="dxa"/>
                    <w:bottom w:w="45" w:type="dxa"/>
                    <w:right w:w="70" w:type="dxa"/>
                  </w:tcMar>
                </w:tcPr>
                <w:p w14:paraId="5C650CEF" w14:textId="77777777" w:rsidR="00187E2C" w:rsidRDefault="00000000">
                  <w:pPr>
                    <w:keepNext/>
                  </w:pPr>
                  <w:r>
                    <w:rPr>
                      <w:b/>
                      <w:color w:val="000000"/>
                    </w:rPr>
                    <w:t>VRSTNIŠKO VREDNOTENJE</w:t>
                  </w:r>
                </w:p>
              </w:tc>
            </w:tr>
          </w:tbl>
          <w:p w14:paraId="4E7BF6D8" w14:textId="77777777" w:rsidR="00187E2C" w:rsidRDefault="00187E2C">
            <w:pPr>
              <w:spacing w:line="20" w:lineRule="exact"/>
            </w:pPr>
          </w:p>
          <w:p w14:paraId="04B9902B"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6CE6F8DD" w14:textId="77777777">
              <w:trPr>
                <w:jc w:val="center"/>
              </w:trPr>
              <w:tc>
                <w:tcPr>
                  <w:tcW w:w="7087" w:type="dxa"/>
                  <w:shd w:val="clear" w:color="auto" w:fill="EDC9EA"/>
                  <w:tcMar>
                    <w:top w:w="45" w:type="dxa"/>
                    <w:left w:w="70" w:type="dxa"/>
                    <w:bottom w:w="45" w:type="dxa"/>
                    <w:right w:w="70" w:type="dxa"/>
                  </w:tcMar>
                </w:tcPr>
                <w:p w14:paraId="5DDC70F9" w14:textId="77777777" w:rsidR="00187E2C" w:rsidRDefault="00000000">
                  <w:pPr>
                    <w:keepNext/>
                  </w:pPr>
                  <w:r>
                    <w:rPr>
                      <w:b/>
                      <w:color w:val="000000"/>
                    </w:rPr>
                    <w:t>SKUPNI POVZETEK</w:t>
                  </w:r>
                </w:p>
              </w:tc>
            </w:tr>
          </w:tbl>
          <w:p w14:paraId="73E63283" w14:textId="77777777" w:rsidR="00187E2C" w:rsidRDefault="00187E2C"/>
          <w:p w14:paraId="612CD216" w14:textId="77777777" w:rsidR="00187E2C" w:rsidRDefault="00000000">
            <w:pPr>
              <w:spacing w:before="20" w:after="40" w:line="245" w:lineRule="auto"/>
            </w:pPr>
            <w:r>
              <w:rPr>
                <w:b/>
                <w:color w:val="000000"/>
                <w:sz w:val="16"/>
              </w:rPr>
              <w:t>berem kratek opis; izberem bistvene besede; ustno in pisno opišem opaženo. Svoj dokaz pojasnim in po povratni informaciji izboljšam.</w:t>
            </w:r>
          </w:p>
        </w:tc>
        <w:tc>
          <w:tcPr>
            <w:tcW w:w="2551" w:type="dxa"/>
            <w:tcMar>
              <w:top w:w="70" w:type="dxa"/>
              <w:left w:w="90" w:type="dxa"/>
              <w:bottom w:w="70" w:type="dxa"/>
              <w:right w:w="90" w:type="dxa"/>
            </w:tcMar>
          </w:tcPr>
          <w:p w14:paraId="0F8471A2" w14:textId="77777777" w:rsidR="00187E2C" w:rsidRDefault="00187E2C"/>
          <w:p w14:paraId="67080CF2" w14:textId="77777777" w:rsidR="00187E2C" w:rsidRDefault="00000000">
            <w:pPr>
              <w:spacing w:after="100" w:line="245" w:lineRule="auto"/>
            </w:pPr>
            <w:r>
              <w:rPr>
                <w:color w:val="000000"/>
                <w:sz w:val="16"/>
              </w:rPr>
              <w:t>Odgovarja na podporna vprašanja ter se sklicuje na poslušano besedilo, sliko, govor, bralni list ali zapis.</w:t>
            </w:r>
          </w:p>
          <w:p w14:paraId="3AE5897D" w14:textId="77777777" w:rsidR="00187E2C" w:rsidRDefault="00000000">
            <w:pPr>
              <w:spacing w:after="100" w:line="245" w:lineRule="auto"/>
            </w:pPr>
            <w:r>
              <w:rPr>
                <w:color w:val="000000"/>
                <w:sz w:val="16"/>
              </w:rPr>
              <w:t>Primerja začetni odziv z novim dokazom in pojasni, kaj se je naučil/-a.</w:t>
            </w:r>
          </w:p>
          <w:p w14:paraId="12D857A1" w14:textId="77777777" w:rsidR="00187E2C" w:rsidRDefault="00000000">
            <w:pPr>
              <w:spacing w:after="100" w:line="245" w:lineRule="auto"/>
            </w:pPr>
            <w:r>
              <w:rPr>
                <w:color w:val="000000"/>
                <w:sz w:val="16"/>
              </w:rPr>
              <w:t>Izbere raven samostojnosti in določi naslednji korak.</w:t>
            </w:r>
          </w:p>
          <w:p w14:paraId="10A67F74" w14:textId="77777777" w:rsidR="00187E2C" w:rsidRDefault="00000000">
            <w:pPr>
              <w:spacing w:after="100" w:line="245" w:lineRule="auto"/>
            </w:pPr>
            <w:r>
              <w:rPr>
                <w:color w:val="000000"/>
                <w:sz w:val="16"/>
              </w:rPr>
              <w:t>Sošolcu poda prijazen in konkreten odziv, vezan na kriterij.</w:t>
            </w:r>
          </w:p>
          <w:p w14:paraId="5E742EF3" w14:textId="77777777" w:rsidR="00187E2C" w:rsidRDefault="00000000">
            <w:pPr>
              <w:spacing w:after="20" w:line="245" w:lineRule="auto"/>
            </w:pPr>
            <w:r>
              <w:rPr>
                <w:b/>
                <w:color w:val="D95BC6"/>
                <w:sz w:val="17"/>
              </w:rPr>
              <w:t>DOKAZ O UČENJU</w:t>
            </w:r>
          </w:p>
          <w:p w14:paraId="2A3A07C1"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63735C87"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4664B059" w14:textId="77777777">
        <w:trPr>
          <w:cantSplit/>
          <w:jc w:val="center"/>
        </w:trPr>
        <w:tc>
          <w:tcPr>
            <w:tcW w:w="14060" w:type="dxa"/>
            <w:gridSpan w:val="6"/>
            <w:tcMar>
              <w:top w:w="70" w:type="dxa"/>
              <w:left w:w="90" w:type="dxa"/>
              <w:bottom w:w="70" w:type="dxa"/>
              <w:right w:w="90" w:type="dxa"/>
            </w:tcMar>
            <w:vAlign w:val="center"/>
          </w:tcPr>
          <w:p w14:paraId="5BB19317" w14:textId="77777777" w:rsidR="00187E2C" w:rsidRDefault="00000000">
            <w:pPr>
              <w:jc w:val="center"/>
            </w:pPr>
            <w:r>
              <w:rPr>
                <w:b/>
                <w:color w:val="000000"/>
                <w:sz w:val="24"/>
              </w:rPr>
              <w:lastRenderedPageBreak/>
              <w:t>UČNA PRIPRAVA 33/39</w:t>
            </w:r>
          </w:p>
        </w:tc>
      </w:tr>
      <w:tr w:rsidR="00187E2C" w14:paraId="18720D53" w14:textId="77777777">
        <w:trPr>
          <w:jc w:val="center"/>
        </w:trPr>
        <w:tc>
          <w:tcPr>
            <w:tcW w:w="2665" w:type="dxa"/>
            <w:tcMar>
              <w:top w:w="70" w:type="dxa"/>
              <w:left w:w="90" w:type="dxa"/>
              <w:bottom w:w="70" w:type="dxa"/>
              <w:right w:w="90" w:type="dxa"/>
            </w:tcMar>
            <w:vAlign w:val="center"/>
          </w:tcPr>
          <w:p w14:paraId="1FCE1BC1"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10B7149"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6F05E3DE"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003C07F" w14:textId="77777777" w:rsidR="00187E2C" w:rsidRDefault="00000000">
            <w:r>
              <w:rPr>
                <w:b/>
                <w:color w:val="000000"/>
                <w:sz w:val="16"/>
              </w:rPr>
              <w:t xml:space="preserve">NAČRTOVANI TERMIN: </w:t>
            </w:r>
            <w:r>
              <w:rPr>
                <w:color w:val="000000"/>
                <w:sz w:val="16"/>
              </w:rPr>
              <w:t>33. teden • 10.–14. 5. 2027</w:t>
            </w:r>
          </w:p>
        </w:tc>
        <w:tc>
          <w:tcPr>
            <w:tcW w:w="2268" w:type="dxa"/>
            <w:tcMar>
              <w:top w:w="70" w:type="dxa"/>
              <w:left w:w="90" w:type="dxa"/>
              <w:bottom w:w="70" w:type="dxa"/>
              <w:right w:w="90" w:type="dxa"/>
            </w:tcMar>
            <w:vAlign w:val="center"/>
          </w:tcPr>
          <w:p w14:paraId="3AFCA3ED"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9298222" w14:textId="77777777" w:rsidR="00187E2C" w:rsidRDefault="00000000">
            <w:r>
              <w:rPr>
                <w:b/>
                <w:color w:val="000000"/>
                <w:sz w:val="16"/>
              </w:rPr>
              <w:t xml:space="preserve">ŠTEVILO UR: </w:t>
            </w:r>
            <w:r>
              <w:rPr>
                <w:color w:val="000000"/>
                <w:sz w:val="16"/>
              </w:rPr>
              <w:t>5</w:t>
            </w:r>
          </w:p>
        </w:tc>
      </w:tr>
      <w:tr w:rsidR="00187E2C" w14:paraId="46560165" w14:textId="77777777">
        <w:trPr>
          <w:jc w:val="center"/>
        </w:trPr>
        <w:tc>
          <w:tcPr>
            <w:tcW w:w="14061" w:type="dxa"/>
            <w:gridSpan w:val="6"/>
            <w:tcMar>
              <w:top w:w="70" w:type="dxa"/>
              <w:left w:w="90" w:type="dxa"/>
              <w:bottom w:w="70" w:type="dxa"/>
              <w:right w:w="90" w:type="dxa"/>
            </w:tcMar>
            <w:vAlign w:val="center"/>
          </w:tcPr>
          <w:p w14:paraId="6A75DAC1"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4D3D2CFD" w14:textId="77777777">
        <w:trPr>
          <w:cantSplit/>
          <w:jc w:val="center"/>
        </w:trPr>
        <w:tc>
          <w:tcPr>
            <w:tcW w:w="14060" w:type="dxa"/>
            <w:gridSpan w:val="6"/>
            <w:tcMar>
              <w:top w:w="70" w:type="dxa"/>
              <w:left w:w="90" w:type="dxa"/>
              <w:bottom w:w="70" w:type="dxa"/>
              <w:right w:w="90" w:type="dxa"/>
            </w:tcMar>
            <w:vAlign w:val="center"/>
          </w:tcPr>
          <w:p w14:paraId="6C804D04" w14:textId="77777777" w:rsidR="00187E2C" w:rsidRDefault="00187E2C"/>
          <w:p w14:paraId="11177DAE" w14:textId="77777777" w:rsidR="00187E2C" w:rsidRDefault="00000000">
            <w:pPr>
              <w:spacing w:line="245" w:lineRule="auto"/>
            </w:pPr>
            <w:r>
              <w:rPr>
                <w:b/>
                <w:color w:val="000000"/>
                <w:sz w:val="16"/>
              </w:rPr>
              <w:t xml:space="preserve">UČNI SKLOP: </w:t>
            </w:r>
            <w:r>
              <w:rPr>
                <w:color w:val="000000"/>
                <w:sz w:val="16"/>
              </w:rPr>
              <w:t>POKRAJINA, PROSTOR IN TRAJNOSTNA SKUPNOST</w:t>
            </w:r>
          </w:p>
        </w:tc>
      </w:tr>
      <w:tr w:rsidR="00187E2C" w14:paraId="3CF562BD" w14:textId="77777777">
        <w:trPr>
          <w:cantSplit/>
          <w:jc w:val="center"/>
        </w:trPr>
        <w:tc>
          <w:tcPr>
            <w:tcW w:w="14060" w:type="dxa"/>
            <w:gridSpan w:val="6"/>
            <w:tcMar>
              <w:top w:w="70" w:type="dxa"/>
              <w:left w:w="90" w:type="dxa"/>
              <w:bottom w:w="70" w:type="dxa"/>
              <w:right w:w="90" w:type="dxa"/>
            </w:tcMar>
            <w:vAlign w:val="center"/>
          </w:tcPr>
          <w:p w14:paraId="3EF3C944" w14:textId="77777777" w:rsidR="00187E2C" w:rsidRDefault="00187E2C"/>
          <w:p w14:paraId="297D0A00" w14:textId="77777777" w:rsidR="00187E2C" w:rsidRDefault="00000000">
            <w:pPr>
              <w:spacing w:line="245" w:lineRule="auto"/>
            </w:pPr>
            <w:r>
              <w:rPr>
                <w:b/>
                <w:color w:val="000000"/>
                <w:sz w:val="16"/>
              </w:rPr>
              <w:t xml:space="preserve">UČNA TEMA: </w:t>
            </w:r>
            <w:r>
              <w:rPr>
                <w:color w:val="000000"/>
                <w:sz w:val="16"/>
              </w:rPr>
              <w:t>NAVODILO ZA POT</w:t>
            </w:r>
          </w:p>
        </w:tc>
      </w:tr>
      <w:tr w:rsidR="00187E2C" w14:paraId="2510AAE0" w14:textId="77777777">
        <w:trPr>
          <w:cantSplit/>
          <w:jc w:val="center"/>
        </w:trPr>
        <w:tc>
          <w:tcPr>
            <w:tcW w:w="14060" w:type="dxa"/>
            <w:gridSpan w:val="6"/>
            <w:tcMar>
              <w:top w:w="70" w:type="dxa"/>
              <w:left w:w="90" w:type="dxa"/>
              <w:bottom w:w="70" w:type="dxa"/>
              <w:right w:w="90" w:type="dxa"/>
            </w:tcMar>
            <w:vAlign w:val="center"/>
          </w:tcPr>
          <w:p w14:paraId="2CD9C41A" w14:textId="77777777" w:rsidR="00187E2C" w:rsidRDefault="00187E2C"/>
          <w:p w14:paraId="3944F250" w14:textId="77777777" w:rsidR="00187E2C" w:rsidRDefault="00000000">
            <w:pPr>
              <w:spacing w:line="245" w:lineRule="auto"/>
            </w:pPr>
            <w:r>
              <w:rPr>
                <w:b/>
                <w:color w:val="000000"/>
                <w:sz w:val="16"/>
              </w:rPr>
              <w:t xml:space="preserve">KNJIŽEVNO IZHODIŠČE IN MOTIV: </w:t>
            </w:r>
            <w:r>
              <w:rPr>
                <w:color w:val="000000"/>
                <w:sz w:val="16"/>
              </w:rPr>
              <w:t>»Bobek in barčica« – Anja Štefan • NADALJEVANJE • orientacija, načrt poti, morje in varno raziskovanje obale</w:t>
            </w:r>
          </w:p>
        </w:tc>
      </w:tr>
      <w:tr w:rsidR="00187E2C" w14:paraId="2EF65C80" w14:textId="77777777">
        <w:trPr>
          <w:cantSplit/>
          <w:jc w:val="center"/>
        </w:trPr>
        <w:tc>
          <w:tcPr>
            <w:tcW w:w="14060" w:type="dxa"/>
            <w:gridSpan w:val="6"/>
            <w:tcMar>
              <w:top w:w="70" w:type="dxa"/>
              <w:left w:w="90" w:type="dxa"/>
              <w:bottom w:w="70" w:type="dxa"/>
              <w:right w:w="90" w:type="dxa"/>
            </w:tcMar>
            <w:vAlign w:val="center"/>
          </w:tcPr>
          <w:p w14:paraId="0B78159D" w14:textId="77777777" w:rsidR="00187E2C" w:rsidRDefault="00187E2C"/>
          <w:p w14:paraId="18E1F165" w14:textId="77777777" w:rsidR="00187E2C" w:rsidRDefault="00000000">
            <w:pPr>
              <w:spacing w:line="245" w:lineRule="auto"/>
            </w:pPr>
            <w:r>
              <w:rPr>
                <w:b/>
                <w:color w:val="000000"/>
                <w:sz w:val="16"/>
              </w:rPr>
              <w:t xml:space="preserve">BRALNI LIST / ČRKA: </w:t>
            </w:r>
            <w:r>
              <w:rPr>
                <w:color w:val="000000"/>
                <w:sz w:val="16"/>
              </w:rPr>
              <w:t>BRALNI LIST 33 – BEREM NAVODILO ZA POT: Kratko besedilo preberem, poiščem bistveni podatek in pokažem razumevanje.</w:t>
            </w:r>
          </w:p>
        </w:tc>
      </w:tr>
      <w:tr w:rsidR="00187E2C" w14:paraId="595FE164" w14:textId="77777777">
        <w:trPr>
          <w:cantSplit/>
          <w:jc w:val="center"/>
        </w:trPr>
        <w:tc>
          <w:tcPr>
            <w:tcW w:w="14060" w:type="dxa"/>
            <w:gridSpan w:val="6"/>
            <w:tcMar>
              <w:top w:w="70" w:type="dxa"/>
              <w:left w:w="90" w:type="dxa"/>
              <w:bottom w:w="70" w:type="dxa"/>
              <w:right w:w="90" w:type="dxa"/>
            </w:tcMar>
            <w:vAlign w:val="center"/>
          </w:tcPr>
          <w:p w14:paraId="3C4765CE" w14:textId="77777777" w:rsidR="00187E2C" w:rsidRDefault="00187E2C"/>
          <w:p w14:paraId="1A19585F" w14:textId="77777777" w:rsidR="00187E2C" w:rsidRDefault="00000000">
            <w:pPr>
              <w:spacing w:line="245" w:lineRule="auto"/>
            </w:pPr>
            <w:r>
              <w:rPr>
                <w:b/>
                <w:color w:val="000000"/>
                <w:sz w:val="16"/>
              </w:rPr>
              <w:t xml:space="preserve">UČNE ENOTE: </w:t>
            </w:r>
            <w:r>
              <w:rPr>
                <w:color w:val="000000"/>
                <w:sz w:val="16"/>
              </w:rPr>
              <w:t>1. ura – Berem navodilo za pot • 2. ura – Navodilo za pot – Govorim in pojasnjujem • 3. ura – Navodilo za pot – Razčlenjujem jezik • 4. ura – Navodilo za pot – Pišem in ustvarjam • 5. ura – Navodilo za pot – Predstavim in vrednotim</w:t>
            </w:r>
          </w:p>
        </w:tc>
      </w:tr>
      <w:tr w:rsidR="00187E2C" w14:paraId="7195D9B2" w14:textId="77777777">
        <w:trPr>
          <w:cantSplit/>
          <w:jc w:val="center"/>
        </w:trPr>
        <w:tc>
          <w:tcPr>
            <w:tcW w:w="14060" w:type="dxa"/>
            <w:gridSpan w:val="6"/>
            <w:tcMar>
              <w:top w:w="70" w:type="dxa"/>
              <w:left w:w="90" w:type="dxa"/>
              <w:bottom w:w="70" w:type="dxa"/>
              <w:right w:w="90" w:type="dxa"/>
            </w:tcMar>
            <w:vAlign w:val="center"/>
          </w:tcPr>
          <w:p w14:paraId="4E56B1F6" w14:textId="77777777" w:rsidR="00187E2C" w:rsidRDefault="00187E2C"/>
          <w:p w14:paraId="6EF61523"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2600123C" w14:textId="77777777">
        <w:trPr>
          <w:cantSplit/>
          <w:jc w:val="center"/>
        </w:trPr>
        <w:tc>
          <w:tcPr>
            <w:tcW w:w="14060" w:type="dxa"/>
            <w:gridSpan w:val="6"/>
            <w:tcMar>
              <w:top w:w="70" w:type="dxa"/>
              <w:left w:w="90" w:type="dxa"/>
              <w:bottom w:w="70" w:type="dxa"/>
              <w:right w:w="90" w:type="dxa"/>
            </w:tcMar>
            <w:vAlign w:val="center"/>
          </w:tcPr>
          <w:p w14:paraId="1CCD76C8" w14:textId="77777777" w:rsidR="00187E2C" w:rsidRDefault="00187E2C"/>
          <w:p w14:paraId="1152868A"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416260BE" w14:textId="77777777">
        <w:trPr>
          <w:cantSplit/>
          <w:jc w:val="center"/>
        </w:trPr>
        <w:tc>
          <w:tcPr>
            <w:tcW w:w="14060" w:type="dxa"/>
            <w:gridSpan w:val="6"/>
            <w:tcMar>
              <w:top w:w="70" w:type="dxa"/>
              <w:left w:w="90" w:type="dxa"/>
              <w:bottom w:w="70" w:type="dxa"/>
              <w:right w:w="90" w:type="dxa"/>
            </w:tcMar>
            <w:vAlign w:val="center"/>
          </w:tcPr>
          <w:p w14:paraId="6BC840D1" w14:textId="77777777" w:rsidR="00187E2C" w:rsidRDefault="00187E2C"/>
          <w:p w14:paraId="7C6B7487"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CABFDEE" w14:textId="77777777">
        <w:trPr>
          <w:cantSplit/>
          <w:jc w:val="center"/>
        </w:trPr>
        <w:tc>
          <w:tcPr>
            <w:tcW w:w="14060" w:type="dxa"/>
            <w:gridSpan w:val="6"/>
            <w:tcMar>
              <w:top w:w="70" w:type="dxa"/>
              <w:left w:w="90" w:type="dxa"/>
              <w:bottom w:w="70" w:type="dxa"/>
              <w:right w:w="90" w:type="dxa"/>
            </w:tcMar>
            <w:vAlign w:val="center"/>
          </w:tcPr>
          <w:p w14:paraId="7626430B" w14:textId="77777777" w:rsidR="00187E2C" w:rsidRDefault="00187E2C"/>
          <w:p w14:paraId="34E6FE06" w14:textId="77777777" w:rsidR="00187E2C" w:rsidRDefault="00000000">
            <w:pPr>
              <w:spacing w:line="245" w:lineRule="auto"/>
            </w:pPr>
            <w:r>
              <w:rPr>
                <w:b/>
                <w:color w:val="000000"/>
                <w:sz w:val="16"/>
              </w:rPr>
              <w:t xml:space="preserve">MEDPREDMETNE POVEZAVE: </w:t>
            </w:r>
            <w:r>
              <w:rPr>
                <w:color w:val="000000"/>
                <w:sz w:val="16"/>
              </w:rPr>
              <w:t>SPO – orientacija, načrt poti, morje in varno raziskovanje obale; GUM – ritem, zvočnost in glas; LUM – ilustracija, črta in grafomotorika; ŠPO – gibalna pripoved, dramatizacija in postaje; MAT – smer, zaporedje in orientacija</w:t>
            </w:r>
          </w:p>
        </w:tc>
      </w:tr>
      <w:tr w:rsidR="00187E2C" w14:paraId="182A6BCD" w14:textId="77777777">
        <w:trPr>
          <w:cantSplit/>
          <w:jc w:val="center"/>
        </w:trPr>
        <w:tc>
          <w:tcPr>
            <w:tcW w:w="14060" w:type="dxa"/>
            <w:gridSpan w:val="6"/>
            <w:tcMar>
              <w:top w:w="70" w:type="dxa"/>
              <w:left w:w="90" w:type="dxa"/>
              <w:bottom w:w="70" w:type="dxa"/>
              <w:right w:w="90" w:type="dxa"/>
            </w:tcMar>
            <w:vAlign w:val="center"/>
          </w:tcPr>
          <w:p w14:paraId="0D394D75" w14:textId="77777777" w:rsidR="00187E2C" w:rsidRDefault="00187E2C"/>
          <w:p w14:paraId="6A5D4B9B" w14:textId="77777777" w:rsidR="00187E2C" w:rsidRDefault="00000000">
            <w:pPr>
              <w:spacing w:line="245" w:lineRule="auto"/>
            </w:pPr>
            <w:r>
              <w:rPr>
                <w:b/>
                <w:color w:val="000000"/>
                <w:sz w:val="16"/>
              </w:rPr>
              <w:t xml:space="preserve">UČNA SREDSTVA IN PRIPOMOČKI: </w:t>
            </w:r>
            <w:r>
              <w:rPr>
                <w:color w:val="000000"/>
                <w:sz w:val="16"/>
              </w:rPr>
              <w:t>BRALNI LIST 33, povečano besedilo oziroma kartice, slikanica ali odlomek, slikovno zaporedje, kartice besed in glasov, talne črke ali zlogi, ogledala, vrvice ali modelirna masa, mini tabla, zvezek oziroma jezikovna mapa</w:t>
            </w:r>
          </w:p>
        </w:tc>
      </w:tr>
      <w:tr w:rsidR="00187E2C" w14:paraId="6D5B9E0D" w14:textId="77777777">
        <w:trPr>
          <w:cantSplit/>
          <w:jc w:val="center"/>
        </w:trPr>
        <w:tc>
          <w:tcPr>
            <w:tcW w:w="14060" w:type="dxa"/>
            <w:gridSpan w:val="6"/>
            <w:tcMar>
              <w:top w:w="70" w:type="dxa"/>
              <w:left w:w="90" w:type="dxa"/>
              <w:bottom w:w="70" w:type="dxa"/>
              <w:right w:w="90" w:type="dxa"/>
            </w:tcMar>
            <w:vAlign w:val="center"/>
          </w:tcPr>
          <w:p w14:paraId="2E765FEE" w14:textId="77777777" w:rsidR="00187E2C" w:rsidRDefault="00187E2C"/>
          <w:p w14:paraId="0E4AF9BE"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3ECF9DA" w14:textId="77777777">
        <w:trPr>
          <w:cantSplit/>
          <w:jc w:val="center"/>
        </w:trPr>
        <w:tc>
          <w:tcPr>
            <w:tcW w:w="14060" w:type="dxa"/>
            <w:gridSpan w:val="6"/>
            <w:tcMar>
              <w:top w:w="70" w:type="dxa"/>
              <w:left w:w="90" w:type="dxa"/>
              <w:bottom w:w="70" w:type="dxa"/>
              <w:right w:w="90" w:type="dxa"/>
            </w:tcMar>
            <w:vAlign w:val="center"/>
          </w:tcPr>
          <w:p w14:paraId="6ECB431E" w14:textId="77777777" w:rsidR="00187E2C" w:rsidRDefault="00187E2C"/>
          <w:p w14:paraId="06DAD368" w14:textId="77777777" w:rsidR="00187E2C" w:rsidRDefault="00000000">
            <w:pPr>
              <w:spacing w:line="245" w:lineRule="auto"/>
            </w:pPr>
            <w:r>
              <w:rPr>
                <w:b/>
                <w:color w:val="000000"/>
                <w:sz w:val="16"/>
              </w:rPr>
              <w:t xml:space="preserve">OCENJEVANJE / DAN DEJAVNOSTI: </w:t>
            </w:r>
            <w:r>
              <w:rPr>
                <w:color w:val="000000"/>
                <w:sz w:val="16"/>
              </w:rPr>
              <w:t>NARAVOSLOVNI DAN</w:t>
            </w:r>
          </w:p>
        </w:tc>
      </w:tr>
      <w:tr w:rsidR="00187E2C" w14:paraId="1A0F96D9" w14:textId="77777777">
        <w:trPr>
          <w:cantSplit/>
          <w:jc w:val="center"/>
        </w:trPr>
        <w:tc>
          <w:tcPr>
            <w:tcW w:w="14060" w:type="dxa"/>
            <w:gridSpan w:val="6"/>
            <w:tcMar>
              <w:top w:w="70" w:type="dxa"/>
              <w:left w:w="90" w:type="dxa"/>
              <w:bottom w:w="70" w:type="dxa"/>
              <w:right w:w="90" w:type="dxa"/>
            </w:tcMar>
            <w:vAlign w:val="center"/>
          </w:tcPr>
          <w:p w14:paraId="0539D519" w14:textId="77777777" w:rsidR="00187E2C" w:rsidRDefault="00187E2C"/>
          <w:p w14:paraId="16B0DCB4"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631AB1C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55AB6F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2244E22"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5D63277" w14:textId="77777777" w:rsidR="00187E2C" w:rsidRDefault="00000000">
            <w:pPr>
              <w:jc w:val="center"/>
            </w:pPr>
            <w:r>
              <w:rPr>
                <w:b/>
                <w:color w:val="000000"/>
                <w:sz w:val="20"/>
              </w:rPr>
              <w:t>UČNE DEJAVNOSTI, METODE IN FORMATIVNO SPREMLJANJE</w:t>
            </w:r>
          </w:p>
        </w:tc>
      </w:tr>
      <w:tr w:rsidR="00187E2C" w14:paraId="7036FB7F" w14:textId="77777777">
        <w:trPr>
          <w:tblHeader/>
          <w:jc w:val="center"/>
        </w:trPr>
        <w:tc>
          <w:tcPr>
            <w:tcW w:w="4422" w:type="dxa"/>
            <w:vMerge/>
            <w:tcMar>
              <w:top w:w="70" w:type="dxa"/>
              <w:left w:w="90" w:type="dxa"/>
              <w:bottom w:w="70" w:type="dxa"/>
              <w:right w:w="90" w:type="dxa"/>
            </w:tcMar>
            <w:vAlign w:val="center"/>
          </w:tcPr>
          <w:p w14:paraId="142A740F" w14:textId="77777777" w:rsidR="00187E2C" w:rsidRDefault="00187E2C"/>
        </w:tc>
        <w:tc>
          <w:tcPr>
            <w:tcW w:w="7087" w:type="dxa"/>
            <w:shd w:val="clear" w:color="auto" w:fill="FFFFFF"/>
            <w:tcMar>
              <w:top w:w="70" w:type="dxa"/>
              <w:left w:w="90" w:type="dxa"/>
              <w:bottom w:w="70" w:type="dxa"/>
              <w:right w:w="90" w:type="dxa"/>
            </w:tcMar>
            <w:vAlign w:val="center"/>
          </w:tcPr>
          <w:p w14:paraId="3BB311C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FBCFCB1" w14:textId="77777777" w:rsidR="00187E2C" w:rsidRDefault="00000000">
            <w:pPr>
              <w:jc w:val="center"/>
            </w:pPr>
            <w:r>
              <w:rPr>
                <w:b/>
                <w:color w:val="000000"/>
              </w:rPr>
              <w:t>UČENEC</w:t>
            </w:r>
          </w:p>
        </w:tc>
      </w:tr>
      <w:tr w:rsidR="00187E2C" w14:paraId="3C1AE738" w14:textId="77777777">
        <w:trPr>
          <w:jc w:val="center"/>
        </w:trPr>
        <w:tc>
          <w:tcPr>
            <w:tcW w:w="4422" w:type="dxa"/>
            <w:tcMar>
              <w:top w:w="70" w:type="dxa"/>
              <w:left w:w="90" w:type="dxa"/>
              <w:bottom w:w="70" w:type="dxa"/>
              <w:right w:w="90" w:type="dxa"/>
            </w:tcMar>
          </w:tcPr>
          <w:p w14:paraId="085B383E" w14:textId="77777777" w:rsidR="00187E2C" w:rsidRDefault="00187E2C"/>
          <w:p w14:paraId="2E8954CD" w14:textId="77777777" w:rsidR="00187E2C" w:rsidRDefault="00000000">
            <w:pPr>
              <w:spacing w:after="60" w:line="245" w:lineRule="auto"/>
            </w:pPr>
            <w:r>
              <w:rPr>
                <w:b/>
                <w:color w:val="000000"/>
              </w:rPr>
              <w:t>UČNI CILJI</w:t>
            </w:r>
          </w:p>
          <w:p w14:paraId="658711BD" w14:textId="77777777" w:rsidR="00187E2C" w:rsidRDefault="00000000">
            <w:pPr>
              <w:spacing w:after="20" w:line="245" w:lineRule="auto"/>
            </w:pPr>
            <w:r>
              <w:rPr>
                <w:b/>
                <w:color w:val="000000"/>
                <w:sz w:val="17"/>
              </w:rPr>
              <w:t>SPLOŠNI</w:t>
            </w:r>
          </w:p>
          <w:p w14:paraId="09C074A0"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3746E65B" w14:textId="77777777" w:rsidR="00187E2C" w:rsidRDefault="00000000">
            <w:pPr>
              <w:pStyle w:val="Oznaenseznam"/>
              <w:spacing w:after="16"/>
            </w:pPr>
            <w:r>
              <w:rPr>
                <w:color w:val="000000"/>
                <w:sz w:val="16"/>
              </w:rPr>
              <w:t>doživlja književno besedilo ter se nanj odziva z govorom, gibanjem, dramatizacijo, risbo ali zapisom</w:t>
            </w:r>
          </w:p>
          <w:p w14:paraId="36000ECB" w14:textId="77777777" w:rsidR="00187E2C" w:rsidRDefault="00000000">
            <w:pPr>
              <w:pStyle w:val="Oznaenseznam"/>
              <w:spacing w:after="16"/>
            </w:pPr>
            <w:r>
              <w:rPr>
                <w:color w:val="000000"/>
                <w:sz w:val="16"/>
              </w:rPr>
              <w:t>razvija glasovno zavedanje, povezavo glas–črka in začetno branje ter pisanje po individualnem napredku</w:t>
            </w:r>
          </w:p>
          <w:p w14:paraId="3B446481" w14:textId="77777777" w:rsidR="00187E2C" w:rsidRDefault="00000000">
            <w:pPr>
              <w:pStyle w:val="Oznaenseznam"/>
              <w:spacing w:after="16"/>
            </w:pPr>
            <w:r>
              <w:rPr>
                <w:color w:val="000000"/>
                <w:sz w:val="16"/>
              </w:rPr>
              <w:t>ob namenih in kriterijih spremlja svoje učenje ter uporabi opisno povratno informacijo</w:t>
            </w:r>
          </w:p>
          <w:p w14:paraId="49D06BC6" w14:textId="77777777" w:rsidR="00187E2C" w:rsidRDefault="00000000">
            <w:pPr>
              <w:spacing w:before="40" w:after="20" w:line="245" w:lineRule="auto"/>
            </w:pPr>
            <w:r>
              <w:rPr>
                <w:b/>
                <w:color w:val="000000"/>
                <w:sz w:val="17"/>
              </w:rPr>
              <w:t>OPERATIVNI</w:t>
            </w:r>
          </w:p>
          <w:p w14:paraId="5BC36CA3" w14:textId="77777777" w:rsidR="00187E2C" w:rsidRDefault="00000000">
            <w:pPr>
              <w:pStyle w:val="Oznaenseznam"/>
              <w:spacing w:after="16"/>
            </w:pPr>
            <w:r>
              <w:rPr>
                <w:color w:val="000000"/>
                <w:sz w:val="16"/>
              </w:rPr>
              <w:t>razume opis poti</w:t>
            </w:r>
          </w:p>
          <w:p w14:paraId="732B7DA8" w14:textId="77777777" w:rsidR="00187E2C" w:rsidRDefault="00000000">
            <w:pPr>
              <w:pStyle w:val="Oznaenseznam"/>
              <w:spacing w:after="16"/>
            </w:pPr>
            <w:r>
              <w:rPr>
                <w:color w:val="000000"/>
                <w:sz w:val="16"/>
              </w:rPr>
              <w:t>uporablja levo, desno, naravnost</w:t>
            </w:r>
          </w:p>
          <w:p w14:paraId="66808B11" w14:textId="77777777" w:rsidR="00187E2C" w:rsidRDefault="00000000">
            <w:pPr>
              <w:pStyle w:val="Oznaenseznam"/>
              <w:spacing w:after="16"/>
            </w:pPr>
            <w:r>
              <w:rPr>
                <w:color w:val="000000"/>
                <w:sz w:val="16"/>
              </w:rPr>
              <w:t>tvori kratko navodilo</w:t>
            </w:r>
          </w:p>
          <w:p w14:paraId="6C6400E3" w14:textId="77777777" w:rsidR="00187E2C" w:rsidRDefault="00000000">
            <w:pPr>
              <w:spacing w:before="40" w:after="20" w:line="245" w:lineRule="auto"/>
            </w:pPr>
            <w:r>
              <w:rPr>
                <w:b/>
                <w:color w:val="000000"/>
                <w:sz w:val="17"/>
              </w:rPr>
              <w:t>PRIČAKOVANI DOSEŽKI / MINIMALNI POUDARKI</w:t>
            </w:r>
          </w:p>
          <w:p w14:paraId="5382EC04" w14:textId="77777777" w:rsidR="00187E2C" w:rsidRDefault="00000000">
            <w:pPr>
              <w:pStyle w:val="Oznaenseznam"/>
              <w:spacing w:after="16"/>
            </w:pPr>
            <w:r>
              <w:rPr>
                <w:color w:val="000000"/>
                <w:sz w:val="15"/>
              </w:rPr>
              <w:t>samostojno oziroma z dogovorjeno oporo razume opis poti</w:t>
            </w:r>
          </w:p>
          <w:p w14:paraId="60A5307D" w14:textId="77777777" w:rsidR="00187E2C" w:rsidRDefault="00000000">
            <w:pPr>
              <w:pStyle w:val="Oznaenseznam"/>
              <w:spacing w:after="16"/>
            </w:pPr>
            <w:r>
              <w:rPr>
                <w:color w:val="000000"/>
                <w:sz w:val="15"/>
              </w:rPr>
              <w:t>samostojno oziroma z dogovorjeno oporo uporablja levo, desno, naravnost</w:t>
            </w:r>
          </w:p>
          <w:p w14:paraId="3C421FD9" w14:textId="77777777" w:rsidR="00187E2C" w:rsidRDefault="00000000">
            <w:pPr>
              <w:pStyle w:val="Oznaenseznam"/>
              <w:spacing w:after="16"/>
            </w:pPr>
            <w:r>
              <w:rPr>
                <w:color w:val="000000"/>
                <w:sz w:val="15"/>
              </w:rPr>
              <w:t>samostojno oziroma z dogovorjeno oporo tvori kratko navodilo</w:t>
            </w:r>
          </w:p>
        </w:tc>
        <w:tc>
          <w:tcPr>
            <w:tcW w:w="7087" w:type="dxa"/>
            <w:tcMar>
              <w:top w:w="70" w:type="dxa"/>
              <w:left w:w="90" w:type="dxa"/>
              <w:bottom w:w="70" w:type="dxa"/>
              <w:right w:w="90" w:type="dxa"/>
            </w:tcMar>
          </w:tcPr>
          <w:p w14:paraId="4FCCAC03"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E248DD4" w14:textId="77777777">
              <w:trPr>
                <w:jc w:val="center"/>
              </w:trPr>
              <w:tc>
                <w:tcPr>
                  <w:tcW w:w="7087" w:type="dxa"/>
                  <w:shd w:val="clear" w:color="auto" w:fill="C6E7F3"/>
                  <w:tcMar>
                    <w:top w:w="45" w:type="dxa"/>
                    <w:left w:w="70" w:type="dxa"/>
                    <w:bottom w:w="45" w:type="dxa"/>
                    <w:right w:w="70" w:type="dxa"/>
                  </w:tcMar>
                </w:tcPr>
                <w:p w14:paraId="79EFC34E" w14:textId="77777777" w:rsidR="00187E2C" w:rsidRDefault="00000000">
                  <w:pPr>
                    <w:keepNext/>
                  </w:pPr>
                  <w:r>
                    <w:rPr>
                      <w:b/>
                      <w:color w:val="000000"/>
                    </w:rPr>
                    <w:t>UVODNI DEL – motivacija, aktivacija predznanja in namen učenja (15–20 min)</w:t>
                  </w:r>
                </w:p>
              </w:tc>
            </w:tr>
          </w:tbl>
          <w:p w14:paraId="5B620004" w14:textId="77777777" w:rsidR="00187E2C" w:rsidRDefault="00187E2C">
            <w:pPr>
              <w:spacing w:line="20" w:lineRule="exact"/>
            </w:pPr>
          </w:p>
          <w:p w14:paraId="59A778FC" w14:textId="77777777" w:rsidR="00187E2C" w:rsidRDefault="00000000">
            <w:pPr>
              <w:spacing w:before="40" w:after="60" w:line="245" w:lineRule="auto"/>
            </w:pPr>
            <w:r>
              <w:rPr>
                <w:color w:val="000000"/>
                <w:sz w:val="16"/>
              </w:rPr>
              <w:t>Učenci ob naslovnici, odlomku ali ilustraciji dela »Bobek in barčica« – Anja Štefan • NADALJEVANJE doživljajsko vstopijo v motiv orientacija, načrt poti, morje in varno raziskovanje obale. S kretnjo, predmetom, sliko, glasom ali kratko povedjo pokažejo predznanje in napoved. Izhodiščni odziv povežejo z dejavnostjo BRALNI LIST 33 – BEREM NAVODILO ZA POT.</w:t>
            </w:r>
          </w:p>
          <w:tbl>
            <w:tblPr>
              <w:tblStyle w:val="Tabelamrea"/>
              <w:tblW w:w="0" w:type="auto"/>
              <w:jc w:val="center"/>
              <w:tblLayout w:type="fixed"/>
              <w:tblLook w:val="04A0" w:firstRow="1" w:lastRow="0" w:firstColumn="1" w:lastColumn="0" w:noHBand="0" w:noVBand="1"/>
            </w:tblPr>
            <w:tblGrid>
              <w:gridCol w:w="7087"/>
            </w:tblGrid>
            <w:tr w:rsidR="00187E2C" w14:paraId="1348E174" w14:textId="77777777">
              <w:trPr>
                <w:jc w:val="center"/>
              </w:trPr>
              <w:tc>
                <w:tcPr>
                  <w:tcW w:w="7087" w:type="dxa"/>
                  <w:shd w:val="clear" w:color="auto" w:fill="EDC9EA"/>
                  <w:tcMar>
                    <w:top w:w="45" w:type="dxa"/>
                    <w:left w:w="70" w:type="dxa"/>
                    <w:bottom w:w="45" w:type="dxa"/>
                    <w:right w:w="70" w:type="dxa"/>
                  </w:tcMar>
                </w:tcPr>
                <w:p w14:paraId="08D94C18" w14:textId="77777777" w:rsidR="00187E2C" w:rsidRDefault="00000000">
                  <w:pPr>
                    <w:keepNext/>
                  </w:pPr>
                  <w:r>
                    <w:rPr>
                      <w:b/>
                      <w:color w:val="000000"/>
                    </w:rPr>
                    <w:t>NAMENI UČENJA</w:t>
                  </w:r>
                </w:p>
              </w:tc>
            </w:tr>
          </w:tbl>
          <w:p w14:paraId="6DFDE379" w14:textId="77777777" w:rsidR="00187E2C" w:rsidRDefault="00187E2C">
            <w:pPr>
              <w:spacing w:line="20" w:lineRule="exact"/>
            </w:pPr>
          </w:p>
          <w:p w14:paraId="400C8BF9"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3C62A267" w14:textId="77777777" w:rsidR="00187E2C" w:rsidRDefault="00000000">
            <w:pPr>
              <w:pStyle w:val="Oznaenseznam"/>
              <w:spacing w:after="16"/>
            </w:pPr>
            <w:r>
              <w:rPr>
                <w:color w:val="000000"/>
                <w:sz w:val="16"/>
              </w:rPr>
              <w:t>razumem opis poti</w:t>
            </w:r>
          </w:p>
          <w:p w14:paraId="2EFD262E" w14:textId="77777777" w:rsidR="00187E2C" w:rsidRDefault="00000000">
            <w:pPr>
              <w:pStyle w:val="Oznaenseznam"/>
              <w:spacing w:after="16"/>
            </w:pPr>
            <w:r>
              <w:rPr>
                <w:color w:val="000000"/>
                <w:sz w:val="16"/>
              </w:rPr>
              <w:t>uporabljam levo, desno, naravnost</w:t>
            </w:r>
          </w:p>
          <w:p w14:paraId="40AE879B" w14:textId="77777777" w:rsidR="00187E2C" w:rsidRDefault="00000000">
            <w:pPr>
              <w:pStyle w:val="Oznaenseznam"/>
              <w:spacing w:after="16"/>
            </w:pPr>
            <w:r>
              <w:rPr>
                <w:color w:val="000000"/>
                <w:sz w:val="16"/>
              </w:rPr>
              <w:t>tvorim kratko navodilo</w:t>
            </w:r>
          </w:p>
          <w:tbl>
            <w:tblPr>
              <w:tblStyle w:val="Tabelamrea"/>
              <w:tblW w:w="0" w:type="auto"/>
              <w:jc w:val="center"/>
              <w:tblLayout w:type="fixed"/>
              <w:tblLook w:val="04A0" w:firstRow="1" w:lastRow="0" w:firstColumn="1" w:lastColumn="0" w:noHBand="0" w:noVBand="1"/>
            </w:tblPr>
            <w:tblGrid>
              <w:gridCol w:w="7087"/>
            </w:tblGrid>
            <w:tr w:rsidR="00187E2C" w14:paraId="2CB0B3CC" w14:textId="77777777">
              <w:trPr>
                <w:jc w:val="center"/>
              </w:trPr>
              <w:tc>
                <w:tcPr>
                  <w:tcW w:w="7087" w:type="dxa"/>
                  <w:shd w:val="clear" w:color="auto" w:fill="EDC9EA"/>
                  <w:tcMar>
                    <w:top w:w="45" w:type="dxa"/>
                    <w:left w:w="70" w:type="dxa"/>
                    <w:bottom w:w="45" w:type="dxa"/>
                    <w:right w:w="70" w:type="dxa"/>
                  </w:tcMar>
                </w:tcPr>
                <w:p w14:paraId="0295176F" w14:textId="77777777" w:rsidR="00187E2C" w:rsidRDefault="00000000">
                  <w:pPr>
                    <w:keepNext/>
                  </w:pPr>
                  <w:r>
                    <w:rPr>
                      <w:b/>
                      <w:color w:val="000000"/>
                    </w:rPr>
                    <w:t>PREVERJANJE PREDZNANJA</w:t>
                  </w:r>
                </w:p>
              </w:tc>
            </w:tr>
          </w:tbl>
          <w:p w14:paraId="11EE74FA" w14:textId="77777777" w:rsidR="00187E2C" w:rsidRDefault="00187E2C">
            <w:pPr>
              <w:spacing w:line="20" w:lineRule="exact"/>
            </w:pPr>
          </w:p>
          <w:p w14:paraId="040A5977" w14:textId="77777777" w:rsidR="00187E2C" w:rsidRDefault="00000000">
            <w:pPr>
              <w:pStyle w:val="Oznaenseznam"/>
              <w:spacing w:after="16"/>
            </w:pPr>
            <w:r>
              <w:rPr>
                <w:color w:val="000000"/>
                <w:sz w:val="16"/>
              </w:rPr>
              <w:t>Kaj mi naslovnica, ilustracija ali naslov pove o motivu orientacija, načrt poti, morje in varno raziskovanje obale?</w:t>
            </w:r>
          </w:p>
          <w:p w14:paraId="1C16D804" w14:textId="77777777" w:rsidR="00187E2C" w:rsidRDefault="00000000">
            <w:pPr>
              <w:pStyle w:val="Oznaenseznam"/>
              <w:spacing w:after="16"/>
            </w:pPr>
            <w:r>
              <w:rPr>
                <w:color w:val="000000"/>
                <w:sz w:val="16"/>
              </w:rPr>
              <w:t>Katero strategijo lahko uporabim pri dejavnosti »BEREM NAVODILO ZA POT«?</w:t>
            </w:r>
          </w:p>
          <w:p w14:paraId="3369C441"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7D5C28B9" w14:textId="77777777">
              <w:trPr>
                <w:jc w:val="center"/>
              </w:trPr>
              <w:tc>
                <w:tcPr>
                  <w:tcW w:w="7087" w:type="dxa"/>
                  <w:shd w:val="clear" w:color="auto" w:fill="EDC9EA"/>
                  <w:tcMar>
                    <w:top w:w="45" w:type="dxa"/>
                    <w:left w:w="70" w:type="dxa"/>
                    <w:bottom w:w="45" w:type="dxa"/>
                    <w:right w:w="70" w:type="dxa"/>
                  </w:tcMar>
                </w:tcPr>
                <w:p w14:paraId="7B9AD14B" w14:textId="77777777" w:rsidR="00187E2C" w:rsidRDefault="00000000">
                  <w:pPr>
                    <w:keepNext/>
                  </w:pPr>
                  <w:r>
                    <w:rPr>
                      <w:b/>
                      <w:color w:val="000000"/>
                    </w:rPr>
                    <w:t>KRITERIJI USPEŠNOSTI</w:t>
                  </w:r>
                </w:p>
              </w:tc>
            </w:tr>
          </w:tbl>
          <w:p w14:paraId="5393326C" w14:textId="77777777" w:rsidR="00187E2C" w:rsidRDefault="00187E2C"/>
          <w:p w14:paraId="510244C1" w14:textId="77777777" w:rsidR="00187E2C" w:rsidRDefault="00000000">
            <w:pPr>
              <w:spacing w:before="20" w:after="20" w:line="245" w:lineRule="auto"/>
            </w:pPr>
            <w:r>
              <w:rPr>
                <w:b/>
                <w:color w:val="000000"/>
                <w:sz w:val="16"/>
              </w:rPr>
              <w:t>Uspešen/-na bom, ko:</w:t>
            </w:r>
          </w:p>
          <w:p w14:paraId="5F14930D" w14:textId="77777777" w:rsidR="00187E2C" w:rsidRDefault="00000000">
            <w:pPr>
              <w:pStyle w:val="Oznaenseznam"/>
              <w:spacing w:after="16"/>
            </w:pPr>
            <w:r>
              <w:rPr>
                <w:color w:val="000000"/>
                <w:sz w:val="16"/>
              </w:rPr>
              <w:t>razumem opis poti</w:t>
            </w:r>
          </w:p>
          <w:p w14:paraId="335A4BFD" w14:textId="77777777" w:rsidR="00187E2C" w:rsidRDefault="00000000">
            <w:pPr>
              <w:pStyle w:val="Oznaenseznam"/>
              <w:spacing w:after="16"/>
            </w:pPr>
            <w:r>
              <w:rPr>
                <w:color w:val="000000"/>
                <w:sz w:val="16"/>
              </w:rPr>
              <w:t>uporabljam levo, desno, naravnost</w:t>
            </w:r>
          </w:p>
          <w:p w14:paraId="2A2202D3" w14:textId="77777777" w:rsidR="00187E2C" w:rsidRDefault="00000000">
            <w:pPr>
              <w:pStyle w:val="Oznaenseznam"/>
              <w:spacing w:after="16"/>
            </w:pPr>
            <w:r>
              <w:rPr>
                <w:color w:val="000000"/>
                <w:sz w:val="16"/>
              </w:rPr>
              <w:t>tvorim kratko navodilo</w:t>
            </w:r>
          </w:p>
          <w:p w14:paraId="75D3314A"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4216DF84" w14:textId="77777777" w:rsidR="00187E2C" w:rsidRDefault="00187E2C"/>
          <w:p w14:paraId="028999B5"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73DA648E" w14:textId="77777777" w:rsidR="00187E2C" w:rsidRDefault="00000000">
            <w:pPr>
              <w:spacing w:after="80" w:line="245" w:lineRule="auto"/>
            </w:pPr>
            <w:r>
              <w:rPr>
                <w:color w:val="000000"/>
                <w:sz w:val="16"/>
              </w:rPr>
              <w:t>Pove, pokaže ali nariše, kaj že ve in katero strategijo bi uporabil.</w:t>
            </w:r>
          </w:p>
          <w:p w14:paraId="1C509772" w14:textId="77777777" w:rsidR="00187E2C" w:rsidRDefault="00000000">
            <w:pPr>
              <w:spacing w:after="100" w:line="245" w:lineRule="auto"/>
            </w:pPr>
            <w:r>
              <w:rPr>
                <w:color w:val="000000"/>
                <w:sz w:val="16"/>
              </w:rPr>
              <w:t>Sodeluje pri razumevanju namenov in kriterijev uspešnosti.</w:t>
            </w:r>
          </w:p>
          <w:p w14:paraId="5ACEC48F" w14:textId="77777777" w:rsidR="00187E2C" w:rsidRDefault="00000000">
            <w:pPr>
              <w:spacing w:after="20" w:line="245" w:lineRule="auto"/>
            </w:pPr>
            <w:r>
              <w:rPr>
                <w:b/>
                <w:color w:val="D95BC6"/>
                <w:sz w:val="17"/>
              </w:rPr>
              <w:t>DOKAZ O UČENJU</w:t>
            </w:r>
          </w:p>
          <w:p w14:paraId="49577B1D"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6F25277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3F86CC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F67A4B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627125E" w14:textId="77777777" w:rsidR="00187E2C" w:rsidRDefault="00000000">
            <w:pPr>
              <w:jc w:val="center"/>
            </w:pPr>
            <w:r>
              <w:rPr>
                <w:b/>
                <w:color w:val="000000"/>
                <w:sz w:val="20"/>
              </w:rPr>
              <w:t>UČNE DEJAVNOSTI, METODE IN FORMATIVNO SPREMLJANJE</w:t>
            </w:r>
          </w:p>
        </w:tc>
      </w:tr>
      <w:tr w:rsidR="00187E2C" w14:paraId="1ED0A04F" w14:textId="77777777">
        <w:trPr>
          <w:tblHeader/>
          <w:jc w:val="center"/>
        </w:trPr>
        <w:tc>
          <w:tcPr>
            <w:tcW w:w="4422" w:type="dxa"/>
            <w:vMerge/>
            <w:tcMar>
              <w:top w:w="70" w:type="dxa"/>
              <w:left w:w="90" w:type="dxa"/>
              <w:bottom w:w="70" w:type="dxa"/>
              <w:right w:w="90" w:type="dxa"/>
            </w:tcMar>
            <w:vAlign w:val="center"/>
          </w:tcPr>
          <w:p w14:paraId="4C72C758" w14:textId="77777777" w:rsidR="00187E2C" w:rsidRDefault="00187E2C"/>
        </w:tc>
        <w:tc>
          <w:tcPr>
            <w:tcW w:w="7087" w:type="dxa"/>
            <w:shd w:val="clear" w:color="auto" w:fill="FFFFFF"/>
            <w:tcMar>
              <w:top w:w="70" w:type="dxa"/>
              <w:left w:w="90" w:type="dxa"/>
              <w:bottom w:w="70" w:type="dxa"/>
              <w:right w:w="90" w:type="dxa"/>
            </w:tcMar>
            <w:vAlign w:val="center"/>
          </w:tcPr>
          <w:p w14:paraId="6A5650C2"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6521DC" w14:textId="77777777" w:rsidR="00187E2C" w:rsidRDefault="00000000">
            <w:pPr>
              <w:jc w:val="center"/>
            </w:pPr>
            <w:r>
              <w:rPr>
                <w:b/>
                <w:color w:val="000000"/>
              </w:rPr>
              <w:t>UČENEC</w:t>
            </w:r>
          </w:p>
        </w:tc>
      </w:tr>
      <w:tr w:rsidR="00187E2C" w14:paraId="3CADD90D" w14:textId="77777777">
        <w:trPr>
          <w:jc w:val="center"/>
        </w:trPr>
        <w:tc>
          <w:tcPr>
            <w:tcW w:w="4422" w:type="dxa"/>
            <w:tcMar>
              <w:top w:w="70" w:type="dxa"/>
              <w:left w:w="90" w:type="dxa"/>
              <w:bottom w:w="70" w:type="dxa"/>
              <w:right w:w="90" w:type="dxa"/>
            </w:tcMar>
          </w:tcPr>
          <w:p w14:paraId="44A2B0B2" w14:textId="77777777" w:rsidR="00187E2C" w:rsidRDefault="00187E2C"/>
          <w:p w14:paraId="306166C5" w14:textId="77777777" w:rsidR="00187E2C" w:rsidRDefault="00000000">
            <w:pPr>
              <w:spacing w:after="40" w:line="245" w:lineRule="auto"/>
            </w:pPr>
            <w:r>
              <w:rPr>
                <w:b/>
                <w:color w:val="000000"/>
              </w:rPr>
              <w:t>KLJUČNI POJMI</w:t>
            </w:r>
          </w:p>
          <w:p w14:paraId="23B05FB2"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4053F81F" w14:textId="77777777" w:rsidR="00187E2C" w:rsidRDefault="00000000">
            <w:pPr>
              <w:spacing w:after="20" w:line="245" w:lineRule="auto"/>
            </w:pPr>
            <w:r>
              <w:rPr>
                <w:b/>
                <w:color w:val="000000"/>
                <w:sz w:val="17"/>
              </w:rPr>
              <w:t>DOKAZI O UČENJU</w:t>
            </w:r>
          </w:p>
          <w:p w14:paraId="70628989" w14:textId="77777777" w:rsidR="00187E2C" w:rsidRDefault="00000000">
            <w:pPr>
              <w:pStyle w:val="Oznaenseznam"/>
              <w:spacing w:after="9"/>
            </w:pPr>
            <w:r>
              <w:rPr>
                <w:color w:val="000000"/>
                <w:sz w:val="15"/>
              </w:rPr>
              <w:t>glasno branje, dva odgovora in primerjava prvega ter tretjega branja.</w:t>
            </w:r>
          </w:p>
          <w:p w14:paraId="0F434987" w14:textId="77777777" w:rsidR="00187E2C" w:rsidRDefault="00000000">
            <w:pPr>
              <w:pStyle w:val="Oznaenseznam"/>
              <w:spacing w:after="9"/>
            </w:pPr>
            <w:r>
              <w:rPr>
                <w:color w:val="000000"/>
                <w:sz w:val="15"/>
              </w:rPr>
              <w:t>zvočni posnetek ali anekdotski zapis kratke izmenjave.</w:t>
            </w:r>
          </w:p>
          <w:p w14:paraId="23688428" w14:textId="77777777" w:rsidR="00187E2C" w:rsidRDefault="00000000">
            <w:pPr>
              <w:pStyle w:val="Oznaenseznam"/>
              <w:spacing w:after="9"/>
            </w:pPr>
            <w:r>
              <w:rPr>
                <w:color w:val="000000"/>
                <w:sz w:val="15"/>
              </w:rPr>
              <w:t>pravilno sestavljen primer in učenčeva ustna razlaga postopka.</w:t>
            </w:r>
          </w:p>
          <w:p w14:paraId="7BA2AA46" w14:textId="77777777" w:rsidR="00187E2C" w:rsidRDefault="00000000">
            <w:pPr>
              <w:pStyle w:val="Oznaenseznam"/>
              <w:spacing w:after="9"/>
            </w:pPr>
            <w:r>
              <w:rPr>
                <w:color w:val="000000"/>
                <w:sz w:val="15"/>
              </w:rPr>
              <w:t>datiran zapis v mapi in kratek komentar učenca o najuspešnejšem delu.</w:t>
            </w:r>
          </w:p>
          <w:p w14:paraId="2A6B4507" w14:textId="77777777" w:rsidR="00187E2C" w:rsidRDefault="00000000">
            <w:pPr>
              <w:pStyle w:val="Oznaenseznam"/>
              <w:spacing w:after="9"/>
            </w:pPr>
            <w:r>
              <w:rPr>
                <w:color w:val="000000"/>
                <w:sz w:val="15"/>
              </w:rPr>
              <w:t>nastop/izdelek, vrstniška povratna informacija in samovrednotenje.</w:t>
            </w:r>
          </w:p>
          <w:p w14:paraId="7043F249" w14:textId="77777777" w:rsidR="00187E2C" w:rsidRDefault="00000000">
            <w:pPr>
              <w:spacing w:before="40" w:after="20" w:line="245" w:lineRule="auto"/>
            </w:pPr>
            <w:r>
              <w:rPr>
                <w:b/>
                <w:color w:val="000000"/>
                <w:sz w:val="17"/>
              </w:rPr>
              <w:t>KNJIŽEVNO DOŽIVETJE IN IZKUŠENJSKI POUK</w:t>
            </w:r>
          </w:p>
          <w:p w14:paraId="79B2C510"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A3F0267" w14:textId="77777777" w:rsidR="00187E2C" w:rsidRDefault="00000000">
            <w:pPr>
              <w:spacing w:after="20" w:line="245" w:lineRule="auto"/>
            </w:pPr>
            <w:r>
              <w:rPr>
                <w:b/>
                <w:color w:val="000000"/>
                <w:sz w:val="17"/>
              </w:rPr>
              <w:t>POUČEVANJE V GIBANJU</w:t>
            </w:r>
          </w:p>
          <w:p w14:paraId="3E4C128B"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07703245" w14:textId="77777777" w:rsidR="00187E2C" w:rsidRDefault="00000000">
            <w:pPr>
              <w:spacing w:after="20" w:line="245" w:lineRule="auto"/>
            </w:pPr>
            <w:r>
              <w:rPr>
                <w:b/>
                <w:color w:val="000000"/>
                <w:sz w:val="17"/>
              </w:rPr>
              <w:t>DELO PO POSTAJAH</w:t>
            </w:r>
          </w:p>
          <w:p w14:paraId="76453763"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33, modelirano, vodeno ali ponovljeno branje; 4. slikovno-pisna – urejam zaporedje, rišem, dopolnim ali zapišem odziv ter izbor dokaza, povratna informacija in naslednji korak.</w:t>
            </w:r>
          </w:p>
          <w:p w14:paraId="586AC541" w14:textId="77777777" w:rsidR="00187E2C" w:rsidRDefault="00000000">
            <w:pPr>
              <w:spacing w:after="20" w:line="245" w:lineRule="auto"/>
            </w:pPr>
            <w:r>
              <w:rPr>
                <w:b/>
                <w:color w:val="000000"/>
                <w:sz w:val="17"/>
              </w:rPr>
              <w:t>DIFERENCIACIJA IN VKLJUČEVANJE</w:t>
            </w:r>
          </w:p>
          <w:p w14:paraId="131E24DC"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0678C206" w14:textId="77777777" w:rsidR="00187E2C" w:rsidRDefault="00000000">
            <w:pPr>
              <w:spacing w:after="20" w:line="245" w:lineRule="auto"/>
            </w:pPr>
            <w:r>
              <w:rPr>
                <w:b/>
                <w:color w:val="000000"/>
                <w:sz w:val="17"/>
              </w:rPr>
              <w:t>SPREMLJANJE</w:t>
            </w:r>
          </w:p>
          <w:p w14:paraId="61B81933"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EAB9C2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5A80CF7" w14:textId="77777777">
              <w:trPr>
                <w:jc w:val="center"/>
              </w:trPr>
              <w:tc>
                <w:tcPr>
                  <w:tcW w:w="7087" w:type="dxa"/>
                  <w:shd w:val="clear" w:color="auto" w:fill="C6E7F3"/>
                  <w:tcMar>
                    <w:top w:w="45" w:type="dxa"/>
                    <w:left w:w="70" w:type="dxa"/>
                    <w:bottom w:w="45" w:type="dxa"/>
                    <w:right w:w="70" w:type="dxa"/>
                  </w:tcMar>
                </w:tcPr>
                <w:p w14:paraId="48919FB0" w14:textId="77777777" w:rsidR="00187E2C" w:rsidRDefault="00000000">
                  <w:pPr>
                    <w:keepNext/>
                  </w:pPr>
                  <w:r>
                    <w:rPr>
                      <w:b/>
                      <w:color w:val="000000"/>
                      <w:sz w:val="17"/>
                    </w:rPr>
                    <w:t>GLAVNI DEL – DOŽIVLJAJSKO, JEZIKOVNO IN OPISMENJEVALNO UČENJE (5 šolskih ur)</w:t>
                  </w:r>
                </w:p>
              </w:tc>
            </w:tr>
          </w:tbl>
          <w:p w14:paraId="6B061407" w14:textId="77777777" w:rsidR="00187E2C" w:rsidRDefault="00187E2C">
            <w:pPr>
              <w:spacing w:line="20" w:lineRule="exact"/>
            </w:pPr>
          </w:p>
          <w:p w14:paraId="633B4880" w14:textId="77777777" w:rsidR="00187E2C" w:rsidRDefault="00000000">
            <w:pPr>
              <w:keepNext/>
              <w:spacing w:before="22" w:after="6" w:line="245" w:lineRule="auto"/>
            </w:pPr>
            <w:r>
              <w:rPr>
                <w:b/>
                <w:color w:val="000000"/>
                <w:sz w:val="16"/>
              </w:rPr>
              <w:t>1. URA – Berem navodilo za pot</w:t>
            </w:r>
          </w:p>
          <w:p w14:paraId="74594F5B" w14:textId="77777777" w:rsidR="00187E2C" w:rsidRDefault="00000000">
            <w:pPr>
              <w:spacing w:after="7" w:line="245" w:lineRule="auto"/>
            </w:pPr>
            <w:r>
              <w:rPr>
                <w:b/>
                <w:color w:val="000000"/>
                <w:sz w:val="15"/>
              </w:rPr>
              <w:t xml:space="preserve">Dejavnost učiteljice: </w:t>
            </w:r>
            <w:r>
              <w:rPr>
                <w:color w:val="000000"/>
                <w:sz w:val="15"/>
              </w:rPr>
              <w:t>Vodi delo z Bralnim listom 33 (berem navodilo za pot): prvo branje, vprašanji »Kam grem najprej? Kje se ustavim?«, ponovno branje in povedi po prostoru. Individualno opazuje natančnost.</w:t>
            </w:r>
          </w:p>
          <w:p w14:paraId="214655BD" w14:textId="77777777" w:rsidR="00187E2C" w:rsidRDefault="00000000">
            <w:pPr>
              <w:spacing w:after="7" w:line="245" w:lineRule="auto"/>
            </w:pPr>
            <w:r>
              <w:rPr>
                <w:b/>
                <w:color w:val="000000"/>
                <w:sz w:val="15"/>
              </w:rPr>
              <w:t xml:space="preserve">Dejavnost učencev: </w:t>
            </w:r>
            <w:r>
              <w:rPr>
                <w:color w:val="000000"/>
                <w:sz w:val="15"/>
              </w:rPr>
              <w:t>Besedilo na Bralnem listu 33 bere po delih ali povezano, odgovori na vprašanji, poišče povedi v prostoru in izbrano poved trikrat ponovi.</w:t>
            </w:r>
          </w:p>
          <w:p w14:paraId="2253FAEB" w14:textId="77777777" w:rsidR="00187E2C" w:rsidRDefault="00000000">
            <w:pPr>
              <w:spacing w:after="15" w:line="245" w:lineRule="auto"/>
            </w:pPr>
            <w:r>
              <w:rPr>
                <w:i/>
                <w:color w:val="D95BC6"/>
                <w:sz w:val="14"/>
              </w:rPr>
              <w:t>Predvideni dokaz: glasno branje, dva odgovora in primerjava prvega ter tretjega branja..</w:t>
            </w:r>
          </w:p>
          <w:p w14:paraId="0ACDD940" w14:textId="77777777" w:rsidR="00187E2C" w:rsidRDefault="00000000">
            <w:pPr>
              <w:keepNext/>
              <w:spacing w:before="22" w:after="6" w:line="245" w:lineRule="auto"/>
            </w:pPr>
            <w:r>
              <w:rPr>
                <w:b/>
                <w:color w:val="000000"/>
                <w:sz w:val="16"/>
              </w:rPr>
              <w:t>2. URA – Navodilo za pot – Govorim in pojasnjujem</w:t>
            </w:r>
          </w:p>
          <w:p w14:paraId="1614117E" w14:textId="77777777" w:rsidR="00187E2C" w:rsidRDefault="00000000">
            <w:pPr>
              <w:spacing w:after="7" w:line="245" w:lineRule="auto"/>
            </w:pPr>
            <w:r>
              <w:rPr>
                <w:b/>
                <w:color w:val="000000"/>
                <w:sz w:val="15"/>
              </w:rPr>
              <w:t xml:space="preserve">Dejavnost učiteljice: </w:t>
            </w:r>
            <w:r>
              <w:rPr>
                <w:color w:val="000000"/>
                <w:sz w:val="15"/>
              </w:rPr>
              <w:t>Modelira pogovor ali pripoved ter ponudi slikovne opore in začetke povedi; sproti zbira individualne dokaze in prilagodi oporo.</w:t>
            </w:r>
          </w:p>
          <w:p w14:paraId="1AEFCCD1" w14:textId="77777777" w:rsidR="00187E2C" w:rsidRDefault="00000000">
            <w:pPr>
              <w:spacing w:after="7" w:line="245" w:lineRule="auto"/>
            </w:pPr>
            <w:r>
              <w:rPr>
                <w:b/>
                <w:color w:val="000000"/>
                <w:sz w:val="15"/>
              </w:rPr>
              <w:t xml:space="preserve">Dejavnost učencev: </w:t>
            </w:r>
            <w:r>
              <w:rPr>
                <w:color w:val="000000"/>
                <w:sz w:val="15"/>
              </w:rPr>
              <w:t>V paru govori in posluša, zamenja vlogo, postavi vprašanje ter uporabi besedo iz tedenske besedne banke; dejavnost poveže s ciljem »uporablja levo, desno, naravnost«.</w:t>
            </w:r>
          </w:p>
          <w:p w14:paraId="7C9130AF" w14:textId="77777777" w:rsidR="00187E2C" w:rsidRDefault="00000000">
            <w:pPr>
              <w:spacing w:after="15" w:line="245" w:lineRule="auto"/>
            </w:pPr>
            <w:r>
              <w:rPr>
                <w:i/>
                <w:color w:val="D95BC6"/>
                <w:sz w:val="14"/>
              </w:rPr>
              <w:t>Predvideni dokaz: zvočni posnetek ali anekdotski zapis kratke izmenjave..</w:t>
            </w:r>
          </w:p>
          <w:p w14:paraId="6905A3B5" w14:textId="77777777" w:rsidR="00187E2C" w:rsidRDefault="00000000">
            <w:pPr>
              <w:keepNext/>
              <w:spacing w:before="22" w:after="6" w:line="245" w:lineRule="auto"/>
            </w:pPr>
            <w:r>
              <w:rPr>
                <w:b/>
                <w:color w:val="000000"/>
                <w:sz w:val="16"/>
              </w:rPr>
              <w:t>3. URA – Navodilo za pot – Razčlenjujem jezik</w:t>
            </w:r>
          </w:p>
          <w:p w14:paraId="18663398" w14:textId="77777777" w:rsidR="00187E2C" w:rsidRDefault="00000000">
            <w:pPr>
              <w:spacing w:after="7" w:line="245" w:lineRule="auto"/>
            </w:pPr>
            <w:r>
              <w:rPr>
                <w:b/>
                <w:color w:val="000000"/>
                <w:sz w:val="15"/>
              </w:rPr>
              <w:t xml:space="preserve">Dejavnost učiteljice: </w:t>
            </w:r>
            <w:r>
              <w:rPr>
                <w:color w:val="000000"/>
                <w:sz w:val="15"/>
              </w:rPr>
              <w:t>Pripravi talne kartice glasov, zlogov, besed ali povedi in najprej modelira eno razčlenitev; sproti zbira individualne dokaze in prilagodi oporo.</w:t>
            </w:r>
          </w:p>
          <w:p w14:paraId="23D603B8" w14:textId="77777777" w:rsidR="00187E2C" w:rsidRDefault="00000000">
            <w:pPr>
              <w:spacing w:after="7" w:line="245" w:lineRule="auto"/>
            </w:pPr>
            <w:r>
              <w:rPr>
                <w:b/>
                <w:color w:val="000000"/>
                <w:sz w:val="15"/>
              </w:rPr>
              <w:t xml:space="preserve">Dejavnost učencev: </w:t>
            </w:r>
            <w:r>
              <w:rPr>
                <w:color w:val="000000"/>
                <w:sz w:val="15"/>
              </w:rPr>
              <w:t>Ploska, stopa, razstavlja in sestavlja; primer razvrsti ter svojo rešitev preveri s sošolcem; dejavnost poveže s ciljem »tvori kratko navodilo«.</w:t>
            </w:r>
          </w:p>
          <w:p w14:paraId="645977D8" w14:textId="77777777" w:rsidR="00187E2C" w:rsidRDefault="00000000">
            <w:pPr>
              <w:spacing w:after="15" w:line="245" w:lineRule="auto"/>
            </w:pPr>
            <w:r>
              <w:rPr>
                <w:i/>
                <w:color w:val="D95BC6"/>
                <w:sz w:val="14"/>
              </w:rPr>
              <w:t>Predvideni dokaz: pravilno sestavljen primer in učenčeva ustna razlaga postopka..</w:t>
            </w:r>
          </w:p>
          <w:p w14:paraId="575776AE" w14:textId="77777777" w:rsidR="00187E2C" w:rsidRDefault="00000000">
            <w:pPr>
              <w:keepNext/>
              <w:spacing w:before="22" w:after="6" w:line="245" w:lineRule="auto"/>
            </w:pPr>
            <w:r>
              <w:rPr>
                <w:b/>
                <w:color w:val="000000"/>
                <w:sz w:val="16"/>
              </w:rPr>
              <w:t>4. URA – Navodilo za pot – Pišem in ustvarjam</w:t>
            </w:r>
          </w:p>
          <w:p w14:paraId="5170C98D" w14:textId="77777777" w:rsidR="00187E2C" w:rsidRDefault="00000000">
            <w:pPr>
              <w:spacing w:after="7" w:line="245" w:lineRule="auto"/>
            </w:pPr>
            <w:r>
              <w:rPr>
                <w:b/>
                <w:color w:val="000000"/>
                <w:sz w:val="15"/>
              </w:rPr>
              <w:t xml:space="preserve">Dejavnost učiteljice: </w:t>
            </w:r>
            <w:r>
              <w:rPr>
                <w:color w:val="000000"/>
                <w:sz w:val="15"/>
              </w:rPr>
              <w:t>Pokaže grafomotorični ali pisni korak, nato umakne model in opazuje individualno izvedbo; sproti zbira individualne dokaze in prilagodi oporo.</w:t>
            </w:r>
          </w:p>
          <w:p w14:paraId="6EF105FA" w14:textId="77777777" w:rsidR="00187E2C" w:rsidRDefault="00000000">
            <w:pPr>
              <w:spacing w:after="7" w:line="245" w:lineRule="auto"/>
            </w:pPr>
            <w:r>
              <w:rPr>
                <w:b/>
                <w:color w:val="000000"/>
                <w:sz w:val="15"/>
              </w:rPr>
              <w:t xml:space="preserve">Dejavnost učencev: </w:t>
            </w:r>
            <w:r>
              <w:rPr>
                <w:color w:val="000000"/>
                <w:sz w:val="15"/>
              </w:rPr>
              <w:t>Najprej potezo izvede s celim telesom, nato v pesku/zraku in na listu; zapiše znak, besedo ali poved po svojih zmožnostih.</w:t>
            </w:r>
          </w:p>
          <w:p w14:paraId="2F7F4D45" w14:textId="77777777" w:rsidR="00187E2C" w:rsidRDefault="00000000">
            <w:pPr>
              <w:spacing w:after="15" w:line="245" w:lineRule="auto"/>
            </w:pPr>
            <w:r>
              <w:rPr>
                <w:i/>
                <w:color w:val="D95BC6"/>
                <w:sz w:val="14"/>
              </w:rPr>
              <w:t>Predvideni dokaz: datiran zapis v mapi in kratek komentar učenca o najuspešnejšem delu..</w:t>
            </w:r>
          </w:p>
          <w:p w14:paraId="41C416E0" w14:textId="77777777" w:rsidR="00187E2C" w:rsidRDefault="00000000">
            <w:pPr>
              <w:keepNext/>
              <w:spacing w:before="22" w:after="6" w:line="245" w:lineRule="auto"/>
            </w:pPr>
            <w:r>
              <w:rPr>
                <w:b/>
                <w:color w:val="000000"/>
                <w:sz w:val="16"/>
              </w:rPr>
              <w:t>5. URA – Navodilo za pot – Predstavim in vrednotim</w:t>
            </w:r>
          </w:p>
          <w:p w14:paraId="1AAE5BCE" w14:textId="77777777" w:rsidR="00187E2C" w:rsidRDefault="00000000">
            <w:pPr>
              <w:spacing w:after="7" w:line="245" w:lineRule="auto"/>
            </w:pPr>
            <w:r>
              <w:rPr>
                <w:b/>
                <w:color w:val="000000"/>
                <w:sz w:val="15"/>
              </w:rPr>
              <w:t xml:space="preserve">Dejavnost učiteljice: </w:t>
            </w:r>
            <w:r>
              <w:rPr>
                <w:color w:val="000000"/>
                <w:sz w:val="15"/>
              </w:rPr>
              <w:t>Organizira mini oder ali galerijo, ponovi kriterije razločnosti in poslušanja ter modelira opisno povratno informacijo; sproti zbira individualne dokaze in prilagodi oporo.</w:t>
            </w:r>
          </w:p>
          <w:p w14:paraId="2E04ABCE" w14:textId="77777777" w:rsidR="00187E2C" w:rsidRDefault="00000000">
            <w:pPr>
              <w:spacing w:after="7" w:line="245" w:lineRule="auto"/>
            </w:pPr>
            <w:r>
              <w:rPr>
                <w:b/>
                <w:color w:val="000000"/>
                <w:sz w:val="15"/>
              </w:rPr>
              <w:t xml:space="preserve">Dejavnost učencev: </w:t>
            </w:r>
            <w:r>
              <w:rPr>
                <w:color w:val="000000"/>
                <w:sz w:val="15"/>
              </w:rPr>
              <w:t>Pripoveduje, bere, dramatizira ali predstavi zapis; vrstniku pove eno opaženo moč in eno vprašanje; dejavnost poveže s ciljem »razume opis poti«.</w:t>
            </w:r>
          </w:p>
          <w:p w14:paraId="043FB9A2"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5CF6BE8C" w14:textId="77777777">
              <w:trPr>
                <w:jc w:val="center"/>
              </w:trPr>
              <w:tc>
                <w:tcPr>
                  <w:tcW w:w="7087" w:type="dxa"/>
                  <w:shd w:val="clear" w:color="auto" w:fill="EDC9EA"/>
                  <w:tcMar>
                    <w:top w:w="45" w:type="dxa"/>
                    <w:left w:w="70" w:type="dxa"/>
                    <w:bottom w:w="45" w:type="dxa"/>
                    <w:right w:w="70" w:type="dxa"/>
                  </w:tcMar>
                </w:tcPr>
                <w:p w14:paraId="1BC12D62" w14:textId="77777777" w:rsidR="00187E2C" w:rsidRDefault="00000000">
                  <w:pPr>
                    <w:keepNext/>
                  </w:pPr>
                  <w:r>
                    <w:rPr>
                      <w:b/>
                      <w:color w:val="000000"/>
                      <w:sz w:val="17"/>
                    </w:rPr>
                    <w:t>POVRATNA INFORMACIJA UČITELJICE MED DELOM</w:t>
                  </w:r>
                </w:p>
              </w:tc>
            </w:tr>
          </w:tbl>
          <w:p w14:paraId="00F8F8AD" w14:textId="77777777" w:rsidR="00187E2C" w:rsidRDefault="00187E2C"/>
          <w:p w14:paraId="6A68A2F7"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4B40DEAF" w14:textId="77777777" w:rsidR="00187E2C" w:rsidRDefault="00187E2C"/>
          <w:p w14:paraId="12ABB5AB" w14:textId="77777777" w:rsidR="00187E2C" w:rsidRDefault="00000000">
            <w:pPr>
              <w:spacing w:after="4" w:line="245" w:lineRule="auto"/>
            </w:pPr>
            <w:r>
              <w:rPr>
                <w:b/>
                <w:color w:val="000000"/>
                <w:sz w:val="15"/>
              </w:rPr>
              <w:t>1. URA – Berem navodilo za pot</w:t>
            </w:r>
          </w:p>
          <w:p w14:paraId="60652FA5" w14:textId="77777777" w:rsidR="00187E2C" w:rsidRDefault="00000000">
            <w:pPr>
              <w:spacing w:after="7" w:line="245" w:lineRule="auto"/>
            </w:pPr>
            <w:r>
              <w:rPr>
                <w:color w:val="000000"/>
                <w:sz w:val="14"/>
              </w:rPr>
              <w:t>Besedilo na Bralnem listu 33 bere po delih ali povezano, odgovori na vprašanji.</w:t>
            </w:r>
          </w:p>
          <w:p w14:paraId="24E1B492" w14:textId="77777777" w:rsidR="00187E2C" w:rsidRDefault="00000000">
            <w:pPr>
              <w:spacing w:after="15" w:line="245" w:lineRule="auto"/>
            </w:pPr>
            <w:r>
              <w:rPr>
                <w:color w:val="D95BC6"/>
                <w:sz w:val="14"/>
              </w:rPr>
              <w:t>Dokaz: glasno branje, dva odgovora in primerjava prvega ter tretjega branja.</w:t>
            </w:r>
          </w:p>
          <w:p w14:paraId="01D90089" w14:textId="77777777" w:rsidR="00187E2C" w:rsidRDefault="00000000">
            <w:pPr>
              <w:spacing w:after="4" w:line="245" w:lineRule="auto"/>
            </w:pPr>
            <w:r>
              <w:rPr>
                <w:b/>
                <w:color w:val="000000"/>
                <w:sz w:val="15"/>
              </w:rPr>
              <w:t>2. URA – Navodilo za pot – Govorim in pojasnjujem</w:t>
            </w:r>
          </w:p>
          <w:p w14:paraId="7CF643C9" w14:textId="77777777" w:rsidR="00187E2C" w:rsidRDefault="00000000">
            <w:pPr>
              <w:spacing w:after="7" w:line="245" w:lineRule="auto"/>
            </w:pPr>
            <w:r>
              <w:rPr>
                <w:color w:val="000000"/>
                <w:sz w:val="14"/>
              </w:rPr>
              <w:t>V paru govori in posluša, zamenja vlogo, postavi vprašanje ter uporabi besedo iz tedenske besedne banke.</w:t>
            </w:r>
          </w:p>
          <w:p w14:paraId="0E9362D2" w14:textId="77777777" w:rsidR="00187E2C" w:rsidRDefault="00000000">
            <w:pPr>
              <w:spacing w:after="15" w:line="245" w:lineRule="auto"/>
            </w:pPr>
            <w:r>
              <w:rPr>
                <w:color w:val="D95BC6"/>
                <w:sz w:val="14"/>
              </w:rPr>
              <w:t>Dokaz: zvočni posnetek ali anekdotski zapis kratke izmenjave.</w:t>
            </w:r>
          </w:p>
          <w:p w14:paraId="4742D2F4" w14:textId="77777777" w:rsidR="00187E2C" w:rsidRDefault="00000000">
            <w:pPr>
              <w:spacing w:after="4" w:line="245" w:lineRule="auto"/>
            </w:pPr>
            <w:r>
              <w:rPr>
                <w:b/>
                <w:color w:val="000000"/>
                <w:sz w:val="15"/>
              </w:rPr>
              <w:t>3. URA – Navodilo za pot – Razčlenjujem jezik</w:t>
            </w:r>
          </w:p>
          <w:p w14:paraId="69A3AB1D" w14:textId="77777777" w:rsidR="00187E2C" w:rsidRDefault="00000000">
            <w:pPr>
              <w:spacing w:after="7" w:line="245" w:lineRule="auto"/>
            </w:pPr>
            <w:r>
              <w:rPr>
                <w:color w:val="000000"/>
                <w:sz w:val="14"/>
              </w:rPr>
              <w:t>Ploska, stopa, razstavlja in sestavlja; primer razvrsti ter svojo rešitev preveri s sošolcem.</w:t>
            </w:r>
          </w:p>
          <w:p w14:paraId="46E85485" w14:textId="77777777" w:rsidR="00187E2C" w:rsidRDefault="00000000">
            <w:pPr>
              <w:spacing w:after="15" w:line="245" w:lineRule="auto"/>
            </w:pPr>
            <w:r>
              <w:rPr>
                <w:color w:val="D95BC6"/>
                <w:sz w:val="14"/>
              </w:rPr>
              <w:t>Dokaz: pravilno sestavljen primer in učenčeva ustna razlaga postopka.</w:t>
            </w:r>
          </w:p>
          <w:p w14:paraId="59FF5C1D" w14:textId="77777777" w:rsidR="00187E2C" w:rsidRDefault="00000000">
            <w:pPr>
              <w:spacing w:after="4" w:line="245" w:lineRule="auto"/>
            </w:pPr>
            <w:r>
              <w:rPr>
                <w:b/>
                <w:color w:val="000000"/>
                <w:sz w:val="15"/>
              </w:rPr>
              <w:t>4. URA – Navodilo za pot – Pišem in ustvarjam</w:t>
            </w:r>
          </w:p>
          <w:p w14:paraId="347DB0A8" w14:textId="77777777" w:rsidR="00187E2C" w:rsidRDefault="00000000">
            <w:pPr>
              <w:spacing w:after="7" w:line="245" w:lineRule="auto"/>
            </w:pPr>
            <w:r>
              <w:rPr>
                <w:color w:val="000000"/>
                <w:sz w:val="14"/>
              </w:rPr>
              <w:t>Najprej potezo izvede s celim telesom, nato v pesku/zraku in na listu; zapiše znak.</w:t>
            </w:r>
          </w:p>
          <w:p w14:paraId="54EEFAFE" w14:textId="77777777" w:rsidR="00187E2C" w:rsidRDefault="00000000">
            <w:pPr>
              <w:spacing w:after="15" w:line="245" w:lineRule="auto"/>
            </w:pPr>
            <w:r>
              <w:rPr>
                <w:color w:val="D95BC6"/>
                <w:sz w:val="14"/>
              </w:rPr>
              <w:t>Dokaz: datiran zapis v mapi in kratek komentar učenca o najuspešnejšem delu.</w:t>
            </w:r>
          </w:p>
          <w:p w14:paraId="6F1FB391" w14:textId="77777777" w:rsidR="00187E2C" w:rsidRDefault="00000000">
            <w:pPr>
              <w:spacing w:after="4" w:line="245" w:lineRule="auto"/>
            </w:pPr>
            <w:r>
              <w:rPr>
                <w:b/>
                <w:color w:val="000000"/>
                <w:sz w:val="15"/>
              </w:rPr>
              <w:t>5. URA – Navodilo za pot – Predstavim in vrednotim</w:t>
            </w:r>
          </w:p>
          <w:p w14:paraId="2E38C4F4" w14:textId="77777777" w:rsidR="00187E2C" w:rsidRDefault="00000000">
            <w:pPr>
              <w:spacing w:after="7" w:line="245" w:lineRule="auto"/>
            </w:pPr>
            <w:r>
              <w:rPr>
                <w:color w:val="000000"/>
                <w:sz w:val="14"/>
              </w:rPr>
              <w:t>Pripoveduje, bere, dramatizira ali predstavi zapis; vrstniku pove eno opaženo moč in eno vprašanje.</w:t>
            </w:r>
          </w:p>
          <w:p w14:paraId="52E8811B" w14:textId="77777777" w:rsidR="00187E2C" w:rsidRDefault="00000000">
            <w:pPr>
              <w:spacing w:after="15" w:line="245" w:lineRule="auto"/>
            </w:pPr>
            <w:r>
              <w:rPr>
                <w:color w:val="D95BC6"/>
                <w:sz w:val="14"/>
              </w:rPr>
              <w:t>Dokaz: nastop/izdelek, vrstniška povratna informacija in samovrednotenje.</w:t>
            </w:r>
          </w:p>
        </w:tc>
      </w:tr>
    </w:tbl>
    <w:p w14:paraId="746CA54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091C8D8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0E9C86"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6976578" w14:textId="77777777" w:rsidR="00187E2C" w:rsidRDefault="00000000">
            <w:pPr>
              <w:jc w:val="center"/>
            </w:pPr>
            <w:r>
              <w:rPr>
                <w:b/>
                <w:color w:val="000000"/>
                <w:sz w:val="20"/>
              </w:rPr>
              <w:t>UČNE DEJAVNOSTI, METODE IN FORMATIVNO SPREMLJANJE</w:t>
            </w:r>
          </w:p>
        </w:tc>
      </w:tr>
      <w:tr w:rsidR="00187E2C" w14:paraId="6DC4A472" w14:textId="77777777">
        <w:trPr>
          <w:tblHeader/>
          <w:jc w:val="center"/>
        </w:trPr>
        <w:tc>
          <w:tcPr>
            <w:tcW w:w="4422" w:type="dxa"/>
            <w:vMerge/>
            <w:tcMar>
              <w:top w:w="70" w:type="dxa"/>
              <w:left w:w="90" w:type="dxa"/>
              <w:bottom w:w="70" w:type="dxa"/>
              <w:right w:w="90" w:type="dxa"/>
            </w:tcMar>
            <w:vAlign w:val="center"/>
          </w:tcPr>
          <w:p w14:paraId="276F35B6" w14:textId="77777777" w:rsidR="00187E2C" w:rsidRDefault="00187E2C"/>
        </w:tc>
        <w:tc>
          <w:tcPr>
            <w:tcW w:w="7087" w:type="dxa"/>
            <w:shd w:val="clear" w:color="auto" w:fill="FFFFFF"/>
            <w:tcMar>
              <w:top w:w="70" w:type="dxa"/>
              <w:left w:w="90" w:type="dxa"/>
              <w:bottom w:w="70" w:type="dxa"/>
              <w:right w:w="90" w:type="dxa"/>
            </w:tcMar>
            <w:vAlign w:val="center"/>
          </w:tcPr>
          <w:p w14:paraId="706C58A3"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7915709" w14:textId="77777777" w:rsidR="00187E2C" w:rsidRDefault="00000000">
            <w:pPr>
              <w:jc w:val="center"/>
            </w:pPr>
            <w:r>
              <w:rPr>
                <w:b/>
                <w:color w:val="000000"/>
              </w:rPr>
              <w:t>UČENEC</w:t>
            </w:r>
          </w:p>
        </w:tc>
      </w:tr>
      <w:tr w:rsidR="00187E2C" w14:paraId="0E9BB7F2" w14:textId="77777777">
        <w:trPr>
          <w:jc w:val="center"/>
        </w:trPr>
        <w:tc>
          <w:tcPr>
            <w:tcW w:w="4422" w:type="dxa"/>
            <w:tcMar>
              <w:top w:w="70" w:type="dxa"/>
              <w:left w:w="90" w:type="dxa"/>
              <w:bottom w:w="70" w:type="dxa"/>
              <w:right w:w="90" w:type="dxa"/>
            </w:tcMar>
          </w:tcPr>
          <w:p w14:paraId="2BE5A1C0" w14:textId="77777777" w:rsidR="00187E2C" w:rsidRDefault="00187E2C"/>
          <w:p w14:paraId="237B11CD" w14:textId="77777777" w:rsidR="00187E2C" w:rsidRDefault="00000000">
            <w:pPr>
              <w:spacing w:after="40" w:line="245" w:lineRule="auto"/>
            </w:pPr>
            <w:r>
              <w:rPr>
                <w:b/>
                <w:color w:val="000000"/>
              </w:rPr>
              <w:t>FORMATIVNO SPREMLJANJE</w:t>
            </w:r>
          </w:p>
          <w:p w14:paraId="4366B126"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55A6EA2D"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F72A559"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C3E41D6"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2B70AE59" w14:textId="77777777" w:rsidR="00187E2C" w:rsidRDefault="00000000">
            <w:pPr>
              <w:spacing w:before="40" w:after="20" w:line="245" w:lineRule="auto"/>
            </w:pPr>
            <w:r>
              <w:rPr>
                <w:b/>
                <w:color w:val="000000"/>
                <w:sz w:val="17"/>
              </w:rPr>
              <w:t>VARNOST IN ODGOVORNOST</w:t>
            </w:r>
          </w:p>
          <w:p w14:paraId="1CDD4CB3"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70D423A0" w14:textId="77777777" w:rsidR="00187E2C" w:rsidRDefault="00000000">
            <w:pPr>
              <w:spacing w:after="20" w:line="245" w:lineRule="auto"/>
            </w:pPr>
            <w:r>
              <w:rPr>
                <w:b/>
                <w:color w:val="000000"/>
                <w:sz w:val="17"/>
              </w:rPr>
              <w:t>EVIDENCA PO IZVEDBI</w:t>
            </w:r>
          </w:p>
          <w:p w14:paraId="15679E99"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433C1598"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1B96971" w14:textId="77777777">
              <w:trPr>
                <w:jc w:val="center"/>
              </w:trPr>
              <w:tc>
                <w:tcPr>
                  <w:tcW w:w="7087" w:type="dxa"/>
                  <w:shd w:val="clear" w:color="auto" w:fill="EDC9EA"/>
                  <w:tcMar>
                    <w:top w:w="45" w:type="dxa"/>
                    <w:left w:w="70" w:type="dxa"/>
                    <w:bottom w:w="45" w:type="dxa"/>
                    <w:right w:w="70" w:type="dxa"/>
                  </w:tcMar>
                </w:tcPr>
                <w:p w14:paraId="73154307" w14:textId="77777777" w:rsidR="00187E2C" w:rsidRDefault="00000000">
                  <w:pPr>
                    <w:keepNext/>
                  </w:pPr>
                  <w:r>
                    <w:rPr>
                      <w:b/>
                      <w:color w:val="000000"/>
                    </w:rPr>
                    <w:t>VPRAŠANJA V PODPORO JEZIKOVNEMU, BRALNEMU IN KNJIŽEVNEMU UČENJU</w:t>
                  </w:r>
                </w:p>
              </w:tc>
            </w:tr>
          </w:tbl>
          <w:p w14:paraId="110EDE4F" w14:textId="77777777" w:rsidR="00187E2C" w:rsidRDefault="00187E2C">
            <w:pPr>
              <w:spacing w:line="20" w:lineRule="exact"/>
            </w:pPr>
          </w:p>
          <w:p w14:paraId="02733067" w14:textId="77777777" w:rsidR="00187E2C" w:rsidRDefault="00000000">
            <w:pPr>
              <w:pStyle w:val="Oznaenseznam"/>
              <w:spacing w:after="16"/>
            </w:pPr>
            <w:r>
              <w:rPr>
                <w:color w:val="000000"/>
                <w:sz w:val="16"/>
              </w:rPr>
              <w:t>Kaj ti je naslovnica, slika, predmet, zvok ali gib pomagal razumeti?</w:t>
            </w:r>
          </w:p>
          <w:p w14:paraId="18149FA2" w14:textId="77777777" w:rsidR="00187E2C" w:rsidRDefault="00000000">
            <w:pPr>
              <w:pStyle w:val="Oznaenseznam"/>
              <w:spacing w:after="16"/>
            </w:pPr>
            <w:r>
              <w:rPr>
                <w:color w:val="000000"/>
                <w:sz w:val="16"/>
              </w:rPr>
              <w:t>Kako si našel/-la glas, črko, zlog, besedo ali bistveni podatek?</w:t>
            </w:r>
          </w:p>
          <w:p w14:paraId="6A3CD6E1" w14:textId="77777777" w:rsidR="00187E2C" w:rsidRDefault="00000000">
            <w:pPr>
              <w:pStyle w:val="Oznaenseznam"/>
              <w:spacing w:after="16"/>
            </w:pPr>
            <w:r>
              <w:rPr>
                <w:color w:val="000000"/>
                <w:sz w:val="16"/>
              </w:rPr>
              <w:t>Kako veš, da tvoja pripoved, branje ali zapis dosega dogovorjeni kriterij?</w:t>
            </w:r>
          </w:p>
          <w:p w14:paraId="3B0C5C17" w14:textId="77777777" w:rsidR="00187E2C" w:rsidRDefault="00000000">
            <w:pPr>
              <w:pStyle w:val="Oznaenseznam"/>
              <w:spacing w:after="16"/>
            </w:pPr>
            <w:r>
              <w:rPr>
                <w:color w:val="000000"/>
                <w:sz w:val="16"/>
              </w:rPr>
              <w:t>Ali lahko svoje razumevanje pokažeš še z drugim načinom – govorom, gibanjem, risbo, branjem ali zapisom?</w:t>
            </w:r>
          </w:p>
          <w:p w14:paraId="6435BCD7"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495ABB5A" w14:textId="77777777">
              <w:trPr>
                <w:jc w:val="center"/>
              </w:trPr>
              <w:tc>
                <w:tcPr>
                  <w:tcW w:w="7087" w:type="dxa"/>
                  <w:shd w:val="clear" w:color="auto" w:fill="C6E7F3"/>
                  <w:tcMar>
                    <w:top w:w="45" w:type="dxa"/>
                    <w:left w:w="70" w:type="dxa"/>
                    <w:bottom w:w="45" w:type="dxa"/>
                    <w:right w:w="70" w:type="dxa"/>
                  </w:tcMar>
                </w:tcPr>
                <w:p w14:paraId="7C9A5FD0" w14:textId="77777777" w:rsidR="00187E2C" w:rsidRDefault="00000000">
                  <w:pPr>
                    <w:keepNext/>
                  </w:pPr>
                  <w:r>
                    <w:rPr>
                      <w:b/>
                      <w:color w:val="000000"/>
                    </w:rPr>
                    <w:t>ZAKLJUČNI DEL – UTRJEVANJE, BRALNI ODZIV IN REFLEKSIJA (10–15 min)</w:t>
                  </w:r>
                </w:p>
              </w:tc>
            </w:tr>
          </w:tbl>
          <w:p w14:paraId="38D25139" w14:textId="77777777" w:rsidR="00187E2C" w:rsidRDefault="00187E2C">
            <w:pPr>
              <w:spacing w:line="20" w:lineRule="exact"/>
            </w:pPr>
          </w:p>
          <w:p w14:paraId="7782D643"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77077EFB" w14:textId="77777777">
              <w:trPr>
                <w:jc w:val="center"/>
              </w:trPr>
              <w:tc>
                <w:tcPr>
                  <w:tcW w:w="7087" w:type="dxa"/>
                  <w:shd w:val="clear" w:color="auto" w:fill="EDC9EA"/>
                  <w:tcMar>
                    <w:top w:w="45" w:type="dxa"/>
                    <w:left w:w="70" w:type="dxa"/>
                    <w:bottom w:w="45" w:type="dxa"/>
                    <w:right w:w="70" w:type="dxa"/>
                  </w:tcMar>
                </w:tcPr>
                <w:p w14:paraId="7162D162" w14:textId="77777777" w:rsidR="00187E2C" w:rsidRDefault="00000000">
                  <w:pPr>
                    <w:keepNext/>
                  </w:pPr>
                  <w:r>
                    <w:rPr>
                      <w:b/>
                      <w:color w:val="000000"/>
                    </w:rPr>
                    <w:t>SAMOVREDNOTENJE</w:t>
                  </w:r>
                </w:p>
              </w:tc>
            </w:tr>
          </w:tbl>
          <w:p w14:paraId="759F500D" w14:textId="77777777" w:rsidR="00187E2C" w:rsidRDefault="00187E2C">
            <w:pPr>
              <w:spacing w:line="20" w:lineRule="exact"/>
            </w:pPr>
          </w:p>
          <w:p w14:paraId="7BCF0013"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51E8FA0E" w14:textId="77777777">
              <w:trPr>
                <w:jc w:val="center"/>
              </w:trPr>
              <w:tc>
                <w:tcPr>
                  <w:tcW w:w="7087" w:type="dxa"/>
                  <w:shd w:val="clear" w:color="auto" w:fill="EDC9EA"/>
                  <w:tcMar>
                    <w:top w:w="45" w:type="dxa"/>
                    <w:left w:w="70" w:type="dxa"/>
                    <w:bottom w:w="45" w:type="dxa"/>
                    <w:right w:w="70" w:type="dxa"/>
                  </w:tcMar>
                </w:tcPr>
                <w:p w14:paraId="4F42D4C2" w14:textId="77777777" w:rsidR="00187E2C" w:rsidRDefault="00000000">
                  <w:pPr>
                    <w:keepNext/>
                  </w:pPr>
                  <w:r>
                    <w:rPr>
                      <w:b/>
                      <w:color w:val="000000"/>
                    </w:rPr>
                    <w:t>VRSTNIŠKO VREDNOTENJE</w:t>
                  </w:r>
                </w:p>
              </w:tc>
            </w:tr>
          </w:tbl>
          <w:p w14:paraId="71CDD448" w14:textId="77777777" w:rsidR="00187E2C" w:rsidRDefault="00187E2C">
            <w:pPr>
              <w:spacing w:line="20" w:lineRule="exact"/>
            </w:pPr>
          </w:p>
          <w:p w14:paraId="0055CF43"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608155AB" w14:textId="77777777">
              <w:trPr>
                <w:jc w:val="center"/>
              </w:trPr>
              <w:tc>
                <w:tcPr>
                  <w:tcW w:w="7087" w:type="dxa"/>
                  <w:shd w:val="clear" w:color="auto" w:fill="EDC9EA"/>
                  <w:tcMar>
                    <w:top w:w="45" w:type="dxa"/>
                    <w:left w:w="70" w:type="dxa"/>
                    <w:bottom w:w="45" w:type="dxa"/>
                    <w:right w:w="70" w:type="dxa"/>
                  </w:tcMar>
                </w:tcPr>
                <w:p w14:paraId="76FCEF9D" w14:textId="77777777" w:rsidR="00187E2C" w:rsidRDefault="00000000">
                  <w:pPr>
                    <w:keepNext/>
                  </w:pPr>
                  <w:r>
                    <w:rPr>
                      <w:b/>
                      <w:color w:val="000000"/>
                    </w:rPr>
                    <w:t>SKUPNI POVZETEK</w:t>
                  </w:r>
                </w:p>
              </w:tc>
            </w:tr>
          </w:tbl>
          <w:p w14:paraId="5CC05E1B" w14:textId="77777777" w:rsidR="00187E2C" w:rsidRDefault="00187E2C"/>
          <w:p w14:paraId="5AE71B9B" w14:textId="77777777" w:rsidR="00187E2C" w:rsidRDefault="00000000">
            <w:pPr>
              <w:spacing w:before="20" w:after="40" w:line="245" w:lineRule="auto"/>
            </w:pPr>
            <w:r>
              <w:rPr>
                <w:b/>
                <w:color w:val="000000"/>
                <w:sz w:val="16"/>
              </w:rPr>
              <w:t>razumem opis poti; uporabljam levo, desno, naravnost; tvorim kratko navodilo. Svoj dokaz pojasnim in po povratni informaciji izboljšam.</w:t>
            </w:r>
          </w:p>
        </w:tc>
        <w:tc>
          <w:tcPr>
            <w:tcW w:w="2551" w:type="dxa"/>
            <w:tcMar>
              <w:top w:w="70" w:type="dxa"/>
              <w:left w:w="90" w:type="dxa"/>
              <w:bottom w:w="70" w:type="dxa"/>
              <w:right w:w="90" w:type="dxa"/>
            </w:tcMar>
          </w:tcPr>
          <w:p w14:paraId="6F1AF56D" w14:textId="77777777" w:rsidR="00187E2C" w:rsidRDefault="00187E2C"/>
          <w:p w14:paraId="78465AEB" w14:textId="77777777" w:rsidR="00187E2C" w:rsidRDefault="00000000">
            <w:pPr>
              <w:spacing w:after="100" w:line="245" w:lineRule="auto"/>
            </w:pPr>
            <w:r>
              <w:rPr>
                <w:color w:val="000000"/>
                <w:sz w:val="16"/>
              </w:rPr>
              <w:t>Odgovarja na podporna vprašanja ter se sklicuje na poslušano besedilo, sliko, govor, bralni list ali zapis.</w:t>
            </w:r>
          </w:p>
          <w:p w14:paraId="3E1AE12F" w14:textId="77777777" w:rsidR="00187E2C" w:rsidRDefault="00000000">
            <w:pPr>
              <w:spacing w:after="100" w:line="245" w:lineRule="auto"/>
            </w:pPr>
            <w:r>
              <w:rPr>
                <w:color w:val="000000"/>
                <w:sz w:val="16"/>
              </w:rPr>
              <w:t>Primerja začetni odziv z novim dokazom in pojasni, kaj se je naučil/-a.</w:t>
            </w:r>
          </w:p>
          <w:p w14:paraId="283D8CA3" w14:textId="77777777" w:rsidR="00187E2C" w:rsidRDefault="00000000">
            <w:pPr>
              <w:spacing w:after="100" w:line="245" w:lineRule="auto"/>
            </w:pPr>
            <w:r>
              <w:rPr>
                <w:color w:val="000000"/>
                <w:sz w:val="16"/>
              </w:rPr>
              <w:t>Izbere raven samostojnosti in določi naslednji korak.</w:t>
            </w:r>
          </w:p>
          <w:p w14:paraId="5C490468" w14:textId="77777777" w:rsidR="00187E2C" w:rsidRDefault="00000000">
            <w:pPr>
              <w:spacing w:after="100" w:line="245" w:lineRule="auto"/>
            </w:pPr>
            <w:r>
              <w:rPr>
                <w:color w:val="000000"/>
                <w:sz w:val="16"/>
              </w:rPr>
              <w:t>Sošolcu poda prijazen in konkreten odziv, vezan na kriterij.</w:t>
            </w:r>
          </w:p>
          <w:p w14:paraId="783AF6A6" w14:textId="77777777" w:rsidR="00187E2C" w:rsidRDefault="00000000">
            <w:pPr>
              <w:spacing w:after="20" w:line="245" w:lineRule="auto"/>
            </w:pPr>
            <w:r>
              <w:rPr>
                <w:b/>
                <w:color w:val="D95BC6"/>
                <w:sz w:val="17"/>
              </w:rPr>
              <w:t>DOKAZ O UČENJU</w:t>
            </w:r>
          </w:p>
          <w:p w14:paraId="09153B97"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06EC793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5591D570" w14:textId="77777777">
        <w:trPr>
          <w:cantSplit/>
          <w:jc w:val="center"/>
        </w:trPr>
        <w:tc>
          <w:tcPr>
            <w:tcW w:w="14060" w:type="dxa"/>
            <w:gridSpan w:val="6"/>
            <w:tcMar>
              <w:top w:w="70" w:type="dxa"/>
              <w:left w:w="90" w:type="dxa"/>
              <w:bottom w:w="70" w:type="dxa"/>
              <w:right w:w="90" w:type="dxa"/>
            </w:tcMar>
            <w:vAlign w:val="center"/>
          </w:tcPr>
          <w:p w14:paraId="38F2CC3B" w14:textId="77777777" w:rsidR="00187E2C" w:rsidRDefault="00000000">
            <w:pPr>
              <w:jc w:val="center"/>
            </w:pPr>
            <w:r>
              <w:rPr>
                <w:b/>
                <w:color w:val="000000"/>
                <w:sz w:val="24"/>
              </w:rPr>
              <w:lastRenderedPageBreak/>
              <w:t>UČNA PRIPRAVA 34/39</w:t>
            </w:r>
          </w:p>
        </w:tc>
      </w:tr>
      <w:tr w:rsidR="00187E2C" w14:paraId="2BEB3EC5" w14:textId="77777777">
        <w:trPr>
          <w:jc w:val="center"/>
        </w:trPr>
        <w:tc>
          <w:tcPr>
            <w:tcW w:w="2665" w:type="dxa"/>
            <w:tcMar>
              <w:top w:w="70" w:type="dxa"/>
              <w:left w:w="90" w:type="dxa"/>
              <w:bottom w:w="70" w:type="dxa"/>
              <w:right w:w="90" w:type="dxa"/>
            </w:tcMar>
            <w:vAlign w:val="center"/>
          </w:tcPr>
          <w:p w14:paraId="56B61A01"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3107CEB"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4A951412"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42FC211" w14:textId="77777777" w:rsidR="00187E2C" w:rsidRDefault="00000000">
            <w:r>
              <w:rPr>
                <w:b/>
                <w:color w:val="000000"/>
                <w:sz w:val="16"/>
              </w:rPr>
              <w:t xml:space="preserve">NAČRTOVANI TERMIN: </w:t>
            </w:r>
            <w:r>
              <w:rPr>
                <w:color w:val="000000"/>
                <w:sz w:val="16"/>
              </w:rPr>
              <w:t>34. teden • 17.–21. 5. 2027</w:t>
            </w:r>
          </w:p>
        </w:tc>
        <w:tc>
          <w:tcPr>
            <w:tcW w:w="2268" w:type="dxa"/>
            <w:tcMar>
              <w:top w:w="70" w:type="dxa"/>
              <w:left w:w="90" w:type="dxa"/>
              <w:bottom w:w="70" w:type="dxa"/>
              <w:right w:w="90" w:type="dxa"/>
            </w:tcMar>
            <w:vAlign w:val="center"/>
          </w:tcPr>
          <w:p w14:paraId="4734E39C"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30CC4EB" w14:textId="77777777" w:rsidR="00187E2C" w:rsidRDefault="00000000">
            <w:r>
              <w:rPr>
                <w:b/>
                <w:color w:val="000000"/>
                <w:sz w:val="16"/>
              </w:rPr>
              <w:t xml:space="preserve">ŠTEVILO UR: </w:t>
            </w:r>
            <w:r>
              <w:rPr>
                <w:color w:val="000000"/>
                <w:sz w:val="16"/>
              </w:rPr>
              <w:t>6</w:t>
            </w:r>
          </w:p>
        </w:tc>
      </w:tr>
      <w:tr w:rsidR="00187E2C" w14:paraId="29492FAD" w14:textId="77777777">
        <w:trPr>
          <w:jc w:val="center"/>
        </w:trPr>
        <w:tc>
          <w:tcPr>
            <w:tcW w:w="14061" w:type="dxa"/>
            <w:gridSpan w:val="6"/>
            <w:tcMar>
              <w:top w:w="70" w:type="dxa"/>
              <w:left w:w="90" w:type="dxa"/>
              <w:bottom w:w="70" w:type="dxa"/>
              <w:right w:w="90" w:type="dxa"/>
            </w:tcMar>
            <w:vAlign w:val="center"/>
          </w:tcPr>
          <w:p w14:paraId="7AD3C568"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299EA016" w14:textId="77777777">
        <w:trPr>
          <w:cantSplit/>
          <w:jc w:val="center"/>
        </w:trPr>
        <w:tc>
          <w:tcPr>
            <w:tcW w:w="14060" w:type="dxa"/>
            <w:gridSpan w:val="6"/>
            <w:tcMar>
              <w:top w:w="70" w:type="dxa"/>
              <w:left w:w="90" w:type="dxa"/>
              <w:bottom w:w="70" w:type="dxa"/>
              <w:right w:w="90" w:type="dxa"/>
            </w:tcMar>
            <w:vAlign w:val="center"/>
          </w:tcPr>
          <w:p w14:paraId="77B6D44A" w14:textId="77777777" w:rsidR="00187E2C" w:rsidRDefault="00187E2C"/>
          <w:p w14:paraId="3BFB0FEC" w14:textId="77777777" w:rsidR="00187E2C" w:rsidRDefault="00000000">
            <w:pPr>
              <w:spacing w:line="245" w:lineRule="auto"/>
            </w:pPr>
            <w:r>
              <w:rPr>
                <w:b/>
                <w:color w:val="000000"/>
                <w:sz w:val="16"/>
              </w:rPr>
              <w:t xml:space="preserve">UČNI SKLOP: </w:t>
            </w:r>
            <w:r>
              <w:rPr>
                <w:color w:val="000000"/>
                <w:sz w:val="16"/>
              </w:rPr>
              <w:t>POKRAJINA, PROSTOR IN TRAJNOSTNA SKUPNOST</w:t>
            </w:r>
          </w:p>
        </w:tc>
      </w:tr>
      <w:tr w:rsidR="00187E2C" w14:paraId="48F68C15" w14:textId="77777777">
        <w:trPr>
          <w:cantSplit/>
          <w:jc w:val="center"/>
        </w:trPr>
        <w:tc>
          <w:tcPr>
            <w:tcW w:w="14060" w:type="dxa"/>
            <w:gridSpan w:val="6"/>
            <w:tcMar>
              <w:top w:w="70" w:type="dxa"/>
              <w:left w:w="90" w:type="dxa"/>
              <w:bottom w:w="70" w:type="dxa"/>
              <w:right w:w="90" w:type="dxa"/>
            </w:tcMar>
            <w:vAlign w:val="center"/>
          </w:tcPr>
          <w:p w14:paraId="45702D2E" w14:textId="77777777" w:rsidR="00187E2C" w:rsidRDefault="00187E2C"/>
          <w:p w14:paraId="7B821898" w14:textId="77777777" w:rsidR="00187E2C" w:rsidRDefault="00000000">
            <w:pPr>
              <w:spacing w:line="245" w:lineRule="auto"/>
            </w:pPr>
            <w:r>
              <w:rPr>
                <w:b/>
                <w:color w:val="000000"/>
                <w:sz w:val="16"/>
              </w:rPr>
              <w:t xml:space="preserve">UČNA TEMA: </w:t>
            </w:r>
            <w:r>
              <w:rPr>
                <w:color w:val="000000"/>
                <w:sz w:val="16"/>
              </w:rPr>
              <w:t>BESEDILO IN POGOVOR</w:t>
            </w:r>
          </w:p>
        </w:tc>
      </w:tr>
      <w:tr w:rsidR="00187E2C" w14:paraId="19EF0AFB" w14:textId="77777777">
        <w:trPr>
          <w:cantSplit/>
          <w:jc w:val="center"/>
        </w:trPr>
        <w:tc>
          <w:tcPr>
            <w:tcW w:w="14060" w:type="dxa"/>
            <w:gridSpan w:val="6"/>
            <w:tcMar>
              <w:top w:w="70" w:type="dxa"/>
              <w:left w:w="90" w:type="dxa"/>
              <w:bottom w:w="70" w:type="dxa"/>
              <w:right w:w="90" w:type="dxa"/>
            </w:tcMar>
            <w:vAlign w:val="center"/>
          </w:tcPr>
          <w:p w14:paraId="3568EE0D" w14:textId="77777777" w:rsidR="00187E2C" w:rsidRDefault="00187E2C"/>
          <w:p w14:paraId="15813C32" w14:textId="77777777" w:rsidR="00187E2C" w:rsidRDefault="00000000">
            <w:pPr>
              <w:spacing w:line="245" w:lineRule="auto"/>
            </w:pPr>
            <w:r>
              <w:rPr>
                <w:b/>
                <w:color w:val="000000"/>
                <w:sz w:val="16"/>
              </w:rPr>
              <w:t xml:space="preserve">KNJIŽEVNO IZHODIŠČE IN MOTIV: </w:t>
            </w:r>
            <w:r>
              <w:rPr>
                <w:color w:val="000000"/>
                <w:sz w:val="16"/>
              </w:rPr>
              <w:t>»Dinozavri?!« – Lila Prap • preteklost, pokrajina, živa bitja in raziskovalna vprašanja</w:t>
            </w:r>
          </w:p>
        </w:tc>
      </w:tr>
      <w:tr w:rsidR="00187E2C" w14:paraId="173C13E7" w14:textId="77777777">
        <w:trPr>
          <w:cantSplit/>
          <w:jc w:val="center"/>
        </w:trPr>
        <w:tc>
          <w:tcPr>
            <w:tcW w:w="14060" w:type="dxa"/>
            <w:gridSpan w:val="6"/>
            <w:tcMar>
              <w:top w:w="70" w:type="dxa"/>
              <w:left w:w="90" w:type="dxa"/>
              <w:bottom w:w="70" w:type="dxa"/>
              <w:right w:w="90" w:type="dxa"/>
            </w:tcMar>
            <w:vAlign w:val="center"/>
          </w:tcPr>
          <w:p w14:paraId="0284F73C" w14:textId="77777777" w:rsidR="00187E2C" w:rsidRDefault="00187E2C"/>
          <w:p w14:paraId="420D672D" w14:textId="77777777" w:rsidR="00187E2C" w:rsidRDefault="00000000">
            <w:pPr>
              <w:spacing w:line="245" w:lineRule="auto"/>
            </w:pPr>
            <w:r>
              <w:rPr>
                <w:b/>
                <w:color w:val="000000"/>
                <w:sz w:val="16"/>
              </w:rPr>
              <w:t xml:space="preserve">BRALNI LIST / ČRKA: </w:t>
            </w:r>
            <w:r>
              <w:rPr>
                <w:color w:val="000000"/>
                <w:sz w:val="16"/>
              </w:rPr>
              <w:t>BRALNI LIST 34 – BEREM INFORMACIJSKO BESEDILO: Kratko besedilo preberem, poiščem bistveni podatek in pokažem razumevanje.</w:t>
            </w:r>
          </w:p>
        </w:tc>
      </w:tr>
      <w:tr w:rsidR="00187E2C" w14:paraId="2B51A544" w14:textId="77777777">
        <w:trPr>
          <w:cantSplit/>
          <w:jc w:val="center"/>
        </w:trPr>
        <w:tc>
          <w:tcPr>
            <w:tcW w:w="14060" w:type="dxa"/>
            <w:gridSpan w:val="6"/>
            <w:tcMar>
              <w:top w:w="70" w:type="dxa"/>
              <w:left w:w="90" w:type="dxa"/>
              <w:bottom w:w="70" w:type="dxa"/>
              <w:right w:w="90" w:type="dxa"/>
            </w:tcMar>
            <w:vAlign w:val="center"/>
          </w:tcPr>
          <w:p w14:paraId="76D43445" w14:textId="77777777" w:rsidR="00187E2C" w:rsidRDefault="00187E2C"/>
          <w:p w14:paraId="45E6337A" w14:textId="77777777" w:rsidR="00187E2C" w:rsidRDefault="00000000">
            <w:pPr>
              <w:spacing w:line="245" w:lineRule="auto"/>
            </w:pPr>
            <w:r>
              <w:rPr>
                <w:b/>
                <w:color w:val="000000"/>
                <w:sz w:val="16"/>
              </w:rPr>
              <w:t xml:space="preserve">UČNE ENOTE: </w:t>
            </w:r>
            <w:r>
              <w:rPr>
                <w:color w:val="000000"/>
                <w:sz w:val="16"/>
              </w:rPr>
              <w:t>1. ura – Berem informacijsko besedilo • 2. ura – Besedilo in pogovor – Govorim in pojasnjujem • 3. ura – Besedilo in pogovor – Razčlenjujem jezik • 4. ura – Besedilo in pogovor – Berem z oporo • 5. ura – Besedilo in pogovor – Pišem in ustvarjam • 6. ura – Besedilo in pogovor – Predstavim in vrednotim</w:t>
            </w:r>
          </w:p>
        </w:tc>
      </w:tr>
      <w:tr w:rsidR="00187E2C" w14:paraId="283846EF" w14:textId="77777777">
        <w:trPr>
          <w:cantSplit/>
          <w:jc w:val="center"/>
        </w:trPr>
        <w:tc>
          <w:tcPr>
            <w:tcW w:w="14060" w:type="dxa"/>
            <w:gridSpan w:val="6"/>
            <w:tcMar>
              <w:top w:w="70" w:type="dxa"/>
              <w:left w:w="90" w:type="dxa"/>
              <w:bottom w:w="70" w:type="dxa"/>
              <w:right w:w="90" w:type="dxa"/>
            </w:tcMar>
            <w:vAlign w:val="center"/>
          </w:tcPr>
          <w:p w14:paraId="763DE24A" w14:textId="77777777" w:rsidR="00187E2C" w:rsidRDefault="00187E2C"/>
          <w:p w14:paraId="3F1F20C0"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51A0256B" w14:textId="77777777">
        <w:trPr>
          <w:cantSplit/>
          <w:jc w:val="center"/>
        </w:trPr>
        <w:tc>
          <w:tcPr>
            <w:tcW w:w="14060" w:type="dxa"/>
            <w:gridSpan w:val="6"/>
            <w:tcMar>
              <w:top w:w="70" w:type="dxa"/>
              <w:left w:w="90" w:type="dxa"/>
              <w:bottom w:w="70" w:type="dxa"/>
              <w:right w:w="90" w:type="dxa"/>
            </w:tcMar>
            <w:vAlign w:val="center"/>
          </w:tcPr>
          <w:p w14:paraId="120608DB" w14:textId="77777777" w:rsidR="00187E2C" w:rsidRDefault="00187E2C"/>
          <w:p w14:paraId="0C8E7EB9"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48607D21" w14:textId="77777777">
        <w:trPr>
          <w:cantSplit/>
          <w:jc w:val="center"/>
        </w:trPr>
        <w:tc>
          <w:tcPr>
            <w:tcW w:w="14060" w:type="dxa"/>
            <w:gridSpan w:val="6"/>
            <w:tcMar>
              <w:top w:w="70" w:type="dxa"/>
              <w:left w:w="90" w:type="dxa"/>
              <w:bottom w:w="70" w:type="dxa"/>
              <w:right w:w="90" w:type="dxa"/>
            </w:tcMar>
            <w:vAlign w:val="center"/>
          </w:tcPr>
          <w:p w14:paraId="07C86C24" w14:textId="77777777" w:rsidR="00187E2C" w:rsidRDefault="00187E2C"/>
          <w:p w14:paraId="2EE954A1"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7D384FFE" w14:textId="77777777">
        <w:trPr>
          <w:cantSplit/>
          <w:jc w:val="center"/>
        </w:trPr>
        <w:tc>
          <w:tcPr>
            <w:tcW w:w="14060" w:type="dxa"/>
            <w:gridSpan w:val="6"/>
            <w:tcMar>
              <w:top w:w="70" w:type="dxa"/>
              <w:left w:w="90" w:type="dxa"/>
              <w:bottom w:w="70" w:type="dxa"/>
              <w:right w:w="90" w:type="dxa"/>
            </w:tcMar>
            <w:vAlign w:val="center"/>
          </w:tcPr>
          <w:p w14:paraId="38AD3042" w14:textId="77777777" w:rsidR="00187E2C" w:rsidRDefault="00187E2C"/>
          <w:p w14:paraId="67212293" w14:textId="77777777" w:rsidR="00187E2C" w:rsidRDefault="00000000">
            <w:pPr>
              <w:spacing w:line="245" w:lineRule="auto"/>
            </w:pPr>
            <w:r>
              <w:rPr>
                <w:b/>
                <w:color w:val="000000"/>
                <w:sz w:val="16"/>
              </w:rPr>
              <w:t xml:space="preserve">MEDPREDMETNE POVEZAVE: </w:t>
            </w:r>
            <w:r>
              <w:rPr>
                <w:color w:val="000000"/>
                <w:sz w:val="16"/>
              </w:rPr>
              <w:t>SPO – preteklost, pokrajina, živa bitja in raziskovalna vprašanja; GUM – ritem, zvočnost in glas; LUM – ilustracija, črta in grafomotorika; ŠPO – gibalna pripoved, dramatizacija in postaje; MAT – smer, zaporedje in orientacija</w:t>
            </w:r>
          </w:p>
        </w:tc>
      </w:tr>
      <w:tr w:rsidR="00187E2C" w14:paraId="043E7BED" w14:textId="77777777">
        <w:trPr>
          <w:cantSplit/>
          <w:jc w:val="center"/>
        </w:trPr>
        <w:tc>
          <w:tcPr>
            <w:tcW w:w="14060" w:type="dxa"/>
            <w:gridSpan w:val="6"/>
            <w:tcMar>
              <w:top w:w="70" w:type="dxa"/>
              <w:left w:w="90" w:type="dxa"/>
              <w:bottom w:w="70" w:type="dxa"/>
              <w:right w:w="90" w:type="dxa"/>
            </w:tcMar>
            <w:vAlign w:val="center"/>
          </w:tcPr>
          <w:p w14:paraId="7461C75F" w14:textId="77777777" w:rsidR="00187E2C" w:rsidRDefault="00187E2C"/>
          <w:p w14:paraId="662A6A57" w14:textId="77777777" w:rsidR="00187E2C" w:rsidRDefault="00000000">
            <w:pPr>
              <w:spacing w:line="245" w:lineRule="auto"/>
            </w:pPr>
            <w:r>
              <w:rPr>
                <w:b/>
                <w:color w:val="000000"/>
                <w:sz w:val="16"/>
              </w:rPr>
              <w:t xml:space="preserve">UČNA SREDSTVA IN PRIPOMOČKI: </w:t>
            </w:r>
            <w:r>
              <w:rPr>
                <w:color w:val="000000"/>
                <w:sz w:val="16"/>
              </w:rPr>
              <w:t>BRALNI LIST 34, povečano besedilo oziroma kartice, slikanica ali odlomek, slikovno zaporedje, kartice besed in glasov, talne črke ali zlogi, ogledala, vrvice ali modelirna masa, mini tabla, zvezek oziroma jezikovna mapa</w:t>
            </w:r>
          </w:p>
        </w:tc>
      </w:tr>
      <w:tr w:rsidR="00187E2C" w14:paraId="7D0A43BA" w14:textId="77777777">
        <w:trPr>
          <w:cantSplit/>
          <w:jc w:val="center"/>
        </w:trPr>
        <w:tc>
          <w:tcPr>
            <w:tcW w:w="14060" w:type="dxa"/>
            <w:gridSpan w:val="6"/>
            <w:tcMar>
              <w:top w:w="70" w:type="dxa"/>
              <w:left w:w="90" w:type="dxa"/>
              <w:bottom w:w="70" w:type="dxa"/>
              <w:right w:w="90" w:type="dxa"/>
            </w:tcMar>
            <w:vAlign w:val="center"/>
          </w:tcPr>
          <w:p w14:paraId="6C24F149" w14:textId="77777777" w:rsidR="00187E2C" w:rsidRDefault="00187E2C"/>
          <w:p w14:paraId="60497494"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142F0EEC" w14:textId="77777777">
        <w:trPr>
          <w:cantSplit/>
          <w:jc w:val="center"/>
        </w:trPr>
        <w:tc>
          <w:tcPr>
            <w:tcW w:w="14060" w:type="dxa"/>
            <w:gridSpan w:val="6"/>
            <w:tcMar>
              <w:top w:w="70" w:type="dxa"/>
              <w:left w:w="90" w:type="dxa"/>
              <w:bottom w:w="70" w:type="dxa"/>
              <w:right w:w="90" w:type="dxa"/>
            </w:tcMar>
            <w:vAlign w:val="center"/>
          </w:tcPr>
          <w:p w14:paraId="0DD54157" w14:textId="77777777" w:rsidR="00187E2C" w:rsidRDefault="00187E2C"/>
          <w:p w14:paraId="4938695E"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20DFEC1F" w14:textId="77777777">
        <w:trPr>
          <w:cantSplit/>
          <w:jc w:val="center"/>
        </w:trPr>
        <w:tc>
          <w:tcPr>
            <w:tcW w:w="14060" w:type="dxa"/>
            <w:gridSpan w:val="6"/>
            <w:tcMar>
              <w:top w:w="70" w:type="dxa"/>
              <w:left w:w="90" w:type="dxa"/>
              <w:bottom w:w="70" w:type="dxa"/>
              <w:right w:w="90" w:type="dxa"/>
            </w:tcMar>
            <w:vAlign w:val="center"/>
          </w:tcPr>
          <w:p w14:paraId="6C5C2A0E" w14:textId="77777777" w:rsidR="00187E2C" w:rsidRDefault="00187E2C"/>
          <w:p w14:paraId="26C64F60"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4972175C"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4CD1426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8F703CE"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759D870" w14:textId="77777777" w:rsidR="00187E2C" w:rsidRDefault="00000000">
            <w:pPr>
              <w:jc w:val="center"/>
            </w:pPr>
            <w:r>
              <w:rPr>
                <w:b/>
                <w:color w:val="000000"/>
                <w:sz w:val="20"/>
              </w:rPr>
              <w:t>UČNE DEJAVNOSTI, METODE IN FORMATIVNO SPREMLJANJE</w:t>
            </w:r>
          </w:p>
        </w:tc>
      </w:tr>
      <w:tr w:rsidR="00187E2C" w14:paraId="7EA3286B" w14:textId="77777777">
        <w:trPr>
          <w:tblHeader/>
          <w:jc w:val="center"/>
        </w:trPr>
        <w:tc>
          <w:tcPr>
            <w:tcW w:w="4422" w:type="dxa"/>
            <w:vMerge/>
            <w:tcMar>
              <w:top w:w="70" w:type="dxa"/>
              <w:left w:w="90" w:type="dxa"/>
              <w:bottom w:w="70" w:type="dxa"/>
              <w:right w:w="90" w:type="dxa"/>
            </w:tcMar>
            <w:vAlign w:val="center"/>
          </w:tcPr>
          <w:p w14:paraId="12ECB9FE" w14:textId="77777777" w:rsidR="00187E2C" w:rsidRDefault="00187E2C"/>
        </w:tc>
        <w:tc>
          <w:tcPr>
            <w:tcW w:w="7087" w:type="dxa"/>
            <w:shd w:val="clear" w:color="auto" w:fill="FFFFFF"/>
            <w:tcMar>
              <w:top w:w="70" w:type="dxa"/>
              <w:left w:w="90" w:type="dxa"/>
              <w:bottom w:w="70" w:type="dxa"/>
              <w:right w:w="90" w:type="dxa"/>
            </w:tcMar>
            <w:vAlign w:val="center"/>
          </w:tcPr>
          <w:p w14:paraId="1EA7F993"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D1E4E00" w14:textId="77777777" w:rsidR="00187E2C" w:rsidRDefault="00000000">
            <w:pPr>
              <w:jc w:val="center"/>
            </w:pPr>
            <w:r>
              <w:rPr>
                <w:b/>
                <w:color w:val="000000"/>
              </w:rPr>
              <w:t>UČENEC</w:t>
            </w:r>
          </w:p>
        </w:tc>
      </w:tr>
      <w:tr w:rsidR="00187E2C" w14:paraId="66DF6888" w14:textId="77777777">
        <w:trPr>
          <w:jc w:val="center"/>
        </w:trPr>
        <w:tc>
          <w:tcPr>
            <w:tcW w:w="4422" w:type="dxa"/>
            <w:tcMar>
              <w:top w:w="70" w:type="dxa"/>
              <w:left w:w="90" w:type="dxa"/>
              <w:bottom w:w="70" w:type="dxa"/>
              <w:right w:w="90" w:type="dxa"/>
            </w:tcMar>
          </w:tcPr>
          <w:p w14:paraId="54528994" w14:textId="77777777" w:rsidR="00187E2C" w:rsidRDefault="00187E2C"/>
          <w:p w14:paraId="7D74E494" w14:textId="77777777" w:rsidR="00187E2C" w:rsidRDefault="00000000">
            <w:pPr>
              <w:spacing w:after="60" w:line="245" w:lineRule="auto"/>
            </w:pPr>
            <w:r>
              <w:rPr>
                <w:b/>
                <w:color w:val="000000"/>
              </w:rPr>
              <w:t>UČNI CILJI</w:t>
            </w:r>
          </w:p>
          <w:p w14:paraId="0871FE9A" w14:textId="77777777" w:rsidR="00187E2C" w:rsidRDefault="00000000">
            <w:pPr>
              <w:spacing w:after="20" w:line="245" w:lineRule="auto"/>
            </w:pPr>
            <w:r>
              <w:rPr>
                <w:b/>
                <w:color w:val="000000"/>
                <w:sz w:val="17"/>
              </w:rPr>
              <w:t>SPLOŠNI</w:t>
            </w:r>
          </w:p>
          <w:p w14:paraId="1840FEBD"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10795342" w14:textId="77777777" w:rsidR="00187E2C" w:rsidRDefault="00000000">
            <w:pPr>
              <w:pStyle w:val="Oznaenseznam"/>
              <w:spacing w:after="16"/>
            </w:pPr>
            <w:r>
              <w:rPr>
                <w:color w:val="000000"/>
                <w:sz w:val="16"/>
              </w:rPr>
              <w:t>doživlja književno besedilo ter se nanj odziva z govorom, gibanjem, dramatizacijo, risbo ali zapisom</w:t>
            </w:r>
          </w:p>
          <w:p w14:paraId="197BC01A" w14:textId="77777777" w:rsidR="00187E2C" w:rsidRDefault="00000000">
            <w:pPr>
              <w:pStyle w:val="Oznaenseznam"/>
              <w:spacing w:after="16"/>
            </w:pPr>
            <w:r>
              <w:rPr>
                <w:color w:val="000000"/>
                <w:sz w:val="16"/>
              </w:rPr>
              <w:t>razvija glasovno zavedanje, povezavo glas–črka in začetno branje ter pisanje po individualnem napredku</w:t>
            </w:r>
          </w:p>
          <w:p w14:paraId="3B8576F8" w14:textId="77777777" w:rsidR="00187E2C" w:rsidRDefault="00000000">
            <w:pPr>
              <w:pStyle w:val="Oznaenseznam"/>
              <w:spacing w:after="16"/>
            </w:pPr>
            <w:r>
              <w:rPr>
                <w:color w:val="000000"/>
                <w:sz w:val="16"/>
              </w:rPr>
              <w:t>ob namenih in kriterijih spremlja svoje učenje ter uporabi opisno povratno informacijo</w:t>
            </w:r>
          </w:p>
          <w:p w14:paraId="0A31D38D" w14:textId="77777777" w:rsidR="00187E2C" w:rsidRDefault="00000000">
            <w:pPr>
              <w:spacing w:before="40" w:after="20" w:line="245" w:lineRule="auto"/>
            </w:pPr>
            <w:r>
              <w:rPr>
                <w:b/>
                <w:color w:val="000000"/>
                <w:sz w:val="17"/>
              </w:rPr>
              <w:t>OPERATIVNI</w:t>
            </w:r>
          </w:p>
          <w:p w14:paraId="348D7854" w14:textId="77777777" w:rsidR="00187E2C" w:rsidRDefault="00000000">
            <w:pPr>
              <w:pStyle w:val="Oznaenseznam"/>
              <w:spacing w:after="16"/>
            </w:pPr>
            <w:r>
              <w:rPr>
                <w:color w:val="000000"/>
                <w:sz w:val="16"/>
              </w:rPr>
              <w:t>sprejema in tvori preprosto neumetnostno besedilo</w:t>
            </w:r>
          </w:p>
          <w:p w14:paraId="324DF985" w14:textId="77777777" w:rsidR="00187E2C" w:rsidRDefault="00000000">
            <w:pPr>
              <w:pStyle w:val="Oznaenseznam"/>
              <w:spacing w:after="16"/>
            </w:pPr>
            <w:r>
              <w:rPr>
                <w:color w:val="000000"/>
                <w:sz w:val="16"/>
              </w:rPr>
              <w:t>izrazi mnenje</w:t>
            </w:r>
          </w:p>
          <w:p w14:paraId="746A3656" w14:textId="77777777" w:rsidR="00187E2C" w:rsidRDefault="00000000">
            <w:pPr>
              <w:pStyle w:val="Oznaenseznam"/>
              <w:spacing w:after="16"/>
            </w:pPr>
            <w:r>
              <w:rPr>
                <w:color w:val="000000"/>
                <w:sz w:val="16"/>
              </w:rPr>
              <w:t>upošteva pravila pogovora</w:t>
            </w:r>
          </w:p>
          <w:p w14:paraId="29B364F9" w14:textId="77777777" w:rsidR="00187E2C" w:rsidRDefault="00000000">
            <w:pPr>
              <w:spacing w:before="40" w:after="20" w:line="245" w:lineRule="auto"/>
            </w:pPr>
            <w:r>
              <w:rPr>
                <w:b/>
                <w:color w:val="000000"/>
                <w:sz w:val="17"/>
              </w:rPr>
              <w:t>PRIČAKOVANI DOSEŽKI / MINIMALNI POUDARKI</w:t>
            </w:r>
          </w:p>
          <w:p w14:paraId="6235754E" w14:textId="77777777" w:rsidR="00187E2C" w:rsidRDefault="00000000">
            <w:pPr>
              <w:pStyle w:val="Oznaenseznam"/>
              <w:spacing w:after="16"/>
            </w:pPr>
            <w:r>
              <w:rPr>
                <w:color w:val="000000"/>
                <w:sz w:val="15"/>
              </w:rPr>
              <w:t>samostojno oziroma z dogovorjeno oporo sprejema in tvori preprosto neumetnostno besedilo</w:t>
            </w:r>
          </w:p>
          <w:p w14:paraId="37E20ACD" w14:textId="77777777" w:rsidR="00187E2C" w:rsidRDefault="00000000">
            <w:pPr>
              <w:pStyle w:val="Oznaenseznam"/>
              <w:spacing w:after="16"/>
            </w:pPr>
            <w:r>
              <w:rPr>
                <w:color w:val="000000"/>
                <w:sz w:val="15"/>
              </w:rPr>
              <w:t>samostojno oziroma z dogovorjeno oporo izrazi mnenje</w:t>
            </w:r>
          </w:p>
          <w:p w14:paraId="75C52FAA" w14:textId="77777777" w:rsidR="00187E2C" w:rsidRDefault="00000000">
            <w:pPr>
              <w:pStyle w:val="Oznaenseznam"/>
              <w:spacing w:after="16"/>
            </w:pPr>
            <w:r>
              <w:rPr>
                <w:color w:val="000000"/>
                <w:sz w:val="15"/>
              </w:rPr>
              <w:t>samostojno oziroma z dogovorjeno oporo upošteva pravila pogovora</w:t>
            </w:r>
          </w:p>
        </w:tc>
        <w:tc>
          <w:tcPr>
            <w:tcW w:w="7087" w:type="dxa"/>
            <w:tcMar>
              <w:top w:w="70" w:type="dxa"/>
              <w:left w:w="90" w:type="dxa"/>
              <w:bottom w:w="70" w:type="dxa"/>
              <w:right w:w="90" w:type="dxa"/>
            </w:tcMar>
          </w:tcPr>
          <w:p w14:paraId="28C27AC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55A5497" w14:textId="77777777">
              <w:trPr>
                <w:jc w:val="center"/>
              </w:trPr>
              <w:tc>
                <w:tcPr>
                  <w:tcW w:w="7087" w:type="dxa"/>
                  <w:shd w:val="clear" w:color="auto" w:fill="C6E7F3"/>
                  <w:tcMar>
                    <w:top w:w="45" w:type="dxa"/>
                    <w:left w:w="70" w:type="dxa"/>
                    <w:bottom w:w="45" w:type="dxa"/>
                    <w:right w:w="70" w:type="dxa"/>
                  </w:tcMar>
                </w:tcPr>
                <w:p w14:paraId="47EC0A77" w14:textId="77777777" w:rsidR="00187E2C" w:rsidRDefault="00000000">
                  <w:pPr>
                    <w:keepNext/>
                  </w:pPr>
                  <w:r>
                    <w:rPr>
                      <w:b/>
                      <w:color w:val="000000"/>
                    </w:rPr>
                    <w:t>UVODNI DEL – motivacija, aktivacija predznanja in namen učenja (15–20 min)</w:t>
                  </w:r>
                </w:p>
              </w:tc>
            </w:tr>
          </w:tbl>
          <w:p w14:paraId="356C0B22" w14:textId="77777777" w:rsidR="00187E2C" w:rsidRDefault="00187E2C">
            <w:pPr>
              <w:spacing w:line="20" w:lineRule="exact"/>
            </w:pPr>
          </w:p>
          <w:p w14:paraId="0CF3EEDF" w14:textId="77777777" w:rsidR="00187E2C" w:rsidRDefault="00000000">
            <w:pPr>
              <w:spacing w:before="40" w:after="60" w:line="245" w:lineRule="auto"/>
            </w:pPr>
            <w:r>
              <w:rPr>
                <w:color w:val="000000"/>
                <w:sz w:val="16"/>
              </w:rPr>
              <w:t>Učenci ob naslovnici, odlomku ali ilustraciji dela »Dinozavri?!« – Lila Prap doživljajsko vstopijo v motiv preteklost, pokrajina, živa bitja in raziskovalna vprašanja. S kretnjo, predmetom, sliko, glasom ali kratko povedjo pokažejo predznanje in napoved. Izhodiščni odziv povežejo z dejavnostjo BRALNI LIST 34 – BEREM INFORMACIJSKO BESEDILO.</w:t>
            </w:r>
          </w:p>
          <w:tbl>
            <w:tblPr>
              <w:tblStyle w:val="Tabelamrea"/>
              <w:tblW w:w="0" w:type="auto"/>
              <w:jc w:val="center"/>
              <w:tblLayout w:type="fixed"/>
              <w:tblLook w:val="04A0" w:firstRow="1" w:lastRow="0" w:firstColumn="1" w:lastColumn="0" w:noHBand="0" w:noVBand="1"/>
            </w:tblPr>
            <w:tblGrid>
              <w:gridCol w:w="7087"/>
            </w:tblGrid>
            <w:tr w:rsidR="00187E2C" w14:paraId="287646BD" w14:textId="77777777">
              <w:trPr>
                <w:jc w:val="center"/>
              </w:trPr>
              <w:tc>
                <w:tcPr>
                  <w:tcW w:w="7087" w:type="dxa"/>
                  <w:shd w:val="clear" w:color="auto" w:fill="EDC9EA"/>
                  <w:tcMar>
                    <w:top w:w="45" w:type="dxa"/>
                    <w:left w:w="70" w:type="dxa"/>
                    <w:bottom w:w="45" w:type="dxa"/>
                    <w:right w:w="70" w:type="dxa"/>
                  </w:tcMar>
                </w:tcPr>
                <w:p w14:paraId="051F9A7C" w14:textId="77777777" w:rsidR="00187E2C" w:rsidRDefault="00000000">
                  <w:pPr>
                    <w:keepNext/>
                  </w:pPr>
                  <w:r>
                    <w:rPr>
                      <w:b/>
                      <w:color w:val="000000"/>
                    </w:rPr>
                    <w:t>NAMENI UČENJA</w:t>
                  </w:r>
                </w:p>
              </w:tc>
            </w:tr>
          </w:tbl>
          <w:p w14:paraId="5C848345" w14:textId="77777777" w:rsidR="00187E2C" w:rsidRDefault="00187E2C">
            <w:pPr>
              <w:spacing w:line="20" w:lineRule="exact"/>
            </w:pPr>
          </w:p>
          <w:p w14:paraId="62ACDA43"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1C3E2145" w14:textId="77777777" w:rsidR="00187E2C" w:rsidRDefault="00000000">
            <w:pPr>
              <w:pStyle w:val="Oznaenseznam"/>
              <w:spacing w:after="16"/>
            </w:pPr>
            <w:r>
              <w:rPr>
                <w:color w:val="000000"/>
                <w:sz w:val="16"/>
              </w:rPr>
              <w:t>sprejemam in tvorim preprosto neumetnostno besedilo</w:t>
            </w:r>
          </w:p>
          <w:p w14:paraId="168F213F" w14:textId="77777777" w:rsidR="00187E2C" w:rsidRDefault="00000000">
            <w:pPr>
              <w:pStyle w:val="Oznaenseznam"/>
              <w:spacing w:after="16"/>
            </w:pPr>
            <w:r>
              <w:rPr>
                <w:color w:val="000000"/>
                <w:sz w:val="16"/>
              </w:rPr>
              <w:t>izrazim mnenje</w:t>
            </w:r>
          </w:p>
          <w:p w14:paraId="0BFB24D0" w14:textId="77777777" w:rsidR="00187E2C" w:rsidRDefault="00000000">
            <w:pPr>
              <w:pStyle w:val="Oznaenseznam"/>
              <w:spacing w:after="16"/>
            </w:pPr>
            <w:r>
              <w:rPr>
                <w:color w:val="000000"/>
                <w:sz w:val="16"/>
              </w:rPr>
              <w:t>upoštevam pravila pogovora</w:t>
            </w:r>
          </w:p>
          <w:tbl>
            <w:tblPr>
              <w:tblStyle w:val="Tabelamrea"/>
              <w:tblW w:w="0" w:type="auto"/>
              <w:jc w:val="center"/>
              <w:tblLayout w:type="fixed"/>
              <w:tblLook w:val="04A0" w:firstRow="1" w:lastRow="0" w:firstColumn="1" w:lastColumn="0" w:noHBand="0" w:noVBand="1"/>
            </w:tblPr>
            <w:tblGrid>
              <w:gridCol w:w="7087"/>
            </w:tblGrid>
            <w:tr w:rsidR="00187E2C" w14:paraId="2BAD6EDE" w14:textId="77777777">
              <w:trPr>
                <w:jc w:val="center"/>
              </w:trPr>
              <w:tc>
                <w:tcPr>
                  <w:tcW w:w="7087" w:type="dxa"/>
                  <w:shd w:val="clear" w:color="auto" w:fill="EDC9EA"/>
                  <w:tcMar>
                    <w:top w:w="45" w:type="dxa"/>
                    <w:left w:w="70" w:type="dxa"/>
                    <w:bottom w:w="45" w:type="dxa"/>
                    <w:right w:w="70" w:type="dxa"/>
                  </w:tcMar>
                </w:tcPr>
                <w:p w14:paraId="3CBFF882" w14:textId="77777777" w:rsidR="00187E2C" w:rsidRDefault="00000000">
                  <w:pPr>
                    <w:keepNext/>
                  </w:pPr>
                  <w:r>
                    <w:rPr>
                      <w:b/>
                      <w:color w:val="000000"/>
                    </w:rPr>
                    <w:t>PREVERJANJE PREDZNANJA</w:t>
                  </w:r>
                </w:p>
              </w:tc>
            </w:tr>
          </w:tbl>
          <w:p w14:paraId="3782F3BF" w14:textId="77777777" w:rsidR="00187E2C" w:rsidRDefault="00187E2C">
            <w:pPr>
              <w:spacing w:line="20" w:lineRule="exact"/>
            </w:pPr>
          </w:p>
          <w:p w14:paraId="35CDA999" w14:textId="77777777" w:rsidR="00187E2C" w:rsidRDefault="00000000">
            <w:pPr>
              <w:pStyle w:val="Oznaenseznam"/>
              <w:spacing w:after="16"/>
            </w:pPr>
            <w:r>
              <w:rPr>
                <w:color w:val="000000"/>
                <w:sz w:val="16"/>
              </w:rPr>
              <w:t>Kaj mi naslovnica, ilustracija ali naslov pove o motivu preteklost, pokrajina, živa bitja in raziskovalna vprašanja?</w:t>
            </w:r>
          </w:p>
          <w:p w14:paraId="2DF029CD" w14:textId="77777777" w:rsidR="00187E2C" w:rsidRDefault="00000000">
            <w:pPr>
              <w:pStyle w:val="Oznaenseznam"/>
              <w:spacing w:after="16"/>
            </w:pPr>
            <w:r>
              <w:rPr>
                <w:color w:val="000000"/>
                <w:sz w:val="16"/>
              </w:rPr>
              <w:t>Katero strategijo lahko uporabim pri dejavnosti »BEREM INFORMACIJSKO BESEDILO«?</w:t>
            </w:r>
          </w:p>
          <w:p w14:paraId="7180616E"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182782C4" w14:textId="77777777">
              <w:trPr>
                <w:jc w:val="center"/>
              </w:trPr>
              <w:tc>
                <w:tcPr>
                  <w:tcW w:w="7087" w:type="dxa"/>
                  <w:shd w:val="clear" w:color="auto" w:fill="EDC9EA"/>
                  <w:tcMar>
                    <w:top w:w="45" w:type="dxa"/>
                    <w:left w:w="70" w:type="dxa"/>
                    <w:bottom w:w="45" w:type="dxa"/>
                    <w:right w:w="70" w:type="dxa"/>
                  </w:tcMar>
                </w:tcPr>
                <w:p w14:paraId="6526AF7F" w14:textId="77777777" w:rsidR="00187E2C" w:rsidRDefault="00000000">
                  <w:pPr>
                    <w:keepNext/>
                  </w:pPr>
                  <w:r>
                    <w:rPr>
                      <w:b/>
                      <w:color w:val="000000"/>
                    </w:rPr>
                    <w:t>KRITERIJI USPEŠNOSTI</w:t>
                  </w:r>
                </w:p>
              </w:tc>
            </w:tr>
          </w:tbl>
          <w:p w14:paraId="3ED054B2" w14:textId="77777777" w:rsidR="00187E2C" w:rsidRDefault="00187E2C"/>
          <w:p w14:paraId="594E130B" w14:textId="77777777" w:rsidR="00187E2C" w:rsidRDefault="00000000">
            <w:pPr>
              <w:spacing w:before="20" w:after="20" w:line="245" w:lineRule="auto"/>
            </w:pPr>
            <w:r>
              <w:rPr>
                <w:b/>
                <w:color w:val="000000"/>
                <w:sz w:val="16"/>
              </w:rPr>
              <w:t>Uspešen/-na bom, ko:</w:t>
            </w:r>
          </w:p>
          <w:p w14:paraId="233D79CB" w14:textId="77777777" w:rsidR="00187E2C" w:rsidRDefault="00000000">
            <w:pPr>
              <w:pStyle w:val="Oznaenseznam"/>
              <w:spacing w:after="16"/>
            </w:pPr>
            <w:r>
              <w:rPr>
                <w:color w:val="000000"/>
                <w:sz w:val="16"/>
              </w:rPr>
              <w:t>sprejemam in tvorim preprosto neumetnostno besedilo</w:t>
            </w:r>
          </w:p>
          <w:p w14:paraId="087630B3" w14:textId="77777777" w:rsidR="00187E2C" w:rsidRDefault="00000000">
            <w:pPr>
              <w:pStyle w:val="Oznaenseznam"/>
              <w:spacing w:after="16"/>
            </w:pPr>
            <w:r>
              <w:rPr>
                <w:color w:val="000000"/>
                <w:sz w:val="16"/>
              </w:rPr>
              <w:t>izrazim mnenje</w:t>
            </w:r>
          </w:p>
          <w:p w14:paraId="3936EF3C" w14:textId="77777777" w:rsidR="00187E2C" w:rsidRDefault="00000000">
            <w:pPr>
              <w:pStyle w:val="Oznaenseznam"/>
              <w:spacing w:after="16"/>
            </w:pPr>
            <w:r>
              <w:rPr>
                <w:color w:val="000000"/>
                <w:sz w:val="16"/>
              </w:rPr>
              <w:t>upoštevam pravila pogovora</w:t>
            </w:r>
          </w:p>
          <w:p w14:paraId="0B84B115"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7C8A35C3" w14:textId="77777777" w:rsidR="00187E2C" w:rsidRDefault="00187E2C"/>
          <w:p w14:paraId="5D3D7073"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190FDA4D" w14:textId="77777777" w:rsidR="00187E2C" w:rsidRDefault="00000000">
            <w:pPr>
              <w:spacing w:after="80" w:line="245" w:lineRule="auto"/>
            </w:pPr>
            <w:r>
              <w:rPr>
                <w:color w:val="000000"/>
                <w:sz w:val="16"/>
              </w:rPr>
              <w:t>Pove, pokaže ali nariše, kaj že ve in katero strategijo bi uporabil.</w:t>
            </w:r>
          </w:p>
          <w:p w14:paraId="10366C61" w14:textId="77777777" w:rsidR="00187E2C" w:rsidRDefault="00000000">
            <w:pPr>
              <w:spacing w:after="100" w:line="245" w:lineRule="auto"/>
            </w:pPr>
            <w:r>
              <w:rPr>
                <w:color w:val="000000"/>
                <w:sz w:val="16"/>
              </w:rPr>
              <w:t>Sodeluje pri razumevanju namenov in kriterijev uspešnosti.</w:t>
            </w:r>
          </w:p>
          <w:p w14:paraId="12E885C1" w14:textId="77777777" w:rsidR="00187E2C" w:rsidRDefault="00000000">
            <w:pPr>
              <w:spacing w:after="20" w:line="245" w:lineRule="auto"/>
            </w:pPr>
            <w:r>
              <w:rPr>
                <w:b/>
                <w:color w:val="D95BC6"/>
                <w:sz w:val="17"/>
              </w:rPr>
              <w:t>DOKAZ O UČENJU</w:t>
            </w:r>
          </w:p>
          <w:p w14:paraId="7D5FFFA5"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23BA128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D156D3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465BF2D"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E63FE09" w14:textId="77777777" w:rsidR="00187E2C" w:rsidRDefault="00000000">
            <w:pPr>
              <w:jc w:val="center"/>
            </w:pPr>
            <w:r>
              <w:rPr>
                <w:b/>
                <w:color w:val="000000"/>
                <w:sz w:val="20"/>
              </w:rPr>
              <w:t>UČNE DEJAVNOSTI, METODE IN FORMATIVNO SPREMLJANJE</w:t>
            </w:r>
          </w:p>
        </w:tc>
      </w:tr>
      <w:tr w:rsidR="00187E2C" w14:paraId="3630AEF6" w14:textId="77777777">
        <w:trPr>
          <w:tblHeader/>
          <w:jc w:val="center"/>
        </w:trPr>
        <w:tc>
          <w:tcPr>
            <w:tcW w:w="4422" w:type="dxa"/>
            <w:vMerge/>
            <w:tcMar>
              <w:top w:w="70" w:type="dxa"/>
              <w:left w:w="90" w:type="dxa"/>
              <w:bottom w:w="70" w:type="dxa"/>
              <w:right w:w="90" w:type="dxa"/>
            </w:tcMar>
            <w:vAlign w:val="center"/>
          </w:tcPr>
          <w:p w14:paraId="5A0AED68" w14:textId="77777777" w:rsidR="00187E2C" w:rsidRDefault="00187E2C"/>
        </w:tc>
        <w:tc>
          <w:tcPr>
            <w:tcW w:w="7087" w:type="dxa"/>
            <w:shd w:val="clear" w:color="auto" w:fill="FFFFFF"/>
            <w:tcMar>
              <w:top w:w="70" w:type="dxa"/>
              <w:left w:w="90" w:type="dxa"/>
              <w:bottom w:w="70" w:type="dxa"/>
              <w:right w:w="90" w:type="dxa"/>
            </w:tcMar>
            <w:vAlign w:val="center"/>
          </w:tcPr>
          <w:p w14:paraId="70428B3D"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3E4A8E8" w14:textId="77777777" w:rsidR="00187E2C" w:rsidRDefault="00000000">
            <w:pPr>
              <w:jc w:val="center"/>
            </w:pPr>
            <w:r>
              <w:rPr>
                <w:b/>
                <w:color w:val="000000"/>
              </w:rPr>
              <w:t>UČENEC</w:t>
            </w:r>
          </w:p>
        </w:tc>
      </w:tr>
      <w:tr w:rsidR="00187E2C" w14:paraId="4C2488E6" w14:textId="77777777">
        <w:trPr>
          <w:jc w:val="center"/>
        </w:trPr>
        <w:tc>
          <w:tcPr>
            <w:tcW w:w="4422" w:type="dxa"/>
            <w:tcMar>
              <w:top w:w="70" w:type="dxa"/>
              <w:left w:w="90" w:type="dxa"/>
              <w:bottom w:w="70" w:type="dxa"/>
              <w:right w:w="90" w:type="dxa"/>
            </w:tcMar>
          </w:tcPr>
          <w:p w14:paraId="04B4F5AD" w14:textId="77777777" w:rsidR="00187E2C" w:rsidRDefault="00187E2C"/>
          <w:p w14:paraId="2D41AD50" w14:textId="77777777" w:rsidR="00187E2C" w:rsidRDefault="00000000">
            <w:pPr>
              <w:spacing w:after="40" w:line="245" w:lineRule="auto"/>
            </w:pPr>
            <w:r>
              <w:rPr>
                <w:b/>
                <w:color w:val="000000"/>
              </w:rPr>
              <w:t>KLJUČNI POJMI</w:t>
            </w:r>
          </w:p>
          <w:p w14:paraId="4BA2AA22"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3A65AC8C" w14:textId="77777777" w:rsidR="00187E2C" w:rsidRDefault="00000000">
            <w:pPr>
              <w:spacing w:after="20" w:line="245" w:lineRule="auto"/>
            </w:pPr>
            <w:r>
              <w:rPr>
                <w:b/>
                <w:color w:val="000000"/>
                <w:sz w:val="17"/>
              </w:rPr>
              <w:t>DOKAZI O UČENJU</w:t>
            </w:r>
          </w:p>
          <w:p w14:paraId="69995AA9" w14:textId="77777777" w:rsidR="00187E2C" w:rsidRDefault="00000000">
            <w:pPr>
              <w:pStyle w:val="Oznaenseznam"/>
              <w:spacing w:after="9"/>
            </w:pPr>
            <w:r>
              <w:rPr>
                <w:color w:val="000000"/>
                <w:sz w:val="15"/>
              </w:rPr>
              <w:t>glasno branje, dva odgovora in primerjava prvega ter tretjega branja.</w:t>
            </w:r>
          </w:p>
          <w:p w14:paraId="3B380380" w14:textId="77777777" w:rsidR="00187E2C" w:rsidRDefault="00000000">
            <w:pPr>
              <w:pStyle w:val="Oznaenseznam"/>
              <w:spacing w:after="9"/>
            </w:pPr>
            <w:r>
              <w:rPr>
                <w:color w:val="000000"/>
                <w:sz w:val="15"/>
              </w:rPr>
              <w:t>zvočni posnetek ali anekdotski zapis kratke izmenjave.</w:t>
            </w:r>
          </w:p>
          <w:p w14:paraId="6EEB13DF" w14:textId="77777777" w:rsidR="00187E2C" w:rsidRDefault="00000000">
            <w:pPr>
              <w:pStyle w:val="Oznaenseznam"/>
              <w:spacing w:after="9"/>
            </w:pPr>
            <w:r>
              <w:rPr>
                <w:color w:val="000000"/>
                <w:sz w:val="15"/>
              </w:rPr>
              <w:t>pravilno sestavljen primer in učenčeva ustna razlaga postopka.</w:t>
            </w:r>
          </w:p>
          <w:p w14:paraId="4B665210" w14:textId="77777777" w:rsidR="00187E2C" w:rsidRDefault="00000000">
            <w:pPr>
              <w:pStyle w:val="Oznaenseznam"/>
              <w:spacing w:after="9"/>
            </w:pPr>
            <w:r>
              <w:rPr>
                <w:color w:val="000000"/>
                <w:sz w:val="15"/>
              </w:rPr>
              <w:t>individualni bralni zapis, označen podatek in učenčeva izbrana strategija.</w:t>
            </w:r>
          </w:p>
          <w:p w14:paraId="2F6719FD" w14:textId="77777777" w:rsidR="00187E2C" w:rsidRDefault="00000000">
            <w:pPr>
              <w:pStyle w:val="Oznaenseznam"/>
              <w:spacing w:after="9"/>
            </w:pPr>
            <w:r>
              <w:rPr>
                <w:color w:val="000000"/>
                <w:sz w:val="15"/>
              </w:rPr>
              <w:t>datiran zapis v mapi in kratek komentar učenca o najuspešnejšem delu.</w:t>
            </w:r>
          </w:p>
          <w:p w14:paraId="215CC126" w14:textId="77777777" w:rsidR="00187E2C" w:rsidRDefault="00000000">
            <w:pPr>
              <w:pStyle w:val="Oznaenseznam"/>
              <w:spacing w:after="9"/>
            </w:pPr>
            <w:r>
              <w:rPr>
                <w:color w:val="000000"/>
                <w:sz w:val="15"/>
              </w:rPr>
              <w:t>nastop/izdelek, vrstniška povratna informacija in samovrednotenje.</w:t>
            </w:r>
          </w:p>
          <w:p w14:paraId="7E6A9828" w14:textId="77777777" w:rsidR="00187E2C" w:rsidRDefault="00000000">
            <w:pPr>
              <w:spacing w:before="40" w:after="20" w:line="245" w:lineRule="auto"/>
            </w:pPr>
            <w:r>
              <w:rPr>
                <w:b/>
                <w:color w:val="000000"/>
                <w:sz w:val="17"/>
              </w:rPr>
              <w:t>KNJIŽEVNO DOŽIVETJE IN IZKUŠENJSKI POUK</w:t>
            </w:r>
          </w:p>
          <w:p w14:paraId="5A5C3010"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1DACC7A2" w14:textId="77777777" w:rsidR="00187E2C" w:rsidRDefault="00000000">
            <w:pPr>
              <w:spacing w:after="20" w:line="245" w:lineRule="auto"/>
            </w:pPr>
            <w:r>
              <w:rPr>
                <w:b/>
                <w:color w:val="000000"/>
                <w:sz w:val="17"/>
              </w:rPr>
              <w:t>POUČEVANJE V GIBANJU</w:t>
            </w:r>
          </w:p>
          <w:p w14:paraId="087341F6"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48B61F02" w14:textId="77777777" w:rsidR="00187E2C" w:rsidRDefault="00000000">
            <w:pPr>
              <w:spacing w:after="20" w:line="245" w:lineRule="auto"/>
            </w:pPr>
            <w:r>
              <w:rPr>
                <w:b/>
                <w:color w:val="000000"/>
                <w:sz w:val="17"/>
              </w:rPr>
              <w:t>DELO PO POSTAJAH</w:t>
            </w:r>
          </w:p>
          <w:p w14:paraId="0DD062C0"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34, modelirano, vodeno ali ponovljeno branje; 4. slikovno-pisna – urejam zaporedje, rišem, dopolnim ali zapišem odziv ter izbor dokaza, povratna informacija in naslednji korak.</w:t>
            </w:r>
          </w:p>
          <w:p w14:paraId="0E691D1F" w14:textId="77777777" w:rsidR="00187E2C" w:rsidRDefault="00000000">
            <w:pPr>
              <w:spacing w:after="20" w:line="245" w:lineRule="auto"/>
            </w:pPr>
            <w:r>
              <w:rPr>
                <w:b/>
                <w:color w:val="000000"/>
                <w:sz w:val="17"/>
              </w:rPr>
              <w:t>DIFERENCIACIJA IN VKLJUČEVANJE</w:t>
            </w:r>
          </w:p>
          <w:p w14:paraId="718ED8AB"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101B10FC" w14:textId="77777777" w:rsidR="00187E2C" w:rsidRDefault="00000000">
            <w:pPr>
              <w:spacing w:after="20" w:line="245" w:lineRule="auto"/>
            </w:pPr>
            <w:r>
              <w:rPr>
                <w:b/>
                <w:color w:val="000000"/>
                <w:sz w:val="17"/>
              </w:rPr>
              <w:t>SPREMLJANJE</w:t>
            </w:r>
          </w:p>
          <w:p w14:paraId="79674692"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0A0B43A2"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2D66D81" w14:textId="77777777">
              <w:trPr>
                <w:jc w:val="center"/>
              </w:trPr>
              <w:tc>
                <w:tcPr>
                  <w:tcW w:w="7087" w:type="dxa"/>
                  <w:shd w:val="clear" w:color="auto" w:fill="C6E7F3"/>
                  <w:tcMar>
                    <w:top w:w="45" w:type="dxa"/>
                    <w:left w:w="70" w:type="dxa"/>
                    <w:bottom w:w="45" w:type="dxa"/>
                    <w:right w:w="70" w:type="dxa"/>
                  </w:tcMar>
                </w:tcPr>
                <w:p w14:paraId="6D2E433D" w14:textId="77777777" w:rsidR="00187E2C" w:rsidRDefault="00000000">
                  <w:pPr>
                    <w:keepNext/>
                  </w:pPr>
                  <w:r>
                    <w:rPr>
                      <w:b/>
                      <w:color w:val="000000"/>
                      <w:sz w:val="17"/>
                    </w:rPr>
                    <w:t>GLAVNI DEL – DOŽIVLJAJSKO, JEZIKOVNO IN OPISMENJEVALNO UČENJE (6 šolskih ur)</w:t>
                  </w:r>
                </w:p>
              </w:tc>
            </w:tr>
          </w:tbl>
          <w:p w14:paraId="1733A889" w14:textId="77777777" w:rsidR="00187E2C" w:rsidRDefault="00187E2C">
            <w:pPr>
              <w:spacing w:line="20" w:lineRule="exact"/>
            </w:pPr>
          </w:p>
          <w:p w14:paraId="33D54BDD" w14:textId="77777777" w:rsidR="00187E2C" w:rsidRDefault="00000000">
            <w:pPr>
              <w:keepNext/>
              <w:spacing w:before="22" w:after="6" w:line="245" w:lineRule="auto"/>
            </w:pPr>
            <w:r>
              <w:rPr>
                <w:b/>
                <w:color w:val="000000"/>
                <w:sz w:val="15"/>
              </w:rPr>
              <w:t>1. URA – Berem informacijsko besedilo</w:t>
            </w:r>
          </w:p>
          <w:p w14:paraId="18CC2AB0" w14:textId="77777777" w:rsidR="00187E2C" w:rsidRDefault="00000000">
            <w:pPr>
              <w:spacing w:after="7" w:line="245" w:lineRule="auto"/>
            </w:pPr>
            <w:r>
              <w:rPr>
                <w:b/>
                <w:color w:val="000000"/>
                <w:sz w:val="14"/>
              </w:rPr>
              <w:t xml:space="preserve">Dejavnost učiteljice: </w:t>
            </w:r>
            <w:r>
              <w:rPr>
                <w:color w:val="000000"/>
                <w:sz w:val="14"/>
              </w:rPr>
              <w:t>Vodi delo z Bralnim listom 34 (berem informacijsko besedilo): prvo branje, vprašanji »Kdaj so živeli dinozavri? Kaj so jedli?«, ponovno branje in povedi po prostoru. Individualno opazuje natančnost.</w:t>
            </w:r>
          </w:p>
          <w:p w14:paraId="6B8E6DC3" w14:textId="77777777" w:rsidR="00187E2C" w:rsidRDefault="00000000">
            <w:pPr>
              <w:spacing w:after="7" w:line="245" w:lineRule="auto"/>
            </w:pPr>
            <w:r>
              <w:rPr>
                <w:b/>
                <w:color w:val="000000"/>
                <w:sz w:val="14"/>
              </w:rPr>
              <w:t xml:space="preserve">Dejavnost učencev: </w:t>
            </w:r>
            <w:r>
              <w:rPr>
                <w:color w:val="000000"/>
                <w:sz w:val="14"/>
              </w:rPr>
              <w:t>Besedilo na Bralnem listu 34 bere po delih ali povezano, odgovori na vprašanji, poišče povedi v prostoru in izbrano poved trikrat ponovi.</w:t>
            </w:r>
          </w:p>
          <w:p w14:paraId="5215CB26" w14:textId="77777777" w:rsidR="00187E2C" w:rsidRDefault="00000000">
            <w:pPr>
              <w:spacing w:after="15" w:line="245" w:lineRule="auto"/>
            </w:pPr>
            <w:r>
              <w:rPr>
                <w:i/>
                <w:color w:val="D95BC6"/>
                <w:sz w:val="14"/>
              </w:rPr>
              <w:t>Predvideni dokaz: glasno branje, dva odgovora in primerjava prvega ter tretjega branja..</w:t>
            </w:r>
          </w:p>
          <w:p w14:paraId="291F4DA4" w14:textId="77777777" w:rsidR="00187E2C" w:rsidRDefault="00000000">
            <w:pPr>
              <w:keepNext/>
              <w:spacing w:before="22" w:after="6" w:line="245" w:lineRule="auto"/>
            </w:pPr>
            <w:r>
              <w:rPr>
                <w:b/>
                <w:color w:val="000000"/>
                <w:sz w:val="15"/>
              </w:rPr>
              <w:t>2. URA – Besedilo in pogovor – Govorim in pojasnjujem</w:t>
            </w:r>
          </w:p>
          <w:p w14:paraId="30F26871"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5E9D850D"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»izrazi mnenje«.</w:t>
            </w:r>
          </w:p>
          <w:p w14:paraId="5C0620EF" w14:textId="77777777" w:rsidR="00187E2C" w:rsidRDefault="00000000">
            <w:pPr>
              <w:spacing w:after="15" w:line="245" w:lineRule="auto"/>
            </w:pPr>
            <w:r>
              <w:rPr>
                <w:i/>
                <w:color w:val="D95BC6"/>
                <w:sz w:val="14"/>
              </w:rPr>
              <w:t>Predvideni dokaz: zvočni posnetek ali anekdotski zapis kratke izmenjave..</w:t>
            </w:r>
          </w:p>
          <w:p w14:paraId="722A4929" w14:textId="77777777" w:rsidR="00187E2C" w:rsidRDefault="00000000">
            <w:pPr>
              <w:keepNext/>
              <w:spacing w:before="22" w:after="6" w:line="245" w:lineRule="auto"/>
            </w:pPr>
            <w:r>
              <w:rPr>
                <w:b/>
                <w:color w:val="000000"/>
                <w:sz w:val="15"/>
              </w:rPr>
              <w:t>3. URA – Besedilo in pogovor – Razčlenjujem jezik</w:t>
            </w:r>
          </w:p>
          <w:p w14:paraId="5B45B004"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1B7E68B1"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»upošteva pravila pogovora«.</w:t>
            </w:r>
          </w:p>
          <w:p w14:paraId="5B82FC9B" w14:textId="77777777" w:rsidR="00187E2C" w:rsidRDefault="00000000">
            <w:pPr>
              <w:spacing w:after="15" w:line="245" w:lineRule="auto"/>
            </w:pPr>
            <w:r>
              <w:rPr>
                <w:i/>
                <w:color w:val="D95BC6"/>
                <w:sz w:val="14"/>
              </w:rPr>
              <w:t>Predvideni dokaz: pravilno sestavljen primer in učenčeva ustna razlaga postopka..</w:t>
            </w:r>
          </w:p>
          <w:p w14:paraId="4B21A9E3" w14:textId="77777777" w:rsidR="00187E2C" w:rsidRDefault="00000000">
            <w:pPr>
              <w:keepNext/>
              <w:spacing w:before="22" w:after="6" w:line="245" w:lineRule="auto"/>
            </w:pPr>
            <w:r>
              <w:rPr>
                <w:b/>
                <w:color w:val="000000"/>
                <w:sz w:val="15"/>
              </w:rPr>
              <w:t>4. URA – Besedilo in pogovor – Berem z oporo</w:t>
            </w:r>
          </w:p>
          <w:p w14:paraId="657F52AA"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60931E7F"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»samostojno oziroma z dogovorjeno oporo prebere informacijsko.</w:t>
            </w:r>
          </w:p>
          <w:p w14:paraId="0705C6B5" w14:textId="77777777" w:rsidR="00187E2C" w:rsidRDefault="00000000">
            <w:pPr>
              <w:spacing w:after="15" w:line="245" w:lineRule="auto"/>
            </w:pPr>
            <w:r>
              <w:rPr>
                <w:i/>
                <w:color w:val="D95BC6"/>
                <w:sz w:val="14"/>
              </w:rPr>
              <w:t>Predvideni dokaz: individualni bralni zapis, označen podatek in učenčeva izbrana strategija..</w:t>
            </w:r>
          </w:p>
          <w:p w14:paraId="03A4B5B2" w14:textId="77777777" w:rsidR="00187E2C" w:rsidRDefault="00000000">
            <w:pPr>
              <w:keepNext/>
              <w:spacing w:before="22" w:after="6" w:line="245" w:lineRule="auto"/>
            </w:pPr>
            <w:r>
              <w:rPr>
                <w:b/>
                <w:color w:val="000000"/>
                <w:sz w:val="15"/>
              </w:rPr>
              <w:t>5. URA – Besedilo in pogovor – Pišem in ustvarjam</w:t>
            </w:r>
          </w:p>
          <w:p w14:paraId="60DB1A05"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50822009"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w:t>
            </w:r>
          </w:p>
          <w:p w14:paraId="2B13DA87" w14:textId="77777777" w:rsidR="00187E2C" w:rsidRDefault="00000000">
            <w:pPr>
              <w:spacing w:after="15" w:line="245" w:lineRule="auto"/>
            </w:pPr>
            <w:r>
              <w:rPr>
                <w:i/>
                <w:color w:val="D95BC6"/>
                <w:sz w:val="14"/>
              </w:rPr>
              <w:t>Predvideni dokaz: datiran zapis v mapi in kratek komentar učenca o najuspešnejšem delu..</w:t>
            </w:r>
          </w:p>
          <w:p w14:paraId="33B33E0B" w14:textId="77777777" w:rsidR="00187E2C" w:rsidRDefault="00000000">
            <w:pPr>
              <w:keepNext/>
              <w:spacing w:before="22" w:after="6" w:line="245" w:lineRule="auto"/>
            </w:pPr>
            <w:r>
              <w:rPr>
                <w:b/>
                <w:color w:val="000000"/>
                <w:sz w:val="15"/>
              </w:rPr>
              <w:t>6. URA – Besedilo in pogovor – Predstavim in vrednotim</w:t>
            </w:r>
          </w:p>
          <w:p w14:paraId="7E5FED08"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41153F39"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»izrazi mnenje«.</w:t>
            </w:r>
          </w:p>
          <w:p w14:paraId="67273629"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01221F2A" w14:textId="77777777">
              <w:trPr>
                <w:jc w:val="center"/>
              </w:trPr>
              <w:tc>
                <w:tcPr>
                  <w:tcW w:w="7087" w:type="dxa"/>
                  <w:shd w:val="clear" w:color="auto" w:fill="EDC9EA"/>
                  <w:tcMar>
                    <w:top w:w="45" w:type="dxa"/>
                    <w:left w:w="70" w:type="dxa"/>
                    <w:bottom w:w="45" w:type="dxa"/>
                    <w:right w:w="70" w:type="dxa"/>
                  </w:tcMar>
                </w:tcPr>
                <w:p w14:paraId="6655B588" w14:textId="77777777" w:rsidR="00187E2C" w:rsidRDefault="00000000">
                  <w:pPr>
                    <w:keepNext/>
                  </w:pPr>
                  <w:r>
                    <w:rPr>
                      <w:b/>
                      <w:color w:val="000000"/>
                      <w:sz w:val="17"/>
                    </w:rPr>
                    <w:t>POVRATNA INFORMACIJA UČITELJICE MED DELOM</w:t>
                  </w:r>
                </w:p>
              </w:tc>
            </w:tr>
          </w:tbl>
          <w:p w14:paraId="1512524C" w14:textId="77777777" w:rsidR="00187E2C" w:rsidRDefault="00187E2C"/>
          <w:p w14:paraId="7AEBDE63"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45BF6AD2" w14:textId="77777777" w:rsidR="00187E2C" w:rsidRDefault="00187E2C"/>
          <w:p w14:paraId="5B71DD45" w14:textId="77777777" w:rsidR="00187E2C" w:rsidRDefault="00000000">
            <w:pPr>
              <w:spacing w:after="4" w:line="245" w:lineRule="auto"/>
            </w:pPr>
            <w:r>
              <w:rPr>
                <w:b/>
                <w:color w:val="000000"/>
                <w:sz w:val="15"/>
              </w:rPr>
              <w:t>1. URA – Berem informacijsko besedilo</w:t>
            </w:r>
          </w:p>
          <w:p w14:paraId="3A4277E2" w14:textId="77777777" w:rsidR="00187E2C" w:rsidRDefault="00000000">
            <w:pPr>
              <w:spacing w:after="7" w:line="245" w:lineRule="auto"/>
            </w:pPr>
            <w:r>
              <w:rPr>
                <w:color w:val="000000"/>
                <w:sz w:val="14"/>
              </w:rPr>
              <w:t>Besedilo na Bralnem listu 34 bere po delih ali povezano, odgovori na vprašanji.</w:t>
            </w:r>
          </w:p>
          <w:p w14:paraId="22FDEE72" w14:textId="77777777" w:rsidR="00187E2C" w:rsidRDefault="00000000">
            <w:pPr>
              <w:spacing w:after="15" w:line="245" w:lineRule="auto"/>
            </w:pPr>
            <w:r>
              <w:rPr>
                <w:color w:val="D95BC6"/>
                <w:sz w:val="13"/>
              </w:rPr>
              <w:t>Dokaz: glasno branje, dva odgovora in primerjava prvega ter tretjega branja.</w:t>
            </w:r>
          </w:p>
          <w:p w14:paraId="02B160FC" w14:textId="77777777" w:rsidR="00187E2C" w:rsidRDefault="00000000">
            <w:pPr>
              <w:spacing w:after="4" w:line="245" w:lineRule="auto"/>
            </w:pPr>
            <w:r>
              <w:rPr>
                <w:b/>
                <w:color w:val="000000"/>
                <w:sz w:val="15"/>
              </w:rPr>
              <w:t>2. URA – Besedilo in pogovor – Govorim in pojasnjujem</w:t>
            </w:r>
          </w:p>
          <w:p w14:paraId="69E267A8" w14:textId="77777777" w:rsidR="00187E2C" w:rsidRDefault="00000000">
            <w:pPr>
              <w:spacing w:after="7" w:line="245" w:lineRule="auto"/>
            </w:pPr>
            <w:r>
              <w:rPr>
                <w:color w:val="000000"/>
                <w:sz w:val="14"/>
              </w:rPr>
              <w:t>V paru govori in posluša, zamenja vlogo, postavi vprašanje ter uporabi besedo iz tedenske besedne banke.</w:t>
            </w:r>
          </w:p>
          <w:p w14:paraId="2DAF7625" w14:textId="77777777" w:rsidR="00187E2C" w:rsidRDefault="00000000">
            <w:pPr>
              <w:spacing w:after="15" w:line="245" w:lineRule="auto"/>
            </w:pPr>
            <w:r>
              <w:rPr>
                <w:color w:val="D95BC6"/>
                <w:sz w:val="13"/>
              </w:rPr>
              <w:t>Dokaz: zvočni posnetek ali anekdotski zapis kratke izmenjave.</w:t>
            </w:r>
          </w:p>
          <w:p w14:paraId="3F543951" w14:textId="77777777" w:rsidR="00187E2C" w:rsidRDefault="00000000">
            <w:pPr>
              <w:spacing w:after="4" w:line="245" w:lineRule="auto"/>
            </w:pPr>
            <w:r>
              <w:rPr>
                <w:b/>
                <w:color w:val="000000"/>
                <w:sz w:val="15"/>
              </w:rPr>
              <w:t>3. URA – Besedilo in pogovor – Razčlenjujem jezik</w:t>
            </w:r>
          </w:p>
          <w:p w14:paraId="1D27A408" w14:textId="77777777" w:rsidR="00187E2C" w:rsidRDefault="00000000">
            <w:pPr>
              <w:spacing w:after="7" w:line="245" w:lineRule="auto"/>
            </w:pPr>
            <w:r>
              <w:rPr>
                <w:color w:val="000000"/>
                <w:sz w:val="14"/>
              </w:rPr>
              <w:t>Ploska, stopa, razstavlja in sestavlja; primer razvrsti ter svojo rešitev preveri s sošolcem.</w:t>
            </w:r>
          </w:p>
          <w:p w14:paraId="14CC84F3" w14:textId="77777777" w:rsidR="00187E2C" w:rsidRDefault="00000000">
            <w:pPr>
              <w:spacing w:after="15" w:line="245" w:lineRule="auto"/>
            </w:pPr>
            <w:r>
              <w:rPr>
                <w:color w:val="D95BC6"/>
                <w:sz w:val="13"/>
              </w:rPr>
              <w:t>Dokaz: pravilno sestavljen primer in učenčeva ustna razlaga postopka.</w:t>
            </w:r>
          </w:p>
          <w:p w14:paraId="0515210B" w14:textId="77777777" w:rsidR="00187E2C" w:rsidRDefault="00000000">
            <w:pPr>
              <w:spacing w:after="4" w:line="245" w:lineRule="auto"/>
            </w:pPr>
            <w:r>
              <w:rPr>
                <w:b/>
                <w:color w:val="000000"/>
                <w:sz w:val="15"/>
              </w:rPr>
              <w:t>4. URA – Besedilo in pogovor – Berem z oporo</w:t>
            </w:r>
          </w:p>
          <w:p w14:paraId="16A15068" w14:textId="77777777" w:rsidR="00187E2C" w:rsidRDefault="00000000">
            <w:pPr>
              <w:spacing w:after="7" w:line="245" w:lineRule="auto"/>
            </w:pPr>
            <w:r>
              <w:rPr>
                <w:color w:val="000000"/>
                <w:sz w:val="14"/>
              </w:rPr>
              <w:t>Bere sliko, znak, besedo ali kratko poved glede na napredek ter podčrta/pokaže očiten podatek.</w:t>
            </w:r>
          </w:p>
          <w:p w14:paraId="45965C1B" w14:textId="77777777" w:rsidR="00187E2C" w:rsidRDefault="00000000">
            <w:pPr>
              <w:spacing w:after="15" w:line="245" w:lineRule="auto"/>
            </w:pPr>
            <w:r>
              <w:rPr>
                <w:color w:val="D95BC6"/>
                <w:sz w:val="13"/>
              </w:rPr>
              <w:t>Dokaz: individualni bralni zapis, označen podatek in učenčeva izbrana strategija.</w:t>
            </w:r>
          </w:p>
          <w:p w14:paraId="345845BC" w14:textId="77777777" w:rsidR="00187E2C" w:rsidRDefault="00000000">
            <w:pPr>
              <w:spacing w:after="4" w:line="245" w:lineRule="auto"/>
            </w:pPr>
            <w:r>
              <w:rPr>
                <w:b/>
                <w:color w:val="000000"/>
                <w:sz w:val="15"/>
              </w:rPr>
              <w:t>5. URA – Besedilo in pogovor – Pišem in ustvarjam</w:t>
            </w:r>
          </w:p>
          <w:p w14:paraId="3978138A" w14:textId="77777777" w:rsidR="00187E2C" w:rsidRDefault="00000000">
            <w:pPr>
              <w:spacing w:after="7" w:line="245" w:lineRule="auto"/>
            </w:pPr>
            <w:r>
              <w:rPr>
                <w:color w:val="000000"/>
                <w:sz w:val="14"/>
              </w:rPr>
              <w:t>Najprej potezo izvede s celim telesom, nato v pesku/zraku in na listu; zapiše znak.</w:t>
            </w:r>
          </w:p>
          <w:p w14:paraId="4E927198" w14:textId="77777777" w:rsidR="00187E2C" w:rsidRDefault="00000000">
            <w:pPr>
              <w:spacing w:after="15" w:line="245" w:lineRule="auto"/>
            </w:pPr>
            <w:r>
              <w:rPr>
                <w:color w:val="D95BC6"/>
                <w:sz w:val="13"/>
              </w:rPr>
              <w:t>Dokaz: datiran zapis v mapi in kratek komentar učenca o najuspešnejšem delu.</w:t>
            </w:r>
          </w:p>
          <w:p w14:paraId="631CB39A" w14:textId="77777777" w:rsidR="00187E2C" w:rsidRDefault="00000000">
            <w:pPr>
              <w:spacing w:after="4" w:line="245" w:lineRule="auto"/>
            </w:pPr>
            <w:r>
              <w:rPr>
                <w:b/>
                <w:color w:val="000000"/>
                <w:sz w:val="15"/>
              </w:rPr>
              <w:t>6. URA – Besedilo in pogovor – Predstavim in vrednotim</w:t>
            </w:r>
          </w:p>
          <w:p w14:paraId="5F22FD8D" w14:textId="77777777" w:rsidR="00187E2C" w:rsidRDefault="00000000">
            <w:pPr>
              <w:spacing w:after="7" w:line="245" w:lineRule="auto"/>
            </w:pPr>
            <w:r>
              <w:rPr>
                <w:color w:val="000000"/>
                <w:sz w:val="14"/>
              </w:rPr>
              <w:t>Pripoveduje, bere, dramatizira ali predstavi zapis; vrstniku pove eno opaženo moč in eno vprašanje.</w:t>
            </w:r>
          </w:p>
          <w:p w14:paraId="5C65E58F" w14:textId="77777777" w:rsidR="00187E2C" w:rsidRDefault="00000000">
            <w:pPr>
              <w:spacing w:after="15" w:line="245" w:lineRule="auto"/>
            </w:pPr>
            <w:r>
              <w:rPr>
                <w:color w:val="D95BC6"/>
                <w:sz w:val="13"/>
              </w:rPr>
              <w:t>Dokaz: nastop/izdelek, vrstniška povratna informacija in samovrednotenje.</w:t>
            </w:r>
          </w:p>
        </w:tc>
      </w:tr>
    </w:tbl>
    <w:p w14:paraId="30A4B34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760911F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97D73F8"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D6C325" w14:textId="77777777" w:rsidR="00187E2C" w:rsidRDefault="00000000">
            <w:pPr>
              <w:jc w:val="center"/>
            </w:pPr>
            <w:r>
              <w:rPr>
                <w:b/>
                <w:color w:val="000000"/>
                <w:sz w:val="20"/>
              </w:rPr>
              <w:t>UČNE DEJAVNOSTI, METODE IN FORMATIVNO SPREMLJANJE</w:t>
            </w:r>
          </w:p>
        </w:tc>
      </w:tr>
      <w:tr w:rsidR="00187E2C" w14:paraId="6F6A93E2" w14:textId="77777777">
        <w:trPr>
          <w:tblHeader/>
          <w:jc w:val="center"/>
        </w:trPr>
        <w:tc>
          <w:tcPr>
            <w:tcW w:w="4422" w:type="dxa"/>
            <w:vMerge/>
            <w:tcMar>
              <w:top w:w="70" w:type="dxa"/>
              <w:left w:w="90" w:type="dxa"/>
              <w:bottom w:w="70" w:type="dxa"/>
              <w:right w:w="90" w:type="dxa"/>
            </w:tcMar>
            <w:vAlign w:val="center"/>
          </w:tcPr>
          <w:p w14:paraId="550250E5" w14:textId="77777777" w:rsidR="00187E2C" w:rsidRDefault="00187E2C"/>
        </w:tc>
        <w:tc>
          <w:tcPr>
            <w:tcW w:w="7087" w:type="dxa"/>
            <w:shd w:val="clear" w:color="auto" w:fill="FFFFFF"/>
            <w:tcMar>
              <w:top w:w="70" w:type="dxa"/>
              <w:left w:w="90" w:type="dxa"/>
              <w:bottom w:w="70" w:type="dxa"/>
              <w:right w:w="90" w:type="dxa"/>
            </w:tcMar>
            <w:vAlign w:val="center"/>
          </w:tcPr>
          <w:p w14:paraId="54E65541"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3618651" w14:textId="77777777" w:rsidR="00187E2C" w:rsidRDefault="00000000">
            <w:pPr>
              <w:jc w:val="center"/>
            </w:pPr>
            <w:r>
              <w:rPr>
                <w:b/>
                <w:color w:val="000000"/>
              </w:rPr>
              <w:t>UČENEC</w:t>
            </w:r>
          </w:p>
        </w:tc>
      </w:tr>
      <w:tr w:rsidR="00187E2C" w14:paraId="5BD445FC" w14:textId="77777777">
        <w:trPr>
          <w:jc w:val="center"/>
        </w:trPr>
        <w:tc>
          <w:tcPr>
            <w:tcW w:w="4422" w:type="dxa"/>
            <w:tcMar>
              <w:top w:w="70" w:type="dxa"/>
              <w:left w:w="90" w:type="dxa"/>
              <w:bottom w:w="70" w:type="dxa"/>
              <w:right w:w="90" w:type="dxa"/>
            </w:tcMar>
          </w:tcPr>
          <w:p w14:paraId="66B849B9" w14:textId="77777777" w:rsidR="00187E2C" w:rsidRDefault="00187E2C"/>
          <w:p w14:paraId="46F12B87" w14:textId="77777777" w:rsidR="00187E2C" w:rsidRDefault="00000000">
            <w:pPr>
              <w:spacing w:after="40" w:line="245" w:lineRule="auto"/>
            </w:pPr>
            <w:r>
              <w:rPr>
                <w:b/>
                <w:color w:val="000000"/>
              </w:rPr>
              <w:t>FORMATIVNO SPREMLJANJE</w:t>
            </w:r>
          </w:p>
          <w:p w14:paraId="2D1FB468"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3458D5DF"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4F11888E"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EB0806E"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043BFBCB" w14:textId="77777777" w:rsidR="00187E2C" w:rsidRDefault="00000000">
            <w:pPr>
              <w:spacing w:before="40" w:after="20" w:line="245" w:lineRule="auto"/>
            </w:pPr>
            <w:r>
              <w:rPr>
                <w:b/>
                <w:color w:val="000000"/>
                <w:sz w:val="17"/>
              </w:rPr>
              <w:t>VARNOST IN ODGOVORNOST</w:t>
            </w:r>
          </w:p>
          <w:p w14:paraId="0C3749BB"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40143A24" w14:textId="77777777" w:rsidR="00187E2C" w:rsidRDefault="00000000">
            <w:pPr>
              <w:spacing w:after="20" w:line="245" w:lineRule="auto"/>
            </w:pPr>
            <w:r>
              <w:rPr>
                <w:b/>
                <w:color w:val="000000"/>
                <w:sz w:val="17"/>
              </w:rPr>
              <w:t>EVIDENCA PO IZVEDBI</w:t>
            </w:r>
          </w:p>
          <w:p w14:paraId="63073B30"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27767E8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5C78D62" w14:textId="77777777">
              <w:trPr>
                <w:jc w:val="center"/>
              </w:trPr>
              <w:tc>
                <w:tcPr>
                  <w:tcW w:w="7087" w:type="dxa"/>
                  <w:shd w:val="clear" w:color="auto" w:fill="EDC9EA"/>
                  <w:tcMar>
                    <w:top w:w="45" w:type="dxa"/>
                    <w:left w:w="70" w:type="dxa"/>
                    <w:bottom w:w="45" w:type="dxa"/>
                    <w:right w:w="70" w:type="dxa"/>
                  </w:tcMar>
                </w:tcPr>
                <w:p w14:paraId="07E1A019" w14:textId="77777777" w:rsidR="00187E2C" w:rsidRDefault="00000000">
                  <w:pPr>
                    <w:keepNext/>
                  </w:pPr>
                  <w:r>
                    <w:rPr>
                      <w:b/>
                      <w:color w:val="000000"/>
                    </w:rPr>
                    <w:t>VPRAŠANJA V PODPORO JEZIKOVNEMU, BRALNEMU IN KNJIŽEVNEMU UČENJU</w:t>
                  </w:r>
                </w:p>
              </w:tc>
            </w:tr>
          </w:tbl>
          <w:p w14:paraId="0387F28C" w14:textId="77777777" w:rsidR="00187E2C" w:rsidRDefault="00187E2C">
            <w:pPr>
              <w:spacing w:line="20" w:lineRule="exact"/>
            </w:pPr>
          </w:p>
          <w:p w14:paraId="1170A7C6" w14:textId="77777777" w:rsidR="00187E2C" w:rsidRDefault="00000000">
            <w:pPr>
              <w:pStyle w:val="Oznaenseznam"/>
              <w:spacing w:after="16"/>
            </w:pPr>
            <w:r>
              <w:rPr>
                <w:color w:val="000000"/>
                <w:sz w:val="16"/>
              </w:rPr>
              <w:t>Kaj ti je naslovnica, slika, predmet, zvok ali gib pomagal razumeti?</w:t>
            </w:r>
          </w:p>
          <w:p w14:paraId="29E11246" w14:textId="77777777" w:rsidR="00187E2C" w:rsidRDefault="00000000">
            <w:pPr>
              <w:pStyle w:val="Oznaenseznam"/>
              <w:spacing w:after="16"/>
            </w:pPr>
            <w:r>
              <w:rPr>
                <w:color w:val="000000"/>
                <w:sz w:val="16"/>
              </w:rPr>
              <w:t>Kako si našel/-la glas, črko, zlog, besedo ali bistveni podatek?</w:t>
            </w:r>
          </w:p>
          <w:p w14:paraId="3A86DBE0" w14:textId="77777777" w:rsidR="00187E2C" w:rsidRDefault="00000000">
            <w:pPr>
              <w:pStyle w:val="Oznaenseznam"/>
              <w:spacing w:after="16"/>
            </w:pPr>
            <w:r>
              <w:rPr>
                <w:color w:val="000000"/>
                <w:sz w:val="16"/>
              </w:rPr>
              <w:t>Kako veš, da tvoja pripoved, branje ali zapis dosega dogovorjeni kriterij?</w:t>
            </w:r>
          </w:p>
          <w:p w14:paraId="62ADEF0C" w14:textId="77777777" w:rsidR="00187E2C" w:rsidRDefault="00000000">
            <w:pPr>
              <w:pStyle w:val="Oznaenseznam"/>
              <w:spacing w:after="16"/>
            </w:pPr>
            <w:r>
              <w:rPr>
                <w:color w:val="000000"/>
                <w:sz w:val="16"/>
              </w:rPr>
              <w:t>Ali lahko svoje razumevanje pokažeš še z drugim načinom – govorom, gibanjem, risbo, branjem ali zapisom?</w:t>
            </w:r>
          </w:p>
          <w:p w14:paraId="45B894EC"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12F86877" w14:textId="77777777">
              <w:trPr>
                <w:jc w:val="center"/>
              </w:trPr>
              <w:tc>
                <w:tcPr>
                  <w:tcW w:w="7087" w:type="dxa"/>
                  <w:shd w:val="clear" w:color="auto" w:fill="C6E7F3"/>
                  <w:tcMar>
                    <w:top w:w="45" w:type="dxa"/>
                    <w:left w:w="70" w:type="dxa"/>
                    <w:bottom w:w="45" w:type="dxa"/>
                    <w:right w:w="70" w:type="dxa"/>
                  </w:tcMar>
                </w:tcPr>
                <w:p w14:paraId="5535FB59" w14:textId="77777777" w:rsidR="00187E2C" w:rsidRDefault="00000000">
                  <w:pPr>
                    <w:keepNext/>
                  </w:pPr>
                  <w:r>
                    <w:rPr>
                      <w:b/>
                      <w:color w:val="000000"/>
                    </w:rPr>
                    <w:t>ZAKLJUČNI DEL – UTRJEVANJE, BRALNI ODZIV IN REFLEKSIJA (10–15 min)</w:t>
                  </w:r>
                </w:p>
              </w:tc>
            </w:tr>
          </w:tbl>
          <w:p w14:paraId="5ECC5C9E" w14:textId="77777777" w:rsidR="00187E2C" w:rsidRDefault="00187E2C">
            <w:pPr>
              <w:spacing w:line="20" w:lineRule="exact"/>
            </w:pPr>
          </w:p>
          <w:p w14:paraId="610A0CDC"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5CCD0760" w14:textId="77777777">
              <w:trPr>
                <w:jc w:val="center"/>
              </w:trPr>
              <w:tc>
                <w:tcPr>
                  <w:tcW w:w="7087" w:type="dxa"/>
                  <w:shd w:val="clear" w:color="auto" w:fill="EDC9EA"/>
                  <w:tcMar>
                    <w:top w:w="45" w:type="dxa"/>
                    <w:left w:w="70" w:type="dxa"/>
                    <w:bottom w:w="45" w:type="dxa"/>
                    <w:right w:w="70" w:type="dxa"/>
                  </w:tcMar>
                </w:tcPr>
                <w:p w14:paraId="599C509A" w14:textId="77777777" w:rsidR="00187E2C" w:rsidRDefault="00000000">
                  <w:pPr>
                    <w:keepNext/>
                  </w:pPr>
                  <w:r>
                    <w:rPr>
                      <w:b/>
                      <w:color w:val="000000"/>
                    </w:rPr>
                    <w:t>SAMOVREDNOTENJE</w:t>
                  </w:r>
                </w:p>
              </w:tc>
            </w:tr>
          </w:tbl>
          <w:p w14:paraId="40A0C923" w14:textId="77777777" w:rsidR="00187E2C" w:rsidRDefault="00187E2C">
            <w:pPr>
              <w:spacing w:line="20" w:lineRule="exact"/>
            </w:pPr>
          </w:p>
          <w:p w14:paraId="735126B1"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23D70E07" w14:textId="77777777">
              <w:trPr>
                <w:jc w:val="center"/>
              </w:trPr>
              <w:tc>
                <w:tcPr>
                  <w:tcW w:w="7087" w:type="dxa"/>
                  <w:shd w:val="clear" w:color="auto" w:fill="EDC9EA"/>
                  <w:tcMar>
                    <w:top w:w="45" w:type="dxa"/>
                    <w:left w:w="70" w:type="dxa"/>
                    <w:bottom w:w="45" w:type="dxa"/>
                    <w:right w:w="70" w:type="dxa"/>
                  </w:tcMar>
                </w:tcPr>
                <w:p w14:paraId="0B46527C" w14:textId="77777777" w:rsidR="00187E2C" w:rsidRDefault="00000000">
                  <w:pPr>
                    <w:keepNext/>
                  </w:pPr>
                  <w:r>
                    <w:rPr>
                      <w:b/>
                      <w:color w:val="000000"/>
                    </w:rPr>
                    <w:t>VRSTNIŠKO VREDNOTENJE</w:t>
                  </w:r>
                </w:p>
              </w:tc>
            </w:tr>
          </w:tbl>
          <w:p w14:paraId="0C41F81D" w14:textId="77777777" w:rsidR="00187E2C" w:rsidRDefault="00187E2C">
            <w:pPr>
              <w:spacing w:line="20" w:lineRule="exact"/>
            </w:pPr>
          </w:p>
          <w:p w14:paraId="59D834A5"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016BDDF6" w14:textId="77777777">
              <w:trPr>
                <w:jc w:val="center"/>
              </w:trPr>
              <w:tc>
                <w:tcPr>
                  <w:tcW w:w="7087" w:type="dxa"/>
                  <w:shd w:val="clear" w:color="auto" w:fill="EDC9EA"/>
                  <w:tcMar>
                    <w:top w:w="45" w:type="dxa"/>
                    <w:left w:w="70" w:type="dxa"/>
                    <w:bottom w:w="45" w:type="dxa"/>
                    <w:right w:w="70" w:type="dxa"/>
                  </w:tcMar>
                </w:tcPr>
                <w:p w14:paraId="56687C0D" w14:textId="77777777" w:rsidR="00187E2C" w:rsidRDefault="00000000">
                  <w:pPr>
                    <w:keepNext/>
                  </w:pPr>
                  <w:r>
                    <w:rPr>
                      <w:b/>
                      <w:color w:val="000000"/>
                    </w:rPr>
                    <w:t>SKUPNI POVZETEK</w:t>
                  </w:r>
                </w:p>
              </w:tc>
            </w:tr>
          </w:tbl>
          <w:p w14:paraId="222ED4AD" w14:textId="77777777" w:rsidR="00187E2C" w:rsidRDefault="00187E2C"/>
          <w:p w14:paraId="79A1AE10" w14:textId="77777777" w:rsidR="00187E2C" w:rsidRDefault="00000000">
            <w:pPr>
              <w:spacing w:before="20" w:after="40" w:line="245" w:lineRule="auto"/>
            </w:pPr>
            <w:r>
              <w:rPr>
                <w:b/>
                <w:color w:val="000000"/>
                <w:sz w:val="16"/>
              </w:rPr>
              <w:t>sprejemam in tvorim preprosto neumetnostno besedilo; izrazim mnenje; upoštevam pravila pogovora. Svoj dokaz pojasnim in po povratni informaciji izboljšam.</w:t>
            </w:r>
          </w:p>
        </w:tc>
        <w:tc>
          <w:tcPr>
            <w:tcW w:w="2551" w:type="dxa"/>
            <w:tcMar>
              <w:top w:w="70" w:type="dxa"/>
              <w:left w:w="90" w:type="dxa"/>
              <w:bottom w:w="70" w:type="dxa"/>
              <w:right w:w="90" w:type="dxa"/>
            </w:tcMar>
          </w:tcPr>
          <w:p w14:paraId="4A9F9083" w14:textId="77777777" w:rsidR="00187E2C" w:rsidRDefault="00187E2C"/>
          <w:p w14:paraId="6677DB03" w14:textId="77777777" w:rsidR="00187E2C" w:rsidRDefault="00000000">
            <w:pPr>
              <w:spacing w:after="100" w:line="245" w:lineRule="auto"/>
            </w:pPr>
            <w:r>
              <w:rPr>
                <w:color w:val="000000"/>
                <w:sz w:val="16"/>
              </w:rPr>
              <w:t>Odgovarja na podporna vprašanja ter se sklicuje na poslušano besedilo, sliko, govor, bralni list ali zapis.</w:t>
            </w:r>
          </w:p>
          <w:p w14:paraId="1F19F1BC" w14:textId="77777777" w:rsidR="00187E2C" w:rsidRDefault="00000000">
            <w:pPr>
              <w:spacing w:after="100" w:line="245" w:lineRule="auto"/>
            </w:pPr>
            <w:r>
              <w:rPr>
                <w:color w:val="000000"/>
                <w:sz w:val="16"/>
              </w:rPr>
              <w:t>Primerja začetni odziv z novim dokazom in pojasni, kaj se je naučil/-a.</w:t>
            </w:r>
          </w:p>
          <w:p w14:paraId="415B8580" w14:textId="77777777" w:rsidR="00187E2C" w:rsidRDefault="00000000">
            <w:pPr>
              <w:spacing w:after="100" w:line="245" w:lineRule="auto"/>
            </w:pPr>
            <w:r>
              <w:rPr>
                <w:color w:val="000000"/>
                <w:sz w:val="16"/>
              </w:rPr>
              <w:t>Izbere raven samostojnosti in določi naslednji korak.</w:t>
            </w:r>
          </w:p>
          <w:p w14:paraId="6F1D4EEC" w14:textId="77777777" w:rsidR="00187E2C" w:rsidRDefault="00000000">
            <w:pPr>
              <w:spacing w:after="100" w:line="245" w:lineRule="auto"/>
            </w:pPr>
            <w:r>
              <w:rPr>
                <w:color w:val="000000"/>
                <w:sz w:val="16"/>
              </w:rPr>
              <w:t>Sošolcu poda prijazen in konkreten odziv, vezan na kriterij.</w:t>
            </w:r>
          </w:p>
          <w:p w14:paraId="5269A241" w14:textId="77777777" w:rsidR="00187E2C" w:rsidRDefault="00000000">
            <w:pPr>
              <w:spacing w:after="20" w:line="245" w:lineRule="auto"/>
            </w:pPr>
            <w:r>
              <w:rPr>
                <w:b/>
                <w:color w:val="D95BC6"/>
                <w:sz w:val="17"/>
              </w:rPr>
              <w:t>DOKAZ O UČENJU</w:t>
            </w:r>
          </w:p>
          <w:p w14:paraId="39826E75"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798DB952"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4ED6F3A4" w14:textId="77777777">
        <w:trPr>
          <w:cantSplit/>
          <w:jc w:val="center"/>
        </w:trPr>
        <w:tc>
          <w:tcPr>
            <w:tcW w:w="14060" w:type="dxa"/>
            <w:gridSpan w:val="6"/>
            <w:tcMar>
              <w:top w:w="70" w:type="dxa"/>
              <w:left w:w="90" w:type="dxa"/>
              <w:bottom w:w="70" w:type="dxa"/>
              <w:right w:w="90" w:type="dxa"/>
            </w:tcMar>
            <w:vAlign w:val="center"/>
          </w:tcPr>
          <w:p w14:paraId="4D0B8AC1" w14:textId="77777777" w:rsidR="00187E2C" w:rsidRDefault="00000000">
            <w:pPr>
              <w:jc w:val="center"/>
            </w:pPr>
            <w:r>
              <w:rPr>
                <w:b/>
                <w:color w:val="000000"/>
                <w:sz w:val="24"/>
              </w:rPr>
              <w:lastRenderedPageBreak/>
              <w:t>UČNA PRIPRAVA 35/39</w:t>
            </w:r>
          </w:p>
        </w:tc>
      </w:tr>
      <w:tr w:rsidR="00187E2C" w14:paraId="6EB2E06C" w14:textId="77777777">
        <w:trPr>
          <w:jc w:val="center"/>
        </w:trPr>
        <w:tc>
          <w:tcPr>
            <w:tcW w:w="2665" w:type="dxa"/>
            <w:tcMar>
              <w:top w:w="70" w:type="dxa"/>
              <w:left w:w="90" w:type="dxa"/>
              <w:bottom w:w="70" w:type="dxa"/>
              <w:right w:w="90" w:type="dxa"/>
            </w:tcMar>
            <w:vAlign w:val="center"/>
          </w:tcPr>
          <w:p w14:paraId="274DB924"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BC45665"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663342FF"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79E1677" w14:textId="77777777" w:rsidR="00187E2C" w:rsidRDefault="00000000">
            <w:r>
              <w:rPr>
                <w:b/>
                <w:color w:val="000000"/>
                <w:sz w:val="16"/>
              </w:rPr>
              <w:t xml:space="preserve">NAČRTOVANI TERMIN: </w:t>
            </w:r>
            <w:r>
              <w:rPr>
                <w:color w:val="000000"/>
                <w:sz w:val="16"/>
              </w:rPr>
              <w:t>35. teden • 24.–28. 5. 2027</w:t>
            </w:r>
          </w:p>
        </w:tc>
        <w:tc>
          <w:tcPr>
            <w:tcW w:w="2268" w:type="dxa"/>
            <w:tcMar>
              <w:top w:w="70" w:type="dxa"/>
              <w:left w:w="90" w:type="dxa"/>
              <w:bottom w:w="70" w:type="dxa"/>
              <w:right w:w="90" w:type="dxa"/>
            </w:tcMar>
            <w:vAlign w:val="center"/>
          </w:tcPr>
          <w:p w14:paraId="66D0A74C"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DAF072B" w14:textId="77777777" w:rsidR="00187E2C" w:rsidRDefault="00000000">
            <w:r>
              <w:rPr>
                <w:b/>
                <w:color w:val="000000"/>
                <w:sz w:val="16"/>
              </w:rPr>
              <w:t xml:space="preserve">ŠTEVILO UR: </w:t>
            </w:r>
            <w:r>
              <w:rPr>
                <w:color w:val="000000"/>
                <w:sz w:val="16"/>
              </w:rPr>
              <w:t>6</w:t>
            </w:r>
          </w:p>
        </w:tc>
      </w:tr>
      <w:tr w:rsidR="00187E2C" w14:paraId="6333110E" w14:textId="77777777">
        <w:trPr>
          <w:jc w:val="center"/>
        </w:trPr>
        <w:tc>
          <w:tcPr>
            <w:tcW w:w="14061" w:type="dxa"/>
            <w:gridSpan w:val="6"/>
            <w:tcMar>
              <w:top w:w="70" w:type="dxa"/>
              <w:left w:w="90" w:type="dxa"/>
              <w:bottom w:w="70" w:type="dxa"/>
              <w:right w:w="90" w:type="dxa"/>
            </w:tcMar>
            <w:vAlign w:val="center"/>
          </w:tcPr>
          <w:p w14:paraId="5F588D56"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090C3B03" w14:textId="77777777">
        <w:trPr>
          <w:cantSplit/>
          <w:jc w:val="center"/>
        </w:trPr>
        <w:tc>
          <w:tcPr>
            <w:tcW w:w="14060" w:type="dxa"/>
            <w:gridSpan w:val="6"/>
            <w:tcMar>
              <w:top w:w="70" w:type="dxa"/>
              <w:left w:w="90" w:type="dxa"/>
              <w:bottom w:w="70" w:type="dxa"/>
              <w:right w:w="90" w:type="dxa"/>
            </w:tcMar>
            <w:vAlign w:val="center"/>
          </w:tcPr>
          <w:p w14:paraId="392226BF" w14:textId="77777777" w:rsidR="00187E2C" w:rsidRDefault="00187E2C"/>
          <w:p w14:paraId="6E352D00" w14:textId="77777777" w:rsidR="00187E2C" w:rsidRDefault="00000000">
            <w:pPr>
              <w:spacing w:line="245" w:lineRule="auto"/>
            </w:pPr>
            <w:r>
              <w:rPr>
                <w:b/>
                <w:color w:val="000000"/>
                <w:sz w:val="16"/>
              </w:rPr>
              <w:t xml:space="preserve">UČNI SKLOP: </w:t>
            </w:r>
            <w:r>
              <w:rPr>
                <w:color w:val="000000"/>
                <w:sz w:val="16"/>
              </w:rPr>
              <w:t>POKRAJINA, PROSTOR IN TRAJNOSTNA SKUPNOST</w:t>
            </w:r>
          </w:p>
        </w:tc>
      </w:tr>
      <w:tr w:rsidR="00187E2C" w14:paraId="6DD557E6" w14:textId="77777777">
        <w:trPr>
          <w:cantSplit/>
          <w:jc w:val="center"/>
        </w:trPr>
        <w:tc>
          <w:tcPr>
            <w:tcW w:w="14060" w:type="dxa"/>
            <w:gridSpan w:val="6"/>
            <w:tcMar>
              <w:top w:w="70" w:type="dxa"/>
              <w:left w:w="90" w:type="dxa"/>
              <w:bottom w:w="70" w:type="dxa"/>
              <w:right w:w="90" w:type="dxa"/>
            </w:tcMar>
            <w:vAlign w:val="center"/>
          </w:tcPr>
          <w:p w14:paraId="354085AF" w14:textId="77777777" w:rsidR="00187E2C" w:rsidRDefault="00187E2C"/>
          <w:p w14:paraId="075548C5" w14:textId="77777777" w:rsidR="00187E2C" w:rsidRDefault="00000000">
            <w:pPr>
              <w:spacing w:line="245" w:lineRule="auto"/>
            </w:pPr>
            <w:r>
              <w:rPr>
                <w:b/>
                <w:color w:val="000000"/>
                <w:sz w:val="16"/>
              </w:rPr>
              <w:t xml:space="preserve">UČNA TEMA: </w:t>
            </w:r>
            <w:r>
              <w:rPr>
                <w:color w:val="000000"/>
                <w:sz w:val="16"/>
              </w:rPr>
              <w:t>GOVORNI NASTOP</w:t>
            </w:r>
          </w:p>
        </w:tc>
      </w:tr>
      <w:tr w:rsidR="00187E2C" w14:paraId="1CDB8014" w14:textId="77777777">
        <w:trPr>
          <w:cantSplit/>
          <w:jc w:val="center"/>
        </w:trPr>
        <w:tc>
          <w:tcPr>
            <w:tcW w:w="14060" w:type="dxa"/>
            <w:gridSpan w:val="6"/>
            <w:tcMar>
              <w:top w:w="70" w:type="dxa"/>
              <w:left w:w="90" w:type="dxa"/>
              <w:bottom w:w="70" w:type="dxa"/>
              <w:right w:w="90" w:type="dxa"/>
            </w:tcMar>
            <w:vAlign w:val="center"/>
          </w:tcPr>
          <w:p w14:paraId="2C9A0472" w14:textId="77777777" w:rsidR="00187E2C" w:rsidRDefault="00187E2C"/>
          <w:p w14:paraId="2BA966DA" w14:textId="77777777" w:rsidR="00187E2C" w:rsidRDefault="00000000">
            <w:pPr>
              <w:spacing w:line="245" w:lineRule="auto"/>
            </w:pPr>
            <w:r>
              <w:rPr>
                <w:b/>
                <w:color w:val="000000"/>
                <w:sz w:val="16"/>
              </w:rPr>
              <w:t xml:space="preserve">KNJIŽEVNO IZHODIŠČE IN MOTIV: </w:t>
            </w:r>
            <w:r>
              <w:rPr>
                <w:color w:val="000000"/>
                <w:sz w:val="16"/>
              </w:rPr>
              <w:t>»Juri Muri v Afriki« – Tone Pavček • NADALJEVANJE • odgovorna mobilnost, potovanje in predstavitev kraja</w:t>
            </w:r>
          </w:p>
        </w:tc>
      </w:tr>
      <w:tr w:rsidR="00187E2C" w14:paraId="4B55DF7A" w14:textId="77777777">
        <w:trPr>
          <w:cantSplit/>
          <w:jc w:val="center"/>
        </w:trPr>
        <w:tc>
          <w:tcPr>
            <w:tcW w:w="14060" w:type="dxa"/>
            <w:gridSpan w:val="6"/>
            <w:tcMar>
              <w:top w:w="70" w:type="dxa"/>
              <w:left w:w="90" w:type="dxa"/>
              <w:bottom w:w="70" w:type="dxa"/>
              <w:right w:w="90" w:type="dxa"/>
            </w:tcMar>
            <w:vAlign w:val="center"/>
          </w:tcPr>
          <w:p w14:paraId="2BCD52AA" w14:textId="77777777" w:rsidR="00187E2C" w:rsidRDefault="00187E2C"/>
          <w:p w14:paraId="7EE8FD99" w14:textId="77777777" w:rsidR="00187E2C" w:rsidRDefault="00000000">
            <w:pPr>
              <w:spacing w:line="245" w:lineRule="auto"/>
            </w:pPr>
            <w:r>
              <w:rPr>
                <w:b/>
                <w:color w:val="000000"/>
                <w:sz w:val="16"/>
              </w:rPr>
              <w:t xml:space="preserve">BRALNI LIST / ČRKA: </w:t>
            </w:r>
            <w:r>
              <w:rPr>
                <w:color w:val="000000"/>
                <w:sz w:val="16"/>
              </w:rPr>
              <w:t>BRALNI LIST 35 – BEREM BESEDILO O KRAJU: Kratko besedilo preberem, poiščem bistveni podatek in pokažem razumevanje.</w:t>
            </w:r>
          </w:p>
        </w:tc>
      </w:tr>
      <w:tr w:rsidR="00187E2C" w14:paraId="3F2D36F0" w14:textId="77777777">
        <w:trPr>
          <w:cantSplit/>
          <w:jc w:val="center"/>
        </w:trPr>
        <w:tc>
          <w:tcPr>
            <w:tcW w:w="14060" w:type="dxa"/>
            <w:gridSpan w:val="6"/>
            <w:tcMar>
              <w:top w:w="70" w:type="dxa"/>
              <w:left w:w="90" w:type="dxa"/>
              <w:bottom w:w="70" w:type="dxa"/>
              <w:right w:w="90" w:type="dxa"/>
            </w:tcMar>
            <w:vAlign w:val="center"/>
          </w:tcPr>
          <w:p w14:paraId="386B1FC4" w14:textId="77777777" w:rsidR="00187E2C" w:rsidRDefault="00187E2C"/>
          <w:p w14:paraId="00AE70E2" w14:textId="77777777" w:rsidR="00187E2C" w:rsidRDefault="00000000">
            <w:pPr>
              <w:spacing w:line="245" w:lineRule="auto"/>
            </w:pPr>
            <w:r>
              <w:rPr>
                <w:b/>
                <w:color w:val="000000"/>
                <w:sz w:val="16"/>
              </w:rPr>
              <w:t xml:space="preserve">UČNE ENOTE: </w:t>
            </w:r>
            <w:r>
              <w:rPr>
                <w:color w:val="000000"/>
                <w:sz w:val="16"/>
              </w:rPr>
              <w:t>1. ura – Berem besedilo o kraju • 2. ura – Govorni nastop – Govorim in pojasnjujem • 3. ura – Govorni nastop – Razčlenjujem jezik • 4. ura – Govorni nastop – Berem z oporo • 5. ura – Govorni nastop – Pišem in ustvarjam • 6. ura – Govorni nastop – Predstavim in vrednotim</w:t>
            </w:r>
          </w:p>
        </w:tc>
      </w:tr>
      <w:tr w:rsidR="00187E2C" w14:paraId="17AA72EA" w14:textId="77777777">
        <w:trPr>
          <w:cantSplit/>
          <w:jc w:val="center"/>
        </w:trPr>
        <w:tc>
          <w:tcPr>
            <w:tcW w:w="14060" w:type="dxa"/>
            <w:gridSpan w:val="6"/>
            <w:tcMar>
              <w:top w:w="70" w:type="dxa"/>
              <w:left w:w="90" w:type="dxa"/>
              <w:bottom w:w="70" w:type="dxa"/>
              <w:right w:w="90" w:type="dxa"/>
            </w:tcMar>
            <w:vAlign w:val="center"/>
          </w:tcPr>
          <w:p w14:paraId="44A16ECE" w14:textId="77777777" w:rsidR="00187E2C" w:rsidRDefault="00187E2C"/>
          <w:p w14:paraId="00249D12"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5130006D" w14:textId="77777777">
        <w:trPr>
          <w:cantSplit/>
          <w:jc w:val="center"/>
        </w:trPr>
        <w:tc>
          <w:tcPr>
            <w:tcW w:w="14060" w:type="dxa"/>
            <w:gridSpan w:val="6"/>
            <w:tcMar>
              <w:top w:w="70" w:type="dxa"/>
              <w:left w:w="90" w:type="dxa"/>
              <w:bottom w:w="70" w:type="dxa"/>
              <w:right w:w="90" w:type="dxa"/>
            </w:tcMar>
            <w:vAlign w:val="center"/>
          </w:tcPr>
          <w:p w14:paraId="01073768" w14:textId="77777777" w:rsidR="00187E2C" w:rsidRDefault="00187E2C"/>
          <w:p w14:paraId="0CE53BB3"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29273EEC" w14:textId="77777777">
        <w:trPr>
          <w:cantSplit/>
          <w:jc w:val="center"/>
        </w:trPr>
        <w:tc>
          <w:tcPr>
            <w:tcW w:w="14060" w:type="dxa"/>
            <w:gridSpan w:val="6"/>
            <w:tcMar>
              <w:top w:w="70" w:type="dxa"/>
              <w:left w:w="90" w:type="dxa"/>
              <w:bottom w:w="70" w:type="dxa"/>
              <w:right w:w="90" w:type="dxa"/>
            </w:tcMar>
            <w:vAlign w:val="center"/>
          </w:tcPr>
          <w:p w14:paraId="398D2830" w14:textId="77777777" w:rsidR="00187E2C" w:rsidRDefault="00187E2C"/>
          <w:p w14:paraId="774B91DA"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11FF8A8C" w14:textId="77777777">
        <w:trPr>
          <w:cantSplit/>
          <w:jc w:val="center"/>
        </w:trPr>
        <w:tc>
          <w:tcPr>
            <w:tcW w:w="14060" w:type="dxa"/>
            <w:gridSpan w:val="6"/>
            <w:tcMar>
              <w:top w:w="70" w:type="dxa"/>
              <w:left w:w="90" w:type="dxa"/>
              <w:bottom w:w="70" w:type="dxa"/>
              <w:right w:w="90" w:type="dxa"/>
            </w:tcMar>
            <w:vAlign w:val="center"/>
          </w:tcPr>
          <w:p w14:paraId="61A5BEC5" w14:textId="77777777" w:rsidR="00187E2C" w:rsidRDefault="00187E2C"/>
          <w:p w14:paraId="2E948002" w14:textId="77777777" w:rsidR="00187E2C" w:rsidRDefault="00000000">
            <w:pPr>
              <w:spacing w:line="245" w:lineRule="auto"/>
            </w:pPr>
            <w:r>
              <w:rPr>
                <w:b/>
                <w:color w:val="000000"/>
                <w:sz w:val="16"/>
              </w:rPr>
              <w:t xml:space="preserve">MEDPREDMETNE POVEZAVE: </w:t>
            </w:r>
            <w:r>
              <w:rPr>
                <w:color w:val="000000"/>
                <w:sz w:val="16"/>
              </w:rPr>
              <w:t>SPO – odgovorna mobilnost, potovanje in predstavitev kraja; GUM – ritem, zvočnost in glas; LUM – ilustracija, črta in grafomotorika; ŠPO – gibalna pripoved, dramatizacija in postaje; MAT – smer, zaporedje in orientacija</w:t>
            </w:r>
          </w:p>
        </w:tc>
      </w:tr>
      <w:tr w:rsidR="00187E2C" w14:paraId="2E529899" w14:textId="77777777">
        <w:trPr>
          <w:cantSplit/>
          <w:jc w:val="center"/>
        </w:trPr>
        <w:tc>
          <w:tcPr>
            <w:tcW w:w="14060" w:type="dxa"/>
            <w:gridSpan w:val="6"/>
            <w:tcMar>
              <w:top w:w="70" w:type="dxa"/>
              <w:left w:w="90" w:type="dxa"/>
              <w:bottom w:w="70" w:type="dxa"/>
              <w:right w:w="90" w:type="dxa"/>
            </w:tcMar>
            <w:vAlign w:val="center"/>
          </w:tcPr>
          <w:p w14:paraId="1372CAB8" w14:textId="77777777" w:rsidR="00187E2C" w:rsidRDefault="00187E2C"/>
          <w:p w14:paraId="35D7AE9D" w14:textId="77777777" w:rsidR="00187E2C" w:rsidRDefault="00000000">
            <w:pPr>
              <w:spacing w:line="245" w:lineRule="auto"/>
            </w:pPr>
            <w:r>
              <w:rPr>
                <w:b/>
                <w:color w:val="000000"/>
                <w:sz w:val="16"/>
              </w:rPr>
              <w:t xml:space="preserve">UČNA SREDSTVA IN PRIPOMOČKI: </w:t>
            </w:r>
            <w:r>
              <w:rPr>
                <w:color w:val="000000"/>
                <w:sz w:val="16"/>
              </w:rPr>
              <w:t>BRALNI LIST 35, povečano besedilo oziroma kartice, slikanica ali odlomek, slikovno zaporedje, kartice besed in glasov, talne črke ali zlogi, ogledala, vrvice ali modelirna masa, mini tabla, zvezek oziroma jezikovna mapa</w:t>
            </w:r>
          </w:p>
        </w:tc>
      </w:tr>
      <w:tr w:rsidR="00187E2C" w14:paraId="6A2462A3" w14:textId="77777777">
        <w:trPr>
          <w:cantSplit/>
          <w:jc w:val="center"/>
        </w:trPr>
        <w:tc>
          <w:tcPr>
            <w:tcW w:w="14060" w:type="dxa"/>
            <w:gridSpan w:val="6"/>
            <w:tcMar>
              <w:top w:w="70" w:type="dxa"/>
              <w:left w:w="90" w:type="dxa"/>
              <w:bottom w:w="70" w:type="dxa"/>
              <w:right w:w="90" w:type="dxa"/>
            </w:tcMar>
            <w:vAlign w:val="center"/>
          </w:tcPr>
          <w:p w14:paraId="31B4FE13" w14:textId="77777777" w:rsidR="00187E2C" w:rsidRDefault="00187E2C"/>
          <w:p w14:paraId="0783E63D"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3DB707AC" w14:textId="77777777">
        <w:trPr>
          <w:cantSplit/>
          <w:jc w:val="center"/>
        </w:trPr>
        <w:tc>
          <w:tcPr>
            <w:tcW w:w="14060" w:type="dxa"/>
            <w:gridSpan w:val="6"/>
            <w:tcMar>
              <w:top w:w="70" w:type="dxa"/>
              <w:left w:w="90" w:type="dxa"/>
              <w:bottom w:w="70" w:type="dxa"/>
              <w:right w:w="90" w:type="dxa"/>
            </w:tcMar>
            <w:vAlign w:val="center"/>
          </w:tcPr>
          <w:p w14:paraId="10E8F510" w14:textId="77777777" w:rsidR="00187E2C" w:rsidRDefault="00187E2C"/>
          <w:p w14:paraId="540E253A"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12665EFD" w14:textId="77777777">
        <w:trPr>
          <w:cantSplit/>
          <w:jc w:val="center"/>
        </w:trPr>
        <w:tc>
          <w:tcPr>
            <w:tcW w:w="14060" w:type="dxa"/>
            <w:gridSpan w:val="6"/>
            <w:tcMar>
              <w:top w:w="70" w:type="dxa"/>
              <w:left w:w="90" w:type="dxa"/>
              <w:bottom w:w="70" w:type="dxa"/>
              <w:right w:w="90" w:type="dxa"/>
            </w:tcMar>
            <w:vAlign w:val="center"/>
          </w:tcPr>
          <w:p w14:paraId="31AE3703" w14:textId="77777777" w:rsidR="00187E2C" w:rsidRDefault="00187E2C"/>
          <w:p w14:paraId="03814CA7"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7C56CBD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2FCFAB5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8D75006"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725CA52" w14:textId="77777777" w:rsidR="00187E2C" w:rsidRDefault="00000000">
            <w:pPr>
              <w:jc w:val="center"/>
            </w:pPr>
            <w:r>
              <w:rPr>
                <w:b/>
                <w:color w:val="000000"/>
                <w:sz w:val="20"/>
              </w:rPr>
              <w:t>UČNE DEJAVNOSTI, METODE IN FORMATIVNO SPREMLJANJE</w:t>
            </w:r>
          </w:p>
        </w:tc>
      </w:tr>
      <w:tr w:rsidR="00187E2C" w14:paraId="4A2B58BE" w14:textId="77777777">
        <w:trPr>
          <w:tblHeader/>
          <w:jc w:val="center"/>
        </w:trPr>
        <w:tc>
          <w:tcPr>
            <w:tcW w:w="4422" w:type="dxa"/>
            <w:vMerge/>
            <w:tcMar>
              <w:top w:w="70" w:type="dxa"/>
              <w:left w:w="90" w:type="dxa"/>
              <w:bottom w:w="70" w:type="dxa"/>
              <w:right w:w="90" w:type="dxa"/>
            </w:tcMar>
            <w:vAlign w:val="center"/>
          </w:tcPr>
          <w:p w14:paraId="4CEC221C" w14:textId="77777777" w:rsidR="00187E2C" w:rsidRDefault="00187E2C"/>
        </w:tc>
        <w:tc>
          <w:tcPr>
            <w:tcW w:w="7087" w:type="dxa"/>
            <w:shd w:val="clear" w:color="auto" w:fill="FFFFFF"/>
            <w:tcMar>
              <w:top w:w="70" w:type="dxa"/>
              <w:left w:w="90" w:type="dxa"/>
              <w:bottom w:w="70" w:type="dxa"/>
              <w:right w:w="90" w:type="dxa"/>
            </w:tcMar>
            <w:vAlign w:val="center"/>
          </w:tcPr>
          <w:p w14:paraId="19E5644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04535BD" w14:textId="77777777" w:rsidR="00187E2C" w:rsidRDefault="00000000">
            <w:pPr>
              <w:jc w:val="center"/>
            </w:pPr>
            <w:r>
              <w:rPr>
                <w:b/>
                <w:color w:val="000000"/>
              </w:rPr>
              <w:t>UČENEC</w:t>
            </w:r>
          </w:p>
        </w:tc>
      </w:tr>
      <w:tr w:rsidR="00187E2C" w14:paraId="60B64CC8" w14:textId="77777777">
        <w:trPr>
          <w:jc w:val="center"/>
        </w:trPr>
        <w:tc>
          <w:tcPr>
            <w:tcW w:w="4422" w:type="dxa"/>
            <w:tcMar>
              <w:top w:w="70" w:type="dxa"/>
              <w:left w:w="90" w:type="dxa"/>
              <w:bottom w:w="70" w:type="dxa"/>
              <w:right w:w="90" w:type="dxa"/>
            </w:tcMar>
          </w:tcPr>
          <w:p w14:paraId="7BF85CFE" w14:textId="77777777" w:rsidR="00187E2C" w:rsidRDefault="00187E2C"/>
          <w:p w14:paraId="021472AA" w14:textId="77777777" w:rsidR="00187E2C" w:rsidRDefault="00000000">
            <w:pPr>
              <w:spacing w:after="60" w:line="245" w:lineRule="auto"/>
            </w:pPr>
            <w:r>
              <w:rPr>
                <w:b/>
                <w:color w:val="000000"/>
              </w:rPr>
              <w:t>UČNI CILJI</w:t>
            </w:r>
          </w:p>
          <w:p w14:paraId="657F96EF" w14:textId="77777777" w:rsidR="00187E2C" w:rsidRDefault="00000000">
            <w:pPr>
              <w:spacing w:after="20" w:line="245" w:lineRule="auto"/>
            </w:pPr>
            <w:r>
              <w:rPr>
                <w:b/>
                <w:color w:val="000000"/>
                <w:sz w:val="17"/>
              </w:rPr>
              <w:t>SPLOŠNI</w:t>
            </w:r>
          </w:p>
          <w:p w14:paraId="6ACE2AFC"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0254066D" w14:textId="77777777" w:rsidR="00187E2C" w:rsidRDefault="00000000">
            <w:pPr>
              <w:pStyle w:val="Oznaenseznam"/>
              <w:spacing w:after="16"/>
            </w:pPr>
            <w:r>
              <w:rPr>
                <w:color w:val="000000"/>
                <w:sz w:val="16"/>
              </w:rPr>
              <w:t>doživlja književno besedilo ter se nanj odziva z govorom, gibanjem, dramatizacijo, risbo ali zapisom</w:t>
            </w:r>
          </w:p>
          <w:p w14:paraId="6C874741" w14:textId="77777777" w:rsidR="00187E2C" w:rsidRDefault="00000000">
            <w:pPr>
              <w:pStyle w:val="Oznaenseznam"/>
              <w:spacing w:after="16"/>
            </w:pPr>
            <w:r>
              <w:rPr>
                <w:color w:val="000000"/>
                <w:sz w:val="16"/>
              </w:rPr>
              <w:t>razvija glasovno zavedanje, povezavo glas–črka in začetno branje ter pisanje po individualnem napredku</w:t>
            </w:r>
          </w:p>
          <w:p w14:paraId="1CC589A5" w14:textId="77777777" w:rsidR="00187E2C" w:rsidRDefault="00000000">
            <w:pPr>
              <w:pStyle w:val="Oznaenseznam"/>
              <w:spacing w:after="16"/>
            </w:pPr>
            <w:r>
              <w:rPr>
                <w:color w:val="000000"/>
                <w:sz w:val="16"/>
              </w:rPr>
              <w:t>ob namenih in kriterijih spremlja svoje učenje ter uporabi opisno povratno informacijo</w:t>
            </w:r>
          </w:p>
          <w:p w14:paraId="613E4140" w14:textId="77777777" w:rsidR="00187E2C" w:rsidRDefault="00000000">
            <w:pPr>
              <w:spacing w:before="40" w:after="20" w:line="245" w:lineRule="auto"/>
            </w:pPr>
            <w:r>
              <w:rPr>
                <w:b/>
                <w:color w:val="000000"/>
                <w:sz w:val="17"/>
              </w:rPr>
              <w:t>OPERATIVNI</w:t>
            </w:r>
          </w:p>
          <w:p w14:paraId="2C5A2AF0" w14:textId="77777777" w:rsidR="00187E2C" w:rsidRDefault="00000000">
            <w:pPr>
              <w:pStyle w:val="Oznaenseznam"/>
              <w:spacing w:after="16"/>
            </w:pPr>
            <w:r>
              <w:rPr>
                <w:color w:val="000000"/>
                <w:sz w:val="16"/>
              </w:rPr>
              <w:t>smiselno in razločno predstavi izbrano temo</w:t>
            </w:r>
          </w:p>
          <w:p w14:paraId="1A2E083D" w14:textId="77777777" w:rsidR="00187E2C" w:rsidRDefault="00000000">
            <w:pPr>
              <w:pStyle w:val="Oznaenseznam"/>
              <w:spacing w:after="16"/>
            </w:pPr>
            <w:r>
              <w:rPr>
                <w:color w:val="000000"/>
                <w:sz w:val="16"/>
              </w:rPr>
              <w:t>uporablja ustrezno besedišče in ohranja zaporedje</w:t>
            </w:r>
          </w:p>
          <w:p w14:paraId="72FED7D6" w14:textId="77777777" w:rsidR="00187E2C" w:rsidRDefault="00000000">
            <w:pPr>
              <w:pStyle w:val="Oznaenseznam"/>
              <w:spacing w:after="16"/>
            </w:pPr>
            <w:r>
              <w:rPr>
                <w:color w:val="000000"/>
                <w:sz w:val="16"/>
              </w:rPr>
              <w:t>uporabi slikovno oziroma stvarno oporo</w:t>
            </w:r>
          </w:p>
          <w:p w14:paraId="35AB181E" w14:textId="77777777" w:rsidR="00187E2C" w:rsidRDefault="00000000">
            <w:pPr>
              <w:pStyle w:val="Oznaenseznam"/>
              <w:spacing w:after="16"/>
            </w:pPr>
            <w:r>
              <w:rPr>
                <w:color w:val="000000"/>
                <w:sz w:val="16"/>
              </w:rPr>
              <w:t>odgovori na vprašanje poslušalca</w:t>
            </w:r>
          </w:p>
          <w:p w14:paraId="7FC8F59C" w14:textId="77777777" w:rsidR="00187E2C" w:rsidRDefault="00000000">
            <w:pPr>
              <w:spacing w:before="40" w:after="20" w:line="245" w:lineRule="auto"/>
            </w:pPr>
            <w:r>
              <w:rPr>
                <w:b/>
                <w:color w:val="000000"/>
                <w:sz w:val="17"/>
              </w:rPr>
              <w:t>PRIČAKOVANI DOSEŽKI / MINIMALNI POUDARKI</w:t>
            </w:r>
          </w:p>
          <w:p w14:paraId="5B836326" w14:textId="77777777" w:rsidR="00187E2C" w:rsidRDefault="00000000">
            <w:pPr>
              <w:pStyle w:val="Oznaenseznam"/>
              <w:spacing w:after="16"/>
            </w:pPr>
            <w:r>
              <w:rPr>
                <w:color w:val="000000"/>
                <w:sz w:val="15"/>
              </w:rPr>
              <w:t>samostojno oziroma z dogovorjeno oporo smiselno in razločno predstavi izbrano temo</w:t>
            </w:r>
          </w:p>
          <w:p w14:paraId="5A7F7DD9" w14:textId="77777777" w:rsidR="00187E2C" w:rsidRDefault="00000000">
            <w:pPr>
              <w:pStyle w:val="Oznaenseznam"/>
              <w:spacing w:after="16"/>
            </w:pPr>
            <w:r>
              <w:rPr>
                <w:color w:val="000000"/>
                <w:sz w:val="15"/>
              </w:rPr>
              <w:t>samostojno oziroma z dogovorjeno oporo uporablja ustrezno besedišče in ohranja zaporedje</w:t>
            </w:r>
          </w:p>
          <w:p w14:paraId="680BCDE3" w14:textId="77777777" w:rsidR="00187E2C" w:rsidRDefault="00000000">
            <w:pPr>
              <w:pStyle w:val="Oznaenseznam"/>
              <w:spacing w:after="16"/>
            </w:pPr>
            <w:r>
              <w:rPr>
                <w:color w:val="000000"/>
                <w:sz w:val="15"/>
              </w:rPr>
              <w:t>samostojno oziroma z dogovorjeno oporo uporabi slikovno oziroma stvarno oporo</w:t>
            </w:r>
          </w:p>
          <w:p w14:paraId="27E6786D" w14:textId="77777777" w:rsidR="00187E2C" w:rsidRDefault="00000000">
            <w:pPr>
              <w:pStyle w:val="Oznaenseznam"/>
              <w:spacing w:after="16"/>
            </w:pPr>
            <w:r>
              <w:rPr>
                <w:color w:val="000000"/>
                <w:sz w:val="15"/>
              </w:rPr>
              <w:t>samostojno oziroma z dogovorjeno oporo odgovori na vprašanje poslušalca</w:t>
            </w:r>
          </w:p>
        </w:tc>
        <w:tc>
          <w:tcPr>
            <w:tcW w:w="7087" w:type="dxa"/>
            <w:tcMar>
              <w:top w:w="70" w:type="dxa"/>
              <w:left w:w="90" w:type="dxa"/>
              <w:bottom w:w="70" w:type="dxa"/>
              <w:right w:w="90" w:type="dxa"/>
            </w:tcMar>
          </w:tcPr>
          <w:p w14:paraId="4FA6A3D8"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0EE59BF" w14:textId="77777777">
              <w:trPr>
                <w:jc w:val="center"/>
              </w:trPr>
              <w:tc>
                <w:tcPr>
                  <w:tcW w:w="7087" w:type="dxa"/>
                  <w:shd w:val="clear" w:color="auto" w:fill="C6E7F3"/>
                  <w:tcMar>
                    <w:top w:w="45" w:type="dxa"/>
                    <w:left w:w="70" w:type="dxa"/>
                    <w:bottom w:w="45" w:type="dxa"/>
                    <w:right w:w="70" w:type="dxa"/>
                  </w:tcMar>
                </w:tcPr>
                <w:p w14:paraId="46E882CA" w14:textId="77777777" w:rsidR="00187E2C" w:rsidRDefault="00000000">
                  <w:pPr>
                    <w:keepNext/>
                  </w:pPr>
                  <w:r>
                    <w:rPr>
                      <w:b/>
                      <w:color w:val="000000"/>
                    </w:rPr>
                    <w:t>UVODNI DEL – motivacija, aktivacija predznanja in namen učenja (15–20 min)</w:t>
                  </w:r>
                </w:p>
              </w:tc>
            </w:tr>
          </w:tbl>
          <w:p w14:paraId="32F5D07A" w14:textId="77777777" w:rsidR="00187E2C" w:rsidRDefault="00187E2C">
            <w:pPr>
              <w:spacing w:line="20" w:lineRule="exact"/>
            </w:pPr>
          </w:p>
          <w:p w14:paraId="1B4B94DD" w14:textId="77777777" w:rsidR="00187E2C" w:rsidRDefault="00000000">
            <w:pPr>
              <w:spacing w:before="40" w:after="60" w:line="245" w:lineRule="auto"/>
            </w:pPr>
            <w:r>
              <w:rPr>
                <w:color w:val="000000"/>
                <w:sz w:val="16"/>
              </w:rPr>
              <w:t>Učenci ob naslovnici, odlomku ali ilustraciji dela »Juri Muri v Afriki« – Tone Pavček • NADALJEVANJE doživljajsko vstopijo v motiv odgovorna mobilnost, potovanje in predstavitev kraja. S kretnjo, predmetom, sliko, glasom ali kratko povedjo pokažejo predznanje in napoved. Izhodiščni odziv povežejo z dejavnostjo BRALNI LIST 35 – BEREM BESEDILO O KRAJU.</w:t>
            </w:r>
          </w:p>
          <w:tbl>
            <w:tblPr>
              <w:tblStyle w:val="Tabelamrea"/>
              <w:tblW w:w="0" w:type="auto"/>
              <w:jc w:val="center"/>
              <w:tblLayout w:type="fixed"/>
              <w:tblLook w:val="04A0" w:firstRow="1" w:lastRow="0" w:firstColumn="1" w:lastColumn="0" w:noHBand="0" w:noVBand="1"/>
            </w:tblPr>
            <w:tblGrid>
              <w:gridCol w:w="7087"/>
            </w:tblGrid>
            <w:tr w:rsidR="00187E2C" w14:paraId="72D6F8D0" w14:textId="77777777">
              <w:trPr>
                <w:jc w:val="center"/>
              </w:trPr>
              <w:tc>
                <w:tcPr>
                  <w:tcW w:w="7087" w:type="dxa"/>
                  <w:shd w:val="clear" w:color="auto" w:fill="EDC9EA"/>
                  <w:tcMar>
                    <w:top w:w="45" w:type="dxa"/>
                    <w:left w:w="70" w:type="dxa"/>
                    <w:bottom w:w="45" w:type="dxa"/>
                    <w:right w:w="70" w:type="dxa"/>
                  </w:tcMar>
                </w:tcPr>
                <w:p w14:paraId="3D9AB322" w14:textId="77777777" w:rsidR="00187E2C" w:rsidRDefault="00000000">
                  <w:pPr>
                    <w:keepNext/>
                  </w:pPr>
                  <w:r>
                    <w:rPr>
                      <w:b/>
                      <w:color w:val="000000"/>
                    </w:rPr>
                    <w:t>NAMENI UČENJA</w:t>
                  </w:r>
                </w:p>
              </w:tc>
            </w:tr>
          </w:tbl>
          <w:p w14:paraId="3C143F1F" w14:textId="77777777" w:rsidR="00187E2C" w:rsidRDefault="00187E2C">
            <w:pPr>
              <w:spacing w:line="20" w:lineRule="exact"/>
            </w:pPr>
          </w:p>
          <w:p w14:paraId="6FC64FF7"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25F6B06A" w14:textId="77777777" w:rsidR="00187E2C" w:rsidRDefault="00000000">
            <w:pPr>
              <w:pStyle w:val="Oznaenseznam"/>
              <w:spacing w:after="16"/>
            </w:pPr>
            <w:r>
              <w:rPr>
                <w:color w:val="000000"/>
                <w:sz w:val="16"/>
              </w:rPr>
              <w:t>smiselno in razločno predstavim izbrano temo</w:t>
            </w:r>
          </w:p>
          <w:p w14:paraId="03DAABC0" w14:textId="77777777" w:rsidR="00187E2C" w:rsidRDefault="00000000">
            <w:pPr>
              <w:pStyle w:val="Oznaenseznam"/>
              <w:spacing w:after="16"/>
            </w:pPr>
            <w:r>
              <w:rPr>
                <w:color w:val="000000"/>
                <w:sz w:val="16"/>
              </w:rPr>
              <w:t>uporabljam ustrezno besedišče in ohranja zaporedje</w:t>
            </w:r>
          </w:p>
          <w:p w14:paraId="76FBA509" w14:textId="77777777" w:rsidR="00187E2C" w:rsidRDefault="00000000">
            <w:pPr>
              <w:pStyle w:val="Oznaenseznam"/>
              <w:spacing w:after="16"/>
            </w:pPr>
            <w:r>
              <w:rPr>
                <w:color w:val="000000"/>
                <w:sz w:val="16"/>
              </w:rPr>
              <w:t>uporabim slikovno oziroma stvarno oporo</w:t>
            </w:r>
          </w:p>
          <w:p w14:paraId="2EF744A1" w14:textId="77777777" w:rsidR="00187E2C" w:rsidRDefault="00000000">
            <w:pPr>
              <w:pStyle w:val="Oznaenseznam"/>
              <w:spacing w:after="16"/>
            </w:pPr>
            <w:r>
              <w:rPr>
                <w:color w:val="000000"/>
                <w:sz w:val="16"/>
              </w:rPr>
              <w:t>odgovorim na vprašanje poslušalca</w:t>
            </w:r>
          </w:p>
          <w:tbl>
            <w:tblPr>
              <w:tblStyle w:val="Tabelamrea"/>
              <w:tblW w:w="0" w:type="auto"/>
              <w:jc w:val="center"/>
              <w:tblLayout w:type="fixed"/>
              <w:tblLook w:val="04A0" w:firstRow="1" w:lastRow="0" w:firstColumn="1" w:lastColumn="0" w:noHBand="0" w:noVBand="1"/>
            </w:tblPr>
            <w:tblGrid>
              <w:gridCol w:w="7087"/>
            </w:tblGrid>
            <w:tr w:rsidR="00187E2C" w14:paraId="1BCEF747" w14:textId="77777777">
              <w:trPr>
                <w:jc w:val="center"/>
              </w:trPr>
              <w:tc>
                <w:tcPr>
                  <w:tcW w:w="7087" w:type="dxa"/>
                  <w:shd w:val="clear" w:color="auto" w:fill="EDC9EA"/>
                  <w:tcMar>
                    <w:top w:w="45" w:type="dxa"/>
                    <w:left w:w="70" w:type="dxa"/>
                    <w:bottom w:w="45" w:type="dxa"/>
                    <w:right w:w="70" w:type="dxa"/>
                  </w:tcMar>
                </w:tcPr>
                <w:p w14:paraId="5F109FCA" w14:textId="77777777" w:rsidR="00187E2C" w:rsidRDefault="00000000">
                  <w:pPr>
                    <w:keepNext/>
                  </w:pPr>
                  <w:r>
                    <w:rPr>
                      <w:b/>
                      <w:color w:val="000000"/>
                    </w:rPr>
                    <w:t>PREVERJANJE PREDZNANJA</w:t>
                  </w:r>
                </w:p>
              </w:tc>
            </w:tr>
          </w:tbl>
          <w:p w14:paraId="6DF13209" w14:textId="77777777" w:rsidR="00187E2C" w:rsidRDefault="00187E2C">
            <w:pPr>
              <w:spacing w:line="20" w:lineRule="exact"/>
            </w:pPr>
          </w:p>
          <w:p w14:paraId="59197BE7" w14:textId="77777777" w:rsidR="00187E2C" w:rsidRDefault="00000000">
            <w:pPr>
              <w:pStyle w:val="Oznaenseznam"/>
              <w:spacing w:after="16"/>
            </w:pPr>
            <w:r>
              <w:rPr>
                <w:color w:val="000000"/>
                <w:sz w:val="16"/>
              </w:rPr>
              <w:t>Kaj mi naslovnica, ilustracija ali naslov pove o motivu odgovorna mobilnost, potovanje in predstavitev kraja?</w:t>
            </w:r>
          </w:p>
          <w:p w14:paraId="41B337D7" w14:textId="77777777" w:rsidR="00187E2C" w:rsidRDefault="00000000">
            <w:pPr>
              <w:pStyle w:val="Oznaenseznam"/>
              <w:spacing w:after="16"/>
            </w:pPr>
            <w:r>
              <w:rPr>
                <w:color w:val="000000"/>
                <w:sz w:val="16"/>
              </w:rPr>
              <w:t>Katero strategijo lahko uporabim pri dejavnosti »BEREM BESEDILO O KRAJU«?</w:t>
            </w:r>
          </w:p>
          <w:p w14:paraId="137214AA"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ED1FBA0" w14:textId="77777777">
              <w:trPr>
                <w:jc w:val="center"/>
              </w:trPr>
              <w:tc>
                <w:tcPr>
                  <w:tcW w:w="7087" w:type="dxa"/>
                  <w:shd w:val="clear" w:color="auto" w:fill="EDC9EA"/>
                  <w:tcMar>
                    <w:top w:w="45" w:type="dxa"/>
                    <w:left w:w="70" w:type="dxa"/>
                    <w:bottom w:w="45" w:type="dxa"/>
                    <w:right w:w="70" w:type="dxa"/>
                  </w:tcMar>
                </w:tcPr>
                <w:p w14:paraId="1A8F8445" w14:textId="77777777" w:rsidR="00187E2C" w:rsidRDefault="00000000">
                  <w:pPr>
                    <w:keepNext/>
                  </w:pPr>
                  <w:r>
                    <w:rPr>
                      <w:b/>
                      <w:color w:val="000000"/>
                    </w:rPr>
                    <w:t>KRITERIJI USPEŠNOSTI</w:t>
                  </w:r>
                </w:p>
              </w:tc>
            </w:tr>
          </w:tbl>
          <w:p w14:paraId="28AED137" w14:textId="77777777" w:rsidR="00187E2C" w:rsidRDefault="00187E2C"/>
          <w:p w14:paraId="559CE546" w14:textId="77777777" w:rsidR="00187E2C" w:rsidRDefault="00000000">
            <w:pPr>
              <w:spacing w:before="20" w:after="20" w:line="245" w:lineRule="auto"/>
            </w:pPr>
            <w:r>
              <w:rPr>
                <w:b/>
                <w:color w:val="000000"/>
                <w:sz w:val="16"/>
              </w:rPr>
              <w:t>Uspešen/-na bom, ko:</w:t>
            </w:r>
          </w:p>
          <w:p w14:paraId="7F149467" w14:textId="77777777" w:rsidR="00187E2C" w:rsidRDefault="00000000">
            <w:pPr>
              <w:pStyle w:val="Oznaenseznam"/>
              <w:spacing w:after="16"/>
            </w:pPr>
            <w:r>
              <w:rPr>
                <w:color w:val="000000"/>
                <w:sz w:val="16"/>
              </w:rPr>
              <w:t>smiselno in razločno predstavim izbrano temo</w:t>
            </w:r>
          </w:p>
          <w:p w14:paraId="538E3BC9" w14:textId="77777777" w:rsidR="00187E2C" w:rsidRDefault="00000000">
            <w:pPr>
              <w:pStyle w:val="Oznaenseznam"/>
              <w:spacing w:after="16"/>
            </w:pPr>
            <w:r>
              <w:rPr>
                <w:color w:val="000000"/>
                <w:sz w:val="16"/>
              </w:rPr>
              <w:t>uporabljam ustrezno besedišče in ohranja zaporedje</w:t>
            </w:r>
          </w:p>
          <w:p w14:paraId="12987E57" w14:textId="77777777" w:rsidR="00187E2C" w:rsidRDefault="00000000">
            <w:pPr>
              <w:pStyle w:val="Oznaenseznam"/>
              <w:spacing w:after="16"/>
            </w:pPr>
            <w:r>
              <w:rPr>
                <w:color w:val="000000"/>
                <w:sz w:val="16"/>
              </w:rPr>
              <w:t>uporabim slikovno oziroma stvarno oporo</w:t>
            </w:r>
          </w:p>
          <w:p w14:paraId="7F338DCB" w14:textId="77777777" w:rsidR="00187E2C" w:rsidRDefault="00000000">
            <w:pPr>
              <w:pStyle w:val="Oznaenseznam"/>
              <w:spacing w:after="16"/>
            </w:pPr>
            <w:r>
              <w:rPr>
                <w:color w:val="000000"/>
                <w:sz w:val="16"/>
              </w:rPr>
              <w:t>odgovorim na vprašanje poslušalca</w:t>
            </w:r>
          </w:p>
          <w:p w14:paraId="77D39BCE"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0C0D1FCE" w14:textId="77777777" w:rsidR="00187E2C" w:rsidRDefault="00187E2C"/>
          <w:p w14:paraId="6E89DFF3"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3A615D5F" w14:textId="77777777" w:rsidR="00187E2C" w:rsidRDefault="00000000">
            <w:pPr>
              <w:spacing w:after="80" w:line="245" w:lineRule="auto"/>
            </w:pPr>
            <w:r>
              <w:rPr>
                <w:color w:val="000000"/>
                <w:sz w:val="16"/>
              </w:rPr>
              <w:t>Pove, pokaže ali nariše, kaj že ve in katero strategijo bi uporabil.</w:t>
            </w:r>
          </w:p>
          <w:p w14:paraId="4447D529" w14:textId="77777777" w:rsidR="00187E2C" w:rsidRDefault="00000000">
            <w:pPr>
              <w:spacing w:after="100" w:line="245" w:lineRule="auto"/>
            </w:pPr>
            <w:r>
              <w:rPr>
                <w:color w:val="000000"/>
                <w:sz w:val="16"/>
              </w:rPr>
              <w:t>Sodeluje pri razumevanju namenov in kriterijev uspešnosti.</w:t>
            </w:r>
          </w:p>
          <w:p w14:paraId="12C962F5" w14:textId="77777777" w:rsidR="00187E2C" w:rsidRDefault="00000000">
            <w:pPr>
              <w:spacing w:after="20" w:line="245" w:lineRule="auto"/>
            </w:pPr>
            <w:r>
              <w:rPr>
                <w:b/>
                <w:color w:val="D95BC6"/>
                <w:sz w:val="17"/>
              </w:rPr>
              <w:t>DOKAZ O UČENJU</w:t>
            </w:r>
          </w:p>
          <w:p w14:paraId="52E61B68"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4CAC72F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86E683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EC4480D"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B0CE308" w14:textId="77777777" w:rsidR="00187E2C" w:rsidRDefault="00000000">
            <w:pPr>
              <w:jc w:val="center"/>
            </w:pPr>
            <w:r>
              <w:rPr>
                <w:b/>
                <w:color w:val="000000"/>
                <w:sz w:val="20"/>
              </w:rPr>
              <w:t>UČNE DEJAVNOSTI, METODE IN FORMATIVNO SPREMLJANJE</w:t>
            </w:r>
          </w:p>
        </w:tc>
      </w:tr>
      <w:tr w:rsidR="00187E2C" w14:paraId="085AF637" w14:textId="77777777">
        <w:trPr>
          <w:tblHeader/>
          <w:jc w:val="center"/>
        </w:trPr>
        <w:tc>
          <w:tcPr>
            <w:tcW w:w="4422" w:type="dxa"/>
            <w:vMerge/>
            <w:tcMar>
              <w:top w:w="70" w:type="dxa"/>
              <w:left w:w="90" w:type="dxa"/>
              <w:bottom w:w="70" w:type="dxa"/>
              <w:right w:w="90" w:type="dxa"/>
            </w:tcMar>
            <w:vAlign w:val="center"/>
          </w:tcPr>
          <w:p w14:paraId="1EA21786" w14:textId="77777777" w:rsidR="00187E2C" w:rsidRDefault="00187E2C"/>
        </w:tc>
        <w:tc>
          <w:tcPr>
            <w:tcW w:w="7087" w:type="dxa"/>
            <w:shd w:val="clear" w:color="auto" w:fill="FFFFFF"/>
            <w:tcMar>
              <w:top w:w="70" w:type="dxa"/>
              <w:left w:w="90" w:type="dxa"/>
              <w:bottom w:w="70" w:type="dxa"/>
              <w:right w:w="90" w:type="dxa"/>
            </w:tcMar>
            <w:vAlign w:val="center"/>
          </w:tcPr>
          <w:p w14:paraId="4B6D32F7"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7490BEB" w14:textId="77777777" w:rsidR="00187E2C" w:rsidRDefault="00000000">
            <w:pPr>
              <w:jc w:val="center"/>
            </w:pPr>
            <w:r>
              <w:rPr>
                <w:b/>
                <w:color w:val="000000"/>
              </w:rPr>
              <w:t>UČENEC</w:t>
            </w:r>
          </w:p>
        </w:tc>
      </w:tr>
      <w:tr w:rsidR="00187E2C" w14:paraId="45EF1B21" w14:textId="77777777">
        <w:trPr>
          <w:jc w:val="center"/>
        </w:trPr>
        <w:tc>
          <w:tcPr>
            <w:tcW w:w="4422" w:type="dxa"/>
            <w:tcMar>
              <w:top w:w="70" w:type="dxa"/>
              <w:left w:w="90" w:type="dxa"/>
              <w:bottom w:w="70" w:type="dxa"/>
              <w:right w:w="90" w:type="dxa"/>
            </w:tcMar>
          </w:tcPr>
          <w:p w14:paraId="24A4462B" w14:textId="77777777" w:rsidR="00187E2C" w:rsidRDefault="00187E2C"/>
          <w:p w14:paraId="4D249D36" w14:textId="77777777" w:rsidR="00187E2C" w:rsidRDefault="00000000">
            <w:pPr>
              <w:spacing w:after="40" w:line="245" w:lineRule="auto"/>
            </w:pPr>
            <w:r>
              <w:rPr>
                <w:b/>
                <w:color w:val="000000"/>
              </w:rPr>
              <w:t>KLJUČNI POJMI</w:t>
            </w:r>
          </w:p>
          <w:p w14:paraId="10B0064C"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4BEE57BE" w14:textId="77777777" w:rsidR="00187E2C" w:rsidRDefault="00000000">
            <w:pPr>
              <w:spacing w:after="20" w:line="245" w:lineRule="auto"/>
            </w:pPr>
            <w:r>
              <w:rPr>
                <w:b/>
                <w:color w:val="000000"/>
                <w:sz w:val="17"/>
              </w:rPr>
              <w:t>DOKAZI O UČENJU</w:t>
            </w:r>
          </w:p>
          <w:p w14:paraId="11A8EE77" w14:textId="77777777" w:rsidR="00187E2C" w:rsidRDefault="00000000">
            <w:pPr>
              <w:pStyle w:val="Oznaenseznam"/>
              <w:spacing w:after="9"/>
            </w:pPr>
            <w:r>
              <w:rPr>
                <w:color w:val="000000"/>
                <w:sz w:val="15"/>
              </w:rPr>
              <w:t>glasno branje, dva odgovora in primerjava prvega ter tretjega branja.</w:t>
            </w:r>
          </w:p>
          <w:p w14:paraId="18D107ED" w14:textId="77777777" w:rsidR="00187E2C" w:rsidRDefault="00000000">
            <w:pPr>
              <w:pStyle w:val="Oznaenseznam"/>
              <w:spacing w:after="9"/>
            </w:pPr>
            <w:r>
              <w:rPr>
                <w:color w:val="000000"/>
                <w:sz w:val="15"/>
              </w:rPr>
              <w:t>zvočni posnetek ali anekdotski zapis kratke izmenjave.</w:t>
            </w:r>
          </w:p>
          <w:p w14:paraId="2629C785" w14:textId="77777777" w:rsidR="00187E2C" w:rsidRDefault="00000000">
            <w:pPr>
              <w:pStyle w:val="Oznaenseznam"/>
              <w:spacing w:after="9"/>
            </w:pPr>
            <w:r>
              <w:rPr>
                <w:color w:val="000000"/>
                <w:sz w:val="15"/>
              </w:rPr>
              <w:t>pravilno sestavljen primer in učenčeva ustna razlaga postopka.</w:t>
            </w:r>
          </w:p>
          <w:p w14:paraId="2BD80A8A" w14:textId="77777777" w:rsidR="00187E2C" w:rsidRDefault="00000000">
            <w:pPr>
              <w:pStyle w:val="Oznaenseznam"/>
              <w:spacing w:after="9"/>
            </w:pPr>
            <w:r>
              <w:rPr>
                <w:color w:val="000000"/>
                <w:sz w:val="15"/>
              </w:rPr>
              <w:t>individualni bralni zapis, označen podatek in učenčeva izbrana strategija.</w:t>
            </w:r>
          </w:p>
          <w:p w14:paraId="1A192614" w14:textId="77777777" w:rsidR="00187E2C" w:rsidRDefault="00000000">
            <w:pPr>
              <w:pStyle w:val="Oznaenseznam"/>
              <w:spacing w:after="9"/>
            </w:pPr>
            <w:r>
              <w:rPr>
                <w:color w:val="000000"/>
                <w:sz w:val="15"/>
              </w:rPr>
              <w:t>datiran zapis v mapi in kratek komentar učenca o najuspešnejšem delu.</w:t>
            </w:r>
          </w:p>
          <w:p w14:paraId="51D68DDA" w14:textId="77777777" w:rsidR="00187E2C" w:rsidRDefault="00000000">
            <w:pPr>
              <w:pStyle w:val="Oznaenseznam"/>
              <w:spacing w:after="9"/>
            </w:pPr>
            <w:r>
              <w:rPr>
                <w:color w:val="000000"/>
                <w:sz w:val="15"/>
              </w:rPr>
              <w:t>nastop/izdelek, vrstniška povratna informacija in samovrednotenje.</w:t>
            </w:r>
          </w:p>
          <w:p w14:paraId="2F0CD411" w14:textId="77777777" w:rsidR="00187E2C" w:rsidRDefault="00000000">
            <w:pPr>
              <w:spacing w:before="40" w:after="20" w:line="245" w:lineRule="auto"/>
            </w:pPr>
            <w:r>
              <w:rPr>
                <w:b/>
                <w:color w:val="000000"/>
                <w:sz w:val="17"/>
              </w:rPr>
              <w:t>KNJIŽEVNO DOŽIVETJE IN IZKUŠENJSKI POUK</w:t>
            </w:r>
          </w:p>
          <w:p w14:paraId="1A304AEC"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49B702CC" w14:textId="77777777" w:rsidR="00187E2C" w:rsidRDefault="00000000">
            <w:pPr>
              <w:spacing w:after="20" w:line="245" w:lineRule="auto"/>
            </w:pPr>
            <w:r>
              <w:rPr>
                <w:b/>
                <w:color w:val="000000"/>
                <w:sz w:val="17"/>
              </w:rPr>
              <w:t>POUČEVANJE V GIBANJU</w:t>
            </w:r>
          </w:p>
          <w:p w14:paraId="0CF31565"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64886987" w14:textId="77777777" w:rsidR="00187E2C" w:rsidRDefault="00000000">
            <w:pPr>
              <w:spacing w:after="20" w:line="245" w:lineRule="auto"/>
            </w:pPr>
            <w:r>
              <w:rPr>
                <w:b/>
                <w:color w:val="000000"/>
                <w:sz w:val="17"/>
              </w:rPr>
              <w:t>DELO PO POSTAJAH</w:t>
            </w:r>
          </w:p>
          <w:p w14:paraId="604555D4"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35, modelirano, vodeno ali ponovljeno branje; 4. slikovno-pisna – urejam zaporedje, rišem, dopolnim ali zapišem odziv ter izbor dokaza, povratna informacija in naslednji korak.</w:t>
            </w:r>
          </w:p>
          <w:p w14:paraId="5EFA9489" w14:textId="77777777" w:rsidR="00187E2C" w:rsidRDefault="00000000">
            <w:pPr>
              <w:spacing w:after="20" w:line="245" w:lineRule="auto"/>
            </w:pPr>
            <w:r>
              <w:rPr>
                <w:b/>
                <w:color w:val="000000"/>
                <w:sz w:val="17"/>
              </w:rPr>
              <w:t>DIFERENCIACIJA IN VKLJUČEVANJE</w:t>
            </w:r>
          </w:p>
          <w:p w14:paraId="4E212289"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836C8A5" w14:textId="77777777" w:rsidR="00187E2C" w:rsidRDefault="00000000">
            <w:pPr>
              <w:spacing w:after="20" w:line="245" w:lineRule="auto"/>
            </w:pPr>
            <w:r>
              <w:rPr>
                <w:b/>
                <w:color w:val="000000"/>
                <w:sz w:val="17"/>
              </w:rPr>
              <w:t>SPREMLJANJE</w:t>
            </w:r>
          </w:p>
          <w:p w14:paraId="18BC4AD8"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0A8FFF5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D519F44" w14:textId="77777777">
              <w:trPr>
                <w:jc w:val="center"/>
              </w:trPr>
              <w:tc>
                <w:tcPr>
                  <w:tcW w:w="7087" w:type="dxa"/>
                  <w:shd w:val="clear" w:color="auto" w:fill="C6E7F3"/>
                  <w:tcMar>
                    <w:top w:w="45" w:type="dxa"/>
                    <w:left w:w="70" w:type="dxa"/>
                    <w:bottom w:w="45" w:type="dxa"/>
                    <w:right w:w="70" w:type="dxa"/>
                  </w:tcMar>
                </w:tcPr>
                <w:p w14:paraId="514348ED" w14:textId="77777777" w:rsidR="00187E2C" w:rsidRDefault="00000000">
                  <w:pPr>
                    <w:keepNext/>
                  </w:pPr>
                  <w:r>
                    <w:rPr>
                      <w:b/>
                      <w:color w:val="000000"/>
                      <w:sz w:val="17"/>
                    </w:rPr>
                    <w:t>GLAVNI DEL – DOŽIVLJAJSKO, JEZIKOVNO IN OPISMENJEVALNO UČENJE (6 šolskih ur)</w:t>
                  </w:r>
                </w:p>
              </w:tc>
            </w:tr>
          </w:tbl>
          <w:p w14:paraId="5F57AE25" w14:textId="77777777" w:rsidR="00187E2C" w:rsidRDefault="00187E2C">
            <w:pPr>
              <w:spacing w:line="20" w:lineRule="exact"/>
            </w:pPr>
          </w:p>
          <w:p w14:paraId="41C0B55B" w14:textId="77777777" w:rsidR="00187E2C" w:rsidRDefault="00000000">
            <w:pPr>
              <w:keepNext/>
              <w:spacing w:before="22" w:after="6" w:line="245" w:lineRule="auto"/>
            </w:pPr>
            <w:r>
              <w:rPr>
                <w:b/>
                <w:color w:val="000000"/>
                <w:sz w:val="15"/>
              </w:rPr>
              <w:t>1. URA – Berem besedilo o kraju</w:t>
            </w:r>
          </w:p>
          <w:p w14:paraId="18FA3DD3" w14:textId="77777777" w:rsidR="00187E2C" w:rsidRDefault="00000000">
            <w:pPr>
              <w:spacing w:after="7" w:line="245" w:lineRule="auto"/>
            </w:pPr>
            <w:r>
              <w:rPr>
                <w:b/>
                <w:color w:val="000000"/>
                <w:sz w:val="14"/>
              </w:rPr>
              <w:t xml:space="preserve">Dejavnost učiteljice: </w:t>
            </w:r>
            <w:r>
              <w:rPr>
                <w:color w:val="000000"/>
                <w:sz w:val="14"/>
              </w:rPr>
              <w:t>Vodi delo z Bralnim listom 35 (berem besedilo o kraju): prvo branje, vprašanji »Kaj ima naš kraj? Kaj naredim na prehodu?«, ponovno branje in povedi po prostoru. Individualno opazuje natančnost.</w:t>
            </w:r>
          </w:p>
          <w:p w14:paraId="5322925B" w14:textId="77777777" w:rsidR="00187E2C" w:rsidRDefault="00000000">
            <w:pPr>
              <w:spacing w:after="7" w:line="245" w:lineRule="auto"/>
            </w:pPr>
            <w:r>
              <w:rPr>
                <w:b/>
                <w:color w:val="000000"/>
                <w:sz w:val="14"/>
              </w:rPr>
              <w:t xml:space="preserve">Dejavnost učencev: </w:t>
            </w:r>
            <w:r>
              <w:rPr>
                <w:color w:val="000000"/>
                <w:sz w:val="14"/>
              </w:rPr>
              <w:t>Besedilo na Bralnem listu 35 bere po delih ali povezano, odgovori na vprašanji, poišče povedi v prostoru in izbrano poved trikrat ponovi.</w:t>
            </w:r>
          </w:p>
          <w:p w14:paraId="70558A91" w14:textId="77777777" w:rsidR="00187E2C" w:rsidRDefault="00000000">
            <w:pPr>
              <w:spacing w:after="15" w:line="245" w:lineRule="auto"/>
            </w:pPr>
            <w:r>
              <w:rPr>
                <w:i/>
                <w:color w:val="D95BC6"/>
                <w:sz w:val="14"/>
              </w:rPr>
              <w:t>Predvideni dokaz: glasno branje, dva odgovora in primerjava prvega ter tretjega branja..</w:t>
            </w:r>
          </w:p>
          <w:p w14:paraId="1CB1D0E4" w14:textId="77777777" w:rsidR="00187E2C" w:rsidRDefault="00000000">
            <w:pPr>
              <w:keepNext/>
              <w:spacing w:before="22" w:after="6" w:line="245" w:lineRule="auto"/>
            </w:pPr>
            <w:r>
              <w:rPr>
                <w:b/>
                <w:color w:val="000000"/>
                <w:sz w:val="15"/>
              </w:rPr>
              <w:t>2. URA – Govorni nastop – Govorim in pojasnjujem</w:t>
            </w:r>
          </w:p>
          <w:p w14:paraId="6CA78A2D"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726CC7E5"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»uporabi slikovno oporo«.</w:t>
            </w:r>
          </w:p>
          <w:p w14:paraId="523D9D97" w14:textId="77777777" w:rsidR="00187E2C" w:rsidRDefault="00000000">
            <w:pPr>
              <w:spacing w:after="15" w:line="245" w:lineRule="auto"/>
            </w:pPr>
            <w:r>
              <w:rPr>
                <w:i/>
                <w:color w:val="D95BC6"/>
                <w:sz w:val="14"/>
              </w:rPr>
              <w:t>Predvideni dokaz: zvočni posnetek ali anekdotski zapis kratke izmenjave..</w:t>
            </w:r>
          </w:p>
          <w:p w14:paraId="20D39E5F" w14:textId="77777777" w:rsidR="00187E2C" w:rsidRDefault="00000000">
            <w:pPr>
              <w:keepNext/>
              <w:spacing w:before="22" w:after="6" w:line="245" w:lineRule="auto"/>
            </w:pPr>
            <w:r>
              <w:rPr>
                <w:b/>
                <w:color w:val="000000"/>
                <w:sz w:val="15"/>
              </w:rPr>
              <w:t>3. URA – Govorni nastop – Razčlenjujem jezik</w:t>
            </w:r>
          </w:p>
          <w:p w14:paraId="716F674B"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59DA9EB5"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»odgovori na vprašanje«.</w:t>
            </w:r>
          </w:p>
          <w:p w14:paraId="33076656" w14:textId="77777777" w:rsidR="00187E2C" w:rsidRDefault="00000000">
            <w:pPr>
              <w:spacing w:after="15" w:line="245" w:lineRule="auto"/>
            </w:pPr>
            <w:r>
              <w:rPr>
                <w:i/>
                <w:color w:val="D95BC6"/>
                <w:sz w:val="14"/>
              </w:rPr>
              <w:t>Predvideni dokaz: pravilno sestavljen primer in učenčeva ustna razlaga postopka..</w:t>
            </w:r>
          </w:p>
          <w:p w14:paraId="3DEDD040" w14:textId="77777777" w:rsidR="00187E2C" w:rsidRDefault="00000000">
            <w:pPr>
              <w:keepNext/>
              <w:spacing w:before="22" w:after="6" w:line="245" w:lineRule="auto"/>
            </w:pPr>
            <w:r>
              <w:rPr>
                <w:b/>
                <w:color w:val="000000"/>
                <w:sz w:val="15"/>
              </w:rPr>
              <w:t>4. URA – Govorni nastop – Berem z oporo</w:t>
            </w:r>
          </w:p>
          <w:p w14:paraId="675B0D60"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2B1D0BD2"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»samostojno oziroma z dogovorjeno oporo prebere besedilo o kraju.</w:t>
            </w:r>
          </w:p>
          <w:p w14:paraId="145B3901" w14:textId="77777777" w:rsidR="00187E2C" w:rsidRDefault="00000000">
            <w:pPr>
              <w:spacing w:after="15" w:line="245" w:lineRule="auto"/>
            </w:pPr>
            <w:r>
              <w:rPr>
                <w:i/>
                <w:color w:val="D95BC6"/>
                <w:sz w:val="14"/>
              </w:rPr>
              <w:t>Predvideni dokaz: individualni bralni zapis, označen podatek in učenčeva izbrana strategija..</w:t>
            </w:r>
          </w:p>
          <w:p w14:paraId="0AA69A4E" w14:textId="77777777" w:rsidR="00187E2C" w:rsidRDefault="00000000">
            <w:pPr>
              <w:keepNext/>
              <w:spacing w:before="22" w:after="6" w:line="245" w:lineRule="auto"/>
            </w:pPr>
            <w:r>
              <w:rPr>
                <w:b/>
                <w:color w:val="000000"/>
                <w:sz w:val="15"/>
              </w:rPr>
              <w:t>5. URA – Govorni nastop – Pišem in ustvarjam</w:t>
            </w:r>
          </w:p>
          <w:p w14:paraId="347A6BFE"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578DB7F4"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 dejavnost poveže s ciljem »predstavi kraj ali pot«.</w:t>
            </w:r>
          </w:p>
          <w:p w14:paraId="72D6ECD2" w14:textId="77777777" w:rsidR="00187E2C" w:rsidRDefault="00000000">
            <w:pPr>
              <w:spacing w:after="15" w:line="245" w:lineRule="auto"/>
            </w:pPr>
            <w:r>
              <w:rPr>
                <w:i/>
                <w:color w:val="D95BC6"/>
                <w:sz w:val="14"/>
              </w:rPr>
              <w:t>Predvideni dokaz: datiran zapis v mapi in kratek komentar učenca o najuspešnejšem delu..</w:t>
            </w:r>
          </w:p>
          <w:p w14:paraId="3A4824AF" w14:textId="77777777" w:rsidR="00187E2C" w:rsidRDefault="00000000">
            <w:pPr>
              <w:keepNext/>
              <w:spacing w:before="22" w:after="6" w:line="245" w:lineRule="auto"/>
            </w:pPr>
            <w:r>
              <w:rPr>
                <w:b/>
                <w:color w:val="000000"/>
                <w:sz w:val="15"/>
              </w:rPr>
              <w:t>6. URA – Govorni nastop – Predstavim in vrednotim</w:t>
            </w:r>
          </w:p>
          <w:p w14:paraId="7CB412BB"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233F82E0"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»uporabi slikovno oporo«.</w:t>
            </w:r>
          </w:p>
          <w:p w14:paraId="568C976D"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34A8C42D" w14:textId="77777777">
              <w:trPr>
                <w:jc w:val="center"/>
              </w:trPr>
              <w:tc>
                <w:tcPr>
                  <w:tcW w:w="7087" w:type="dxa"/>
                  <w:shd w:val="clear" w:color="auto" w:fill="EDC9EA"/>
                  <w:tcMar>
                    <w:top w:w="45" w:type="dxa"/>
                    <w:left w:w="70" w:type="dxa"/>
                    <w:bottom w:w="45" w:type="dxa"/>
                    <w:right w:w="70" w:type="dxa"/>
                  </w:tcMar>
                </w:tcPr>
                <w:p w14:paraId="6A9A1872" w14:textId="77777777" w:rsidR="00187E2C" w:rsidRDefault="00000000">
                  <w:pPr>
                    <w:keepNext/>
                  </w:pPr>
                  <w:r>
                    <w:rPr>
                      <w:b/>
                      <w:color w:val="000000"/>
                      <w:sz w:val="17"/>
                    </w:rPr>
                    <w:t>POVRATNA INFORMACIJA UČITELJICE MED DELOM</w:t>
                  </w:r>
                </w:p>
              </w:tc>
            </w:tr>
          </w:tbl>
          <w:p w14:paraId="497AC85D" w14:textId="77777777" w:rsidR="00187E2C" w:rsidRDefault="00187E2C"/>
          <w:p w14:paraId="066585B5"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7FC73622" w14:textId="77777777" w:rsidR="00187E2C" w:rsidRDefault="00187E2C"/>
          <w:p w14:paraId="1874BE33" w14:textId="77777777" w:rsidR="00187E2C" w:rsidRDefault="00000000">
            <w:pPr>
              <w:spacing w:after="4" w:line="245" w:lineRule="auto"/>
            </w:pPr>
            <w:r>
              <w:rPr>
                <w:b/>
                <w:color w:val="000000"/>
                <w:sz w:val="15"/>
              </w:rPr>
              <w:t>1. URA – Berem besedilo o kraju</w:t>
            </w:r>
          </w:p>
          <w:p w14:paraId="51B16A24" w14:textId="77777777" w:rsidR="00187E2C" w:rsidRDefault="00000000">
            <w:pPr>
              <w:spacing w:after="7" w:line="245" w:lineRule="auto"/>
            </w:pPr>
            <w:r>
              <w:rPr>
                <w:color w:val="000000"/>
                <w:sz w:val="14"/>
              </w:rPr>
              <w:t>Besedilo na Bralnem listu 35 bere po delih ali povezano, odgovori na vprašanji.</w:t>
            </w:r>
          </w:p>
          <w:p w14:paraId="1E41C916" w14:textId="77777777" w:rsidR="00187E2C" w:rsidRDefault="00000000">
            <w:pPr>
              <w:spacing w:after="15" w:line="245" w:lineRule="auto"/>
            </w:pPr>
            <w:r>
              <w:rPr>
                <w:color w:val="D95BC6"/>
                <w:sz w:val="13"/>
              </w:rPr>
              <w:t>Dokaz: glasno branje, dva odgovora in primerjava prvega ter tretjega branja.</w:t>
            </w:r>
          </w:p>
          <w:p w14:paraId="5CCC1AF2" w14:textId="77777777" w:rsidR="00187E2C" w:rsidRDefault="00000000">
            <w:pPr>
              <w:spacing w:after="4" w:line="245" w:lineRule="auto"/>
            </w:pPr>
            <w:r>
              <w:rPr>
                <w:b/>
                <w:color w:val="000000"/>
                <w:sz w:val="15"/>
              </w:rPr>
              <w:t>2. URA – Govorni nastop – Govorim in pojasnjujem</w:t>
            </w:r>
          </w:p>
          <w:p w14:paraId="1D329A78" w14:textId="77777777" w:rsidR="00187E2C" w:rsidRDefault="00000000">
            <w:pPr>
              <w:spacing w:after="7" w:line="245" w:lineRule="auto"/>
            </w:pPr>
            <w:r>
              <w:rPr>
                <w:color w:val="000000"/>
                <w:sz w:val="14"/>
              </w:rPr>
              <w:t>V paru govori in posluša, zamenja vlogo, postavi vprašanje ter uporabi besedo iz tedenske besedne banke.</w:t>
            </w:r>
          </w:p>
          <w:p w14:paraId="395CBE4B" w14:textId="77777777" w:rsidR="00187E2C" w:rsidRDefault="00000000">
            <w:pPr>
              <w:spacing w:after="15" w:line="245" w:lineRule="auto"/>
            </w:pPr>
            <w:r>
              <w:rPr>
                <w:color w:val="D95BC6"/>
                <w:sz w:val="13"/>
              </w:rPr>
              <w:t>Dokaz: zvočni posnetek ali anekdotski zapis kratke izmenjave.</w:t>
            </w:r>
          </w:p>
          <w:p w14:paraId="35FD0EC6" w14:textId="77777777" w:rsidR="00187E2C" w:rsidRDefault="00000000">
            <w:pPr>
              <w:spacing w:after="4" w:line="245" w:lineRule="auto"/>
            </w:pPr>
            <w:r>
              <w:rPr>
                <w:b/>
                <w:color w:val="000000"/>
                <w:sz w:val="15"/>
              </w:rPr>
              <w:t>3. URA – Govorni nastop – Razčlenjujem jezik</w:t>
            </w:r>
          </w:p>
          <w:p w14:paraId="482C9F5D" w14:textId="77777777" w:rsidR="00187E2C" w:rsidRDefault="00000000">
            <w:pPr>
              <w:spacing w:after="7" w:line="245" w:lineRule="auto"/>
            </w:pPr>
            <w:r>
              <w:rPr>
                <w:color w:val="000000"/>
                <w:sz w:val="14"/>
              </w:rPr>
              <w:t>Ploska, stopa, razstavlja in sestavlja; primer razvrsti ter svojo rešitev preveri s sošolcem.</w:t>
            </w:r>
          </w:p>
          <w:p w14:paraId="72EAA007" w14:textId="77777777" w:rsidR="00187E2C" w:rsidRDefault="00000000">
            <w:pPr>
              <w:spacing w:after="15" w:line="245" w:lineRule="auto"/>
            </w:pPr>
            <w:r>
              <w:rPr>
                <w:color w:val="D95BC6"/>
                <w:sz w:val="13"/>
              </w:rPr>
              <w:t>Dokaz: pravilno sestavljen primer in učenčeva ustna razlaga postopka.</w:t>
            </w:r>
          </w:p>
          <w:p w14:paraId="2E0A264E" w14:textId="77777777" w:rsidR="00187E2C" w:rsidRDefault="00000000">
            <w:pPr>
              <w:spacing w:after="4" w:line="245" w:lineRule="auto"/>
            </w:pPr>
            <w:r>
              <w:rPr>
                <w:b/>
                <w:color w:val="000000"/>
                <w:sz w:val="15"/>
              </w:rPr>
              <w:t>4. URA – Govorni nastop – Berem z oporo</w:t>
            </w:r>
          </w:p>
          <w:p w14:paraId="566C3841" w14:textId="77777777" w:rsidR="00187E2C" w:rsidRDefault="00000000">
            <w:pPr>
              <w:spacing w:after="7" w:line="245" w:lineRule="auto"/>
            </w:pPr>
            <w:r>
              <w:rPr>
                <w:color w:val="000000"/>
                <w:sz w:val="14"/>
              </w:rPr>
              <w:t>Bere sliko, znak, besedo ali kratko poved glede na napredek ter podčrta/pokaže očiten podatek.</w:t>
            </w:r>
          </w:p>
          <w:p w14:paraId="10B6FF1E" w14:textId="77777777" w:rsidR="00187E2C" w:rsidRDefault="00000000">
            <w:pPr>
              <w:spacing w:after="15" w:line="245" w:lineRule="auto"/>
            </w:pPr>
            <w:r>
              <w:rPr>
                <w:color w:val="D95BC6"/>
                <w:sz w:val="13"/>
              </w:rPr>
              <w:t>Dokaz: individualni bralni zapis, označen podatek in učenčeva izbrana strategija.</w:t>
            </w:r>
          </w:p>
          <w:p w14:paraId="5765CBC8" w14:textId="77777777" w:rsidR="00187E2C" w:rsidRDefault="00000000">
            <w:pPr>
              <w:spacing w:after="4" w:line="245" w:lineRule="auto"/>
            </w:pPr>
            <w:r>
              <w:rPr>
                <w:b/>
                <w:color w:val="000000"/>
                <w:sz w:val="15"/>
              </w:rPr>
              <w:t>5. URA – Govorni nastop – Pišem in ustvarjam</w:t>
            </w:r>
          </w:p>
          <w:p w14:paraId="7747A619" w14:textId="77777777" w:rsidR="00187E2C" w:rsidRDefault="00000000">
            <w:pPr>
              <w:spacing w:after="7" w:line="245" w:lineRule="auto"/>
            </w:pPr>
            <w:r>
              <w:rPr>
                <w:color w:val="000000"/>
                <w:sz w:val="14"/>
              </w:rPr>
              <w:t>Najprej potezo izvede s celim telesom, nato v pesku/zraku in na listu; zapiše znak.</w:t>
            </w:r>
          </w:p>
          <w:p w14:paraId="12BC033F" w14:textId="77777777" w:rsidR="00187E2C" w:rsidRDefault="00000000">
            <w:pPr>
              <w:spacing w:after="15" w:line="245" w:lineRule="auto"/>
            </w:pPr>
            <w:r>
              <w:rPr>
                <w:color w:val="D95BC6"/>
                <w:sz w:val="13"/>
              </w:rPr>
              <w:t>Dokaz: datiran zapis v mapi in kratek komentar učenca o najuspešnejšem delu.</w:t>
            </w:r>
          </w:p>
          <w:p w14:paraId="51D54C98" w14:textId="77777777" w:rsidR="00187E2C" w:rsidRDefault="00000000">
            <w:pPr>
              <w:spacing w:after="4" w:line="245" w:lineRule="auto"/>
            </w:pPr>
            <w:r>
              <w:rPr>
                <w:b/>
                <w:color w:val="000000"/>
                <w:sz w:val="15"/>
              </w:rPr>
              <w:t>6. URA – Govorni nastop – Predstavim in vrednotim</w:t>
            </w:r>
          </w:p>
          <w:p w14:paraId="7EE852B5" w14:textId="77777777" w:rsidR="00187E2C" w:rsidRDefault="00000000">
            <w:pPr>
              <w:spacing w:after="7" w:line="245" w:lineRule="auto"/>
            </w:pPr>
            <w:r>
              <w:rPr>
                <w:color w:val="000000"/>
                <w:sz w:val="14"/>
              </w:rPr>
              <w:t>Pripoveduje, bere, dramatizira ali predstavi zapis; vrstniku pove eno opaženo moč in eno vprašanje.</w:t>
            </w:r>
          </w:p>
          <w:p w14:paraId="31B9F4BF" w14:textId="77777777" w:rsidR="00187E2C" w:rsidRDefault="00000000">
            <w:pPr>
              <w:spacing w:after="15" w:line="245" w:lineRule="auto"/>
            </w:pPr>
            <w:r>
              <w:rPr>
                <w:color w:val="D95BC6"/>
                <w:sz w:val="13"/>
              </w:rPr>
              <w:t>Dokaz: nastop/izdelek, vrstniška povratna informacija in samovrednotenje.</w:t>
            </w:r>
          </w:p>
        </w:tc>
      </w:tr>
    </w:tbl>
    <w:p w14:paraId="00F08F5E"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7F5FE3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7B8BC7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523580E" w14:textId="77777777" w:rsidR="00187E2C" w:rsidRDefault="00000000">
            <w:pPr>
              <w:jc w:val="center"/>
            </w:pPr>
            <w:r>
              <w:rPr>
                <w:b/>
                <w:color w:val="000000"/>
                <w:sz w:val="20"/>
              </w:rPr>
              <w:t>UČNE DEJAVNOSTI, METODE IN FORMATIVNO SPREMLJANJE</w:t>
            </w:r>
          </w:p>
        </w:tc>
      </w:tr>
      <w:tr w:rsidR="00187E2C" w14:paraId="6D798F01" w14:textId="77777777">
        <w:trPr>
          <w:tblHeader/>
          <w:jc w:val="center"/>
        </w:trPr>
        <w:tc>
          <w:tcPr>
            <w:tcW w:w="4422" w:type="dxa"/>
            <w:vMerge/>
            <w:tcMar>
              <w:top w:w="70" w:type="dxa"/>
              <w:left w:w="90" w:type="dxa"/>
              <w:bottom w:w="70" w:type="dxa"/>
              <w:right w:w="90" w:type="dxa"/>
            </w:tcMar>
            <w:vAlign w:val="center"/>
          </w:tcPr>
          <w:p w14:paraId="63268694" w14:textId="77777777" w:rsidR="00187E2C" w:rsidRDefault="00187E2C"/>
        </w:tc>
        <w:tc>
          <w:tcPr>
            <w:tcW w:w="7087" w:type="dxa"/>
            <w:shd w:val="clear" w:color="auto" w:fill="FFFFFF"/>
            <w:tcMar>
              <w:top w:w="70" w:type="dxa"/>
              <w:left w:w="90" w:type="dxa"/>
              <w:bottom w:w="70" w:type="dxa"/>
              <w:right w:w="90" w:type="dxa"/>
            </w:tcMar>
            <w:vAlign w:val="center"/>
          </w:tcPr>
          <w:p w14:paraId="5805CC9B"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874546" w14:textId="77777777" w:rsidR="00187E2C" w:rsidRDefault="00000000">
            <w:pPr>
              <w:jc w:val="center"/>
            </w:pPr>
            <w:r>
              <w:rPr>
                <w:b/>
                <w:color w:val="000000"/>
              </w:rPr>
              <w:t>UČENEC</w:t>
            </w:r>
          </w:p>
        </w:tc>
      </w:tr>
      <w:tr w:rsidR="00187E2C" w14:paraId="11C713AC" w14:textId="77777777">
        <w:trPr>
          <w:jc w:val="center"/>
        </w:trPr>
        <w:tc>
          <w:tcPr>
            <w:tcW w:w="4422" w:type="dxa"/>
            <w:tcMar>
              <w:top w:w="70" w:type="dxa"/>
              <w:left w:w="90" w:type="dxa"/>
              <w:bottom w:w="70" w:type="dxa"/>
              <w:right w:w="90" w:type="dxa"/>
            </w:tcMar>
          </w:tcPr>
          <w:p w14:paraId="6B700DE0" w14:textId="77777777" w:rsidR="00187E2C" w:rsidRDefault="00187E2C"/>
          <w:p w14:paraId="44D13599" w14:textId="77777777" w:rsidR="00187E2C" w:rsidRDefault="00000000">
            <w:pPr>
              <w:spacing w:after="40" w:line="245" w:lineRule="auto"/>
            </w:pPr>
            <w:r>
              <w:rPr>
                <w:b/>
                <w:color w:val="000000"/>
              </w:rPr>
              <w:t>FORMATIVNO SPREMLJANJE</w:t>
            </w:r>
          </w:p>
          <w:p w14:paraId="290205BA"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4DA26D90"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6B52019B"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44147E69"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61425996" w14:textId="77777777" w:rsidR="00187E2C" w:rsidRDefault="00000000">
            <w:pPr>
              <w:spacing w:before="40" w:after="20" w:line="245" w:lineRule="auto"/>
            </w:pPr>
            <w:r>
              <w:rPr>
                <w:b/>
                <w:color w:val="000000"/>
                <w:sz w:val="17"/>
              </w:rPr>
              <w:t>VARNOST IN ODGOVORNOST</w:t>
            </w:r>
          </w:p>
          <w:p w14:paraId="4973A85B"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750E953B" w14:textId="77777777" w:rsidR="00187E2C" w:rsidRDefault="00000000">
            <w:pPr>
              <w:spacing w:after="20" w:line="245" w:lineRule="auto"/>
            </w:pPr>
            <w:r>
              <w:rPr>
                <w:b/>
                <w:color w:val="000000"/>
                <w:sz w:val="17"/>
              </w:rPr>
              <w:t>EVIDENCA PO IZVEDBI</w:t>
            </w:r>
          </w:p>
          <w:p w14:paraId="4B7FE108"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03E8DFA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D5EBEE9" w14:textId="77777777">
              <w:trPr>
                <w:jc w:val="center"/>
              </w:trPr>
              <w:tc>
                <w:tcPr>
                  <w:tcW w:w="7087" w:type="dxa"/>
                  <w:shd w:val="clear" w:color="auto" w:fill="EDC9EA"/>
                  <w:tcMar>
                    <w:top w:w="45" w:type="dxa"/>
                    <w:left w:w="70" w:type="dxa"/>
                    <w:bottom w:w="45" w:type="dxa"/>
                    <w:right w:w="70" w:type="dxa"/>
                  </w:tcMar>
                </w:tcPr>
                <w:p w14:paraId="17D7D04C" w14:textId="77777777" w:rsidR="00187E2C" w:rsidRDefault="00000000">
                  <w:pPr>
                    <w:keepNext/>
                  </w:pPr>
                  <w:r>
                    <w:rPr>
                      <w:b/>
                      <w:color w:val="000000"/>
                    </w:rPr>
                    <w:t>VPRAŠANJA V PODPORO JEZIKOVNEMU, BRALNEMU IN KNJIŽEVNEMU UČENJU</w:t>
                  </w:r>
                </w:p>
              </w:tc>
            </w:tr>
          </w:tbl>
          <w:p w14:paraId="46CEDF8A" w14:textId="77777777" w:rsidR="00187E2C" w:rsidRDefault="00187E2C">
            <w:pPr>
              <w:spacing w:line="20" w:lineRule="exact"/>
            </w:pPr>
          </w:p>
          <w:p w14:paraId="09628462" w14:textId="77777777" w:rsidR="00187E2C" w:rsidRDefault="00000000">
            <w:pPr>
              <w:pStyle w:val="Oznaenseznam"/>
              <w:spacing w:after="16"/>
            </w:pPr>
            <w:r>
              <w:rPr>
                <w:color w:val="000000"/>
                <w:sz w:val="16"/>
              </w:rPr>
              <w:t>Kaj ti je naslovnica, slika, predmet, zvok ali gib pomagal razumeti?</w:t>
            </w:r>
          </w:p>
          <w:p w14:paraId="237D4F83" w14:textId="77777777" w:rsidR="00187E2C" w:rsidRDefault="00000000">
            <w:pPr>
              <w:pStyle w:val="Oznaenseznam"/>
              <w:spacing w:after="16"/>
            </w:pPr>
            <w:r>
              <w:rPr>
                <w:color w:val="000000"/>
                <w:sz w:val="16"/>
              </w:rPr>
              <w:t>Kako si našel/-la glas, črko, zlog, besedo ali bistveni podatek?</w:t>
            </w:r>
          </w:p>
          <w:p w14:paraId="19601901" w14:textId="77777777" w:rsidR="00187E2C" w:rsidRDefault="00000000">
            <w:pPr>
              <w:pStyle w:val="Oznaenseznam"/>
              <w:spacing w:after="16"/>
            </w:pPr>
            <w:r>
              <w:rPr>
                <w:color w:val="000000"/>
                <w:sz w:val="16"/>
              </w:rPr>
              <w:t>Kako veš, da tvoja pripoved, branje ali zapis dosega dogovorjeni kriterij?</w:t>
            </w:r>
          </w:p>
          <w:p w14:paraId="16ABE89F" w14:textId="77777777" w:rsidR="00187E2C" w:rsidRDefault="00000000">
            <w:pPr>
              <w:pStyle w:val="Oznaenseznam"/>
              <w:spacing w:after="16"/>
            </w:pPr>
            <w:r>
              <w:rPr>
                <w:color w:val="000000"/>
                <w:sz w:val="16"/>
              </w:rPr>
              <w:t>Ali lahko svoje razumevanje pokažeš še z drugim načinom – govorom, gibanjem, risbo, branjem ali zapisom?</w:t>
            </w:r>
          </w:p>
          <w:p w14:paraId="5C07EA83"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7797DCF7" w14:textId="77777777">
              <w:trPr>
                <w:jc w:val="center"/>
              </w:trPr>
              <w:tc>
                <w:tcPr>
                  <w:tcW w:w="7087" w:type="dxa"/>
                  <w:shd w:val="clear" w:color="auto" w:fill="C6E7F3"/>
                  <w:tcMar>
                    <w:top w:w="45" w:type="dxa"/>
                    <w:left w:w="70" w:type="dxa"/>
                    <w:bottom w:w="45" w:type="dxa"/>
                    <w:right w:w="70" w:type="dxa"/>
                  </w:tcMar>
                </w:tcPr>
                <w:p w14:paraId="36BC79C2" w14:textId="77777777" w:rsidR="00187E2C" w:rsidRDefault="00000000">
                  <w:pPr>
                    <w:keepNext/>
                  </w:pPr>
                  <w:r>
                    <w:rPr>
                      <w:b/>
                      <w:color w:val="000000"/>
                    </w:rPr>
                    <w:t>ZAKLJUČNI DEL – UTRJEVANJE, BRALNI ODZIV IN REFLEKSIJA (10–15 min)</w:t>
                  </w:r>
                </w:p>
              </w:tc>
            </w:tr>
          </w:tbl>
          <w:p w14:paraId="1804F99A" w14:textId="77777777" w:rsidR="00187E2C" w:rsidRDefault="00187E2C">
            <w:pPr>
              <w:spacing w:line="20" w:lineRule="exact"/>
            </w:pPr>
          </w:p>
          <w:p w14:paraId="11E844D1"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492A0D6D" w14:textId="77777777">
              <w:trPr>
                <w:jc w:val="center"/>
              </w:trPr>
              <w:tc>
                <w:tcPr>
                  <w:tcW w:w="7087" w:type="dxa"/>
                  <w:shd w:val="clear" w:color="auto" w:fill="EDC9EA"/>
                  <w:tcMar>
                    <w:top w:w="45" w:type="dxa"/>
                    <w:left w:w="70" w:type="dxa"/>
                    <w:bottom w:w="45" w:type="dxa"/>
                    <w:right w:w="70" w:type="dxa"/>
                  </w:tcMar>
                </w:tcPr>
                <w:p w14:paraId="16A4BE6D" w14:textId="77777777" w:rsidR="00187E2C" w:rsidRDefault="00000000">
                  <w:pPr>
                    <w:keepNext/>
                  </w:pPr>
                  <w:r>
                    <w:rPr>
                      <w:b/>
                      <w:color w:val="000000"/>
                    </w:rPr>
                    <w:t>SAMOVREDNOTENJE</w:t>
                  </w:r>
                </w:p>
              </w:tc>
            </w:tr>
          </w:tbl>
          <w:p w14:paraId="6D51E06B" w14:textId="77777777" w:rsidR="00187E2C" w:rsidRDefault="00187E2C">
            <w:pPr>
              <w:spacing w:line="20" w:lineRule="exact"/>
            </w:pPr>
          </w:p>
          <w:p w14:paraId="791B5032"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69CBA009" w14:textId="77777777">
              <w:trPr>
                <w:jc w:val="center"/>
              </w:trPr>
              <w:tc>
                <w:tcPr>
                  <w:tcW w:w="7087" w:type="dxa"/>
                  <w:shd w:val="clear" w:color="auto" w:fill="EDC9EA"/>
                  <w:tcMar>
                    <w:top w:w="45" w:type="dxa"/>
                    <w:left w:w="70" w:type="dxa"/>
                    <w:bottom w:w="45" w:type="dxa"/>
                    <w:right w:w="70" w:type="dxa"/>
                  </w:tcMar>
                </w:tcPr>
                <w:p w14:paraId="27E07A96" w14:textId="77777777" w:rsidR="00187E2C" w:rsidRDefault="00000000">
                  <w:pPr>
                    <w:keepNext/>
                  </w:pPr>
                  <w:r>
                    <w:rPr>
                      <w:b/>
                      <w:color w:val="000000"/>
                    </w:rPr>
                    <w:t>VRSTNIŠKO VREDNOTENJE</w:t>
                  </w:r>
                </w:p>
              </w:tc>
            </w:tr>
          </w:tbl>
          <w:p w14:paraId="43C7676A" w14:textId="77777777" w:rsidR="00187E2C" w:rsidRDefault="00187E2C">
            <w:pPr>
              <w:spacing w:line="20" w:lineRule="exact"/>
            </w:pPr>
          </w:p>
          <w:p w14:paraId="53D727CC"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2FDCA219" w14:textId="77777777">
              <w:trPr>
                <w:jc w:val="center"/>
              </w:trPr>
              <w:tc>
                <w:tcPr>
                  <w:tcW w:w="7087" w:type="dxa"/>
                  <w:shd w:val="clear" w:color="auto" w:fill="EDC9EA"/>
                  <w:tcMar>
                    <w:top w:w="45" w:type="dxa"/>
                    <w:left w:w="70" w:type="dxa"/>
                    <w:bottom w:w="45" w:type="dxa"/>
                    <w:right w:w="70" w:type="dxa"/>
                  </w:tcMar>
                </w:tcPr>
                <w:p w14:paraId="001E923B" w14:textId="77777777" w:rsidR="00187E2C" w:rsidRDefault="00000000">
                  <w:pPr>
                    <w:keepNext/>
                  </w:pPr>
                  <w:r>
                    <w:rPr>
                      <w:b/>
                      <w:color w:val="000000"/>
                    </w:rPr>
                    <w:t>SKUPNI POVZETEK</w:t>
                  </w:r>
                </w:p>
              </w:tc>
            </w:tr>
          </w:tbl>
          <w:p w14:paraId="3E43698F" w14:textId="77777777" w:rsidR="00187E2C" w:rsidRDefault="00187E2C"/>
          <w:p w14:paraId="3B3557F5" w14:textId="77777777" w:rsidR="00187E2C" w:rsidRDefault="00000000">
            <w:pPr>
              <w:spacing w:before="20" w:after="40" w:line="245" w:lineRule="auto"/>
            </w:pPr>
            <w:r>
              <w:rPr>
                <w:b/>
                <w:color w:val="000000"/>
                <w:sz w:val="16"/>
              </w:rPr>
              <w:t>smiselno in razločno predstavim izbrano temo; uporabljam ustrezno besedišče in ohranja zaporedje; uporabim slikovno oziroma stvarno oporo. Svoj dokaz pojasnim in po povratni informaciji izboljšam.</w:t>
            </w:r>
          </w:p>
        </w:tc>
        <w:tc>
          <w:tcPr>
            <w:tcW w:w="2551" w:type="dxa"/>
            <w:tcMar>
              <w:top w:w="70" w:type="dxa"/>
              <w:left w:w="90" w:type="dxa"/>
              <w:bottom w:w="70" w:type="dxa"/>
              <w:right w:w="90" w:type="dxa"/>
            </w:tcMar>
          </w:tcPr>
          <w:p w14:paraId="087C3703" w14:textId="77777777" w:rsidR="00187E2C" w:rsidRDefault="00187E2C"/>
          <w:p w14:paraId="20571BE0" w14:textId="77777777" w:rsidR="00187E2C" w:rsidRDefault="00000000">
            <w:pPr>
              <w:spacing w:after="100" w:line="245" w:lineRule="auto"/>
            </w:pPr>
            <w:r>
              <w:rPr>
                <w:color w:val="000000"/>
                <w:sz w:val="16"/>
              </w:rPr>
              <w:t>Odgovarja na podporna vprašanja ter se sklicuje na poslušano besedilo, sliko, govor, bralni list ali zapis.</w:t>
            </w:r>
          </w:p>
          <w:p w14:paraId="48D5132D" w14:textId="77777777" w:rsidR="00187E2C" w:rsidRDefault="00000000">
            <w:pPr>
              <w:spacing w:after="100" w:line="245" w:lineRule="auto"/>
            </w:pPr>
            <w:r>
              <w:rPr>
                <w:color w:val="000000"/>
                <w:sz w:val="16"/>
              </w:rPr>
              <w:t>Primerja začetni odziv z novim dokazom in pojasni, kaj se je naučil/-a.</w:t>
            </w:r>
          </w:p>
          <w:p w14:paraId="314D8508" w14:textId="77777777" w:rsidR="00187E2C" w:rsidRDefault="00000000">
            <w:pPr>
              <w:spacing w:after="100" w:line="245" w:lineRule="auto"/>
            </w:pPr>
            <w:r>
              <w:rPr>
                <w:color w:val="000000"/>
                <w:sz w:val="16"/>
              </w:rPr>
              <w:t>Izbere raven samostojnosti in določi naslednji korak.</w:t>
            </w:r>
          </w:p>
          <w:p w14:paraId="05F55C07" w14:textId="77777777" w:rsidR="00187E2C" w:rsidRDefault="00000000">
            <w:pPr>
              <w:spacing w:after="100" w:line="245" w:lineRule="auto"/>
            </w:pPr>
            <w:r>
              <w:rPr>
                <w:color w:val="000000"/>
                <w:sz w:val="16"/>
              </w:rPr>
              <w:t>Sošolcu poda prijazen in konkreten odziv, vezan na kriterij.</w:t>
            </w:r>
          </w:p>
          <w:p w14:paraId="30D81D09" w14:textId="77777777" w:rsidR="00187E2C" w:rsidRDefault="00000000">
            <w:pPr>
              <w:spacing w:after="20" w:line="245" w:lineRule="auto"/>
            </w:pPr>
            <w:r>
              <w:rPr>
                <w:b/>
                <w:color w:val="D95BC6"/>
                <w:sz w:val="17"/>
              </w:rPr>
              <w:t>DOKAZ O UČENJU</w:t>
            </w:r>
          </w:p>
          <w:p w14:paraId="6DDEA75A"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1D4A5739"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6498863C" w14:textId="77777777">
        <w:trPr>
          <w:cantSplit/>
          <w:jc w:val="center"/>
        </w:trPr>
        <w:tc>
          <w:tcPr>
            <w:tcW w:w="14060" w:type="dxa"/>
            <w:gridSpan w:val="6"/>
            <w:tcMar>
              <w:top w:w="70" w:type="dxa"/>
              <w:left w:w="90" w:type="dxa"/>
              <w:bottom w:w="70" w:type="dxa"/>
              <w:right w:w="90" w:type="dxa"/>
            </w:tcMar>
            <w:vAlign w:val="center"/>
          </w:tcPr>
          <w:p w14:paraId="4800DFDA" w14:textId="77777777" w:rsidR="00187E2C" w:rsidRDefault="00000000">
            <w:pPr>
              <w:jc w:val="center"/>
            </w:pPr>
            <w:r>
              <w:rPr>
                <w:b/>
                <w:color w:val="000000"/>
                <w:sz w:val="24"/>
              </w:rPr>
              <w:lastRenderedPageBreak/>
              <w:t>UČNA PRIPRAVA 36/39</w:t>
            </w:r>
          </w:p>
        </w:tc>
      </w:tr>
      <w:tr w:rsidR="00187E2C" w14:paraId="1875E711" w14:textId="77777777">
        <w:trPr>
          <w:jc w:val="center"/>
        </w:trPr>
        <w:tc>
          <w:tcPr>
            <w:tcW w:w="2665" w:type="dxa"/>
            <w:tcMar>
              <w:top w:w="70" w:type="dxa"/>
              <w:left w:w="90" w:type="dxa"/>
              <w:bottom w:w="70" w:type="dxa"/>
              <w:right w:w="90" w:type="dxa"/>
            </w:tcMar>
            <w:vAlign w:val="center"/>
          </w:tcPr>
          <w:p w14:paraId="4A62960B"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3231390"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33B266E9"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E22CC30" w14:textId="77777777" w:rsidR="00187E2C" w:rsidRDefault="00000000">
            <w:r>
              <w:rPr>
                <w:b/>
                <w:color w:val="000000"/>
                <w:sz w:val="16"/>
              </w:rPr>
              <w:t xml:space="preserve">NAČRTOVANI TERMIN: </w:t>
            </w:r>
            <w:r>
              <w:rPr>
                <w:color w:val="000000"/>
                <w:sz w:val="16"/>
              </w:rPr>
              <w:t>36. teden • 31. 5.–4. 6. 2027</w:t>
            </w:r>
          </w:p>
        </w:tc>
        <w:tc>
          <w:tcPr>
            <w:tcW w:w="2268" w:type="dxa"/>
            <w:tcMar>
              <w:top w:w="70" w:type="dxa"/>
              <w:left w:w="90" w:type="dxa"/>
              <w:bottom w:w="70" w:type="dxa"/>
              <w:right w:w="90" w:type="dxa"/>
            </w:tcMar>
            <w:vAlign w:val="center"/>
          </w:tcPr>
          <w:p w14:paraId="78003B94"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BFA9D6B" w14:textId="77777777" w:rsidR="00187E2C" w:rsidRDefault="00000000">
            <w:r>
              <w:rPr>
                <w:b/>
                <w:color w:val="000000"/>
                <w:sz w:val="16"/>
              </w:rPr>
              <w:t xml:space="preserve">ŠTEVILO UR: </w:t>
            </w:r>
            <w:r>
              <w:rPr>
                <w:color w:val="000000"/>
                <w:sz w:val="16"/>
              </w:rPr>
              <w:t>6</w:t>
            </w:r>
          </w:p>
        </w:tc>
      </w:tr>
      <w:tr w:rsidR="00187E2C" w14:paraId="4F2C578D" w14:textId="77777777">
        <w:trPr>
          <w:jc w:val="center"/>
        </w:trPr>
        <w:tc>
          <w:tcPr>
            <w:tcW w:w="14061" w:type="dxa"/>
            <w:gridSpan w:val="6"/>
            <w:tcMar>
              <w:top w:w="70" w:type="dxa"/>
              <w:left w:w="90" w:type="dxa"/>
              <w:bottom w:w="70" w:type="dxa"/>
              <w:right w:w="90" w:type="dxa"/>
            </w:tcMar>
            <w:vAlign w:val="center"/>
          </w:tcPr>
          <w:p w14:paraId="7E2E3ECE" w14:textId="77777777" w:rsidR="00187E2C" w:rsidRDefault="00000000">
            <w:r>
              <w:rPr>
                <w:b/>
                <w:color w:val="000000"/>
                <w:sz w:val="17"/>
              </w:rPr>
              <w:t xml:space="preserve">TIP UČNE URE: </w:t>
            </w:r>
            <w:r>
              <w:rPr>
                <w:color w:val="000000"/>
                <w:sz w:val="17"/>
              </w:rPr>
              <w:t>utrjevanje, pisno opisno ocenjevanje znanja, analiza dosežkov in ponovno učenje</w:t>
            </w:r>
          </w:p>
        </w:tc>
      </w:tr>
      <w:tr w:rsidR="00187E2C" w14:paraId="6CD70A56" w14:textId="77777777">
        <w:trPr>
          <w:cantSplit/>
          <w:jc w:val="center"/>
        </w:trPr>
        <w:tc>
          <w:tcPr>
            <w:tcW w:w="14060" w:type="dxa"/>
            <w:gridSpan w:val="6"/>
            <w:tcMar>
              <w:top w:w="70" w:type="dxa"/>
              <w:left w:w="90" w:type="dxa"/>
              <w:bottom w:w="70" w:type="dxa"/>
              <w:right w:w="90" w:type="dxa"/>
            </w:tcMar>
            <w:vAlign w:val="center"/>
          </w:tcPr>
          <w:p w14:paraId="732799A8" w14:textId="77777777" w:rsidR="00187E2C" w:rsidRDefault="00187E2C"/>
          <w:p w14:paraId="513EAF47" w14:textId="77777777" w:rsidR="00187E2C" w:rsidRDefault="00000000">
            <w:pPr>
              <w:spacing w:line="245" w:lineRule="auto"/>
            </w:pPr>
            <w:r>
              <w:rPr>
                <w:b/>
                <w:color w:val="000000"/>
                <w:sz w:val="16"/>
              </w:rPr>
              <w:t xml:space="preserve">UČNI SKLOP: </w:t>
            </w:r>
            <w:r>
              <w:rPr>
                <w:color w:val="000000"/>
                <w:sz w:val="16"/>
              </w:rPr>
              <w:t>POLETJE, SKUPNOST IN ZAKLJUČEK</w:t>
            </w:r>
          </w:p>
        </w:tc>
      </w:tr>
      <w:tr w:rsidR="00187E2C" w14:paraId="33E08D79" w14:textId="77777777">
        <w:trPr>
          <w:cantSplit/>
          <w:jc w:val="center"/>
        </w:trPr>
        <w:tc>
          <w:tcPr>
            <w:tcW w:w="14060" w:type="dxa"/>
            <w:gridSpan w:val="6"/>
            <w:tcMar>
              <w:top w:w="70" w:type="dxa"/>
              <w:left w:w="90" w:type="dxa"/>
              <w:bottom w:w="70" w:type="dxa"/>
              <w:right w:w="90" w:type="dxa"/>
            </w:tcMar>
            <w:vAlign w:val="center"/>
          </w:tcPr>
          <w:p w14:paraId="10B47364" w14:textId="77777777" w:rsidR="00187E2C" w:rsidRDefault="00187E2C"/>
          <w:p w14:paraId="75BB7766" w14:textId="77777777" w:rsidR="00187E2C" w:rsidRDefault="00000000">
            <w:pPr>
              <w:spacing w:line="245" w:lineRule="auto"/>
            </w:pPr>
            <w:r>
              <w:rPr>
                <w:b/>
                <w:color w:val="000000"/>
                <w:sz w:val="16"/>
              </w:rPr>
              <w:t xml:space="preserve">UČNA TEMA: </w:t>
            </w:r>
            <w:r>
              <w:rPr>
                <w:color w:val="000000"/>
                <w:sz w:val="16"/>
              </w:rPr>
              <w:t>BRANJE IN RAZUMEVANJE</w:t>
            </w:r>
          </w:p>
        </w:tc>
      </w:tr>
      <w:tr w:rsidR="00187E2C" w14:paraId="4D80BD9C" w14:textId="77777777">
        <w:trPr>
          <w:cantSplit/>
          <w:jc w:val="center"/>
        </w:trPr>
        <w:tc>
          <w:tcPr>
            <w:tcW w:w="14060" w:type="dxa"/>
            <w:gridSpan w:val="6"/>
            <w:tcMar>
              <w:top w:w="70" w:type="dxa"/>
              <w:left w:w="90" w:type="dxa"/>
              <w:bottom w:w="70" w:type="dxa"/>
              <w:right w:w="90" w:type="dxa"/>
            </w:tcMar>
            <w:vAlign w:val="center"/>
          </w:tcPr>
          <w:p w14:paraId="48A039E4" w14:textId="77777777" w:rsidR="00187E2C" w:rsidRDefault="00187E2C"/>
          <w:p w14:paraId="45D9BEFD" w14:textId="77777777" w:rsidR="00187E2C" w:rsidRDefault="00000000">
            <w:pPr>
              <w:spacing w:line="245" w:lineRule="auto"/>
            </w:pPr>
            <w:r>
              <w:rPr>
                <w:b/>
                <w:color w:val="000000"/>
                <w:sz w:val="16"/>
              </w:rPr>
              <w:t xml:space="preserve">KNJIŽEVNO IZHODIŠČE IN MOTIV: </w:t>
            </w:r>
            <w:r>
              <w:rPr>
                <w:color w:val="000000"/>
                <w:sz w:val="16"/>
              </w:rPr>
              <w:t>»Sonček boža tačice« – Srečko Kosovel • NADALJEVANJE • poletje, sonce, varnost in doživljanje narave</w:t>
            </w:r>
          </w:p>
        </w:tc>
      </w:tr>
      <w:tr w:rsidR="00187E2C" w14:paraId="2A446B81" w14:textId="77777777">
        <w:trPr>
          <w:cantSplit/>
          <w:jc w:val="center"/>
        </w:trPr>
        <w:tc>
          <w:tcPr>
            <w:tcW w:w="14060" w:type="dxa"/>
            <w:gridSpan w:val="6"/>
            <w:tcMar>
              <w:top w:w="70" w:type="dxa"/>
              <w:left w:w="90" w:type="dxa"/>
              <w:bottom w:w="70" w:type="dxa"/>
              <w:right w:w="90" w:type="dxa"/>
            </w:tcMar>
            <w:vAlign w:val="center"/>
          </w:tcPr>
          <w:p w14:paraId="5EF6F15F" w14:textId="77777777" w:rsidR="00187E2C" w:rsidRDefault="00187E2C"/>
          <w:p w14:paraId="4296B256" w14:textId="77777777" w:rsidR="00187E2C" w:rsidRDefault="00000000">
            <w:pPr>
              <w:spacing w:line="245" w:lineRule="auto"/>
            </w:pPr>
            <w:r>
              <w:rPr>
                <w:b/>
                <w:color w:val="000000"/>
                <w:sz w:val="16"/>
              </w:rPr>
              <w:t xml:space="preserve">BRALNI LIST / ČRKA: </w:t>
            </w:r>
            <w:r>
              <w:rPr>
                <w:color w:val="000000"/>
                <w:sz w:val="16"/>
              </w:rPr>
              <w:t>BRALNI LIST 36 – BEREM Z RAZUMEVANJEM: Kratko besedilo preberem, poiščem bistveni podatek in pokažem razumevanje.</w:t>
            </w:r>
          </w:p>
        </w:tc>
      </w:tr>
      <w:tr w:rsidR="00187E2C" w14:paraId="4EF122F9" w14:textId="77777777">
        <w:trPr>
          <w:cantSplit/>
          <w:jc w:val="center"/>
        </w:trPr>
        <w:tc>
          <w:tcPr>
            <w:tcW w:w="14060" w:type="dxa"/>
            <w:gridSpan w:val="6"/>
            <w:tcMar>
              <w:top w:w="70" w:type="dxa"/>
              <w:left w:w="90" w:type="dxa"/>
              <w:bottom w:w="70" w:type="dxa"/>
              <w:right w:w="90" w:type="dxa"/>
            </w:tcMar>
            <w:vAlign w:val="center"/>
          </w:tcPr>
          <w:p w14:paraId="1DDCFAAC" w14:textId="77777777" w:rsidR="00187E2C" w:rsidRDefault="00187E2C"/>
          <w:p w14:paraId="418964E9" w14:textId="77777777" w:rsidR="00187E2C" w:rsidRDefault="00000000">
            <w:pPr>
              <w:spacing w:line="245" w:lineRule="auto"/>
            </w:pPr>
            <w:r>
              <w:rPr>
                <w:b/>
                <w:color w:val="000000"/>
                <w:sz w:val="16"/>
              </w:rPr>
              <w:t xml:space="preserve">UČNE ENOTE: </w:t>
            </w:r>
            <w:r>
              <w:rPr>
                <w:color w:val="000000"/>
                <w:sz w:val="16"/>
              </w:rPr>
              <w:t>1. ura – Berem z razumevanjem • 2. ura – Branje in razumevanje – Govorim in pojasnjujem • 3. ura – Branje in razumevanje – Razčlenjujem jezik • 4. ura – Branje in razumevanje – Berem z oporo • 5. ura – Branje in razumevanje – Pišem in ustvarjam • 6. ura – Branje in razumevanje – Predstavim in vrednotim</w:t>
            </w:r>
          </w:p>
        </w:tc>
      </w:tr>
      <w:tr w:rsidR="00187E2C" w14:paraId="07F3726A" w14:textId="77777777">
        <w:trPr>
          <w:cantSplit/>
          <w:jc w:val="center"/>
        </w:trPr>
        <w:tc>
          <w:tcPr>
            <w:tcW w:w="14060" w:type="dxa"/>
            <w:gridSpan w:val="6"/>
            <w:tcMar>
              <w:top w:w="70" w:type="dxa"/>
              <w:left w:w="90" w:type="dxa"/>
              <w:bottom w:w="70" w:type="dxa"/>
              <w:right w:w="90" w:type="dxa"/>
            </w:tcMar>
            <w:vAlign w:val="center"/>
          </w:tcPr>
          <w:p w14:paraId="13D78C9E" w14:textId="77777777" w:rsidR="00187E2C" w:rsidRDefault="00187E2C"/>
          <w:p w14:paraId="4F3A3AED"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1D0841FB" w14:textId="77777777">
        <w:trPr>
          <w:cantSplit/>
          <w:jc w:val="center"/>
        </w:trPr>
        <w:tc>
          <w:tcPr>
            <w:tcW w:w="14060" w:type="dxa"/>
            <w:gridSpan w:val="6"/>
            <w:tcMar>
              <w:top w:w="70" w:type="dxa"/>
              <w:left w:w="90" w:type="dxa"/>
              <w:bottom w:w="70" w:type="dxa"/>
              <w:right w:w="90" w:type="dxa"/>
            </w:tcMar>
            <w:vAlign w:val="center"/>
          </w:tcPr>
          <w:p w14:paraId="2178F798" w14:textId="77777777" w:rsidR="00187E2C" w:rsidRDefault="00187E2C"/>
          <w:p w14:paraId="38BF46B4"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02E8BBC9" w14:textId="77777777">
        <w:trPr>
          <w:cantSplit/>
          <w:jc w:val="center"/>
        </w:trPr>
        <w:tc>
          <w:tcPr>
            <w:tcW w:w="14060" w:type="dxa"/>
            <w:gridSpan w:val="6"/>
            <w:tcMar>
              <w:top w:w="70" w:type="dxa"/>
              <w:left w:w="90" w:type="dxa"/>
              <w:bottom w:w="70" w:type="dxa"/>
              <w:right w:w="90" w:type="dxa"/>
            </w:tcMar>
            <w:vAlign w:val="center"/>
          </w:tcPr>
          <w:p w14:paraId="60D804CF" w14:textId="77777777" w:rsidR="00187E2C" w:rsidRDefault="00187E2C"/>
          <w:p w14:paraId="5A3D761A"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6D17EF8D" w14:textId="77777777">
        <w:trPr>
          <w:cantSplit/>
          <w:jc w:val="center"/>
        </w:trPr>
        <w:tc>
          <w:tcPr>
            <w:tcW w:w="14060" w:type="dxa"/>
            <w:gridSpan w:val="6"/>
            <w:tcMar>
              <w:top w:w="70" w:type="dxa"/>
              <w:left w:w="90" w:type="dxa"/>
              <w:bottom w:w="70" w:type="dxa"/>
              <w:right w:w="90" w:type="dxa"/>
            </w:tcMar>
            <w:vAlign w:val="center"/>
          </w:tcPr>
          <w:p w14:paraId="3578B68F" w14:textId="77777777" w:rsidR="00187E2C" w:rsidRDefault="00187E2C"/>
          <w:p w14:paraId="730049B1" w14:textId="77777777" w:rsidR="00187E2C" w:rsidRDefault="00000000">
            <w:pPr>
              <w:spacing w:line="245" w:lineRule="auto"/>
            </w:pPr>
            <w:r>
              <w:rPr>
                <w:b/>
                <w:color w:val="000000"/>
                <w:sz w:val="16"/>
              </w:rPr>
              <w:t xml:space="preserve">MEDPREDMETNE POVEZAVE: </w:t>
            </w:r>
            <w:r>
              <w:rPr>
                <w:color w:val="000000"/>
                <w:sz w:val="16"/>
              </w:rPr>
              <w:t>SPO – poletje, sonce, varnost in doživljanje narave; GUM – ritem, zvočnost in glas; LUM – ilustracija, črta in grafomotorika; ŠPO – gibalna pripoved, dramatizacija in postaje; MAT – smer, zaporedje in orientacija</w:t>
            </w:r>
          </w:p>
        </w:tc>
      </w:tr>
      <w:tr w:rsidR="00187E2C" w14:paraId="56541524" w14:textId="77777777">
        <w:trPr>
          <w:cantSplit/>
          <w:jc w:val="center"/>
        </w:trPr>
        <w:tc>
          <w:tcPr>
            <w:tcW w:w="14060" w:type="dxa"/>
            <w:gridSpan w:val="6"/>
            <w:tcMar>
              <w:top w:w="70" w:type="dxa"/>
              <w:left w:w="90" w:type="dxa"/>
              <w:bottom w:w="70" w:type="dxa"/>
              <w:right w:w="90" w:type="dxa"/>
            </w:tcMar>
            <w:vAlign w:val="center"/>
          </w:tcPr>
          <w:p w14:paraId="4A4DF5EC" w14:textId="77777777" w:rsidR="00187E2C" w:rsidRDefault="00187E2C"/>
          <w:p w14:paraId="2BE048C2" w14:textId="77777777" w:rsidR="00187E2C" w:rsidRDefault="00000000">
            <w:pPr>
              <w:spacing w:line="245" w:lineRule="auto"/>
            </w:pPr>
            <w:r>
              <w:rPr>
                <w:b/>
                <w:color w:val="000000"/>
                <w:sz w:val="16"/>
              </w:rPr>
              <w:t xml:space="preserve">UČNA SREDSTVA IN PRIPOMOČKI: </w:t>
            </w:r>
            <w:r>
              <w:rPr>
                <w:color w:val="000000"/>
                <w:sz w:val="16"/>
              </w:rPr>
              <w:t>BRALNI LIST 36, povečano besedilo oziroma kartice, slikanica ali odlomek, slikovno zaporedje, kartice besed in glasov, talne črke ali zlogi, ogledala, vrvice ali modelirna masa, mini tabla, zvezek oziroma jezikovna mapa</w:t>
            </w:r>
          </w:p>
        </w:tc>
      </w:tr>
      <w:tr w:rsidR="00187E2C" w14:paraId="64BB5B69" w14:textId="77777777">
        <w:trPr>
          <w:cantSplit/>
          <w:jc w:val="center"/>
        </w:trPr>
        <w:tc>
          <w:tcPr>
            <w:tcW w:w="14060" w:type="dxa"/>
            <w:gridSpan w:val="6"/>
            <w:tcMar>
              <w:top w:w="70" w:type="dxa"/>
              <w:left w:w="90" w:type="dxa"/>
              <w:bottom w:w="70" w:type="dxa"/>
              <w:right w:w="90" w:type="dxa"/>
            </w:tcMar>
            <w:vAlign w:val="center"/>
          </w:tcPr>
          <w:p w14:paraId="72BBD7AC" w14:textId="77777777" w:rsidR="00187E2C" w:rsidRDefault="00187E2C"/>
          <w:p w14:paraId="2B4DDA45"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4E8415DB" w14:textId="77777777">
        <w:trPr>
          <w:cantSplit/>
          <w:jc w:val="center"/>
        </w:trPr>
        <w:tc>
          <w:tcPr>
            <w:tcW w:w="14060" w:type="dxa"/>
            <w:gridSpan w:val="6"/>
            <w:tcMar>
              <w:top w:w="70" w:type="dxa"/>
              <w:left w:w="90" w:type="dxa"/>
              <w:bottom w:w="70" w:type="dxa"/>
              <w:right w:w="90" w:type="dxa"/>
            </w:tcMar>
            <w:vAlign w:val="center"/>
          </w:tcPr>
          <w:p w14:paraId="02AEBCE4" w14:textId="77777777" w:rsidR="00187E2C" w:rsidRDefault="00187E2C"/>
          <w:p w14:paraId="04911FF8" w14:textId="77777777" w:rsidR="00187E2C" w:rsidRDefault="00000000">
            <w:pPr>
              <w:spacing w:line="245" w:lineRule="auto"/>
            </w:pPr>
            <w:r>
              <w:rPr>
                <w:b/>
                <w:color w:val="000000"/>
                <w:sz w:val="16"/>
              </w:rPr>
              <w:t xml:space="preserve">OCENJEVANJE / DAN DEJAVNOSTI: </w:t>
            </w:r>
            <w:r>
              <w:rPr>
                <w:color w:val="000000"/>
                <w:sz w:val="16"/>
              </w:rPr>
              <w:t>OCENJEVANJE 6 – PISNO: bralno razumevanje in pisno izražanje; analiza dosežkov</w:t>
            </w:r>
          </w:p>
        </w:tc>
      </w:tr>
      <w:tr w:rsidR="00187E2C" w14:paraId="21903CB4" w14:textId="77777777">
        <w:trPr>
          <w:cantSplit/>
          <w:jc w:val="center"/>
        </w:trPr>
        <w:tc>
          <w:tcPr>
            <w:tcW w:w="14060" w:type="dxa"/>
            <w:gridSpan w:val="6"/>
            <w:tcMar>
              <w:top w:w="70" w:type="dxa"/>
              <w:left w:w="90" w:type="dxa"/>
              <w:bottom w:w="70" w:type="dxa"/>
              <w:right w:w="90" w:type="dxa"/>
            </w:tcMar>
            <w:vAlign w:val="center"/>
          </w:tcPr>
          <w:p w14:paraId="3C475C33" w14:textId="77777777" w:rsidR="00187E2C" w:rsidRDefault="00187E2C"/>
          <w:p w14:paraId="18A8DF6E"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357592A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D6BCDC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A8781D4"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B8CA391" w14:textId="77777777" w:rsidR="00187E2C" w:rsidRDefault="00000000">
            <w:pPr>
              <w:jc w:val="center"/>
            </w:pPr>
            <w:r>
              <w:rPr>
                <w:b/>
                <w:color w:val="000000"/>
                <w:sz w:val="20"/>
              </w:rPr>
              <w:t>UČNE DEJAVNOSTI, METODE IN FORMATIVNO SPREMLJANJE</w:t>
            </w:r>
          </w:p>
        </w:tc>
      </w:tr>
      <w:tr w:rsidR="00187E2C" w14:paraId="5D90CE88" w14:textId="77777777">
        <w:trPr>
          <w:tblHeader/>
          <w:jc w:val="center"/>
        </w:trPr>
        <w:tc>
          <w:tcPr>
            <w:tcW w:w="4422" w:type="dxa"/>
            <w:vMerge/>
            <w:tcMar>
              <w:top w:w="70" w:type="dxa"/>
              <w:left w:w="90" w:type="dxa"/>
              <w:bottom w:w="70" w:type="dxa"/>
              <w:right w:w="90" w:type="dxa"/>
            </w:tcMar>
            <w:vAlign w:val="center"/>
          </w:tcPr>
          <w:p w14:paraId="4BC194BF" w14:textId="77777777" w:rsidR="00187E2C" w:rsidRDefault="00187E2C"/>
        </w:tc>
        <w:tc>
          <w:tcPr>
            <w:tcW w:w="7087" w:type="dxa"/>
            <w:shd w:val="clear" w:color="auto" w:fill="FFFFFF"/>
            <w:tcMar>
              <w:top w:w="70" w:type="dxa"/>
              <w:left w:w="90" w:type="dxa"/>
              <w:bottom w:w="70" w:type="dxa"/>
              <w:right w:w="90" w:type="dxa"/>
            </w:tcMar>
            <w:vAlign w:val="center"/>
          </w:tcPr>
          <w:p w14:paraId="5C74343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04BB42" w14:textId="77777777" w:rsidR="00187E2C" w:rsidRDefault="00000000">
            <w:pPr>
              <w:jc w:val="center"/>
            </w:pPr>
            <w:r>
              <w:rPr>
                <w:b/>
                <w:color w:val="000000"/>
              </w:rPr>
              <w:t>UČENEC</w:t>
            </w:r>
          </w:p>
        </w:tc>
      </w:tr>
      <w:tr w:rsidR="00187E2C" w14:paraId="3DE2474B" w14:textId="77777777">
        <w:trPr>
          <w:jc w:val="center"/>
        </w:trPr>
        <w:tc>
          <w:tcPr>
            <w:tcW w:w="4422" w:type="dxa"/>
            <w:tcMar>
              <w:top w:w="70" w:type="dxa"/>
              <w:left w:w="90" w:type="dxa"/>
              <w:bottom w:w="70" w:type="dxa"/>
              <w:right w:w="90" w:type="dxa"/>
            </w:tcMar>
          </w:tcPr>
          <w:p w14:paraId="1750257B" w14:textId="77777777" w:rsidR="00187E2C" w:rsidRDefault="00187E2C"/>
          <w:p w14:paraId="78BA8CA3" w14:textId="77777777" w:rsidR="00187E2C" w:rsidRDefault="00000000">
            <w:pPr>
              <w:spacing w:after="60" w:line="245" w:lineRule="auto"/>
            </w:pPr>
            <w:r>
              <w:rPr>
                <w:b/>
                <w:color w:val="000000"/>
              </w:rPr>
              <w:t>UČNI CILJI</w:t>
            </w:r>
          </w:p>
          <w:p w14:paraId="27B248D2" w14:textId="77777777" w:rsidR="00187E2C" w:rsidRDefault="00000000">
            <w:pPr>
              <w:spacing w:after="20" w:line="245" w:lineRule="auto"/>
            </w:pPr>
            <w:r>
              <w:rPr>
                <w:b/>
                <w:color w:val="000000"/>
                <w:sz w:val="17"/>
              </w:rPr>
              <w:t>SPLOŠNI</w:t>
            </w:r>
          </w:p>
          <w:p w14:paraId="7DA060A6"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0CA8C1A2" w14:textId="77777777" w:rsidR="00187E2C" w:rsidRDefault="00000000">
            <w:pPr>
              <w:pStyle w:val="Oznaenseznam"/>
              <w:spacing w:after="16"/>
            </w:pPr>
            <w:r>
              <w:rPr>
                <w:color w:val="000000"/>
                <w:sz w:val="16"/>
              </w:rPr>
              <w:t>doživlja književno besedilo ter se nanj odziva z govorom, gibanjem, dramatizacijo, risbo ali zapisom</w:t>
            </w:r>
          </w:p>
          <w:p w14:paraId="41192B1C" w14:textId="77777777" w:rsidR="00187E2C" w:rsidRDefault="00000000">
            <w:pPr>
              <w:pStyle w:val="Oznaenseznam"/>
              <w:spacing w:after="16"/>
            </w:pPr>
            <w:r>
              <w:rPr>
                <w:color w:val="000000"/>
                <w:sz w:val="16"/>
              </w:rPr>
              <w:t>razvija glasovno zavedanje, povezavo glas–črka in začetno branje ter pisanje po individualnem napredku</w:t>
            </w:r>
          </w:p>
          <w:p w14:paraId="7D97A10B" w14:textId="77777777" w:rsidR="00187E2C" w:rsidRDefault="00000000">
            <w:pPr>
              <w:pStyle w:val="Oznaenseznam"/>
              <w:spacing w:after="16"/>
            </w:pPr>
            <w:r>
              <w:rPr>
                <w:color w:val="000000"/>
                <w:sz w:val="16"/>
              </w:rPr>
              <w:t>ob namenih in kriterijih spremlja svoje učenje ter uporabi opisno povratno informacijo</w:t>
            </w:r>
          </w:p>
          <w:p w14:paraId="3D0A14F6" w14:textId="77777777" w:rsidR="00187E2C" w:rsidRDefault="00000000">
            <w:pPr>
              <w:spacing w:before="40" w:after="20" w:line="245" w:lineRule="auto"/>
            </w:pPr>
            <w:r>
              <w:rPr>
                <w:b/>
                <w:color w:val="000000"/>
                <w:sz w:val="17"/>
              </w:rPr>
              <w:t>OPERATIVNI</w:t>
            </w:r>
          </w:p>
          <w:p w14:paraId="46D305D9" w14:textId="77777777" w:rsidR="00187E2C" w:rsidRDefault="00000000">
            <w:pPr>
              <w:pStyle w:val="Oznaenseznam"/>
              <w:spacing w:after="16"/>
            </w:pPr>
            <w:r>
              <w:rPr>
                <w:color w:val="000000"/>
                <w:sz w:val="16"/>
              </w:rPr>
              <w:t>bere povedi z velikimi oziroma obravnavanimi tiskanimi črkami</w:t>
            </w:r>
          </w:p>
          <w:p w14:paraId="28941F90" w14:textId="77777777" w:rsidR="00187E2C" w:rsidRDefault="00000000">
            <w:pPr>
              <w:pStyle w:val="Oznaenseznam"/>
              <w:spacing w:after="16"/>
            </w:pPr>
            <w:r>
              <w:rPr>
                <w:color w:val="000000"/>
                <w:sz w:val="16"/>
              </w:rPr>
              <w:t>pove bistvo</w:t>
            </w:r>
          </w:p>
          <w:p w14:paraId="558BA6F6" w14:textId="77777777" w:rsidR="00187E2C" w:rsidRDefault="00000000">
            <w:pPr>
              <w:pStyle w:val="Oznaenseznam"/>
              <w:spacing w:after="16"/>
            </w:pPr>
            <w:r>
              <w:rPr>
                <w:color w:val="000000"/>
                <w:sz w:val="16"/>
              </w:rPr>
              <w:t>poišče očiten podatek</w:t>
            </w:r>
          </w:p>
          <w:p w14:paraId="6991086D" w14:textId="77777777" w:rsidR="00187E2C" w:rsidRDefault="00000000">
            <w:pPr>
              <w:spacing w:before="40" w:after="20" w:line="245" w:lineRule="auto"/>
            </w:pPr>
            <w:r>
              <w:rPr>
                <w:b/>
                <w:color w:val="000000"/>
                <w:sz w:val="17"/>
              </w:rPr>
              <w:t>PRIČAKOVANI DOSEŽKI / MINIMALNI POUDARKI</w:t>
            </w:r>
          </w:p>
          <w:p w14:paraId="7BFD2E5D" w14:textId="77777777" w:rsidR="00187E2C" w:rsidRDefault="00000000">
            <w:pPr>
              <w:pStyle w:val="Oznaenseznam"/>
              <w:spacing w:after="16"/>
            </w:pPr>
            <w:r>
              <w:rPr>
                <w:color w:val="000000"/>
                <w:sz w:val="15"/>
              </w:rPr>
              <w:t>samostojno oziroma z dogovorjeno oporo bere povedi z velikimi oziroma obravnavanimi tiskanimi črkami</w:t>
            </w:r>
          </w:p>
          <w:p w14:paraId="3AE88DC9" w14:textId="77777777" w:rsidR="00187E2C" w:rsidRDefault="00000000">
            <w:pPr>
              <w:pStyle w:val="Oznaenseznam"/>
              <w:spacing w:after="16"/>
            </w:pPr>
            <w:r>
              <w:rPr>
                <w:color w:val="000000"/>
                <w:sz w:val="15"/>
              </w:rPr>
              <w:t>samostojno oziroma z dogovorjeno oporo pove bistvo</w:t>
            </w:r>
          </w:p>
          <w:p w14:paraId="0694365C" w14:textId="77777777" w:rsidR="00187E2C" w:rsidRDefault="00000000">
            <w:pPr>
              <w:pStyle w:val="Oznaenseznam"/>
              <w:spacing w:after="16"/>
            </w:pPr>
            <w:r>
              <w:rPr>
                <w:color w:val="000000"/>
                <w:sz w:val="15"/>
              </w:rPr>
              <w:t>samostojno oziroma z dogovorjeno oporo poišče očiten podatek</w:t>
            </w:r>
          </w:p>
        </w:tc>
        <w:tc>
          <w:tcPr>
            <w:tcW w:w="7087" w:type="dxa"/>
            <w:tcMar>
              <w:top w:w="70" w:type="dxa"/>
              <w:left w:w="90" w:type="dxa"/>
              <w:bottom w:w="70" w:type="dxa"/>
              <w:right w:w="90" w:type="dxa"/>
            </w:tcMar>
          </w:tcPr>
          <w:p w14:paraId="7EF60ED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6C3CE123" w14:textId="77777777">
              <w:trPr>
                <w:jc w:val="center"/>
              </w:trPr>
              <w:tc>
                <w:tcPr>
                  <w:tcW w:w="7087" w:type="dxa"/>
                  <w:shd w:val="clear" w:color="auto" w:fill="C6E7F3"/>
                  <w:tcMar>
                    <w:top w:w="45" w:type="dxa"/>
                    <w:left w:w="70" w:type="dxa"/>
                    <w:bottom w:w="45" w:type="dxa"/>
                    <w:right w:w="70" w:type="dxa"/>
                  </w:tcMar>
                </w:tcPr>
                <w:p w14:paraId="40A3F00C" w14:textId="77777777" w:rsidR="00187E2C" w:rsidRDefault="00000000">
                  <w:pPr>
                    <w:keepNext/>
                  </w:pPr>
                  <w:r>
                    <w:rPr>
                      <w:b/>
                      <w:color w:val="000000"/>
                    </w:rPr>
                    <w:t>UVODNI DEL – motivacija, aktivacija predznanja in namen učenja (15–20 min)</w:t>
                  </w:r>
                </w:p>
              </w:tc>
            </w:tr>
          </w:tbl>
          <w:p w14:paraId="7695E151" w14:textId="77777777" w:rsidR="00187E2C" w:rsidRDefault="00187E2C">
            <w:pPr>
              <w:spacing w:line="20" w:lineRule="exact"/>
            </w:pPr>
          </w:p>
          <w:p w14:paraId="6EF1C5F3" w14:textId="77777777" w:rsidR="00187E2C" w:rsidRDefault="00000000">
            <w:pPr>
              <w:spacing w:before="40" w:after="60" w:line="245" w:lineRule="auto"/>
            </w:pPr>
            <w:r>
              <w:rPr>
                <w:color w:val="000000"/>
                <w:sz w:val="16"/>
              </w:rPr>
              <w:t>Učenci ob naslovnici, odlomku ali ilustraciji dela »Sonček boža tačice« – Srečko Kosovel • NADALJEVANJE doživljajsko vstopijo v motiv poletje, sonce, varnost in doživljanje narave. S kretnjo, predmetom, sliko, glasom ali kratko povedjo pokažejo predznanje in napoved. Izhodiščni odziv povežejo z dejavnostjo BRALNI LIST 36 – BEREM Z RAZUMEVANJEM. Pred ocenjevanjem obnovijo kriterije, po njem pa dokaz analizirajo in določijo naslednji korak.</w:t>
            </w:r>
          </w:p>
          <w:tbl>
            <w:tblPr>
              <w:tblStyle w:val="Tabelamrea"/>
              <w:tblW w:w="0" w:type="auto"/>
              <w:jc w:val="center"/>
              <w:tblLayout w:type="fixed"/>
              <w:tblLook w:val="04A0" w:firstRow="1" w:lastRow="0" w:firstColumn="1" w:lastColumn="0" w:noHBand="0" w:noVBand="1"/>
            </w:tblPr>
            <w:tblGrid>
              <w:gridCol w:w="7087"/>
            </w:tblGrid>
            <w:tr w:rsidR="00187E2C" w14:paraId="67CB6727" w14:textId="77777777">
              <w:trPr>
                <w:jc w:val="center"/>
              </w:trPr>
              <w:tc>
                <w:tcPr>
                  <w:tcW w:w="7087" w:type="dxa"/>
                  <w:shd w:val="clear" w:color="auto" w:fill="EDC9EA"/>
                  <w:tcMar>
                    <w:top w:w="45" w:type="dxa"/>
                    <w:left w:w="70" w:type="dxa"/>
                    <w:bottom w:w="45" w:type="dxa"/>
                    <w:right w:w="70" w:type="dxa"/>
                  </w:tcMar>
                </w:tcPr>
                <w:p w14:paraId="4C440046" w14:textId="77777777" w:rsidR="00187E2C" w:rsidRDefault="00000000">
                  <w:pPr>
                    <w:keepNext/>
                  </w:pPr>
                  <w:r>
                    <w:rPr>
                      <w:b/>
                      <w:color w:val="000000"/>
                    </w:rPr>
                    <w:t>NAMENI UČENJA</w:t>
                  </w:r>
                </w:p>
              </w:tc>
            </w:tr>
          </w:tbl>
          <w:p w14:paraId="01412853" w14:textId="77777777" w:rsidR="00187E2C" w:rsidRDefault="00187E2C">
            <w:pPr>
              <w:spacing w:line="20" w:lineRule="exact"/>
            </w:pPr>
          </w:p>
          <w:p w14:paraId="3BB4B3DF"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1E6542F0" w14:textId="77777777" w:rsidR="00187E2C" w:rsidRDefault="00000000">
            <w:pPr>
              <w:pStyle w:val="Oznaenseznam"/>
              <w:spacing w:after="16"/>
            </w:pPr>
            <w:r>
              <w:rPr>
                <w:color w:val="000000"/>
                <w:sz w:val="16"/>
              </w:rPr>
              <w:t>berem povedi z velikimi oziroma obravnavanimi tiskanimi črkami</w:t>
            </w:r>
          </w:p>
          <w:p w14:paraId="2DC5B6B9" w14:textId="77777777" w:rsidR="00187E2C" w:rsidRDefault="00000000">
            <w:pPr>
              <w:pStyle w:val="Oznaenseznam"/>
              <w:spacing w:after="16"/>
            </w:pPr>
            <w:r>
              <w:rPr>
                <w:color w:val="000000"/>
                <w:sz w:val="16"/>
              </w:rPr>
              <w:t>povem bistvo</w:t>
            </w:r>
          </w:p>
          <w:p w14:paraId="14FFA044" w14:textId="77777777" w:rsidR="00187E2C" w:rsidRDefault="00000000">
            <w:pPr>
              <w:pStyle w:val="Oznaenseznam"/>
              <w:spacing w:after="16"/>
            </w:pPr>
            <w:r>
              <w:rPr>
                <w:color w:val="000000"/>
                <w:sz w:val="16"/>
              </w:rPr>
              <w:t>poiščem očiten podatek</w:t>
            </w:r>
          </w:p>
          <w:tbl>
            <w:tblPr>
              <w:tblStyle w:val="Tabelamrea"/>
              <w:tblW w:w="0" w:type="auto"/>
              <w:jc w:val="center"/>
              <w:tblLayout w:type="fixed"/>
              <w:tblLook w:val="04A0" w:firstRow="1" w:lastRow="0" w:firstColumn="1" w:lastColumn="0" w:noHBand="0" w:noVBand="1"/>
            </w:tblPr>
            <w:tblGrid>
              <w:gridCol w:w="7087"/>
            </w:tblGrid>
            <w:tr w:rsidR="00187E2C" w14:paraId="6EA3C3C9" w14:textId="77777777">
              <w:trPr>
                <w:jc w:val="center"/>
              </w:trPr>
              <w:tc>
                <w:tcPr>
                  <w:tcW w:w="7087" w:type="dxa"/>
                  <w:shd w:val="clear" w:color="auto" w:fill="EDC9EA"/>
                  <w:tcMar>
                    <w:top w:w="45" w:type="dxa"/>
                    <w:left w:w="70" w:type="dxa"/>
                    <w:bottom w:w="45" w:type="dxa"/>
                    <w:right w:w="70" w:type="dxa"/>
                  </w:tcMar>
                </w:tcPr>
                <w:p w14:paraId="2DB40800" w14:textId="77777777" w:rsidR="00187E2C" w:rsidRDefault="00000000">
                  <w:pPr>
                    <w:keepNext/>
                  </w:pPr>
                  <w:r>
                    <w:rPr>
                      <w:b/>
                      <w:color w:val="000000"/>
                    </w:rPr>
                    <w:t>PREVERJANJE PREDZNANJA</w:t>
                  </w:r>
                </w:p>
              </w:tc>
            </w:tr>
          </w:tbl>
          <w:p w14:paraId="1B9AE36B" w14:textId="77777777" w:rsidR="00187E2C" w:rsidRDefault="00187E2C">
            <w:pPr>
              <w:spacing w:line="20" w:lineRule="exact"/>
            </w:pPr>
          </w:p>
          <w:p w14:paraId="20133AD8" w14:textId="77777777" w:rsidR="00187E2C" w:rsidRDefault="00000000">
            <w:pPr>
              <w:pStyle w:val="Oznaenseznam"/>
              <w:spacing w:after="16"/>
            </w:pPr>
            <w:r>
              <w:rPr>
                <w:color w:val="000000"/>
                <w:sz w:val="16"/>
              </w:rPr>
              <w:t>Kaj mi naslovnica, ilustracija ali naslov pove o motivu poletje, sonce, varnost in doživljanje narave?</w:t>
            </w:r>
          </w:p>
          <w:p w14:paraId="1CC52213" w14:textId="77777777" w:rsidR="00187E2C" w:rsidRDefault="00000000">
            <w:pPr>
              <w:pStyle w:val="Oznaenseznam"/>
              <w:spacing w:after="16"/>
            </w:pPr>
            <w:r>
              <w:rPr>
                <w:color w:val="000000"/>
                <w:sz w:val="16"/>
              </w:rPr>
              <w:t>Katero strategijo lahko uporabim pri dejavnosti »BEREM Z RAZUMEVANJEM«?</w:t>
            </w:r>
          </w:p>
          <w:p w14:paraId="51B8EFD1"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101E2A43" w14:textId="77777777">
              <w:trPr>
                <w:jc w:val="center"/>
              </w:trPr>
              <w:tc>
                <w:tcPr>
                  <w:tcW w:w="7087" w:type="dxa"/>
                  <w:shd w:val="clear" w:color="auto" w:fill="EDC9EA"/>
                  <w:tcMar>
                    <w:top w:w="45" w:type="dxa"/>
                    <w:left w:w="70" w:type="dxa"/>
                    <w:bottom w:w="45" w:type="dxa"/>
                    <w:right w:w="70" w:type="dxa"/>
                  </w:tcMar>
                </w:tcPr>
                <w:p w14:paraId="3ED5189E" w14:textId="77777777" w:rsidR="00187E2C" w:rsidRDefault="00000000">
                  <w:pPr>
                    <w:keepNext/>
                  </w:pPr>
                  <w:r>
                    <w:rPr>
                      <w:b/>
                      <w:color w:val="000000"/>
                    </w:rPr>
                    <w:t>KRITERIJI USPEŠNOSTI</w:t>
                  </w:r>
                </w:p>
              </w:tc>
            </w:tr>
          </w:tbl>
          <w:p w14:paraId="7047FD0A" w14:textId="77777777" w:rsidR="00187E2C" w:rsidRDefault="00187E2C"/>
          <w:p w14:paraId="14C36B63" w14:textId="77777777" w:rsidR="00187E2C" w:rsidRDefault="00000000">
            <w:pPr>
              <w:spacing w:before="20" w:after="20" w:line="245" w:lineRule="auto"/>
            </w:pPr>
            <w:r>
              <w:rPr>
                <w:b/>
                <w:color w:val="000000"/>
                <w:sz w:val="16"/>
              </w:rPr>
              <w:t>Uspešen/-na bom, ko:</w:t>
            </w:r>
          </w:p>
          <w:p w14:paraId="27FB6718" w14:textId="77777777" w:rsidR="00187E2C" w:rsidRDefault="00000000">
            <w:pPr>
              <w:pStyle w:val="Oznaenseznam"/>
              <w:spacing w:after="16"/>
            </w:pPr>
            <w:r>
              <w:rPr>
                <w:color w:val="000000"/>
                <w:sz w:val="16"/>
              </w:rPr>
              <w:t>berem povedi z velikimi oziroma obravnavanimi tiskanimi črkami</w:t>
            </w:r>
          </w:p>
          <w:p w14:paraId="72AECB0C" w14:textId="77777777" w:rsidR="00187E2C" w:rsidRDefault="00000000">
            <w:pPr>
              <w:pStyle w:val="Oznaenseznam"/>
              <w:spacing w:after="16"/>
            </w:pPr>
            <w:r>
              <w:rPr>
                <w:color w:val="000000"/>
                <w:sz w:val="16"/>
              </w:rPr>
              <w:t>povem bistvo</w:t>
            </w:r>
          </w:p>
          <w:p w14:paraId="36B08891" w14:textId="77777777" w:rsidR="00187E2C" w:rsidRDefault="00000000">
            <w:pPr>
              <w:pStyle w:val="Oznaenseznam"/>
              <w:spacing w:after="16"/>
            </w:pPr>
            <w:r>
              <w:rPr>
                <w:color w:val="000000"/>
                <w:sz w:val="16"/>
              </w:rPr>
              <w:t>poiščem očiten podatek</w:t>
            </w:r>
          </w:p>
          <w:p w14:paraId="2D73EA3C"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52EDC52E" w14:textId="77777777" w:rsidR="00187E2C" w:rsidRDefault="00187E2C"/>
          <w:p w14:paraId="06B25732"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2C7D8B5" w14:textId="77777777" w:rsidR="00187E2C" w:rsidRDefault="00000000">
            <w:pPr>
              <w:spacing w:after="80" w:line="245" w:lineRule="auto"/>
            </w:pPr>
            <w:r>
              <w:rPr>
                <w:color w:val="000000"/>
                <w:sz w:val="16"/>
              </w:rPr>
              <w:t>Pove, pokaže ali nariše, kaj že ve in katero strategijo bi uporabil.</w:t>
            </w:r>
          </w:p>
          <w:p w14:paraId="47D14C6E" w14:textId="77777777" w:rsidR="00187E2C" w:rsidRDefault="00000000">
            <w:pPr>
              <w:spacing w:after="100" w:line="245" w:lineRule="auto"/>
            </w:pPr>
            <w:r>
              <w:rPr>
                <w:color w:val="000000"/>
                <w:sz w:val="16"/>
              </w:rPr>
              <w:t>Sodeluje pri razumevanju namenov in kriterijev uspešnosti.</w:t>
            </w:r>
          </w:p>
          <w:p w14:paraId="436DE60A" w14:textId="77777777" w:rsidR="00187E2C" w:rsidRDefault="00000000">
            <w:pPr>
              <w:spacing w:after="20" w:line="245" w:lineRule="auto"/>
            </w:pPr>
            <w:r>
              <w:rPr>
                <w:b/>
                <w:color w:val="D95BC6"/>
                <w:sz w:val="17"/>
              </w:rPr>
              <w:t>DOKAZ O UČENJU</w:t>
            </w:r>
          </w:p>
          <w:p w14:paraId="6A1EE273"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2CD5E93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86F994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604B6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A3899C2" w14:textId="77777777" w:rsidR="00187E2C" w:rsidRDefault="00000000">
            <w:pPr>
              <w:jc w:val="center"/>
            </w:pPr>
            <w:r>
              <w:rPr>
                <w:b/>
                <w:color w:val="000000"/>
                <w:sz w:val="20"/>
              </w:rPr>
              <w:t>UČNE DEJAVNOSTI, METODE IN FORMATIVNO SPREMLJANJE</w:t>
            </w:r>
          </w:p>
        </w:tc>
      </w:tr>
      <w:tr w:rsidR="00187E2C" w14:paraId="775DFF1B" w14:textId="77777777">
        <w:trPr>
          <w:tblHeader/>
          <w:jc w:val="center"/>
        </w:trPr>
        <w:tc>
          <w:tcPr>
            <w:tcW w:w="4422" w:type="dxa"/>
            <w:vMerge/>
            <w:tcMar>
              <w:top w:w="70" w:type="dxa"/>
              <w:left w:w="90" w:type="dxa"/>
              <w:bottom w:w="70" w:type="dxa"/>
              <w:right w:w="90" w:type="dxa"/>
            </w:tcMar>
            <w:vAlign w:val="center"/>
          </w:tcPr>
          <w:p w14:paraId="1C58A8CA" w14:textId="77777777" w:rsidR="00187E2C" w:rsidRDefault="00187E2C"/>
        </w:tc>
        <w:tc>
          <w:tcPr>
            <w:tcW w:w="7087" w:type="dxa"/>
            <w:shd w:val="clear" w:color="auto" w:fill="FFFFFF"/>
            <w:tcMar>
              <w:top w:w="70" w:type="dxa"/>
              <w:left w:w="90" w:type="dxa"/>
              <w:bottom w:w="70" w:type="dxa"/>
              <w:right w:w="90" w:type="dxa"/>
            </w:tcMar>
            <w:vAlign w:val="center"/>
          </w:tcPr>
          <w:p w14:paraId="10501F5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CCFB4F5" w14:textId="77777777" w:rsidR="00187E2C" w:rsidRDefault="00000000">
            <w:pPr>
              <w:jc w:val="center"/>
            </w:pPr>
            <w:r>
              <w:rPr>
                <w:b/>
                <w:color w:val="000000"/>
              </w:rPr>
              <w:t>UČENEC</w:t>
            </w:r>
          </w:p>
        </w:tc>
      </w:tr>
      <w:tr w:rsidR="00187E2C" w14:paraId="300D6F40" w14:textId="77777777">
        <w:trPr>
          <w:jc w:val="center"/>
        </w:trPr>
        <w:tc>
          <w:tcPr>
            <w:tcW w:w="4422" w:type="dxa"/>
            <w:tcMar>
              <w:top w:w="70" w:type="dxa"/>
              <w:left w:w="90" w:type="dxa"/>
              <w:bottom w:w="70" w:type="dxa"/>
              <w:right w:w="90" w:type="dxa"/>
            </w:tcMar>
          </w:tcPr>
          <w:p w14:paraId="6C10A26C" w14:textId="77777777" w:rsidR="00187E2C" w:rsidRDefault="00187E2C"/>
          <w:p w14:paraId="5533ED90" w14:textId="77777777" w:rsidR="00187E2C" w:rsidRDefault="00000000">
            <w:pPr>
              <w:spacing w:after="40" w:line="245" w:lineRule="auto"/>
            </w:pPr>
            <w:r>
              <w:rPr>
                <w:b/>
                <w:color w:val="000000"/>
              </w:rPr>
              <w:t>KLJUČNI POJMI</w:t>
            </w:r>
          </w:p>
          <w:p w14:paraId="442D8F8B"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22E8A65B" w14:textId="77777777" w:rsidR="00187E2C" w:rsidRDefault="00000000">
            <w:pPr>
              <w:spacing w:after="20" w:line="245" w:lineRule="auto"/>
            </w:pPr>
            <w:r>
              <w:rPr>
                <w:b/>
                <w:color w:val="000000"/>
                <w:sz w:val="17"/>
              </w:rPr>
              <w:t>DOKAZI O UČENJU</w:t>
            </w:r>
          </w:p>
          <w:p w14:paraId="5242C940" w14:textId="77777777" w:rsidR="00187E2C" w:rsidRDefault="00000000">
            <w:pPr>
              <w:pStyle w:val="Oznaenseznam"/>
              <w:spacing w:after="9"/>
            </w:pPr>
            <w:r>
              <w:rPr>
                <w:color w:val="000000"/>
                <w:sz w:val="15"/>
              </w:rPr>
              <w:t>glasno branje, dva odgovora in primerjava prvega ter tretjega branja.</w:t>
            </w:r>
          </w:p>
          <w:p w14:paraId="672F6E12" w14:textId="77777777" w:rsidR="00187E2C" w:rsidRDefault="00000000">
            <w:pPr>
              <w:pStyle w:val="Oznaenseznam"/>
              <w:spacing w:after="9"/>
            </w:pPr>
            <w:r>
              <w:rPr>
                <w:color w:val="000000"/>
                <w:sz w:val="15"/>
              </w:rPr>
              <w:t>zvočni posnetek ali anekdotski zapis kratke izmenjave.</w:t>
            </w:r>
          </w:p>
          <w:p w14:paraId="219E8FDE" w14:textId="77777777" w:rsidR="00187E2C" w:rsidRDefault="00000000">
            <w:pPr>
              <w:pStyle w:val="Oznaenseznam"/>
              <w:spacing w:after="9"/>
            </w:pPr>
            <w:r>
              <w:rPr>
                <w:color w:val="000000"/>
                <w:sz w:val="15"/>
              </w:rPr>
              <w:t>pravilno sestavljen primer in učenčeva ustna razlaga postopka.</w:t>
            </w:r>
          </w:p>
          <w:p w14:paraId="5B01FDA1" w14:textId="77777777" w:rsidR="00187E2C" w:rsidRDefault="00000000">
            <w:pPr>
              <w:pStyle w:val="Oznaenseznam"/>
              <w:spacing w:after="9"/>
            </w:pPr>
            <w:r>
              <w:rPr>
                <w:color w:val="000000"/>
                <w:sz w:val="15"/>
              </w:rPr>
              <w:t>individualni bralni zapis, označen podatek in učenčeva izbrana strategija.</w:t>
            </w:r>
          </w:p>
          <w:p w14:paraId="766BFC5A" w14:textId="77777777" w:rsidR="00187E2C" w:rsidRDefault="00000000">
            <w:pPr>
              <w:pStyle w:val="Oznaenseznam"/>
              <w:spacing w:after="9"/>
            </w:pPr>
            <w:r>
              <w:rPr>
                <w:color w:val="000000"/>
                <w:sz w:val="15"/>
              </w:rPr>
              <w:t>datiran zapis v mapi in kratek komentar učenca o najuspešnejšem delu.</w:t>
            </w:r>
          </w:p>
          <w:p w14:paraId="27BCF3FF" w14:textId="77777777" w:rsidR="00187E2C" w:rsidRDefault="00000000">
            <w:pPr>
              <w:pStyle w:val="Oznaenseznam"/>
              <w:spacing w:after="9"/>
            </w:pPr>
            <w:r>
              <w:rPr>
                <w:color w:val="000000"/>
                <w:sz w:val="15"/>
              </w:rPr>
              <w:t>nastop/izdelek, vrstniška povratna informacija in samovrednotenje.</w:t>
            </w:r>
          </w:p>
          <w:p w14:paraId="16E93550" w14:textId="77777777" w:rsidR="00187E2C" w:rsidRDefault="00000000">
            <w:pPr>
              <w:spacing w:before="40" w:after="20" w:line="245" w:lineRule="auto"/>
            </w:pPr>
            <w:r>
              <w:rPr>
                <w:b/>
                <w:color w:val="000000"/>
                <w:sz w:val="17"/>
              </w:rPr>
              <w:t>KNJIŽEVNO DOŽIVETJE IN IZKUŠENJSKI POUK</w:t>
            </w:r>
          </w:p>
          <w:p w14:paraId="0BAEEFF8"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138AF85" w14:textId="77777777" w:rsidR="00187E2C" w:rsidRDefault="00000000">
            <w:pPr>
              <w:spacing w:after="20" w:line="245" w:lineRule="auto"/>
            </w:pPr>
            <w:r>
              <w:rPr>
                <w:b/>
                <w:color w:val="000000"/>
                <w:sz w:val="17"/>
              </w:rPr>
              <w:t>POUČEVANJE V GIBANJU</w:t>
            </w:r>
          </w:p>
          <w:p w14:paraId="06B26486"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04C72F0B" w14:textId="77777777" w:rsidR="00187E2C" w:rsidRDefault="00000000">
            <w:pPr>
              <w:spacing w:after="20" w:line="245" w:lineRule="auto"/>
            </w:pPr>
            <w:r>
              <w:rPr>
                <w:b/>
                <w:color w:val="000000"/>
                <w:sz w:val="17"/>
              </w:rPr>
              <w:t>DELO PO POSTAJAH</w:t>
            </w:r>
          </w:p>
          <w:p w14:paraId="68645B9C"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36, modelirano, vodeno ali ponovljeno branje; 4. slikovno-pisna – urejam zaporedje, rišem, dopolnim ali zapišem odziv ter izbor dokaza, povratna informacija in naslednji korak. Pri pisnem ocenjevanju se postaje izvedejo v pripravi, analizi in ponovnem učenju; pisni dokaz učenec opravi individualno v mirnem okolju.</w:t>
            </w:r>
          </w:p>
          <w:p w14:paraId="6D1B6CBA" w14:textId="77777777" w:rsidR="00187E2C" w:rsidRDefault="00000000">
            <w:pPr>
              <w:spacing w:after="20" w:line="245" w:lineRule="auto"/>
            </w:pPr>
            <w:r>
              <w:rPr>
                <w:b/>
                <w:color w:val="000000"/>
                <w:sz w:val="17"/>
              </w:rPr>
              <w:t>DIFERENCIACIJA IN VKLJUČEVANJE</w:t>
            </w:r>
          </w:p>
          <w:p w14:paraId="5026FB7A"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028A6458" w14:textId="77777777" w:rsidR="00187E2C" w:rsidRDefault="00000000">
            <w:pPr>
              <w:spacing w:after="20" w:line="245" w:lineRule="auto"/>
            </w:pPr>
            <w:r>
              <w:rPr>
                <w:b/>
                <w:color w:val="000000"/>
                <w:sz w:val="17"/>
              </w:rPr>
              <w:t>SPREMLJANJE</w:t>
            </w:r>
          </w:p>
          <w:p w14:paraId="12384276"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135A6F1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FD1E6EF" w14:textId="77777777">
              <w:trPr>
                <w:jc w:val="center"/>
              </w:trPr>
              <w:tc>
                <w:tcPr>
                  <w:tcW w:w="7087" w:type="dxa"/>
                  <w:shd w:val="clear" w:color="auto" w:fill="C6E7F3"/>
                  <w:tcMar>
                    <w:top w:w="45" w:type="dxa"/>
                    <w:left w:w="70" w:type="dxa"/>
                    <w:bottom w:w="45" w:type="dxa"/>
                    <w:right w:w="70" w:type="dxa"/>
                  </w:tcMar>
                </w:tcPr>
                <w:p w14:paraId="0F642451" w14:textId="77777777" w:rsidR="00187E2C" w:rsidRDefault="00000000">
                  <w:pPr>
                    <w:keepNext/>
                  </w:pPr>
                  <w:r>
                    <w:rPr>
                      <w:b/>
                      <w:color w:val="000000"/>
                      <w:sz w:val="17"/>
                    </w:rPr>
                    <w:t>GLAVNI DEL – DOŽIVLJAJSKO, JEZIKOVNO IN OPISMENJEVALNO UČENJE (6 šolskih ur)</w:t>
                  </w:r>
                </w:p>
              </w:tc>
            </w:tr>
          </w:tbl>
          <w:p w14:paraId="02951873" w14:textId="77777777" w:rsidR="00187E2C" w:rsidRDefault="00187E2C">
            <w:pPr>
              <w:spacing w:line="20" w:lineRule="exact"/>
            </w:pPr>
          </w:p>
          <w:p w14:paraId="2CD79B0B" w14:textId="77777777" w:rsidR="00187E2C" w:rsidRDefault="00000000">
            <w:pPr>
              <w:keepNext/>
              <w:spacing w:before="22" w:after="6" w:line="245" w:lineRule="auto"/>
            </w:pPr>
            <w:r>
              <w:rPr>
                <w:b/>
                <w:color w:val="000000"/>
                <w:sz w:val="15"/>
              </w:rPr>
              <w:t>1. URA – Berem z razumevanjem</w:t>
            </w:r>
          </w:p>
          <w:p w14:paraId="6663AF5E" w14:textId="77777777" w:rsidR="00187E2C" w:rsidRDefault="00000000">
            <w:pPr>
              <w:spacing w:after="7" w:line="245" w:lineRule="auto"/>
            </w:pPr>
            <w:r>
              <w:rPr>
                <w:b/>
                <w:color w:val="000000"/>
                <w:sz w:val="14"/>
              </w:rPr>
              <w:t xml:space="preserve">Dejavnost učiteljice: </w:t>
            </w:r>
            <w:r>
              <w:rPr>
                <w:color w:val="000000"/>
                <w:sz w:val="14"/>
              </w:rPr>
              <w:t>Vodi delo z Bralnim listom 36 (berem z razumevanjem): prvo branje, vprašanji »Kam gre Lina? Kaj ima v torbi?«, ponovno branje in povedi po prostoru. Individualno opazuje natančnost, razumevanje in oporo.</w:t>
            </w:r>
          </w:p>
          <w:p w14:paraId="194B86BD" w14:textId="77777777" w:rsidR="00187E2C" w:rsidRDefault="00000000">
            <w:pPr>
              <w:spacing w:after="7" w:line="245" w:lineRule="auto"/>
            </w:pPr>
            <w:r>
              <w:rPr>
                <w:b/>
                <w:color w:val="000000"/>
                <w:sz w:val="14"/>
              </w:rPr>
              <w:t xml:space="preserve">Dejavnost učencev: </w:t>
            </w:r>
            <w:r>
              <w:rPr>
                <w:color w:val="000000"/>
                <w:sz w:val="14"/>
              </w:rPr>
              <w:t>Besedilo na Bralnem listu 36 bere po delih ali povezano, odgovori na vprašanji, poišče povedi v prostoru in izbrano poved trikrat ponovi.</w:t>
            </w:r>
          </w:p>
          <w:p w14:paraId="017CAF1F" w14:textId="77777777" w:rsidR="00187E2C" w:rsidRDefault="00000000">
            <w:pPr>
              <w:spacing w:after="15" w:line="245" w:lineRule="auto"/>
            </w:pPr>
            <w:r>
              <w:rPr>
                <w:i/>
                <w:color w:val="D95BC6"/>
                <w:sz w:val="14"/>
              </w:rPr>
              <w:t>Predvideni dokaz: glasno branje, dva odgovora in primerjava prvega ter tretjega branja..</w:t>
            </w:r>
          </w:p>
          <w:p w14:paraId="2756DD0E" w14:textId="77777777" w:rsidR="00187E2C" w:rsidRDefault="00000000">
            <w:pPr>
              <w:keepNext/>
              <w:spacing w:before="22" w:after="6" w:line="245" w:lineRule="auto"/>
            </w:pPr>
            <w:r>
              <w:rPr>
                <w:b/>
                <w:color w:val="000000"/>
                <w:sz w:val="15"/>
              </w:rPr>
              <w:t>2. URA – Branje in razumevanje – Govorim in pojasnjujem</w:t>
            </w:r>
          </w:p>
          <w:p w14:paraId="4A6B1CAE"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0A382634"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»pove bistvo«.</w:t>
            </w:r>
          </w:p>
          <w:p w14:paraId="271E52BD" w14:textId="77777777" w:rsidR="00187E2C" w:rsidRDefault="00000000">
            <w:pPr>
              <w:spacing w:after="15" w:line="245" w:lineRule="auto"/>
            </w:pPr>
            <w:r>
              <w:rPr>
                <w:i/>
                <w:color w:val="D95BC6"/>
                <w:sz w:val="14"/>
              </w:rPr>
              <w:t>Predvideni dokaz: zvočni posnetek ali anekdotski zapis kratke izmenjave..</w:t>
            </w:r>
          </w:p>
          <w:p w14:paraId="5158D8D4" w14:textId="77777777" w:rsidR="00187E2C" w:rsidRDefault="00000000">
            <w:pPr>
              <w:keepNext/>
              <w:spacing w:before="22" w:after="6" w:line="245" w:lineRule="auto"/>
            </w:pPr>
            <w:r>
              <w:rPr>
                <w:b/>
                <w:color w:val="000000"/>
                <w:sz w:val="15"/>
              </w:rPr>
              <w:t>3. URA – Branje in razumevanje – Razčlenjujem jezik</w:t>
            </w:r>
          </w:p>
          <w:p w14:paraId="58831162"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373ECAAC"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»poišče očiten podatek«.</w:t>
            </w:r>
          </w:p>
          <w:p w14:paraId="7EF1FBCD" w14:textId="77777777" w:rsidR="00187E2C" w:rsidRDefault="00000000">
            <w:pPr>
              <w:spacing w:after="15" w:line="245" w:lineRule="auto"/>
            </w:pPr>
            <w:r>
              <w:rPr>
                <w:i/>
                <w:color w:val="D95BC6"/>
                <w:sz w:val="14"/>
              </w:rPr>
              <w:t>Predvideni dokaz: pravilno sestavljen primer in učenčeva ustna razlaga postopka..</w:t>
            </w:r>
          </w:p>
          <w:p w14:paraId="2455E714" w14:textId="77777777" w:rsidR="00187E2C" w:rsidRDefault="00000000">
            <w:pPr>
              <w:keepNext/>
              <w:spacing w:before="22" w:after="6" w:line="245" w:lineRule="auto"/>
            </w:pPr>
            <w:r>
              <w:rPr>
                <w:b/>
                <w:color w:val="000000"/>
                <w:sz w:val="15"/>
              </w:rPr>
              <w:t>4. URA – Branje in razumevanje – Berem z oporo</w:t>
            </w:r>
          </w:p>
          <w:p w14:paraId="0E8EAAA2"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1234BD74"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»samostojno oziroma z dogovorjeno oporo prebere kratko.</w:t>
            </w:r>
          </w:p>
          <w:p w14:paraId="0C54D240" w14:textId="77777777" w:rsidR="00187E2C" w:rsidRDefault="00000000">
            <w:pPr>
              <w:spacing w:after="15" w:line="245" w:lineRule="auto"/>
            </w:pPr>
            <w:r>
              <w:rPr>
                <w:i/>
                <w:color w:val="D95BC6"/>
                <w:sz w:val="14"/>
              </w:rPr>
              <w:t>Predvideni dokaz: individualni bralni zapis, označen podatek in učenčeva izbrana strategija..</w:t>
            </w:r>
          </w:p>
          <w:p w14:paraId="2D12A330" w14:textId="77777777" w:rsidR="00187E2C" w:rsidRDefault="00000000">
            <w:pPr>
              <w:keepNext/>
              <w:spacing w:before="22" w:after="6" w:line="245" w:lineRule="auto"/>
            </w:pPr>
            <w:r>
              <w:rPr>
                <w:b/>
                <w:color w:val="000000"/>
                <w:sz w:val="15"/>
              </w:rPr>
              <w:t>5. URA – Branje in razumevanje – Pišem in ustvarjam</w:t>
            </w:r>
          </w:p>
          <w:p w14:paraId="3F0B3C48"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2D1479D0"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w:t>
            </w:r>
          </w:p>
          <w:p w14:paraId="0591EA5F" w14:textId="77777777" w:rsidR="00187E2C" w:rsidRDefault="00000000">
            <w:pPr>
              <w:spacing w:after="15" w:line="245" w:lineRule="auto"/>
            </w:pPr>
            <w:r>
              <w:rPr>
                <w:i/>
                <w:color w:val="D95BC6"/>
                <w:sz w:val="14"/>
              </w:rPr>
              <w:t>Predvideni dokaz: datiran zapis v mapi in kratek komentar učenca o najuspešnejšem delu..</w:t>
            </w:r>
          </w:p>
          <w:p w14:paraId="49D8EEC4" w14:textId="77777777" w:rsidR="00187E2C" w:rsidRDefault="00000000">
            <w:pPr>
              <w:keepNext/>
              <w:spacing w:before="22" w:after="6" w:line="245" w:lineRule="auto"/>
            </w:pPr>
            <w:r>
              <w:rPr>
                <w:b/>
                <w:color w:val="000000"/>
                <w:sz w:val="15"/>
              </w:rPr>
              <w:t>6. URA – Branje in razumevanje – Predstavim in vrednotim</w:t>
            </w:r>
          </w:p>
          <w:p w14:paraId="224CAE25"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72C18C38"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»pove bistvo«.</w:t>
            </w:r>
          </w:p>
          <w:p w14:paraId="062D24D4"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1AB56B20" w14:textId="77777777">
              <w:trPr>
                <w:jc w:val="center"/>
              </w:trPr>
              <w:tc>
                <w:tcPr>
                  <w:tcW w:w="7087" w:type="dxa"/>
                  <w:shd w:val="clear" w:color="auto" w:fill="EDC9EA"/>
                  <w:tcMar>
                    <w:top w:w="45" w:type="dxa"/>
                    <w:left w:w="70" w:type="dxa"/>
                    <w:bottom w:w="45" w:type="dxa"/>
                    <w:right w:w="70" w:type="dxa"/>
                  </w:tcMar>
                </w:tcPr>
                <w:p w14:paraId="0CEA7C76" w14:textId="77777777" w:rsidR="00187E2C" w:rsidRDefault="00000000">
                  <w:pPr>
                    <w:keepNext/>
                  </w:pPr>
                  <w:r>
                    <w:rPr>
                      <w:b/>
                      <w:color w:val="000000"/>
                      <w:sz w:val="17"/>
                    </w:rPr>
                    <w:t>POVRATNA INFORMACIJA UČITELJICE MED DELOM</w:t>
                  </w:r>
                </w:p>
              </w:tc>
            </w:tr>
          </w:tbl>
          <w:p w14:paraId="3CDB5D34" w14:textId="77777777" w:rsidR="00187E2C" w:rsidRDefault="00187E2C"/>
          <w:p w14:paraId="46935EAB"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1EA3AA9A" w14:textId="77777777" w:rsidR="00187E2C" w:rsidRDefault="00187E2C"/>
          <w:p w14:paraId="07D49FAE" w14:textId="77777777" w:rsidR="00187E2C" w:rsidRDefault="00000000">
            <w:pPr>
              <w:spacing w:after="4" w:line="245" w:lineRule="auto"/>
            </w:pPr>
            <w:r>
              <w:rPr>
                <w:b/>
                <w:color w:val="000000"/>
                <w:sz w:val="15"/>
              </w:rPr>
              <w:t>1. URA – Berem z razumevanjem</w:t>
            </w:r>
          </w:p>
          <w:p w14:paraId="02FE7F80" w14:textId="77777777" w:rsidR="00187E2C" w:rsidRDefault="00000000">
            <w:pPr>
              <w:spacing w:after="7" w:line="245" w:lineRule="auto"/>
            </w:pPr>
            <w:r>
              <w:rPr>
                <w:color w:val="000000"/>
                <w:sz w:val="14"/>
              </w:rPr>
              <w:t>Besedilo na Bralnem listu 36 bere po delih ali povezano, odgovori na vprašanji.</w:t>
            </w:r>
          </w:p>
          <w:p w14:paraId="786E0832" w14:textId="77777777" w:rsidR="00187E2C" w:rsidRDefault="00000000">
            <w:pPr>
              <w:spacing w:after="15" w:line="245" w:lineRule="auto"/>
            </w:pPr>
            <w:r>
              <w:rPr>
                <w:color w:val="D95BC6"/>
                <w:sz w:val="13"/>
              </w:rPr>
              <w:t>Dokaz: glasno branje, dva odgovora in primerjava prvega ter tretjega branja.</w:t>
            </w:r>
          </w:p>
          <w:p w14:paraId="303D56EF" w14:textId="77777777" w:rsidR="00187E2C" w:rsidRDefault="00000000">
            <w:pPr>
              <w:spacing w:after="4" w:line="245" w:lineRule="auto"/>
            </w:pPr>
            <w:r>
              <w:rPr>
                <w:b/>
                <w:color w:val="000000"/>
                <w:sz w:val="15"/>
              </w:rPr>
              <w:t>2. URA – Branje in razumevanje – Govorim in pojasnjujem</w:t>
            </w:r>
          </w:p>
          <w:p w14:paraId="3C3CE777" w14:textId="77777777" w:rsidR="00187E2C" w:rsidRDefault="00000000">
            <w:pPr>
              <w:spacing w:after="7" w:line="245" w:lineRule="auto"/>
            </w:pPr>
            <w:r>
              <w:rPr>
                <w:color w:val="000000"/>
                <w:sz w:val="14"/>
              </w:rPr>
              <w:t>V paru govori in posluša, zamenja vlogo, postavi vprašanje ter uporabi besedo iz tedenske besedne banke.</w:t>
            </w:r>
          </w:p>
          <w:p w14:paraId="07889581" w14:textId="77777777" w:rsidR="00187E2C" w:rsidRDefault="00000000">
            <w:pPr>
              <w:spacing w:after="15" w:line="245" w:lineRule="auto"/>
            </w:pPr>
            <w:r>
              <w:rPr>
                <w:color w:val="D95BC6"/>
                <w:sz w:val="13"/>
              </w:rPr>
              <w:t>Dokaz: zvočni posnetek ali anekdotski zapis kratke izmenjave.</w:t>
            </w:r>
          </w:p>
          <w:p w14:paraId="1DDC1E1A" w14:textId="77777777" w:rsidR="00187E2C" w:rsidRDefault="00000000">
            <w:pPr>
              <w:spacing w:after="4" w:line="245" w:lineRule="auto"/>
            </w:pPr>
            <w:r>
              <w:rPr>
                <w:b/>
                <w:color w:val="000000"/>
                <w:sz w:val="15"/>
              </w:rPr>
              <w:t>3. URA – Branje in razumevanje – Razčlenjujem jezik</w:t>
            </w:r>
          </w:p>
          <w:p w14:paraId="207B93AE" w14:textId="77777777" w:rsidR="00187E2C" w:rsidRDefault="00000000">
            <w:pPr>
              <w:spacing w:after="7" w:line="245" w:lineRule="auto"/>
            </w:pPr>
            <w:r>
              <w:rPr>
                <w:color w:val="000000"/>
                <w:sz w:val="14"/>
              </w:rPr>
              <w:t>Ploska, stopa, razstavlja in sestavlja; primer razvrsti ter svojo rešitev preveri s sošolcem.</w:t>
            </w:r>
          </w:p>
          <w:p w14:paraId="3FDD3195" w14:textId="77777777" w:rsidR="00187E2C" w:rsidRDefault="00000000">
            <w:pPr>
              <w:spacing w:after="15" w:line="245" w:lineRule="auto"/>
            </w:pPr>
            <w:r>
              <w:rPr>
                <w:color w:val="D95BC6"/>
                <w:sz w:val="13"/>
              </w:rPr>
              <w:t>Dokaz: pravilno sestavljen primer in učenčeva ustna razlaga postopka.</w:t>
            </w:r>
          </w:p>
          <w:p w14:paraId="23C403E3" w14:textId="77777777" w:rsidR="00187E2C" w:rsidRDefault="00000000">
            <w:pPr>
              <w:spacing w:after="4" w:line="245" w:lineRule="auto"/>
            </w:pPr>
            <w:r>
              <w:rPr>
                <w:b/>
                <w:color w:val="000000"/>
                <w:sz w:val="15"/>
              </w:rPr>
              <w:t>4. URA – Branje in razumevanje – Berem z oporo</w:t>
            </w:r>
          </w:p>
          <w:p w14:paraId="31D5DE61" w14:textId="77777777" w:rsidR="00187E2C" w:rsidRDefault="00000000">
            <w:pPr>
              <w:spacing w:after="7" w:line="245" w:lineRule="auto"/>
            </w:pPr>
            <w:r>
              <w:rPr>
                <w:color w:val="000000"/>
                <w:sz w:val="14"/>
              </w:rPr>
              <w:t>Bere sliko, znak, besedo ali kratko poved glede na napredek ter podčrta/pokaže očiten podatek.</w:t>
            </w:r>
          </w:p>
          <w:p w14:paraId="74C0EA94" w14:textId="77777777" w:rsidR="00187E2C" w:rsidRDefault="00000000">
            <w:pPr>
              <w:spacing w:after="15" w:line="245" w:lineRule="auto"/>
            </w:pPr>
            <w:r>
              <w:rPr>
                <w:color w:val="D95BC6"/>
                <w:sz w:val="13"/>
              </w:rPr>
              <w:t>Dokaz: individualni bralni zapis, označen podatek in učenčeva izbrana strategija.</w:t>
            </w:r>
          </w:p>
          <w:p w14:paraId="27F42A93" w14:textId="77777777" w:rsidR="00187E2C" w:rsidRDefault="00000000">
            <w:pPr>
              <w:spacing w:after="4" w:line="245" w:lineRule="auto"/>
            </w:pPr>
            <w:r>
              <w:rPr>
                <w:b/>
                <w:color w:val="000000"/>
                <w:sz w:val="15"/>
              </w:rPr>
              <w:t>5. URA – Branje in razumevanje – Pišem in ustvarjam</w:t>
            </w:r>
          </w:p>
          <w:p w14:paraId="5D121827" w14:textId="77777777" w:rsidR="00187E2C" w:rsidRDefault="00000000">
            <w:pPr>
              <w:spacing w:after="7" w:line="245" w:lineRule="auto"/>
            </w:pPr>
            <w:r>
              <w:rPr>
                <w:color w:val="000000"/>
                <w:sz w:val="14"/>
              </w:rPr>
              <w:t>Najprej potezo izvede s celim telesom, nato v pesku/zraku in na listu; zapiše znak.</w:t>
            </w:r>
          </w:p>
          <w:p w14:paraId="1A356657" w14:textId="77777777" w:rsidR="00187E2C" w:rsidRDefault="00000000">
            <w:pPr>
              <w:spacing w:after="15" w:line="245" w:lineRule="auto"/>
            </w:pPr>
            <w:r>
              <w:rPr>
                <w:color w:val="D95BC6"/>
                <w:sz w:val="13"/>
              </w:rPr>
              <w:t>Dokaz: datiran zapis v mapi in kratek komentar učenca o najuspešnejšem delu.</w:t>
            </w:r>
          </w:p>
          <w:p w14:paraId="0DA3C6BD" w14:textId="77777777" w:rsidR="00187E2C" w:rsidRDefault="00000000">
            <w:pPr>
              <w:spacing w:after="4" w:line="245" w:lineRule="auto"/>
            </w:pPr>
            <w:r>
              <w:rPr>
                <w:b/>
                <w:color w:val="000000"/>
                <w:sz w:val="15"/>
              </w:rPr>
              <w:t>6. URA – Branje in razumevanje – Predstavim in vrednotim</w:t>
            </w:r>
          </w:p>
          <w:p w14:paraId="5F0BFDCD" w14:textId="77777777" w:rsidR="00187E2C" w:rsidRDefault="00000000">
            <w:pPr>
              <w:spacing w:after="7" w:line="245" w:lineRule="auto"/>
            </w:pPr>
            <w:r>
              <w:rPr>
                <w:color w:val="000000"/>
                <w:sz w:val="14"/>
              </w:rPr>
              <w:t>Pripoveduje, bere, dramatizira ali predstavi zapis; vrstniku pove eno opaženo moč in eno vprašanje.</w:t>
            </w:r>
          </w:p>
          <w:p w14:paraId="6A1483B4" w14:textId="77777777" w:rsidR="00187E2C" w:rsidRDefault="00000000">
            <w:pPr>
              <w:spacing w:after="15" w:line="245" w:lineRule="auto"/>
            </w:pPr>
            <w:r>
              <w:rPr>
                <w:color w:val="D95BC6"/>
                <w:sz w:val="13"/>
              </w:rPr>
              <w:t>Dokaz: nastop/izdelek, vrstniška povratna informacija in samovrednotenje.</w:t>
            </w:r>
          </w:p>
        </w:tc>
      </w:tr>
    </w:tbl>
    <w:p w14:paraId="0E71C272" w14:textId="77777777" w:rsidR="00187E2C" w:rsidRDefault="00000000">
      <w:r>
        <w:lastRenderedPageBreak/>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9FE239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D3D3ADF"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086456" w14:textId="77777777" w:rsidR="00187E2C" w:rsidRDefault="00000000">
            <w:pPr>
              <w:jc w:val="center"/>
            </w:pPr>
            <w:r>
              <w:rPr>
                <w:b/>
                <w:color w:val="000000"/>
                <w:sz w:val="20"/>
              </w:rPr>
              <w:t>UČNE DEJAVNOSTI, METODE IN FORMATIVNO SPREMLJANJE</w:t>
            </w:r>
          </w:p>
        </w:tc>
      </w:tr>
      <w:tr w:rsidR="00187E2C" w14:paraId="72882063" w14:textId="77777777">
        <w:trPr>
          <w:tblHeader/>
          <w:jc w:val="center"/>
        </w:trPr>
        <w:tc>
          <w:tcPr>
            <w:tcW w:w="4422" w:type="dxa"/>
            <w:vMerge/>
            <w:tcMar>
              <w:top w:w="70" w:type="dxa"/>
              <w:left w:w="90" w:type="dxa"/>
              <w:bottom w:w="70" w:type="dxa"/>
              <w:right w:w="90" w:type="dxa"/>
            </w:tcMar>
            <w:vAlign w:val="center"/>
          </w:tcPr>
          <w:p w14:paraId="55A82482" w14:textId="77777777" w:rsidR="00187E2C" w:rsidRDefault="00187E2C"/>
        </w:tc>
        <w:tc>
          <w:tcPr>
            <w:tcW w:w="7087" w:type="dxa"/>
            <w:shd w:val="clear" w:color="auto" w:fill="FFFFFF"/>
            <w:tcMar>
              <w:top w:w="70" w:type="dxa"/>
              <w:left w:w="90" w:type="dxa"/>
              <w:bottom w:w="70" w:type="dxa"/>
              <w:right w:w="90" w:type="dxa"/>
            </w:tcMar>
            <w:vAlign w:val="center"/>
          </w:tcPr>
          <w:p w14:paraId="2E8D6219"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0F92EE1" w14:textId="77777777" w:rsidR="00187E2C" w:rsidRDefault="00000000">
            <w:pPr>
              <w:jc w:val="center"/>
            </w:pPr>
            <w:r>
              <w:rPr>
                <w:b/>
                <w:color w:val="000000"/>
              </w:rPr>
              <w:t>UČENEC</w:t>
            </w:r>
          </w:p>
        </w:tc>
      </w:tr>
      <w:tr w:rsidR="00187E2C" w14:paraId="1ED6575E" w14:textId="77777777">
        <w:trPr>
          <w:jc w:val="center"/>
        </w:trPr>
        <w:tc>
          <w:tcPr>
            <w:tcW w:w="4422" w:type="dxa"/>
            <w:tcMar>
              <w:top w:w="70" w:type="dxa"/>
              <w:left w:w="90" w:type="dxa"/>
              <w:bottom w:w="70" w:type="dxa"/>
              <w:right w:w="90" w:type="dxa"/>
            </w:tcMar>
          </w:tcPr>
          <w:p w14:paraId="6B4F6E13" w14:textId="77777777" w:rsidR="00187E2C" w:rsidRDefault="00187E2C"/>
          <w:p w14:paraId="613EBADF" w14:textId="77777777" w:rsidR="00187E2C" w:rsidRDefault="00000000">
            <w:pPr>
              <w:spacing w:after="40" w:line="245" w:lineRule="auto"/>
            </w:pPr>
            <w:r>
              <w:rPr>
                <w:b/>
                <w:color w:val="000000"/>
              </w:rPr>
              <w:t>FORMATIVNO SPREMLJANJE</w:t>
            </w:r>
          </w:p>
          <w:p w14:paraId="3E93F379"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4CF04977"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393F3246"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48786B51"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EB9CBA1" w14:textId="77777777" w:rsidR="00187E2C" w:rsidRDefault="00000000">
            <w:pPr>
              <w:spacing w:before="40" w:after="20" w:line="245" w:lineRule="auto"/>
            </w:pPr>
            <w:r>
              <w:rPr>
                <w:b/>
                <w:color w:val="000000"/>
                <w:sz w:val="17"/>
              </w:rPr>
              <w:t>VARNOST IN ODGOVORNOST</w:t>
            </w:r>
          </w:p>
          <w:p w14:paraId="48C5CB16"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670CDE89" w14:textId="77777777" w:rsidR="00187E2C" w:rsidRDefault="00000000">
            <w:pPr>
              <w:spacing w:after="20" w:line="245" w:lineRule="auto"/>
            </w:pPr>
            <w:r>
              <w:rPr>
                <w:b/>
                <w:color w:val="000000"/>
                <w:sz w:val="17"/>
              </w:rPr>
              <w:t>EVIDENCA PO IZVEDBI</w:t>
            </w:r>
          </w:p>
          <w:p w14:paraId="73C21BE9"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78B5BA4B"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249088B" w14:textId="77777777">
              <w:trPr>
                <w:jc w:val="center"/>
              </w:trPr>
              <w:tc>
                <w:tcPr>
                  <w:tcW w:w="7087" w:type="dxa"/>
                  <w:shd w:val="clear" w:color="auto" w:fill="EDC9EA"/>
                  <w:tcMar>
                    <w:top w:w="45" w:type="dxa"/>
                    <w:left w:w="70" w:type="dxa"/>
                    <w:bottom w:w="45" w:type="dxa"/>
                    <w:right w:w="70" w:type="dxa"/>
                  </w:tcMar>
                </w:tcPr>
                <w:p w14:paraId="6EB8CACD" w14:textId="77777777" w:rsidR="00187E2C" w:rsidRDefault="00000000">
                  <w:pPr>
                    <w:keepNext/>
                  </w:pPr>
                  <w:r>
                    <w:rPr>
                      <w:b/>
                      <w:color w:val="000000"/>
                    </w:rPr>
                    <w:t>VPRAŠANJA V PODPORO JEZIKOVNEMU, BRALNEMU IN KNJIŽEVNEMU UČENJU</w:t>
                  </w:r>
                </w:p>
              </w:tc>
            </w:tr>
          </w:tbl>
          <w:p w14:paraId="06D98FE5" w14:textId="77777777" w:rsidR="00187E2C" w:rsidRDefault="00187E2C">
            <w:pPr>
              <w:spacing w:line="20" w:lineRule="exact"/>
            </w:pPr>
          </w:p>
          <w:p w14:paraId="6371FE09" w14:textId="77777777" w:rsidR="00187E2C" w:rsidRDefault="00000000">
            <w:pPr>
              <w:pStyle w:val="Oznaenseznam"/>
              <w:spacing w:after="16"/>
            </w:pPr>
            <w:r>
              <w:rPr>
                <w:color w:val="000000"/>
                <w:sz w:val="16"/>
              </w:rPr>
              <w:t>Kaj ti je naslovnica, slika, predmet, zvok ali gib pomagal razumeti?</w:t>
            </w:r>
          </w:p>
          <w:p w14:paraId="272B81CD" w14:textId="77777777" w:rsidR="00187E2C" w:rsidRDefault="00000000">
            <w:pPr>
              <w:pStyle w:val="Oznaenseznam"/>
              <w:spacing w:after="16"/>
            </w:pPr>
            <w:r>
              <w:rPr>
                <w:color w:val="000000"/>
                <w:sz w:val="16"/>
              </w:rPr>
              <w:t>Kako si našel/-la glas, črko, zlog, besedo ali bistveni podatek?</w:t>
            </w:r>
          </w:p>
          <w:p w14:paraId="4B1F69D7" w14:textId="77777777" w:rsidR="00187E2C" w:rsidRDefault="00000000">
            <w:pPr>
              <w:pStyle w:val="Oznaenseznam"/>
              <w:spacing w:after="16"/>
            </w:pPr>
            <w:r>
              <w:rPr>
                <w:color w:val="000000"/>
                <w:sz w:val="16"/>
              </w:rPr>
              <w:t>Kako veš, da tvoja pripoved, branje ali zapis dosega dogovorjeni kriterij?</w:t>
            </w:r>
          </w:p>
          <w:p w14:paraId="0F2C4B2E" w14:textId="77777777" w:rsidR="00187E2C" w:rsidRDefault="00000000">
            <w:pPr>
              <w:pStyle w:val="Oznaenseznam"/>
              <w:spacing w:after="16"/>
            </w:pPr>
            <w:r>
              <w:rPr>
                <w:color w:val="000000"/>
                <w:sz w:val="16"/>
              </w:rPr>
              <w:t>Ali lahko svoje razumevanje pokažeš še z drugim načinom – govorom, gibanjem, risbo, branjem ali zapisom?</w:t>
            </w:r>
          </w:p>
          <w:p w14:paraId="314CD0AB"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48E9F513" w14:textId="77777777">
              <w:trPr>
                <w:jc w:val="center"/>
              </w:trPr>
              <w:tc>
                <w:tcPr>
                  <w:tcW w:w="7087" w:type="dxa"/>
                  <w:shd w:val="clear" w:color="auto" w:fill="C6E7F3"/>
                  <w:tcMar>
                    <w:top w:w="45" w:type="dxa"/>
                    <w:left w:w="70" w:type="dxa"/>
                    <w:bottom w:w="45" w:type="dxa"/>
                    <w:right w:w="70" w:type="dxa"/>
                  </w:tcMar>
                </w:tcPr>
                <w:p w14:paraId="6AEE095C" w14:textId="77777777" w:rsidR="00187E2C" w:rsidRDefault="00000000">
                  <w:pPr>
                    <w:keepNext/>
                  </w:pPr>
                  <w:r>
                    <w:rPr>
                      <w:b/>
                      <w:color w:val="000000"/>
                    </w:rPr>
                    <w:t>ZAKLJUČNI DEL – UTRJEVANJE, BRALNI ODZIV IN REFLEKSIJA (10–15 min)</w:t>
                  </w:r>
                </w:p>
              </w:tc>
            </w:tr>
          </w:tbl>
          <w:p w14:paraId="526BAE0C" w14:textId="77777777" w:rsidR="00187E2C" w:rsidRDefault="00187E2C">
            <w:pPr>
              <w:spacing w:line="20" w:lineRule="exact"/>
            </w:pPr>
          </w:p>
          <w:p w14:paraId="0800DB87"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29A65EE7" w14:textId="77777777">
              <w:trPr>
                <w:jc w:val="center"/>
              </w:trPr>
              <w:tc>
                <w:tcPr>
                  <w:tcW w:w="7087" w:type="dxa"/>
                  <w:shd w:val="clear" w:color="auto" w:fill="EDC9EA"/>
                  <w:tcMar>
                    <w:top w:w="45" w:type="dxa"/>
                    <w:left w:w="70" w:type="dxa"/>
                    <w:bottom w:w="45" w:type="dxa"/>
                    <w:right w:w="70" w:type="dxa"/>
                  </w:tcMar>
                </w:tcPr>
                <w:p w14:paraId="23F2835D" w14:textId="77777777" w:rsidR="00187E2C" w:rsidRDefault="00000000">
                  <w:pPr>
                    <w:keepNext/>
                  </w:pPr>
                  <w:r>
                    <w:rPr>
                      <w:b/>
                      <w:color w:val="000000"/>
                    </w:rPr>
                    <w:t>SAMOVREDNOTENJE</w:t>
                  </w:r>
                </w:p>
              </w:tc>
            </w:tr>
          </w:tbl>
          <w:p w14:paraId="6E938EC5" w14:textId="77777777" w:rsidR="00187E2C" w:rsidRDefault="00187E2C">
            <w:pPr>
              <w:spacing w:line="20" w:lineRule="exact"/>
            </w:pPr>
          </w:p>
          <w:p w14:paraId="2DD90704"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5D9BF793" w14:textId="77777777">
              <w:trPr>
                <w:jc w:val="center"/>
              </w:trPr>
              <w:tc>
                <w:tcPr>
                  <w:tcW w:w="7087" w:type="dxa"/>
                  <w:shd w:val="clear" w:color="auto" w:fill="EDC9EA"/>
                  <w:tcMar>
                    <w:top w:w="45" w:type="dxa"/>
                    <w:left w:w="70" w:type="dxa"/>
                    <w:bottom w:w="45" w:type="dxa"/>
                    <w:right w:w="70" w:type="dxa"/>
                  </w:tcMar>
                </w:tcPr>
                <w:p w14:paraId="79EEEA35" w14:textId="77777777" w:rsidR="00187E2C" w:rsidRDefault="00000000">
                  <w:pPr>
                    <w:keepNext/>
                  </w:pPr>
                  <w:r>
                    <w:rPr>
                      <w:b/>
                      <w:color w:val="000000"/>
                    </w:rPr>
                    <w:t>VRSTNIŠKO VREDNOTENJE</w:t>
                  </w:r>
                </w:p>
              </w:tc>
            </w:tr>
          </w:tbl>
          <w:p w14:paraId="4375BA36" w14:textId="77777777" w:rsidR="00187E2C" w:rsidRDefault="00187E2C">
            <w:pPr>
              <w:spacing w:line="20" w:lineRule="exact"/>
            </w:pPr>
          </w:p>
          <w:p w14:paraId="16759478"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5FE109EB" w14:textId="77777777">
              <w:trPr>
                <w:jc w:val="center"/>
              </w:trPr>
              <w:tc>
                <w:tcPr>
                  <w:tcW w:w="7087" w:type="dxa"/>
                  <w:shd w:val="clear" w:color="auto" w:fill="EDC9EA"/>
                  <w:tcMar>
                    <w:top w:w="45" w:type="dxa"/>
                    <w:left w:w="70" w:type="dxa"/>
                    <w:bottom w:w="45" w:type="dxa"/>
                    <w:right w:w="70" w:type="dxa"/>
                  </w:tcMar>
                </w:tcPr>
                <w:p w14:paraId="37CD73D2" w14:textId="77777777" w:rsidR="00187E2C" w:rsidRDefault="00000000">
                  <w:pPr>
                    <w:keepNext/>
                  </w:pPr>
                  <w:r>
                    <w:rPr>
                      <w:b/>
                      <w:color w:val="000000"/>
                    </w:rPr>
                    <w:t>SKUPNI POVZETEK</w:t>
                  </w:r>
                </w:p>
              </w:tc>
            </w:tr>
          </w:tbl>
          <w:p w14:paraId="574652EA" w14:textId="77777777" w:rsidR="00187E2C" w:rsidRDefault="00187E2C">
            <w:pPr>
              <w:spacing w:line="20" w:lineRule="exact"/>
            </w:pPr>
          </w:p>
          <w:p w14:paraId="3FE7ACFB" w14:textId="77777777" w:rsidR="00187E2C" w:rsidRDefault="00000000">
            <w:pPr>
              <w:spacing w:before="20" w:after="40" w:line="245" w:lineRule="auto"/>
            </w:pPr>
            <w:r>
              <w:rPr>
                <w:b/>
                <w:color w:val="000000"/>
                <w:sz w:val="16"/>
              </w:rPr>
              <w:t>berem povedi z velikimi oziroma obravnavanimi tiskanimi črkami; povem bistvo; poiščem očiten podatek. Svoj dokaz pojasnim in po povratni informaciji izboljšam.</w:t>
            </w:r>
          </w:p>
          <w:tbl>
            <w:tblPr>
              <w:tblStyle w:val="Tabelamrea"/>
              <w:tblW w:w="0" w:type="auto"/>
              <w:jc w:val="center"/>
              <w:tblLayout w:type="fixed"/>
              <w:tblLook w:val="04A0" w:firstRow="1" w:lastRow="0" w:firstColumn="1" w:lastColumn="0" w:noHBand="0" w:noVBand="1"/>
            </w:tblPr>
            <w:tblGrid>
              <w:gridCol w:w="7087"/>
            </w:tblGrid>
            <w:tr w:rsidR="00187E2C" w14:paraId="034B51BD" w14:textId="77777777">
              <w:trPr>
                <w:jc w:val="center"/>
              </w:trPr>
              <w:tc>
                <w:tcPr>
                  <w:tcW w:w="7087" w:type="dxa"/>
                  <w:shd w:val="clear" w:color="auto" w:fill="EDC9EA"/>
                  <w:tcMar>
                    <w:top w:w="45" w:type="dxa"/>
                    <w:left w:w="70" w:type="dxa"/>
                    <w:bottom w:w="45" w:type="dxa"/>
                    <w:right w:w="70" w:type="dxa"/>
                  </w:tcMar>
                </w:tcPr>
                <w:p w14:paraId="35E3E816" w14:textId="77777777" w:rsidR="00187E2C" w:rsidRDefault="00000000">
                  <w:pPr>
                    <w:keepNext/>
                  </w:pPr>
                  <w:r>
                    <w:rPr>
                      <w:b/>
                      <w:color w:val="000000"/>
                    </w:rPr>
                    <w:t>OPISNO OCENJEVANJE</w:t>
                  </w:r>
                </w:p>
              </w:tc>
            </w:tr>
          </w:tbl>
          <w:p w14:paraId="7B8B668B" w14:textId="77777777" w:rsidR="00187E2C" w:rsidRDefault="00187E2C"/>
          <w:p w14:paraId="2DE9ED1E" w14:textId="77777777" w:rsidR="00187E2C" w:rsidRDefault="00000000">
            <w:pPr>
              <w:spacing w:before="20" w:after="30" w:line="245" w:lineRule="auto"/>
            </w:pPr>
            <w:r>
              <w:rPr>
                <w:color w:val="000000"/>
                <w:sz w:val="16"/>
              </w:rPr>
              <w:t>OCENJEVANJE 6 – PISNO: bralno razumevanje in pisno izražanje; analiza dosežkov</w:t>
            </w:r>
          </w:p>
        </w:tc>
        <w:tc>
          <w:tcPr>
            <w:tcW w:w="2551" w:type="dxa"/>
            <w:tcMar>
              <w:top w:w="70" w:type="dxa"/>
              <w:left w:w="90" w:type="dxa"/>
              <w:bottom w:w="70" w:type="dxa"/>
              <w:right w:w="90" w:type="dxa"/>
            </w:tcMar>
          </w:tcPr>
          <w:p w14:paraId="023A63CE" w14:textId="77777777" w:rsidR="00187E2C" w:rsidRDefault="00187E2C"/>
          <w:p w14:paraId="15138964" w14:textId="77777777" w:rsidR="00187E2C" w:rsidRDefault="00000000">
            <w:pPr>
              <w:spacing w:after="100" w:line="245" w:lineRule="auto"/>
            </w:pPr>
            <w:r>
              <w:rPr>
                <w:color w:val="000000"/>
                <w:sz w:val="16"/>
              </w:rPr>
              <w:t>Odgovarja na podporna vprašanja ter se sklicuje na poslušano besedilo, sliko, govor, bralni list ali zapis.</w:t>
            </w:r>
          </w:p>
          <w:p w14:paraId="298A739C" w14:textId="77777777" w:rsidR="00187E2C" w:rsidRDefault="00000000">
            <w:pPr>
              <w:spacing w:after="100" w:line="245" w:lineRule="auto"/>
            </w:pPr>
            <w:r>
              <w:rPr>
                <w:color w:val="000000"/>
                <w:sz w:val="16"/>
              </w:rPr>
              <w:t>Primerja začetni odziv z novim dokazom in pojasni, kaj se je naučil/-a.</w:t>
            </w:r>
          </w:p>
          <w:p w14:paraId="3F81ED95" w14:textId="77777777" w:rsidR="00187E2C" w:rsidRDefault="00000000">
            <w:pPr>
              <w:spacing w:after="100" w:line="245" w:lineRule="auto"/>
            </w:pPr>
            <w:r>
              <w:rPr>
                <w:color w:val="000000"/>
                <w:sz w:val="16"/>
              </w:rPr>
              <w:t>Izbere raven samostojnosti in določi naslednji korak.</w:t>
            </w:r>
          </w:p>
          <w:p w14:paraId="768432A9" w14:textId="77777777" w:rsidR="00187E2C" w:rsidRDefault="00000000">
            <w:pPr>
              <w:spacing w:after="100" w:line="245" w:lineRule="auto"/>
            </w:pPr>
            <w:r>
              <w:rPr>
                <w:color w:val="000000"/>
                <w:sz w:val="16"/>
              </w:rPr>
              <w:t>Sošolcu poda prijazen in konkreten odziv, vezan na kriterij.</w:t>
            </w:r>
          </w:p>
          <w:p w14:paraId="48986CD0" w14:textId="77777777" w:rsidR="00187E2C" w:rsidRDefault="00000000">
            <w:pPr>
              <w:spacing w:after="20" w:line="245" w:lineRule="auto"/>
            </w:pPr>
            <w:r>
              <w:rPr>
                <w:b/>
                <w:color w:val="D95BC6"/>
                <w:sz w:val="17"/>
              </w:rPr>
              <w:t>DOKAZ O UČENJU</w:t>
            </w:r>
          </w:p>
          <w:p w14:paraId="1A93454D"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1FE2741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72E8E3F9" w14:textId="77777777">
        <w:trPr>
          <w:cantSplit/>
          <w:jc w:val="center"/>
        </w:trPr>
        <w:tc>
          <w:tcPr>
            <w:tcW w:w="14060" w:type="dxa"/>
            <w:gridSpan w:val="6"/>
            <w:tcMar>
              <w:top w:w="70" w:type="dxa"/>
              <w:left w:w="90" w:type="dxa"/>
              <w:bottom w:w="70" w:type="dxa"/>
              <w:right w:w="90" w:type="dxa"/>
            </w:tcMar>
            <w:vAlign w:val="center"/>
          </w:tcPr>
          <w:p w14:paraId="4D8B4528" w14:textId="77777777" w:rsidR="00187E2C" w:rsidRDefault="00000000">
            <w:pPr>
              <w:jc w:val="center"/>
            </w:pPr>
            <w:r>
              <w:rPr>
                <w:b/>
                <w:color w:val="000000"/>
                <w:sz w:val="24"/>
              </w:rPr>
              <w:lastRenderedPageBreak/>
              <w:t>UČNA PRIPRAVA 37/39</w:t>
            </w:r>
          </w:p>
        </w:tc>
      </w:tr>
      <w:tr w:rsidR="00187E2C" w14:paraId="7A271802" w14:textId="77777777">
        <w:trPr>
          <w:jc w:val="center"/>
        </w:trPr>
        <w:tc>
          <w:tcPr>
            <w:tcW w:w="2665" w:type="dxa"/>
            <w:tcMar>
              <w:top w:w="70" w:type="dxa"/>
              <w:left w:w="90" w:type="dxa"/>
              <w:bottom w:w="70" w:type="dxa"/>
              <w:right w:w="90" w:type="dxa"/>
            </w:tcMar>
            <w:vAlign w:val="center"/>
          </w:tcPr>
          <w:p w14:paraId="6B7EBC7E"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812237C"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6AE833AC"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9132F6A" w14:textId="77777777" w:rsidR="00187E2C" w:rsidRDefault="00000000">
            <w:r>
              <w:rPr>
                <w:b/>
                <w:color w:val="000000"/>
                <w:sz w:val="16"/>
              </w:rPr>
              <w:t xml:space="preserve">NAČRTOVANI TERMIN: </w:t>
            </w:r>
            <w:r>
              <w:rPr>
                <w:color w:val="000000"/>
                <w:sz w:val="16"/>
              </w:rPr>
              <w:t>37. teden • 7.–11. 6. 2027</w:t>
            </w:r>
          </w:p>
        </w:tc>
        <w:tc>
          <w:tcPr>
            <w:tcW w:w="2268" w:type="dxa"/>
            <w:tcMar>
              <w:top w:w="70" w:type="dxa"/>
              <w:left w:w="90" w:type="dxa"/>
              <w:bottom w:w="70" w:type="dxa"/>
              <w:right w:w="90" w:type="dxa"/>
            </w:tcMar>
            <w:vAlign w:val="center"/>
          </w:tcPr>
          <w:p w14:paraId="200EDEEF"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58B401A" w14:textId="77777777" w:rsidR="00187E2C" w:rsidRDefault="00000000">
            <w:r>
              <w:rPr>
                <w:b/>
                <w:color w:val="000000"/>
                <w:sz w:val="16"/>
              </w:rPr>
              <w:t xml:space="preserve">ŠTEVILO UR: </w:t>
            </w:r>
            <w:r>
              <w:rPr>
                <w:color w:val="000000"/>
                <w:sz w:val="16"/>
              </w:rPr>
              <w:t>6</w:t>
            </w:r>
          </w:p>
        </w:tc>
      </w:tr>
      <w:tr w:rsidR="00187E2C" w14:paraId="142A420F" w14:textId="77777777">
        <w:trPr>
          <w:jc w:val="center"/>
        </w:trPr>
        <w:tc>
          <w:tcPr>
            <w:tcW w:w="14061" w:type="dxa"/>
            <w:gridSpan w:val="6"/>
            <w:tcMar>
              <w:top w:w="70" w:type="dxa"/>
              <w:left w:w="90" w:type="dxa"/>
              <w:bottom w:w="70" w:type="dxa"/>
              <w:right w:w="90" w:type="dxa"/>
            </w:tcMar>
            <w:vAlign w:val="center"/>
          </w:tcPr>
          <w:p w14:paraId="48D0FA97"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014D4E4A" w14:textId="77777777">
        <w:trPr>
          <w:cantSplit/>
          <w:jc w:val="center"/>
        </w:trPr>
        <w:tc>
          <w:tcPr>
            <w:tcW w:w="14060" w:type="dxa"/>
            <w:gridSpan w:val="6"/>
            <w:tcMar>
              <w:top w:w="70" w:type="dxa"/>
              <w:left w:w="90" w:type="dxa"/>
              <w:bottom w:w="70" w:type="dxa"/>
              <w:right w:w="90" w:type="dxa"/>
            </w:tcMar>
            <w:vAlign w:val="center"/>
          </w:tcPr>
          <w:p w14:paraId="3434ECB4" w14:textId="77777777" w:rsidR="00187E2C" w:rsidRDefault="00187E2C"/>
          <w:p w14:paraId="6D697228" w14:textId="77777777" w:rsidR="00187E2C" w:rsidRDefault="00000000">
            <w:pPr>
              <w:spacing w:line="245" w:lineRule="auto"/>
            </w:pPr>
            <w:r>
              <w:rPr>
                <w:b/>
                <w:color w:val="000000"/>
                <w:sz w:val="16"/>
              </w:rPr>
              <w:t xml:space="preserve">UČNI SKLOP: </w:t>
            </w:r>
            <w:r>
              <w:rPr>
                <w:color w:val="000000"/>
                <w:sz w:val="16"/>
              </w:rPr>
              <w:t>POLETJE, SKUPNOST IN ZAKLJUČEK</w:t>
            </w:r>
          </w:p>
        </w:tc>
      </w:tr>
      <w:tr w:rsidR="00187E2C" w14:paraId="49C96EFA" w14:textId="77777777">
        <w:trPr>
          <w:cantSplit/>
          <w:jc w:val="center"/>
        </w:trPr>
        <w:tc>
          <w:tcPr>
            <w:tcW w:w="14060" w:type="dxa"/>
            <w:gridSpan w:val="6"/>
            <w:tcMar>
              <w:top w:w="70" w:type="dxa"/>
              <w:left w:w="90" w:type="dxa"/>
              <w:bottom w:w="70" w:type="dxa"/>
              <w:right w:w="90" w:type="dxa"/>
            </w:tcMar>
            <w:vAlign w:val="center"/>
          </w:tcPr>
          <w:p w14:paraId="0DC113C6" w14:textId="77777777" w:rsidR="00187E2C" w:rsidRDefault="00187E2C"/>
          <w:p w14:paraId="432050D2" w14:textId="77777777" w:rsidR="00187E2C" w:rsidRDefault="00000000">
            <w:pPr>
              <w:spacing w:line="245" w:lineRule="auto"/>
            </w:pPr>
            <w:r>
              <w:rPr>
                <w:b/>
                <w:color w:val="000000"/>
                <w:sz w:val="16"/>
              </w:rPr>
              <w:t xml:space="preserve">UČNA TEMA: </w:t>
            </w:r>
            <w:r>
              <w:rPr>
                <w:color w:val="000000"/>
                <w:sz w:val="16"/>
              </w:rPr>
              <w:t>USTVARJALNA ZGODBA</w:t>
            </w:r>
          </w:p>
        </w:tc>
      </w:tr>
      <w:tr w:rsidR="00187E2C" w14:paraId="35BBDDF7" w14:textId="77777777">
        <w:trPr>
          <w:cantSplit/>
          <w:jc w:val="center"/>
        </w:trPr>
        <w:tc>
          <w:tcPr>
            <w:tcW w:w="14060" w:type="dxa"/>
            <w:gridSpan w:val="6"/>
            <w:tcMar>
              <w:top w:w="70" w:type="dxa"/>
              <w:left w:w="90" w:type="dxa"/>
              <w:bottom w:w="70" w:type="dxa"/>
              <w:right w:w="90" w:type="dxa"/>
            </w:tcMar>
            <w:vAlign w:val="center"/>
          </w:tcPr>
          <w:p w14:paraId="4FB35784" w14:textId="77777777" w:rsidR="00187E2C" w:rsidRDefault="00187E2C"/>
          <w:p w14:paraId="2E3155F8" w14:textId="77777777" w:rsidR="00187E2C" w:rsidRDefault="00000000">
            <w:pPr>
              <w:spacing w:line="245" w:lineRule="auto"/>
            </w:pPr>
            <w:r>
              <w:rPr>
                <w:b/>
                <w:color w:val="000000"/>
                <w:sz w:val="16"/>
              </w:rPr>
              <w:t xml:space="preserve">KNJIŽEVNO IZHODIŠČE IN MOTIV: </w:t>
            </w:r>
            <w:r>
              <w:rPr>
                <w:color w:val="000000"/>
                <w:sz w:val="16"/>
              </w:rPr>
              <w:t>»Zakaj?« – Lila Prap • NADALJEVANJE • okoljska vprašanja, ponovna uporaba in ustvarjalne rešitve</w:t>
            </w:r>
          </w:p>
        </w:tc>
      </w:tr>
      <w:tr w:rsidR="00187E2C" w14:paraId="5FF74969" w14:textId="77777777">
        <w:trPr>
          <w:cantSplit/>
          <w:jc w:val="center"/>
        </w:trPr>
        <w:tc>
          <w:tcPr>
            <w:tcW w:w="14060" w:type="dxa"/>
            <w:gridSpan w:val="6"/>
            <w:tcMar>
              <w:top w:w="70" w:type="dxa"/>
              <w:left w:w="90" w:type="dxa"/>
              <w:bottom w:w="70" w:type="dxa"/>
              <w:right w:w="90" w:type="dxa"/>
            </w:tcMar>
            <w:vAlign w:val="center"/>
          </w:tcPr>
          <w:p w14:paraId="033F2287" w14:textId="77777777" w:rsidR="00187E2C" w:rsidRDefault="00187E2C"/>
          <w:p w14:paraId="281C47B2" w14:textId="77777777" w:rsidR="00187E2C" w:rsidRDefault="00000000">
            <w:pPr>
              <w:spacing w:line="245" w:lineRule="auto"/>
            </w:pPr>
            <w:r>
              <w:rPr>
                <w:b/>
                <w:color w:val="000000"/>
                <w:sz w:val="16"/>
              </w:rPr>
              <w:t xml:space="preserve">BRALNI LIST / ČRKA: </w:t>
            </w:r>
            <w:r>
              <w:rPr>
                <w:color w:val="000000"/>
                <w:sz w:val="16"/>
              </w:rPr>
              <w:t>BRALNI LIST 37 – BEREM IN NADALJUJEM ZGODBO: Kratko besedilo preberem, poiščem bistveni podatek in pokažem razumevanje.</w:t>
            </w:r>
          </w:p>
        </w:tc>
      </w:tr>
      <w:tr w:rsidR="00187E2C" w14:paraId="0140C1A9" w14:textId="77777777">
        <w:trPr>
          <w:cantSplit/>
          <w:jc w:val="center"/>
        </w:trPr>
        <w:tc>
          <w:tcPr>
            <w:tcW w:w="14060" w:type="dxa"/>
            <w:gridSpan w:val="6"/>
            <w:tcMar>
              <w:top w:w="70" w:type="dxa"/>
              <w:left w:w="90" w:type="dxa"/>
              <w:bottom w:w="70" w:type="dxa"/>
              <w:right w:w="90" w:type="dxa"/>
            </w:tcMar>
            <w:vAlign w:val="center"/>
          </w:tcPr>
          <w:p w14:paraId="2CC83882" w14:textId="77777777" w:rsidR="00187E2C" w:rsidRDefault="00187E2C"/>
          <w:p w14:paraId="182C9444" w14:textId="77777777" w:rsidR="00187E2C" w:rsidRDefault="00000000">
            <w:pPr>
              <w:spacing w:line="245" w:lineRule="auto"/>
            </w:pPr>
            <w:r>
              <w:rPr>
                <w:b/>
                <w:color w:val="000000"/>
                <w:sz w:val="16"/>
              </w:rPr>
              <w:t xml:space="preserve">UČNE ENOTE: </w:t>
            </w:r>
            <w:r>
              <w:rPr>
                <w:color w:val="000000"/>
                <w:sz w:val="16"/>
              </w:rPr>
              <w:t>1. ura – Berem in nadaljujem zgodbo • 2. ura – Ustvarjalna zgodba – Govorim in pojasnjujem • 3. ura – Ustvarjalna zgodba – Razčlenjujem jezik • 4. ura – Ustvarjalna zgodba – Berem z oporo • 5. ura – Ustvarjalna zgodba – Pišem in ustvarjam • 6. ura – Ustvarjalna zgodba – Predstavim in vrednotim</w:t>
            </w:r>
          </w:p>
        </w:tc>
      </w:tr>
      <w:tr w:rsidR="00187E2C" w14:paraId="071904F2" w14:textId="77777777">
        <w:trPr>
          <w:cantSplit/>
          <w:jc w:val="center"/>
        </w:trPr>
        <w:tc>
          <w:tcPr>
            <w:tcW w:w="14060" w:type="dxa"/>
            <w:gridSpan w:val="6"/>
            <w:tcMar>
              <w:top w:w="70" w:type="dxa"/>
              <w:left w:w="90" w:type="dxa"/>
              <w:bottom w:w="70" w:type="dxa"/>
              <w:right w:w="90" w:type="dxa"/>
            </w:tcMar>
            <w:vAlign w:val="center"/>
          </w:tcPr>
          <w:p w14:paraId="2C52126A" w14:textId="77777777" w:rsidR="00187E2C" w:rsidRDefault="00187E2C"/>
          <w:p w14:paraId="639931D1"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565CEB6E" w14:textId="77777777">
        <w:trPr>
          <w:cantSplit/>
          <w:jc w:val="center"/>
        </w:trPr>
        <w:tc>
          <w:tcPr>
            <w:tcW w:w="14060" w:type="dxa"/>
            <w:gridSpan w:val="6"/>
            <w:tcMar>
              <w:top w:w="70" w:type="dxa"/>
              <w:left w:w="90" w:type="dxa"/>
              <w:bottom w:w="70" w:type="dxa"/>
              <w:right w:w="90" w:type="dxa"/>
            </w:tcMar>
            <w:vAlign w:val="center"/>
          </w:tcPr>
          <w:p w14:paraId="65DF63D2" w14:textId="77777777" w:rsidR="00187E2C" w:rsidRDefault="00187E2C"/>
          <w:p w14:paraId="46055A10"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1AF6B09" w14:textId="77777777">
        <w:trPr>
          <w:cantSplit/>
          <w:jc w:val="center"/>
        </w:trPr>
        <w:tc>
          <w:tcPr>
            <w:tcW w:w="14060" w:type="dxa"/>
            <w:gridSpan w:val="6"/>
            <w:tcMar>
              <w:top w:w="70" w:type="dxa"/>
              <w:left w:w="90" w:type="dxa"/>
              <w:bottom w:w="70" w:type="dxa"/>
              <w:right w:w="90" w:type="dxa"/>
            </w:tcMar>
            <w:vAlign w:val="center"/>
          </w:tcPr>
          <w:p w14:paraId="45C0D013" w14:textId="77777777" w:rsidR="00187E2C" w:rsidRDefault="00187E2C"/>
          <w:p w14:paraId="10FB3F13"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574704BC" w14:textId="77777777">
        <w:trPr>
          <w:cantSplit/>
          <w:jc w:val="center"/>
        </w:trPr>
        <w:tc>
          <w:tcPr>
            <w:tcW w:w="14060" w:type="dxa"/>
            <w:gridSpan w:val="6"/>
            <w:tcMar>
              <w:top w:w="70" w:type="dxa"/>
              <w:left w:w="90" w:type="dxa"/>
              <w:bottom w:w="70" w:type="dxa"/>
              <w:right w:w="90" w:type="dxa"/>
            </w:tcMar>
            <w:vAlign w:val="center"/>
          </w:tcPr>
          <w:p w14:paraId="11A9F56A" w14:textId="77777777" w:rsidR="00187E2C" w:rsidRDefault="00187E2C"/>
          <w:p w14:paraId="40389F60" w14:textId="77777777" w:rsidR="00187E2C" w:rsidRDefault="00000000">
            <w:pPr>
              <w:spacing w:line="245" w:lineRule="auto"/>
            </w:pPr>
            <w:r>
              <w:rPr>
                <w:b/>
                <w:color w:val="000000"/>
                <w:sz w:val="16"/>
              </w:rPr>
              <w:t xml:space="preserve">MEDPREDMETNE POVEZAVE: </w:t>
            </w:r>
            <w:r>
              <w:rPr>
                <w:color w:val="000000"/>
                <w:sz w:val="16"/>
              </w:rPr>
              <w:t>SPO – okoljska vprašanja, ponovna uporaba in ustvarjalne rešitve; GUM – ritem, zvočnost in glas; LUM – ilustracija, črta in grafomotorika; ŠPO – gibalna pripoved, dramatizacija in postaje; MAT – smer, zaporedje in orientacija</w:t>
            </w:r>
          </w:p>
        </w:tc>
      </w:tr>
      <w:tr w:rsidR="00187E2C" w14:paraId="37252FC3" w14:textId="77777777">
        <w:trPr>
          <w:cantSplit/>
          <w:jc w:val="center"/>
        </w:trPr>
        <w:tc>
          <w:tcPr>
            <w:tcW w:w="14060" w:type="dxa"/>
            <w:gridSpan w:val="6"/>
            <w:tcMar>
              <w:top w:w="70" w:type="dxa"/>
              <w:left w:w="90" w:type="dxa"/>
              <w:bottom w:w="70" w:type="dxa"/>
              <w:right w:w="90" w:type="dxa"/>
            </w:tcMar>
            <w:vAlign w:val="center"/>
          </w:tcPr>
          <w:p w14:paraId="5A8D787C" w14:textId="77777777" w:rsidR="00187E2C" w:rsidRDefault="00187E2C"/>
          <w:p w14:paraId="0054253C" w14:textId="77777777" w:rsidR="00187E2C" w:rsidRDefault="00000000">
            <w:pPr>
              <w:spacing w:line="245" w:lineRule="auto"/>
            </w:pPr>
            <w:r>
              <w:rPr>
                <w:b/>
                <w:color w:val="000000"/>
                <w:sz w:val="16"/>
              </w:rPr>
              <w:t xml:space="preserve">UČNA SREDSTVA IN PRIPOMOČKI: </w:t>
            </w:r>
            <w:r>
              <w:rPr>
                <w:color w:val="000000"/>
                <w:sz w:val="16"/>
              </w:rPr>
              <w:t>BRALNI LIST 37, povečano besedilo oziroma kartice, slikanica ali odlomek, slikovno zaporedje, kartice besed in glasov, talne črke ali zlogi, ogledala, vrvice ali modelirna masa, mini tabla, zvezek oziroma jezikovna mapa</w:t>
            </w:r>
          </w:p>
        </w:tc>
      </w:tr>
      <w:tr w:rsidR="00187E2C" w14:paraId="482FE2A2" w14:textId="77777777">
        <w:trPr>
          <w:cantSplit/>
          <w:jc w:val="center"/>
        </w:trPr>
        <w:tc>
          <w:tcPr>
            <w:tcW w:w="14060" w:type="dxa"/>
            <w:gridSpan w:val="6"/>
            <w:tcMar>
              <w:top w:w="70" w:type="dxa"/>
              <w:left w:w="90" w:type="dxa"/>
              <w:bottom w:w="70" w:type="dxa"/>
              <w:right w:w="90" w:type="dxa"/>
            </w:tcMar>
            <w:vAlign w:val="center"/>
          </w:tcPr>
          <w:p w14:paraId="28A611D3" w14:textId="77777777" w:rsidR="00187E2C" w:rsidRDefault="00187E2C"/>
          <w:p w14:paraId="0606A68B"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53E2E3E1" w14:textId="77777777">
        <w:trPr>
          <w:cantSplit/>
          <w:jc w:val="center"/>
        </w:trPr>
        <w:tc>
          <w:tcPr>
            <w:tcW w:w="14060" w:type="dxa"/>
            <w:gridSpan w:val="6"/>
            <w:tcMar>
              <w:top w:w="70" w:type="dxa"/>
              <w:left w:w="90" w:type="dxa"/>
              <w:bottom w:w="70" w:type="dxa"/>
              <w:right w:w="90" w:type="dxa"/>
            </w:tcMar>
            <w:vAlign w:val="center"/>
          </w:tcPr>
          <w:p w14:paraId="70164D45" w14:textId="77777777" w:rsidR="00187E2C" w:rsidRDefault="00187E2C"/>
          <w:p w14:paraId="229F49E7"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7401B811" w14:textId="77777777">
        <w:trPr>
          <w:cantSplit/>
          <w:jc w:val="center"/>
        </w:trPr>
        <w:tc>
          <w:tcPr>
            <w:tcW w:w="14060" w:type="dxa"/>
            <w:gridSpan w:val="6"/>
            <w:tcMar>
              <w:top w:w="70" w:type="dxa"/>
              <w:left w:w="90" w:type="dxa"/>
              <w:bottom w:w="70" w:type="dxa"/>
              <w:right w:w="90" w:type="dxa"/>
            </w:tcMar>
            <w:vAlign w:val="center"/>
          </w:tcPr>
          <w:p w14:paraId="424D1B16" w14:textId="77777777" w:rsidR="00187E2C" w:rsidRDefault="00187E2C"/>
          <w:p w14:paraId="2314E77F"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0FF6894"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080FA3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15BA7BE"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43F03C9" w14:textId="77777777" w:rsidR="00187E2C" w:rsidRDefault="00000000">
            <w:pPr>
              <w:jc w:val="center"/>
            </w:pPr>
            <w:r>
              <w:rPr>
                <w:b/>
                <w:color w:val="000000"/>
                <w:sz w:val="20"/>
              </w:rPr>
              <w:t>UČNE DEJAVNOSTI, METODE IN FORMATIVNO SPREMLJANJE</w:t>
            </w:r>
          </w:p>
        </w:tc>
      </w:tr>
      <w:tr w:rsidR="00187E2C" w14:paraId="5500A3BE" w14:textId="77777777">
        <w:trPr>
          <w:tblHeader/>
          <w:jc w:val="center"/>
        </w:trPr>
        <w:tc>
          <w:tcPr>
            <w:tcW w:w="4422" w:type="dxa"/>
            <w:vMerge/>
            <w:tcMar>
              <w:top w:w="70" w:type="dxa"/>
              <w:left w:w="90" w:type="dxa"/>
              <w:bottom w:w="70" w:type="dxa"/>
              <w:right w:w="90" w:type="dxa"/>
            </w:tcMar>
            <w:vAlign w:val="center"/>
          </w:tcPr>
          <w:p w14:paraId="7F0B81F7" w14:textId="77777777" w:rsidR="00187E2C" w:rsidRDefault="00187E2C"/>
        </w:tc>
        <w:tc>
          <w:tcPr>
            <w:tcW w:w="7087" w:type="dxa"/>
            <w:shd w:val="clear" w:color="auto" w:fill="FFFFFF"/>
            <w:tcMar>
              <w:top w:w="70" w:type="dxa"/>
              <w:left w:w="90" w:type="dxa"/>
              <w:bottom w:w="70" w:type="dxa"/>
              <w:right w:w="90" w:type="dxa"/>
            </w:tcMar>
            <w:vAlign w:val="center"/>
          </w:tcPr>
          <w:p w14:paraId="7785E234"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643E04C" w14:textId="77777777" w:rsidR="00187E2C" w:rsidRDefault="00000000">
            <w:pPr>
              <w:jc w:val="center"/>
            </w:pPr>
            <w:r>
              <w:rPr>
                <w:b/>
                <w:color w:val="000000"/>
              </w:rPr>
              <w:t>UČENEC</w:t>
            </w:r>
          </w:p>
        </w:tc>
      </w:tr>
      <w:tr w:rsidR="00187E2C" w14:paraId="65BE5860" w14:textId="77777777">
        <w:trPr>
          <w:jc w:val="center"/>
        </w:trPr>
        <w:tc>
          <w:tcPr>
            <w:tcW w:w="4422" w:type="dxa"/>
            <w:tcMar>
              <w:top w:w="70" w:type="dxa"/>
              <w:left w:w="90" w:type="dxa"/>
              <w:bottom w:w="70" w:type="dxa"/>
              <w:right w:w="90" w:type="dxa"/>
            </w:tcMar>
          </w:tcPr>
          <w:p w14:paraId="14968B97" w14:textId="77777777" w:rsidR="00187E2C" w:rsidRDefault="00187E2C"/>
          <w:p w14:paraId="6E75D1FB" w14:textId="77777777" w:rsidR="00187E2C" w:rsidRDefault="00000000">
            <w:pPr>
              <w:spacing w:after="60" w:line="245" w:lineRule="auto"/>
            </w:pPr>
            <w:r>
              <w:rPr>
                <w:b/>
                <w:color w:val="000000"/>
              </w:rPr>
              <w:t>UČNI CILJI</w:t>
            </w:r>
          </w:p>
          <w:p w14:paraId="390577E1" w14:textId="77777777" w:rsidR="00187E2C" w:rsidRDefault="00000000">
            <w:pPr>
              <w:spacing w:after="20" w:line="245" w:lineRule="auto"/>
            </w:pPr>
            <w:r>
              <w:rPr>
                <w:b/>
                <w:color w:val="000000"/>
                <w:sz w:val="17"/>
              </w:rPr>
              <w:t>SPLOŠNI</w:t>
            </w:r>
          </w:p>
          <w:p w14:paraId="21D4C995"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7B46209B" w14:textId="77777777" w:rsidR="00187E2C" w:rsidRDefault="00000000">
            <w:pPr>
              <w:pStyle w:val="Oznaenseznam"/>
              <w:spacing w:after="16"/>
            </w:pPr>
            <w:r>
              <w:rPr>
                <w:color w:val="000000"/>
                <w:sz w:val="16"/>
              </w:rPr>
              <w:t>doživlja književno besedilo ter se nanj odziva z govorom, gibanjem, dramatizacijo, risbo ali zapisom</w:t>
            </w:r>
          </w:p>
          <w:p w14:paraId="4C5DE573" w14:textId="77777777" w:rsidR="00187E2C" w:rsidRDefault="00000000">
            <w:pPr>
              <w:pStyle w:val="Oznaenseznam"/>
              <w:spacing w:after="16"/>
            </w:pPr>
            <w:r>
              <w:rPr>
                <w:color w:val="000000"/>
                <w:sz w:val="16"/>
              </w:rPr>
              <w:t>razvija glasovno zavedanje, povezavo glas–črka in začetno branje ter pisanje po individualnem napredku</w:t>
            </w:r>
          </w:p>
          <w:p w14:paraId="49385274" w14:textId="77777777" w:rsidR="00187E2C" w:rsidRDefault="00000000">
            <w:pPr>
              <w:pStyle w:val="Oznaenseznam"/>
              <w:spacing w:after="16"/>
            </w:pPr>
            <w:r>
              <w:rPr>
                <w:color w:val="000000"/>
                <w:sz w:val="16"/>
              </w:rPr>
              <w:t>ob namenih in kriterijih spremlja svoje učenje ter uporabi opisno povratno informacijo</w:t>
            </w:r>
          </w:p>
          <w:p w14:paraId="10C018A4" w14:textId="77777777" w:rsidR="00187E2C" w:rsidRDefault="00000000">
            <w:pPr>
              <w:spacing w:before="40" w:after="20" w:line="245" w:lineRule="auto"/>
            </w:pPr>
            <w:r>
              <w:rPr>
                <w:b/>
                <w:color w:val="000000"/>
                <w:sz w:val="17"/>
              </w:rPr>
              <w:t>OPERATIVNI</w:t>
            </w:r>
          </w:p>
          <w:p w14:paraId="347DFFA8" w14:textId="77777777" w:rsidR="00187E2C" w:rsidRDefault="00000000">
            <w:pPr>
              <w:pStyle w:val="Oznaenseznam"/>
              <w:spacing w:after="16"/>
            </w:pPr>
            <w:r>
              <w:rPr>
                <w:color w:val="000000"/>
                <w:sz w:val="16"/>
              </w:rPr>
              <w:t>ob slikanici pripoveduje</w:t>
            </w:r>
          </w:p>
          <w:p w14:paraId="60C58CB9" w14:textId="77777777" w:rsidR="00187E2C" w:rsidRDefault="00000000">
            <w:pPr>
              <w:pStyle w:val="Oznaenseznam"/>
              <w:spacing w:after="16"/>
            </w:pPr>
            <w:r>
              <w:rPr>
                <w:color w:val="000000"/>
                <w:sz w:val="16"/>
              </w:rPr>
              <w:t>oblikuje nadaljevanje</w:t>
            </w:r>
          </w:p>
          <w:p w14:paraId="15B473FF" w14:textId="77777777" w:rsidR="00187E2C" w:rsidRDefault="00000000">
            <w:pPr>
              <w:pStyle w:val="Oznaenseznam"/>
              <w:spacing w:after="16"/>
            </w:pPr>
            <w:r>
              <w:rPr>
                <w:color w:val="000000"/>
                <w:sz w:val="16"/>
              </w:rPr>
              <w:t>zapiše eno ali več povedi</w:t>
            </w:r>
          </w:p>
          <w:p w14:paraId="46D2A87F" w14:textId="77777777" w:rsidR="00187E2C" w:rsidRDefault="00000000">
            <w:pPr>
              <w:spacing w:before="40" w:after="20" w:line="245" w:lineRule="auto"/>
            </w:pPr>
            <w:r>
              <w:rPr>
                <w:b/>
                <w:color w:val="000000"/>
                <w:sz w:val="17"/>
              </w:rPr>
              <w:t>PRIČAKOVANI DOSEŽKI / MINIMALNI POUDARKI</w:t>
            </w:r>
          </w:p>
          <w:p w14:paraId="1A96E615" w14:textId="77777777" w:rsidR="00187E2C" w:rsidRDefault="00000000">
            <w:pPr>
              <w:pStyle w:val="Oznaenseznam"/>
              <w:spacing w:after="16"/>
            </w:pPr>
            <w:r>
              <w:rPr>
                <w:color w:val="000000"/>
                <w:sz w:val="15"/>
              </w:rPr>
              <w:t>samostojno oziroma z dogovorjeno oporo ob slikanici pripoveduje</w:t>
            </w:r>
          </w:p>
          <w:p w14:paraId="2A057438" w14:textId="77777777" w:rsidR="00187E2C" w:rsidRDefault="00000000">
            <w:pPr>
              <w:pStyle w:val="Oznaenseznam"/>
              <w:spacing w:after="16"/>
            </w:pPr>
            <w:r>
              <w:rPr>
                <w:color w:val="000000"/>
                <w:sz w:val="15"/>
              </w:rPr>
              <w:t>samostojno oziroma z dogovorjeno oporo oblikuje nadaljevanje</w:t>
            </w:r>
          </w:p>
          <w:p w14:paraId="2E4851DA" w14:textId="77777777" w:rsidR="00187E2C" w:rsidRDefault="00000000">
            <w:pPr>
              <w:pStyle w:val="Oznaenseznam"/>
              <w:spacing w:after="16"/>
            </w:pPr>
            <w:r>
              <w:rPr>
                <w:color w:val="000000"/>
                <w:sz w:val="15"/>
              </w:rPr>
              <w:t>samostojno oziroma z dogovorjeno oporo zapiše eno ali več povedi</w:t>
            </w:r>
          </w:p>
        </w:tc>
        <w:tc>
          <w:tcPr>
            <w:tcW w:w="7087" w:type="dxa"/>
            <w:tcMar>
              <w:top w:w="70" w:type="dxa"/>
              <w:left w:w="90" w:type="dxa"/>
              <w:bottom w:w="70" w:type="dxa"/>
              <w:right w:w="90" w:type="dxa"/>
            </w:tcMar>
          </w:tcPr>
          <w:p w14:paraId="2778D2F1"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C0C9251" w14:textId="77777777">
              <w:trPr>
                <w:jc w:val="center"/>
              </w:trPr>
              <w:tc>
                <w:tcPr>
                  <w:tcW w:w="7087" w:type="dxa"/>
                  <w:shd w:val="clear" w:color="auto" w:fill="C6E7F3"/>
                  <w:tcMar>
                    <w:top w:w="45" w:type="dxa"/>
                    <w:left w:w="70" w:type="dxa"/>
                    <w:bottom w:w="45" w:type="dxa"/>
                    <w:right w:w="70" w:type="dxa"/>
                  </w:tcMar>
                </w:tcPr>
                <w:p w14:paraId="61412A9C" w14:textId="77777777" w:rsidR="00187E2C" w:rsidRDefault="00000000">
                  <w:pPr>
                    <w:keepNext/>
                  </w:pPr>
                  <w:r>
                    <w:rPr>
                      <w:b/>
                      <w:color w:val="000000"/>
                    </w:rPr>
                    <w:t>UVODNI DEL – motivacija, aktivacija predznanja in namen učenja (15–20 min)</w:t>
                  </w:r>
                </w:p>
              </w:tc>
            </w:tr>
          </w:tbl>
          <w:p w14:paraId="2955F9A1" w14:textId="77777777" w:rsidR="00187E2C" w:rsidRDefault="00187E2C">
            <w:pPr>
              <w:spacing w:line="20" w:lineRule="exact"/>
            </w:pPr>
          </w:p>
          <w:p w14:paraId="625664E9" w14:textId="77777777" w:rsidR="00187E2C" w:rsidRDefault="00000000">
            <w:pPr>
              <w:spacing w:before="40" w:after="60" w:line="245" w:lineRule="auto"/>
            </w:pPr>
            <w:r>
              <w:rPr>
                <w:color w:val="000000"/>
                <w:sz w:val="16"/>
              </w:rPr>
              <w:t>Učenci ob naslovnici, odlomku ali ilustraciji dela »Zakaj?« – Lila Prap • NADALJEVANJE doživljajsko vstopijo v motiv okoljska vprašanja, ponovna uporaba in ustvarjalne rešitve. S kretnjo, predmetom, sliko, glasom ali kratko povedjo pokažejo predznanje in napoved. Izhodiščni odziv povežejo z dejavnostjo BRALNI LIST 37 – BEREM IN NADALJUJEM ZGODBO.</w:t>
            </w:r>
          </w:p>
          <w:tbl>
            <w:tblPr>
              <w:tblStyle w:val="Tabelamrea"/>
              <w:tblW w:w="0" w:type="auto"/>
              <w:jc w:val="center"/>
              <w:tblLayout w:type="fixed"/>
              <w:tblLook w:val="04A0" w:firstRow="1" w:lastRow="0" w:firstColumn="1" w:lastColumn="0" w:noHBand="0" w:noVBand="1"/>
            </w:tblPr>
            <w:tblGrid>
              <w:gridCol w:w="7087"/>
            </w:tblGrid>
            <w:tr w:rsidR="00187E2C" w14:paraId="2F537B07" w14:textId="77777777">
              <w:trPr>
                <w:jc w:val="center"/>
              </w:trPr>
              <w:tc>
                <w:tcPr>
                  <w:tcW w:w="7087" w:type="dxa"/>
                  <w:shd w:val="clear" w:color="auto" w:fill="EDC9EA"/>
                  <w:tcMar>
                    <w:top w:w="45" w:type="dxa"/>
                    <w:left w:w="70" w:type="dxa"/>
                    <w:bottom w:w="45" w:type="dxa"/>
                    <w:right w:w="70" w:type="dxa"/>
                  </w:tcMar>
                </w:tcPr>
                <w:p w14:paraId="276A2D2A" w14:textId="77777777" w:rsidR="00187E2C" w:rsidRDefault="00000000">
                  <w:pPr>
                    <w:keepNext/>
                  </w:pPr>
                  <w:r>
                    <w:rPr>
                      <w:b/>
                      <w:color w:val="000000"/>
                    </w:rPr>
                    <w:t>NAMENI UČENJA</w:t>
                  </w:r>
                </w:p>
              </w:tc>
            </w:tr>
          </w:tbl>
          <w:p w14:paraId="30A37C0F" w14:textId="77777777" w:rsidR="00187E2C" w:rsidRDefault="00187E2C">
            <w:pPr>
              <w:spacing w:line="20" w:lineRule="exact"/>
            </w:pPr>
          </w:p>
          <w:p w14:paraId="0ADB0DFD"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10B461C7" w14:textId="77777777" w:rsidR="00187E2C" w:rsidRDefault="00000000">
            <w:pPr>
              <w:pStyle w:val="Oznaenseznam"/>
              <w:spacing w:after="16"/>
            </w:pPr>
            <w:r>
              <w:rPr>
                <w:color w:val="000000"/>
                <w:sz w:val="16"/>
              </w:rPr>
              <w:t>ob slikanici pripovedujem</w:t>
            </w:r>
          </w:p>
          <w:p w14:paraId="7317D1FA" w14:textId="77777777" w:rsidR="00187E2C" w:rsidRDefault="00000000">
            <w:pPr>
              <w:pStyle w:val="Oznaenseznam"/>
              <w:spacing w:after="16"/>
            </w:pPr>
            <w:r>
              <w:rPr>
                <w:color w:val="000000"/>
                <w:sz w:val="16"/>
              </w:rPr>
              <w:t>oblikujem nadaljevanje</w:t>
            </w:r>
          </w:p>
          <w:p w14:paraId="73DF56FB" w14:textId="77777777" w:rsidR="00187E2C" w:rsidRDefault="00000000">
            <w:pPr>
              <w:pStyle w:val="Oznaenseznam"/>
              <w:spacing w:after="16"/>
            </w:pPr>
            <w:r>
              <w:rPr>
                <w:color w:val="000000"/>
                <w:sz w:val="16"/>
              </w:rPr>
              <w:t>zapišem eno ali več povedi</w:t>
            </w:r>
          </w:p>
          <w:tbl>
            <w:tblPr>
              <w:tblStyle w:val="Tabelamrea"/>
              <w:tblW w:w="0" w:type="auto"/>
              <w:jc w:val="center"/>
              <w:tblLayout w:type="fixed"/>
              <w:tblLook w:val="04A0" w:firstRow="1" w:lastRow="0" w:firstColumn="1" w:lastColumn="0" w:noHBand="0" w:noVBand="1"/>
            </w:tblPr>
            <w:tblGrid>
              <w:gridCol w:w="7087"/>
            </w:tblGrid>
            <w:tr w:rsidR="00187E2C" w14:paraId="07B36A8F" w14:textId="77777777">
              <w:trPr>
                <w:jc w:val="center"/>
              </w:trPr>
              <w:tc>
                <w:tcPr>
                  <w:tcW w:w="7087" w:type="dxa"/>
                  <w:shd w:val="clear" w:color="auto" w:fill="EDC9EA"/>
                  <w:tcMar>
                    <w:top w:w="45" w:type="dxa"/>
                    <w:left w:w="70" w:type="dxa"/>
                    <w:bottom w:w="45" w:type="dxa"/>
                    <w:right w:w="70" w:type="dxa"/>
                  </w:tcMar>
                </w:tcPr>
                <w:p w14:paraId="5A18E26E" w14:textId="77777777" w:rsidR="00187E2C" w:rsidRDefault="00000000">
                  <w:pPr>
                    <w:keepNext/>
                  </w:pPr>
                  <w:r>
                    <w:rPr>
                      <w:b/>
                      <w:color w:val="000000"/>
                    </w:rPr>
                    <w:t>PREVERJANJE PREDZNANJA</w:t>
                  </w:r>
                </w:p>
              </w:tc>
            </w:tr>
          </w:tbl>
          <w:p w14:paraId="090BA633" w14:textId="77777777" w:rsidR="00187E2C" w:rsidRDefault="00187E2C">
            <w:pPr>
              <w:spacing w:line="20" w:lineRule="exact"/>
            </w:pPr>
          </w:p>
          <w:p w14:paraId="1EF3B97D" w14:textId="77777777" w:rsidR="00187E2C" w:rsidRDefault="00000000">
            <w:pPr>
              <w:pStyle w:val="Oznaenseznam"/>
              <w:spacing w:after="16"/>
            </w:pPr>
            <w:r>
              <w:rPr>
                <w:color w:val="000000"/>
                <w:sz w:val="16"/>
              </w:rPr>
              <w:t>Kaj mi naslovnica, ilustracija ali naslov pove o motivu okoljska vprašanja, ponovna uporaba in ustvarjalne rešitve?</w:t>
            </w:r>
          </w:p>
          <w:p w14:paraId="071FA46A" w14:textId="77777777" w:rsidR="00187E2C" w:rsidRDefault="00000000">
            <w:pPr>
              <w:pStyle w:val="Oznaenseznam"/>
              <w:spacing w:after="16"/>
            </w:pPr>
            <w:r>
              <w:rPr>
                <w:color w:val="000000"/>
                <w:sz w:val="16"/>
              </w:rPr>
              <w:t>Katero strategijo lahko uporabim pri dejavnosti »BEREM IN NADALJUJEM ZGODBO«?</w:t>
            </w:r>
          </w:p>
          <w:p w14:paraId="63F32C3B"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0103F875" w14:textId="77777777">
              <w:trPr>
                <w:jc w:val="center"/>
              </w:trPr>
              <w:tc>
                <w:tcPr>
                  <w:tcW w:w="7087" w:type="dxa"/>
                  <w:shd w:val="clear" w:color="auto" w:fill="EDC9EA"/>
                  <w:tcMar>
                    <w:top w:w="45" w:type="dxa"/>
                    <w:left w:w="70" w:type="dxa"/>
                    <w:bottom w:w="45" w:type="dxa"/>
                    <w:right w:w="70" w:type="dxa"/>
                  </w:tcMar>
                </w:tcPr>
                <w:p w14:paraId="02F4B658" w14:textId="77777777" w:rsidR="00187E2C" w:rsidRDefault="00000000">
                  <w:pPr>
                    <w:keepNext/>
                  </w:pPr>
                  <w:r>
                    <w:rPr>
                      <w:b/>
                      <w:color w:val="000000"/>
                    </w:rPr>
                    <w:t>KRITERIJI USPEŠNOSTI</w:t>
                  </w:r>
                </w:p>
              </w:tc>
            </w:tr>
          </w:tbl>
          <w:p w14:paraId="105F539C" w14:textId="77777777" w:rsidR="00187E2C" w:rsidRDefault="00187E2C"/>
          <w:p w14:paraId="34174D80" w14:textId="77777777" w:rsidR="00187E2C" w:rsidRDefault="00000000">
            <w:pPr>
              <w:spacing w:before="20" w:after="20" w:line="245" w:lineRule="auto"/>
            </w:pPr>
            <w:r>
              <w:rPr>
                <w:b/>
                <w:color w:val="000000"/>
                <w:sz w:val="16"/>
              </w:rPr>
              <w:t>Uspešen/-na bom, ko:</w:t>
            </w:r>
          </w:p>
          <w:p w14:paraId="7D04F94D" w14:textId="77777777" w:rsidR="00187E2C" w:rsidRDefault="00000000">
            <w:pPr>
              <w:pStyle w:val="Oznaenseznam"/>
              <w:spacing w:after="16"/>
            </w:pPr>
            <w:r>
              <w:rPr>
                <w:color w:val="000000"/>
                <w:sz w:val="16"/>
              </w:rPr>
              <w:t>ob slikanici pripovedujem</w:t>
            </w:r>
          </w:p>
          <w:p w14:paraId="42DCEE2B" w14:textId="77777777" w:rsidR="00187E2C" w:rsidRDefault="00000000">
            <w:pPr>
              <w:pStyle w:val="Oznaenseznam"/>
              <w:spacing w:after="16"/>
            </w:pPr>
            <w:r>
              <w:rPr>
                <w:color w:val="000000"/>
                <w:sz w:val="16"/>
              </w:rPr>
              <w:t>oblikujem nadaljevanje</w:t>
            </w:r>
          </w:p>
          <w:p w14:paraId="30A9B061" w14:textId="77777777" w:rsidR="00187E2C" w:rsidRDefault="00000000">
            <w:pPr>
              <w:pStyle w:val="Oznaenseznam"/>
              <w:spacing w:after="16"/>
            </w:pPr>
            <w:r>
              <w:rPr>
                <w:color w:val="000000"/>
                <w:sz w:val="16"/>
              </w:rPr>
              <w:t>zapišem eno ali več povedi</w:t>
            </w:r>
          </w:p>
          <w:p w14:paraId="78E03B06"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4D454173" w14:textId="77777777" w:rsidR="00187E2C" w:rsidRDefault="00187E2C"/>
          <w:p w14:paraId="74ECC4BF"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3A44C9C6" w14:textId="77777777" w:rsidR="00187E2C" w:rsidRDefault="00000000">
            <w:pPr>
              <w:spacing w:after="80" w:line="245" w:lineRule="auto"/>
            </w:pPr>
            <w:r>
              <w:rPr>
                <w:color w:val="000000"/>
                <w:sz w:val="16"/>
              </w:rPr>
              <w:t>Pove, pokaže ali nariše, kaj že ve in katero strategijo bi uporabil.</w:t>
            </w:r>
          </w:p>
          <w:p w14:paraId="7BFD8A77" w14:textId="77777777" w:rsidR="00187E2C" w:rsidRDefault="00000000">
            <w:pPr>
              <w:spacing w:after="100" w:line="245" w:lineRule="auto"/>
            </w:pPr>
            <w:r>
              <w:rPr>
                <w:color w:val="000000"/>
                <w:sz w:val="16"/>
              </w:rPr>
              <w:t>Sodeluje pri razumevanju namenov in kriterijev uspešnosti.</w:t>
            </w:r>
          </w:p>
          <w:p w14:paraId="48B5F9C1" w14:textId="77777777" w:rsidR="00187E2C" w:rsidRDefault="00000000">
            <w:pPr>
              <w:spacing w:after="20" w:line="245" w:lineRule="auto"/>
            </w:pPr>
            <w:r>
              <w:rPr>
                <w:b/>
                <w:color w:val="D95BC6"/>
                <w:sz w:val="17"/>
              </w:rPr>
              <w:t>DOKAZ O UČENJU</w:t>
            </w:r>
          </w:p>
          <w:p w14:paraId="083B4B24"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25152D6"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79D2CB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E3AE2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D9D539A" w14:textId="77777777" w:rsidR="00187E2C" w:rsidRDefault="00000000">
            <w:pPr>
              <w:jc w:val="center"/>
            </w:pPr>
            <w:r>
              <w:rPr>
                <w:b/>
                <w:color w:val="000000"/>
                <w:sz w:val="20"/>
              </w:rPr>
              <w:t>UČNE DEJAVNOSTI, METODE IN FORMATIVNO SPREMLJANJE</w:t>
            </w:r>
          </w:p>
        </w:tc>
      </w:tr>
      <w:tr w:rsidR="00187E2C" w14:paraId="399424E9" w14:textId="77777777">
        <w:trPr>
          <w:tblHeader/>
          <w:jc w:val="center"/>
        </w:trPr>
        <w:tc>
          <w:tcPr>
            <w:tcW w:w="4422" w:type="dxa"/>
            <w:vMerge/>
            <w:tcMar>
              <w:top w:w="70" w:type="dxa"/>
              <w:left w:w="90" w:type="dxa"/>
              <w:bottom w:w="70" w:type="dxa"/>
              <w:right w:w="90" w:type="dxa"/>
            </w:tcMar>
            <w:vAlign w:val="center"/>
          </w:tcPr>
          <w:p w14:paraId="03C82B97" w14:textId="77777777" w:rsidR="00187E2C" w:rsidRDefault="00187E2C"/>
        </w:tc>
        <w:tc>
          <w:tcPr>
            <w:tcW w:w="7087" w:type="dxa"/>
            <w:shd w:val="clear" w:color="auto" w:fill="FFFFFF"/>
            <w:tcMar>
              <w:top w:w="70" w:type="dxa"/>
              <w:left w:w="90" w:type="dxa"/>
              <w:bottom w:w="70" w:type="dxa"/>
              <w:right w:w="90" w:type="dxa"/>
            </w:tcMar>
            <w:vAlign w:val="center"/>
          </w:tcPr>
          <w:p w14:paraId="313CF68E"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CB6FFE" w14:textId="77777777" w:rsidR="00187E2C" w:rsidRDefault="00000000">
            <w:pPr>
              <w:jc w:val="center"/>
            </w:pPr>
            <w:r>
              <w:rPr>
                <w:b/>
                <w:color w:val="000000"/>
              </w:rPr>
              <w:t>UČENEC</w:t>
            </w:r>
          </w:p>
        </w:tc>
      </w:tr>
      <w:tr w:rsidR="00187E2C" w14:paraId="3E4441B1" w14:textId="77777777">
        <w:trPr>
          <w:jc w:val="center"/>
        </w:trPr>
        <w:tc>
          <w:tcPr>
            <w:tcW w:w="4422" w:type="dxa"/>
            <w:tcMar>
              <w:top w:w="70" w:type="dxa"/>
              <w:left w:w="90" w:type="dxa"/>
              <w:bottom w:w="70" w:type="dxa"/>
              <w:right w:w="90" w:type="dxa"/>
            </w:tcMar>
          </w:tcPr>
          <w:p w14:paraId="0358DCFC" w14:textId="77777777" w:rsidR="00187E2C" w:rsidRDefault="00187E2C"/>
          <w:p w14:paraId="032256F7" w14:textId="77777777" w:rsidR="00187E2C" w:rsidRDefault="00000000">
            <w:pPr>
              <w:spacing w:after="40" w:line="245" w:lineRule="auto"/>
            </w:pPr>
            <w:r>
              <w:rPr>
                <w:b/>
                <w:color w:val="000000"/>
              </w:rPr>
              <w:t>KLJUČNI POJMI</w:t>
            </w:r>
          </w:p>
          <w:p w14:paraId="576EE3AC"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54212230" w14:textId="77777777" w:rsidR="00187E2C" w:rsidRDefault="00000000">
            <w:pPr>
              <w:spacing w:after="20" w:line="245" w:lineRule="auto"/>
            </w:pPr>
            <w:r>
              <w:rPr>
                <w:b/>
                <w:color w:val="000000"/>
                <w:sz w:val="17"/>
              </w:rPr>
              <w:t>DOKAZI O UČENJU</w:t>
            </w:r>
          </w:p>
          <w:p w14:paraId="16298114" w14:textId="77777777" w:rsidR="00187E2C" w:rsidRDefault="00000000">
            <w:pPr>
              <w:pStyle w:val="Oznaenseznam"/>
              <w:spacing w:after="9"/>
            </w:pPr>
            <w:r>
              <w:rPr>
                <w:color w:val="000000"/>
                <w:sz w:val="15"/>
              </w:rPr>
              <w:t>glasno branje, dva odgovora in primerjava prvega ter tretjega branja.</w:t>
            </w:r>
          </w:p>
          <w:p w14:paraId="5149967C" w14:textId="77777777" w:rsidR="00187E2C" w:rsidRDefault="00000000">
            <w:pPr>
              <w:pStyle w:val="Oznaenseznam"/>
              <w:spacing w:after="9"/>
            </w:pPr>
            <w:r>
              <w:rPr>
                <w:color w:val="000000"/>
                <w:sz w:val="15"/>
              </w:rPr>
              <w:t>zvočni posnetek ali anekdotski zapis kratke izmenjave.</w:t>
            </w:r>
          </w:p>
          <w:p w14:paraId="0F1EF20F" w14:textId="77777777" w:rsidR="00187E2C" w:rsidRDefault="00000000">
            <w:pPr>
              <w:pStyle w:val="Oznaenseznam"/>
              <w:spacing w:after="9"/>
            </w:pPr>
            <w:r>
              <w:rPr>
                <w:color w:val="000000"/>
                <w:sz w:val="15"/>
              </w:rPr>
              <w:t>pravilno sestavljen primer in učenčeva ustna razlaga postopka.</w:t>
            </w:r>
          </w:p>
          <w:p w14:paraId="3138E937" w14:textId="77777777" w:rsidR="00187E2C" w:rsidRDefault="00000000">
            <w:pPr>
              <w:pStyle w:val="Oznaenseznam"/>
              <w:spacing w:after="9"/>
            </w:pPr>
            <w:r>
              <w:rPr>
                <w:color w:val="000000"/>
                <w:sz w:val="15"/>
              </w:rPr>
              <w:t>individualni bralni zapis, označen podatek in učenčeva izbrana strategija.</w:t>
            </w:r>
          </w:p>
          <w:p w14:paraId="6F57AC8F" w14:textId="77777777" w:rsidR="00187E2C" w:rsidRDefault="00000000">
            <w:pPr>
              <w:pStyle w:val="Oznaenseznam"/>
              <w:spacing w:after="9"/>
            </w:pPr>
            <w:r>
              <w:rPr>
                <w:color w:val="000000"/>
                <w:sz w:val="15"/>
              </w:rPr>
              <w:t>datiran zapis v mapi in kratek komentar učenca o najuspešnejšem delu.</w:t>
            </w:r>
          </w:p>
          <w:p w14:paraId="1183D207" w14:textId="77777777" w:rsidR="00187E2C" w:rsidRDefault="00000000">
            <w:pPr>
              <w:pStyle w:val="Oznaenseznam"/>
              <w:spacing w:after="9"/>
            </w:pPr>
            <w:r>
              <w:rPr>
                <w:color w:val="000000"/>
                <w:sz w:val="15"/>
              </w:rPr>
              <w:t>nastop/izdelek, vrstniška povratna informacija in samovrednotenje.</w:t>
            </w:r>
          </w:p>
          <w:p w14:paraId="091D1590" w14:textId="77777777" w:rsidR="00187E2C" w:rsidRDefault="00000000">
            <w:pPr>
              <w:spacing w:before="40" w:after="20" w:line="245" w:lineRule="auto"/>
            </w:pPr>
            <w:r>
              <w:rPr>
                <w:b/>
                <w:color w:val="000000"/>
                <w:sz w:val="17"/>
              </w:rPr>
              <w:t>KNJIŽEVNO DOŽIVETJE IN IZKUŠENJSKI POUK</w:t>
            </w:r>
          </w:p>
          <w:p w14:paraId="3BD0DF93"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571DCEF6" w14:textId="77777777" w:rsidR="00187E2C" w:rsidRDefault="00000000">
            <w:pPr>
              <w:spacing w:after="20" w:line="245" w:lineRule="auto"/>
            </w:pPr>
            <w:r>
              <w:rPr>
                <w:b/>
                <w:color w:val="000000"/>
                <w:sz w:val="17"/>
              </w:rPr>
              <w:t>POUČEVANJE V GIBANJU</w:t>
            </w:r>
          </w:p>
          <w:p w14:paraId="2D9994ED"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77F30E9A" w14:textId="77777777" w:rsidR="00187E2C" w:rsidRDefault="00000000">
            <w:pPr>
              <w:spacing w:after="20" w:line="245" w:lineRule="auto"/>
            </w:pPr>
            <w:r>
              <w:rPr>
                <w:b/>
                <w:color w:val="000000"/>
                <w:sz w:val="17"/>
              </w:rPr>
              <w:t>DELO PO POSTAJAH</w:t>
            </w:r>
          </w:p>
          <w:p w14:paraId="4284273A"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37, modelirano, vodeno ali ponovljeno branje; 4. slikovno-pisna – urejam zaporedje, rišem, dopolnim ali zapišem odziv ter izbor dokaza, povratna informacija in naslednji korak.</w:t>
            </w:r>
          </w:p>
          <w:p w14:paraId="62E1AA85" w14:textId="77777777" w:rsidR="00187E2C" w:rsidRDefault="00000000">
            <w:pPr>
              <w:spacing w:after="20" w:line="245" w:lineRule="auto"/>
            </w:pPr>
            <w:r>
              <w:rPr>
                <w:b/>
                <w:color w:val="000000"/>
                <w:sz w:val="17"/>
              </w:rPr>
              <w:t>DIFERENCIACIJA IN VKLJUČEVANJE</w:t>
            </w:r>
          </w:p>
          <w:p w14:paraId="065790FA"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6861866F" w14:textId="77777777" w:rsidR="00187E2C" w:rsidRDefault="00000000">
            <w:pPr>
              <w:spacing w:after="20" w:line="245" w:lineRule="auto"/>
            </w:pPr>
            <w:r>
              <w:rPr>
                <w:b/>
                <w:color w:val="000000"/>
                <w:sz w:val="17"/>
              </w:rPr>
              <w:t>SPREMLJANJE</w:t>
            </w:r>
          </w:p>
          <w:p w14:paraId="006F3256"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44EAB0D5"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51660FFC" w14:textId="77777777">
              <w:trPr>
                <w:jc w:val="center"/>
              </w:trPr>
              <w:tc>
                <w:tcPr>
                  <w:tcW w:w="7087" w:type="dxa"/>
                  <w:shd w:val="clear" w:color="auto" w:fill="C6E7F3"/>
                  <w:tcMar>
                    <w:top w:w="45" w:type="dxa"/>
                    <w:left w:w="70" w:type="dxa"/>
                    <w:bottom w:w="45" w:type="dxa"/>
                    <w:right w:w="70" w:type="dxa"/>
                  </w:tcMar>
                </w:tcPr>
                <w:p w14:paraId="7A8EBFEE" w14:textId="77777777" w:rsidR="00187E2C" w:rsidRDefault="00000000">
                  <w:pPr>
                    <w:keepNext/>
                  </w:pPr>
                  <w:r>
                    <w:rPr>
                      <w:b/>
                      <w:color w:val="000000"/>
                      <w:sz w:val="17"/>
                    </w:rPr>
                    <w:t>GLAVNI DEL – DOŽIVLJAJSKO, JEZIKOVNO IN OPISMENJEVALNO UČENJE (6 šolskih ur)</w:t>
                  </w:r>
                </w:p>
              </w:tc>
            </w:tr>
          </w:tbl>
          <w:p w14:paraId="53802092" w14:textId="77777777" w:rsidR="00187E2C" w:rsidRDefault="00187E2C">
            <w:pPr>
              <w:spacing w:line="20" w:lineRule="exact"/>
            </w:pPr>
          </w:p>
          <w:p w14:paraId="756E5BB3" w14:textId="77777777" w:rsidR="00187E2C" w:rsidRDefault="00000000">
            <w:pPr>
              <w:keepNext/>
              <w:spacing w:before="22" w:after="6" w:line="245" w:lineRule="auto"/>
            </w:pPr>
            <w:r>
              <w:rPr>
                <w:b/>
                <w:color w:val="000000"/>
                <w:sz w:val="15"/>
              </w:rPr>
              <w:t>1. URA – Berem in nadaljujem zgodbo</w:t>
            </w:r>
          </w:p>
          <w:p w14:paraId="25C0D9FD" w14:textId="77777777" w:rsidR="00187E2C" w:rsidRDefault="00000000">
            <w:pPr>
              <w:spacing w:after="7" w:line="245" w:lineRule="auto"/>
            </w:pPr>
            <w:r>
              <w:rPr>
                <w:b/>
                <w:color w:val="000000"/>
                <w:sz w:val="14"/>
              </w:rPr>
              <w:t xml:space="preserve">Dejavnost učiteljice: </w:t>
            </w:r>
            <w:r>
              <w:rPr>
                <w:color w:val="000000"/>
                <w:sz w:val="14"/>
              </w:rPr>
              <w:t>Vodi delo z Bralnim listom 37 (berem in nadaljujem zgodbo): prvo branje, vprašanji »Kaj najde Miha? Kaj bi lahko bilo v škatli?«, ponovno branje in povedi po prostoru. Individualno opazuje natančnost.</w:t>
            </w:r>
          </w:p>
          <w:p w14:paraId="72779167" w14:textId="77777777" w:rsidR="00187E2C" w:rsidRDefault="00000000">
            <w:pPr>
              <w:spacing w:after="7" w:line="245" w:lineRule="auto"/>
            </w:pPr>
            <w:r>
              <w:rPr>
                <w:b/>
                <w:color w:val="000000"/>
                <w:sz w:val="14"/>
              </w:rPr>
              <w:t xml:space="preserve">Dejavnost učencev: </w:t>
            </w:r>
            <w:r>
              <w:rPr>
                <w:color w:val="000000"/>
                <w:sz w:val="14"/>
              </w:rPr>
              <w:t>Besedilo na Bralnem listu 37 bere po delih ali povezano, odgovori na vprašanji, poišče povedi v prostoru in izbrano poved trikrat ponovi.</w:t>
            </w:r>
          </w:p>
          <w:p w14:paraId="70121C18" w14:textId="77777777" w:rsidR="00187E2C" w:rsidRDefault="00000000">
            <w:pPr>
              <w:spacing w:after="15" w:line="245" w:lineRule="auto"/>
            </w:pPr>
            <w:r>
              <w:rPr>
                <w:i/>
                <w:color w:val="D95BC6"/>
                <w:sz w:val="14"/>
              </w:rPr>
              <w:t>Predvideni dokaz: glasno branje, dva odgovora in primerjava prvega ter tretjega branja..</w:t>
            </w:r>
          </w:p>
          <w:p w14:paraId="01CCB258" w14:textId="77777777" w:rsidR="00187E2C" w:rsidRDefault="00000000">
            <w:pPr>
              <w:keepNext/>
              <w:spacing w:before="22" w:after="6" w:line="245" w:lineRule="auto"/>
            </w:pPr>
            <w:r>
              <w:rPr>
                <w:b/>
                <w:color w:val="000000"/>
                <w:sz w:val="15"/>
              </w:rPr>
              <w:t>2. URA – Ustvarjalna zgodba – Govorim in pojasnjujem</w:t>
            </w:r>
          </w:p>
          <w:p w14:paraId="24E2838E"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20DDB129"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»oblikuje nadaljevanje«.</w:t>
            </w:r>
          </w:p>
          <w:p w14:paraId="73E242D0" w14:textId="77777777" w:rsidR="00187E2C" w:rsidRDefault="00000000">
            <w:pPr>
              <w:spacing w:after="15" w:line="245" w:lineRule="auto"/>
            </w:pPr>
            <w:r>
              <w:rPr>
                <w:i/>
                <w:color w:val="D95BC6"/>
                <w:sz w:val="14"/>
              </w:rPr>
              <w:t>Predvideni dokaz: zvočni posnetek ali anekdotski zapis kratke izmenjave..</w:t>
            </w:r>
          </w:p>
          <w:p w14:paraId="4A2A2C5C" w14:textId="77777777" w:rsidR="00187E2C" w:rsidRDefault="00000000">
            <w:pPr>
              <w:keepNext/>
              <w:spacing w:before="22" w:after="6" w:line="245" w:lineRule="auto"/>
            </w:pPr>
            <w:r>
              <w:rPr>
                <w:b/>
                <w:color w:val="000000"/>
                <w:sz w:val="15"/>
              </w:rPr>
              <w:t>3. URA – Ustvarjalna zgodba – Razčlenjujem jezik</w:t>
            </w:r>
          </w:p>
          <w:p w14:paraId="4EF49692"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18412E04"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»zapiše eno ali več povedi«.</w:t>
            </w:r>
          </w:p>
          <w:p w14:paraId="178F142A" w14:textId="77777777" w:rsidR="00187E2C" w:rsidRDefault="00000000">
            <w:pPr>
              <w:spacing w:after="15" w:line="245" w:lineRule="auto"/>
            </w:pPr>
            <w:r>
              <w:rPr>
                <w:i/>
                <w:color w:val="D95BC6"/>
                <w:sz w:val="14"/>
              </w:rPr>
              <w:t>Predvideni dokaz: pravilno sestavljen primer in učenčeva ustna razlaga postopka..</w:t>
            </w:r>
          </w:p>
          <w:p w14:paraId="67055863" w14:textId="77777777" w:rsidR="00187E2C" w:rsidRDefault="00000000">
            <w:pPr>
              <w:keepNext/>
              <w:spacing w:before="22" w:after="6" w:line="245" w:lineRule="auto"/>
            </w:pPr>
            <w:r>
              <w:rPr>
                <w:b/>
                <w:color w:val="000000"/>
                <w:sz w:val="15"/>
              </w:rPr>
              <w:t>4. URA – Ustvarjalna zgodba – Berem z oporo</w:t>
            </w:r>
          </w:p>
          <w:p w14:paraId="531CB298"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0EFC48E3"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»samostojno oziroma z dogovorjeno oporo prebere začetek zgodbe.</w:t>
            </w:r>
          </w:p>
          <w:p w14:paraId="7F84F3DE" w14:textId="77777777" w:rsidR="00187E2C" w:rsidRDefault="00000000">
            <w:pPr>
              <w:spacing w:after="15" w:line="245" w:lineRule="auto"/>
            </w:pPr>
            <w:r>
              <w:rPr>
                <w:i/>
                <w:color w:val="D95BC6"/>
                <w:sz w:val="14"/>
              </w:rPr>
              <w:t>Predvideni dokaz: individualni bralni zapis, označen podatek in učenčeva izbrana strategija..</w:t>
            </w:r>
          </w:p>
          <w:p w14:paraId="2A8C8FD3" w14:textId="77777777" w:rsidR="00187E2C" w:rsidRDefault="00000000">
            <w:pPr>
              <w:keepNext/>
              <w:spacing w:before="22" w:after="6" w:line="245" w:lineRule="auto"/>
            </w:pPr>
            <w:r>
              <w:rPr>
                <w:b/>
                <w:color w:val="000000"/>
                <w:sz w:val="15"/>
              </w:rPr>
              <w:t>5. URA – Ustvarjalna zgodba – Pišem in ustvarjam</w:t>
            </w:r>
          </w:p>
          <w:p w14:paraId="6D765503"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6FA8393E"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 dejavnost poveže s ciljem »ob slikanici pripoveduje«.</w:t>
            </w:r>
          </w:p>
          <w:p w14:paraId="23A8E1C2" w14:textId="77777777" w:rsidR="00187E2C" w:rsidRDefault="00000000">
            <w:pPr>
              <w:spacing w:after="15" w:line="245" w:lineRule="auto"/>
            </w:pPr>
            <w:r>
              <w:rPr>
                <w:i/>
                <w:color w:val="D95BC6"/>
                <w:sz w:val="14"/>
              </w:rPr>
              <w:t>Predvideni dokaz: datiran zapis v mapi in kratek komentar učenca o najuspešnejšem delu..</w:t>
            </w:r>
          </w:p>
          <w:p w14:paraId="20E9880D" w14:textId="77777777" w:rsidR="00187E2C" w:rsidRDefault="00000000">
            <w:pPr>
              <w:keepNext/>
              <w:spacing w:before="22" w:after="6" w:line="245" w:lineRule="auto"/>
            </w:pPr>
            <w:r>
              <w:rPr>
                <w:b/>
                <w:color w:val="000000"/>
                <w:sz w:val="15"/>
              </w:rPr>
              <w:t>6. URA – Ustvarjalna zgodba – Predstavim in vrednotim</w:t>
            </w:r>
          </w:p>
          <w:p w14:paraId="3A151385" w14:textId="77777777" w:rsidR="00187E2C" w:rsidRDefault="00000000">
            <w:pPr>
              <w:spacing w:after="7" w:line="245" w:lineRule="auto"/>
            </w:pPr>
            <w:r>
              <w:rPr>
                <w:b/>
                <w:color w:val="000000"/>
                <w:sz w:val="14"/>
              </w:rPr>
              <w:t xml:space="preserve">Dejavnost učiteljice: </w:t>
            </w:r>
            <w:r>
              <w:rPr>
                <w:color w:val="000000"/>
                <w:sz w:val="14"/>
              </w:rPr>
              <w:t>Organizira mini oder ali galerijo, ponovi kriterije razločnosti in poslušanja ter modelira opisno povratno informacijo; sproti zbira individualne dokaze in prilagodi oporo.</w:t>
            </w:r>
          </w:p>
          <w:p w14:paraId="559AA304" w14:textId="77777777" w:rsidR="00187E2C" w:rsidRDefault="00000000">
            <w:pPr>
              <w:spacing w:after="7" w:line="245" w:lineRule="auto"/>
            </w:pPr>
            <w:r>
              <w:rPr>
                <w:b/>
                <w:color w:val="000000"/>
                <w:sz w:val="14"/>
              </w:rPr>
              <w:t xml:space="preserve">Dejavnost učencev: </w:t>
            </w:r>
            <w:r>
              <w:rPr>
                <w:color w:val="000000"/>
                <w:sz w:val="14"/>
              </w:rPr>
              <w:t>Pripoveduje, bere, dramatizira ali predstavi zapis; vrstniku pove eno opaženo moč in eno vprašanje; dejavnost poveže s ciljem »oblikuje nadaljevanje«.</w:t>
            </w:r>
          </w:p>
          <w:p w14:paraId="286CB828"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02B7268A" w14:textId="77777777">
              <w:trPr>
                <w:jc w:val="center"/>
              </w:trPr>
              <w:tc>
                <w:tcPr>
                  <w:tcW w:w="7087" w:type="dxa"/>
                  <w:shd w:val="clear" w:color="auto" w:fill="EDC9EA"/>
                  <w:tcMar>
                    <w:top w:w="45" w:type="dxa"/>
                    <w:left w:w="70" w:type="dxa"/>
                    <w:bottom w:w="45" w:type="dxa"/>
                    <w:right w:w="70" w:type="dxa"/>
                  </w:tcMar>
                </w:tcPr>
                <w:p w14:paraId="6DE198FD" w14:textId="77777777" w:rsidR="00187E2C" w:rsidRDefault="00000000">
                  <w:pPr>
                    <w:keepNext/>
                  </w:pPr>
                  <w:r>
                    <w:rPr>
                      <w:b/>
                      <w:color w:val="000000"/>
                      <w:sz w:val="17"/>
                    </w:rPr>
                    <w:t>POVRATNA INFORMACIJA UČITELJICE MED DELOM</w:t>
                  </w:r>
                </w:p>
              </w:tc>
            </w:tr>
          </w:tbl>
          <w:p w14:paraId="474E1CBA" w14:textId="77777777" w:rsidR="00187E2C" w:rsidRDefault="00187E2C"/>
          <w:p w14:paraId="1AB0E5F0"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0F71F4EB" w14:textId="77777777" w:rsidR="00187E2C" w:rsidRDefault="00187E2C"/>
          <w:p w14:paraId="21CD8ED9" w14:textId="77777777" w:rsidR="00187E2C" w:rsidRDefault="00000000">
            <w:pPr>
              <w:spacing w:after="4" w:line="245" w:lineRule="auto"/>
            </w:pPr>
            <w:r>
              <w:rPr>
                <w:b/>
                <w:color w:val="000000"/>
                <w:sz w:val="15"/>
              </w:rPr>
              <w:t>1. URA – Berem in nadaljujem zgodbo</w:t>
            </w:r>
          </w:p>
          <w:p w14:paraId="65EDEC80" w14:textId="77777777" w:rsidR="00187E2C" w:rsidRDefault="00000000">
            <w:pPr>
              <w:spacing w:after="7" w:line="245" w:lineRule="auto"/>
            </w:pPr>
            <w:r>
              <w:rPr>
                <w:color w:val="000000"/>
                <w:sz w:val="14"/>
              </w:rPr>
              <w:t>Besedilo na Bralnem listu 37 bere po delih ali povezano, odgovori na vprašanji.</w:t>
            </w:r>
          </w:p>
          <w:p w14:paraId="7396EA40" w14:textId="77777777" w:rsidR="00187E2C" w:rsidRDefault="00000000">
            <w:pPr>
              <w:spacing w:after="15" w:line="245" w:lineRule="auto"/>
            </w:pPr>
            <w:r>
              <w:rPr>
                <w:color w:val="D95BC6"/>
                <w:sz w:val="13"/>
              </w:rPr>
              <w:t>Dokaz: glasno branje, dva odgovora in primerjava prvega ter tretjega branja.</w:t>
            </w:r>
          </w:p>
          <w:p w14:paraId="7FA58DD6" w14:textId="77777777" w:rsidR="00187E2C" w:rsidRDefault="00000000">
            <w:pPr>
              <w:spacing w:after="4" w:line="245" w:lineRule="auto"/>
            </w:pPr>
            <w:r>
              <w:rPr>
                <w:b/>
                <w:color w:val="000000"/>
                <w:sz w:val="15"/>
              </w:rPr>
              <w:t>2. URA – Ustvarjalna zgodba – Govorim in pojasnjujem</w:t>
            </w:r>
          </w:p>
          <w:p w14:paraId="0D3F3CDD" w14:textId="77777777" w:rsidR="00187E2C" w:rsidRDefault="00000000">
            <w:pPr>
              <w:spacing w:after="7" w:line="245" w:lineRule="auto"/>
            </w:pPr>
            <w:r>
              <w:rPr>
                <w:color w:val="000000"/>
                <w:sz w:val="14"/>
              </w:rPr>
              <w:t>V paru govori in posluša, zamenja vlogo, postavi vprašanje ter uporabi besedo iz tedenske besedne banke.</w:t>
            </w:r>
          </w:p>
          <w:p w14:paraId="4E0E8FF9" w14:textId="77777777" w:rsidR="00187E2C" w:rsidRDefault="00000000">
            <w:pPr>
              <w:spacing w:after="15" w:line="245" w:lineRule="auto"/>
            </w:pPr>
            <w:r>
              <w:rPr>
                <w:color w:val="D95BC6"/>
                <w:sz w:val="13"/>
              </w:rPr>
              <w:t>Dokaz: zvočni posnetek ali anekdotski zapis kratke izmenjave.</w:t>
            </w:r>
          </w:p>
          <w:p w14:paraId="1FB62B4F" w14:textId="77777777" w:rsidR="00187E2C" w:rsidRDefault="00000000">
            <w:pPr>
              <w:spacing w:after="4" w:line="245" w:lineRule="auto"/>
            </w:pPr>
            <w:r>
              <w:rPr>
                <w:b/>
                <w:color w:val="000000"/>
                <w:sz w:val="15"/>
              </w:rPr>
              <w:t>3. URA – Ustvarjalna zgodba – Razčlenjujem jezik</w:t>
            </w:r>
          </w:p>
          <w:p w14:paraId="2AA84619" w14:textId="77777777" w:rsidR="00187E2C" w:rsidRDefault="00000000">
            <w:pPr>
              <w:spacing w:after="7" w:line="245" w:lineRule="auto"/>
            </w:pPr>
            <w:r>
              <w:rPr>
                <w:color w:val="000000"/>
                <w:sz w:val="14"/>
              </w:rPr>
              <w:t>Ploska, stopa, razstavlja in sestavlja; primer razvrsti ter svojo rešitev preveri s sošolcem.</w:t>
            </w:r>
          </w:p>
          <w:p w14:paraId="1496031A" w14:textId="77777777" w:rsidR="00187E2C" w:rsidRDefault="00000000">
            <w:pPr>
              <w:spacing w:after="15" w:line="245" w:lineRule="auto"/>
            </w:pPr>
            <w:r>
              <w:rPr>
                <w:color w:val="D95BC6"/>
                <w:sz w:val="13"/>
              </w:rPr>
              <w:t>Dokaz: pravilno sestavljen primer in učenčeva ustna razlaga postopka.</w:t>
            </w:r>
          </w:p>
          <w:p w14:paraId="5A01C400" w14:textId="77777777" w:rsidR="00187E2C" w:rsidRDefault="00000000">
            <w:pPr>
              <w:spacing w:after="4" w:line="245" w:lineRule="auto"/>
            </w:pPr>
            <w:r>
              <w:rPr>
                <w:b/>
                <w:color w:val="000000"/>
                <w:sz w:val="15"/>
              </w:rPr>
              <w:t>4. URA – Ustvarjalna zgodba – Berem z oporo</w:t>
            </w:r>
          </w:p>
          <w:p w14:paraId="10C91FC0" w14:textId="77777777" w:rsidR="00187E2C" w:rsidRDefault="00000000">
            <w:pPr>
              <w:spacing w:after="7" w:line="245" w:lineRule="auto"/>
            </w:pPr>
            <w:r>
              <w:rPr>
                <w:color w:val="000000"/>
                <w:sz w:val="14"/>
              </w:rPr>
              <w:t>Bere sliko, znak, besedo ali kratko poved glede na napredek ter podčrta/pokaže očiten podatek.</w:t>
            </w:r>
          </w:p>
          <w:p w14:paraId="0ED3C3DF" w14:textId="77777777" w:rsidR="00187E2C" w:rsidRDefault="00000000">
            <w:pPr>
              <w:spacing w:after="15" w:line="245" w:lineRule="auto"/>
            </w:pPr>
            <w:r>
              <w:rPr>
                <w:color w:val="D95BC6"/>
                <w:sz w:val="13"/>
              </w:rPr>
              <w:t>Dokaz: individualni bralni zapis, označen podatek in učenčeva izbrana strategija.</w:t>
            </w:r>
          </w:p>
          <w:p w14:paraId="6D0E018C" w14:textId="77777777" w:rsidR="00187E2C" w:rsidRDefault="00000000">
            <w:pPr>
              <w:spacing w:after="4" w:line="245" w:lineRule="auto"/>
            </w:pPr>
            <w:r>
              <w:rPr>
                <w:b/>
                <w:color w:val="000000"/>
                <w:sz w:val="15"/>
              </w:rPr>
              <w:t>5. URA – Ustvarjalna zgodba – Pišem in ustvarjam</w:t>
            </w:r>
          </w:p>
          <w:p w14:paraId="4D5E5943" w14:textId="77777777" w:rsidR="00187E2C" w:rsidRDefault="00000000">
            <w:pPr>
              <w:spacing w:after="7" w:line="245" w:lineRule="auto"/>
            </w:pPr>
            <w:r>
              <w:rPr>
                <w:color w:val="000000"/>
                <w:sz w:val="14"/>
              </w:rPr>
              <w:t>Najprej potezo izvede s celim telesom, nato v pesku/zraku in na listu; zapiše znak.</w:t>
            </w:r>
          </w:p>
          <w:p w14:paraId="37932D7E" w14:textId="77777777" w:rsidR="00187E2C" w:rsidRDefault="00000000">
            <w:pPr>
              <w:spacing w:after="15" w:line="245" w:lineRule="auto"/>
            </w:pPr>
            <w:r>
              <w:rPr>
                <w:color w:val="D95BC6"/>
                <w:sz w:val="13"/>
              </w:rPr>
              <w:t>Dokaz: datiran zapis v mapi in kratek komentar učenca o najuspešnejšem delu.</w:t>
            </w:r>
          </w:p>
          <w:p w14:paraId="2444FF8F" w14:textId="77777777" w:rsidR="00187E2C" w:rsidRDefault="00000000">
            <w:pPr>
              <w:spacing w:after="4" w:line="245" w:lineRule="auto"/>
            </w:pPr>
            <w:r>
              <w:rPr>
                <w:b/>
                <w:color w:val="000000"/>
                <w:sz w:val="15"/>
              </w:rPr>
              <w:t>6. URA – Ustvarjalna zgodba – Predstavim in vrednotim</w:t>
            </w:r>
          </w:p>
          <w:p w14:paraId="060CE10D" w14:textId="77777777" w:rsidR="00187E2C" w:rsidRDefault="00000000">
            <w:pPr>
              <w:spacing w:after="7" w:line="245" w:lineRule="auto"/>
            </w:pPr>
            <w:r>
              <w:rPr>
                <w:color w:val="000000"/>
                <w:sz w:val="14"/>
              </w:rPr>
              <w:t>Pripoveduje, bere, dramatizira ali predstavi zapis; vrstniku pove eno opaženo moč in eno vprašanje.</w:t>
            </w:r>
          </w:p>
          <w:p w14:paraId="372269DE" w14:textId="77777777" w:rsidR="00187E2C" w:rsidRDefault="00000000">
            <w:pPr>
              <w:spacing w:after="15" w:line="245" w:lineRule="auto"/>
            </w:pPr>
            <w:r>
              <w:rPr>
                <w:color w:val="D95BC6"/>
                <w:sz w:val="13"/>
              </w:rPr>
              <w:t>Dokaz: nastop/izdelek, vrstniška povratna informacija in samovrednotenje.</w:t>
            </w:r>
          </w:p>
        </w:tc>
      </w:tr>
    </w:tbl>
    <w:p w14:paraId="5B98E72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44281E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3E9E5A5"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F1BB02E" w14:textId="77777777" w:rsidR="00187E2C" w:rsidRDefault="00000000">
            <w:pPr>
              <w:jc w:val="center"/>
            </w:pPr>
            <w:r>
              <w:rPr>
                <w:b/>
                <w:color w:val="000000"/>
                <w:sz w:val="20"/>
              </w:rPr>
              <w:t>UČNE DEJAVNOSTI, METODE IN FORMATIVNO SPREMLJANJE</w:t>
            </w:r>
          </w:p>
        </w:tc>
      </w:tr>
      <w:tr w:rsidR="00187E2C" w14:paraId="00AD02C4" w14:textId="77777777">
        <w:trPr>
          <w:tblHeader/>
          <w:jc w:val="center"/>
        </w:trPr>
        <w:tc>
          <w:tcPr>
            <w:tcW w:w="4422" w:type="dxa"/>
            <w:vMerge/>
            <w:tcMar>
              <w:top w:w="70" w:type="dxa"/>
              <w:left w:w="90" w:type="dxa"/>
              <w:bottom w:w="70" w:type="dxa"/>
              <w:right w:w="90" w:type="dxa"/>
            </w:tcMar>
            <w:vAlign w:val="center"/>
          </w:tcPr>
          <w:p w14:paraId="767DF5F8" w14:textId="77777777" w:rsidR="00187E2C" w:rsidRDefault="00187E2C"/>
        </w:tc>
        <w:tc>
          <w:tcPr>
            <w:tcW w:w="7087" w:type="dxa"/>
            <w:shd w:val="clear" w:color="auto" w:fill="FFFFFF"/>
            <w:tcMar>
              <w:top w:w="70" w:type="dxa"/>
              <w:left w:w="90" w:type="dxa"/>
              <w:bottom w:w="70" w:type="dxa"/>
              <w:right w:w="90" w:type="dxa"/>
            </w:tcMar>
            <w:vAlign w:val="center"/>
          </w:tcPr>
          <w:p w14:paraId="59522BBF"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0651395" w14:textId="77777777" w:rsidR="00187E2C" w:rsidRDefault="00000000">
            <w:pPr>
              <w:jc w:val="center"/>
            </w:pPr>
            <w:r>
              <w:rPr>
                <w:b/>
                <w:color w:val="000000"/>
              </w:rPr>
              <w:t>UČENEC</w:t>
            </w:r>
          </w:p>
        </w:tc>
      </w:tr>
      <w:tr w:rsidR="00187E2C" w14:paraId="69722628" w14:textId="77777777">
        <w:trPr>
          <w:jc w:val="center"/>
        </w:trPr>
        <w:tc>
          <w:tcPr>
            <w:tcW w:w="4422" w:type="dxa"/>
            <w:tcMar>
              <w:top w:w="70" w:type="dxa"/>
              <w:left w:w="90" w:type="dxa"/>
              <w:bottom w:w="70" w:type="dxa"/>
              <w:right w:w="90" w:type="dxa"/>
            </w:tcMar>
          </w:tcPr>
          <w:p w14:paraId="084FBF32" w14:textId="77777777" w:rsidR="00187E2C" w:rsidRDefault="00187E2C"/>
          <w:p w14:paraId="76669829" w14:textId="77777777" w:rsidR="00187E2C" w:rsidRDefault="00000000">
            <w:pPr>
              <w:spacing w:after="40" w:line="245" w:lineRule="auto"/>
            </w:pPr>
            <w:r>
              <w:rPr>
                <w:b/>
                <w:color w:val="000000"/>
              </w:rPr>
              <w:t>FORMATIVNO SPREMLJANJE</w:t>
            </w:r>
          </w:p>
          <w:p w14:paraId="58E84EAC"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631F02C2"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37B9CA5B"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D94E4E4"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041DE4E2" w14:textId="77777777" w:rsidR="00187E2C" w:rsidRDefault="00000000">
            <w:pPr>
              <w:spacing w:before="40" w:after="20" w:line="245" w:lineRule="auto"/>
            </w:pPr>
            <w:r>
              <w:rPr>
                <w:b/>
                <w:color w:val="000000"/>
                <w:sz w:val="17"/>
              </w:rPr>
              <w:t>VARNOST IN ODGOVORNOST</w:t>
            </w:r>
          </w:p>
          <w:p w14:paraId="09E274DE"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4FAA160E" w14:textId="77777777" w:rsidR="00187E2C" w:rsidRDefault="00000000">
            <w:pPr>
              <w:spacing w:after="20" w:line="245" w:lineRule="auto"/>
            </w:pPr>
            <w:r>
              <w:rPr>
                <w:b/>
                <w:color w:val="000000"/>
                <w:sz w:val="17"/>
              </w:rPr>
              <w:t>EVIDENCA PO IZVEDBI</w:t>
            </w:r>
          </w:p>
          <w:p w14:paraId="4B1CF3C6"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30C0C0DB"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6A1FFF0" w14:textId="77777777">
              <w:trPr>
                <w:jc w:val="center"/>
              </w:trPr>
              <w:tc>
                <w:tcPr>
                  <w:tcW w:w="7087" w:type="dxa"/>
                  <w:shd w:val="clear" w:color="auto" w:fill="EDC9EA"/>
                  <w:tcMar>
                    <w:top w:w="45" w:type="dxa"/>
                    <w:left w:w="70" w:type="dxa"/>
                    <w:bottom w:w="45" w:type="dxa"/>
                    <w:right w:w="70" w:type="dxa"/>
                  </w:tcMar>
                </w:tcPr>
                <w:p w14:paraId="6DB367CC" w14:textId="77777777" w:rsidR="00187E2C" w:rsidRDefault="00000000">
                  <w:pPr>
                    <w:keepNext/>
                  </w:pPr>
                  <w:r>
                    <w:rPr>
                      <w:b/>
                      <w:color w:val="000000"/>
                    </w:rPr>
                    <w:t>VPRAŠANJA V PODPORO JEZIKOVNEMU, BRALNEMU IN KNJIŽEVNEMU UČENJU</w:t>
                  </w:r>
                </w:p>
              </w:tc>
            </w:tr>
          </w:tbl>
          <w:p w14:paraId="5FE4535B" w14:textId="77777777" w:rsidR="00187E2C" w:rsidRDefault="00187E2C">
            <w:pPr>
              <w:spacing w:line="20" w:lineRule="exact"/>
            </w:pPr>
          </w:p>
          <w:p w14:paraId="555EBA9A" w14:textId="77777777" w:rsidR="00187E2C" w:rsidRDefault="00000000">
            <w:pPr>
              <w:pStyle w:val="Oznaenseznam"/>
              <w:spacing w:after="16"/>
            </w:pPr>
            <w:r>
              <w:rPr>
                <w:color w:val="000000"/>
                <w:sz w:val="16"/>
              </w:rPr>
              <w:t>Kaj ti je naslovnica, slika, predmet, zvok ali gib pomagal razumeti?</w:t>
            </w:r>
          </w:p>
          <w:p w14:paraId="2E29790B" w14:textId="77777777" w:rsidR="00187E2C" w:rsidRDefault="00000000">
            <w:pPr>
              <w:pStyle w:val="Oznaenseznam"/>
              <w:spacing w:after="16"/>
            </w:pPr>
            <w:r>
              <w:rPr>
                <w:color w:val="000000"/>
                <w:sz w:val="16"/>
              </w:rPr>
              <w:t>Kako si našel/-la glas, črko, zlog, besedo ali bistveni podatek?</w:t>
            </w:r>
          </w:p>
          <w:p w14:paraId="08155F56" w14:textId="77777777" w:rsidR="00187E2C" w:rsidRDefault="00000000">
            <w:pPr>
              <w:pStyle w:val="Oznaenseznam"/>
              <w:spacing w:after="16"/>
            </w:pPr>
            <w:r>
              <w:rPr>
                <w:color w:val="000000"/>
                <w:sz w:val="16"/>
              </w:rPr>
              <w:t>Kako veš, da tvoja pripoved, branje ali zapis dosega dogovorjeni kriterij?</w:t>
            </w:r>
          </w:p>
          <w:p w14:paraId="36F70C88" w14:textId="77777777" w:rsidR="00187E2C" w:rsidRDefault="00000000">
            <w:pPr>
              <w:pStyle w:val="Oznaenseznam"/>
              <w:spacing w:after="16"/>
            </w:pPr>
            <w:r>
              <w:rPr>
                <w:color w:val="000000"/>
                <w:sz w:val="16"/>
              </w:rPr>
              <w:t>Ali lahko svoje razumevanje pokažeš še z drugim načinom – govorom, gibanjem, risbo, branjem ali zapisom?</w:t>
            </w:r>
          </w:p>
          <w:p w14:paraId="3EA89047"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03495883" w14:textId="77777777">
              <w:trPr>
                <w:jc w:val="center"/>
              </w:trPr>
              <w:tc>
                <w:tcPr>
                  <w:tcW w:w="7087" w:type="dxa"/>
                  <w:shd w:val="clear" w:color="auto" w:fill="C6E7F3"/>
                  <w:tcMar>
                    <w:top w:w="45" w:type="dxa"/>
                    <w:left w:w="70" w:type="dxa"/>
                    <w:bottom w:w="45" w:type="dxa"/>
                    <w:right w:w="70" w:type="dxa"/>
                  </w:tcMar>
                </w:tcPr>
                <w:p w14:paraId="63B3C996" w14:textId="77777777" w:rsidR="00187E2C" w:rsidRDefault="00000000">
                  <w:pPr>
                    <w:keepNext/>
                  </w:pPr>
                  <w:r>
                    <w:rPr>
                      <w:b/>
                      <w:color w:val="000000"/>
                    </w:rPr>
                    <w:t>ZAKLJUČNI DEL – UTRJEVANJE, BRALNI ODZIV IN REFLEKSIJA (10–15 min)</w:t>
                  </w:r>
                </w:p>
              </w:tc>
            </w:tr>
          </w:tbl>
          <w:p w14:paraId="2FD544FA" w14:textId="77777777" w:rsidR="00187E2C" w:rsidRDefault="00187E2C">
            <w:pPr>
              <w:spacing w:line="20" w:lineRule="exact"/>
            </w:pPr>
          </w:p>
          <w:p w14:paraId="23C3E4D2"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59D0A754" w14:textId="77777777">
              <w:trPr>
                <w:jc w:val="center"/>
              </w:trPr>
              <w:tc>
                <w:tcPr>
                  <w:tcW w:w="7087" w:type="dxa"/>
                  <w:shd w:val="clear" w:color="auto" w:fill="EDC9EA"/>
                  <w:tcMar>
                    <w:top w:w="45" w:type="dxa"/>
                    <w:left w:w="70" w:type="dxa"/>
                    <w:bottom w:w="45" w:type="dxa"/>
                    <w:right w:w="70" w:type="dxa"/>
                  </w:tcMar>
                </w:tcPr>
                <w:p w14:paraId="2D2E0709" w14:textId="77777777" w:rsidR="00187E2C" w:rsidRDefault="00000000">
                  <w:pPr>
                    <w:keepNext/>
                  </w:pPr>
                  <w:r>
                    <w:rPr>
                      <w:b/>
                      <w:color w:val="000000"/>
                    </w:rPr>
                    <w:t>SAMOVREDNOTENJE</w:t>
                  </w:r>
                </w:p>
              </w:tc>
            </w:tr>
          </w:tbl>
          <w:p w14:paraId="34B03129" w14:textId="77777777" w:rsidR="00187E2C" w:rsidRDefault="00187E2C">
            <w:pPr>
              <w:spacing w:line="20" w:lineRule="exact"/>
            </w:pPr>
          </w:p>
          <w:p w14:paraId="665ABE18"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02BD0763" w14:textId="77777777">
              <w:trPr>
                <w:jc w:val="center"/>
              </w:trPr>
              <w:tc>
                <w:tcPr>
                  <w:tcW w:w="7087" w:type="dxa"/>
                  <w:shd w:val="clear" w:color="auto" w:fill="EDC9EA"/>
                  <w:tcMar>
                    <w:top w:w="45" w:type="dxa"/>
                    <w:left w:w="70" w:type="dxa"/>
                    <w:bottom w:w="45" w:type="dxa"/>
                    <w:right w:w="70" w:type="dxa"/>
                  </w:tcMar>
                </w:tcPr>
                <w:p w14:paraId="423B9482" w14:textId="77777777" w:rsidR="00187E2C" w:rsidRDefault="00000000">
                  <w:pPr>
                    <w:keepNext/>
                  </w:pPr>
                  <w:r>
                    <w:rPr>
                      <w:b/>
                      <w:color w:val="000000"/>
                    </w:rPr>
                    <w:t>VRSTNIŠKO VREDNOTENJE</w:t>
                  </w:r>
                </w:p>
              </w:tc>
            </w:tr>
          </w:tbl>
          <w:p w14:paraId="28D1115F" w14:textId="77777777" w:rsidR="00187E2C" w:rsidRDefault="00187E2C">
            <w:pPr>
              <w:spacing w:line="20" w:lineRule="exact"/>
            </w:pPr>
          </w:p>
          <w:p w14:paraId="77942A06"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1B9789DE" w14:textId="77777777">
              <w:trPr>
                <w:jc w:val="center"/>
              </w:trPr>
              <w:tc>
                <w:tcPr>
                  <w:tcW w:w="7087" w:type="dxa"/>
                  <w:shd w:val="clear" w:color="auto" w:fill="EDC9EA"/>
                  <w:tcMar>
                    <w:top w:w="45" w:type="dxa"/>
                    <w:left w:w="70" w:type="dxa"/>
                    <w:bottom w:w="45" w:type="dxa"/>
                    <w:right w:w="70" w:type="dxa"/>
                  </w:tcMar>
                </w:tcPr>
                <w:p w14:paraId="0A1D2816" w14:textId="77777777" w:rsidR="00187E2C" w:rsidRDefault="00000000">
                  <w:pPr>
                    <w:keepNext/>
                  </w:pPr>
                  <w:r>
                    <w:rPr>
                      <w:b/>
                      <w:color w:val="000000"/>
                    </w:rPr>
                    <w:t>SKUPNI POVZETEK</w:t>
                  </w:r>
                </w:p>
              </w:tc>
            </w:tr>
          </w:tbl>
          <w:p w14:paraId="1F90D421" w14:textId="77777777" w:rsidR="00187E2C" w:rsidRDefault="00187E2C"/>
          <w:p w14:paraId="1226BE99" w14:textId="77777777" w:rsidR="00187E2C" w:rsidRDefault="00000000">
            <w:pPr>
              <w:spacing w:before="20" w:after="40" w:line="245" w:lineRule="auto"/>
            </w:pPr>
            <w:r>
              <w:rPr>
                <w:b/>
                <w:color w:val="000000"/>
                <w:sz w:val="16"/>
              </w:rPr>
              <w:t>ob slikanici pripovedujem; oblikujem nadaljevanje; zapišem eno ali več povedi. Svoj dokaz pojasnim in po povratni informaciji izboljšam.</w:t>
            </w:r>
          </w:p>
        </w:tc>
        <w:tc>
          <w:tcPr>
            <w:tcW w:w="2551" w:type="dxa"/>
            <w:tcMar>
              <w:top w:w="70" w:type="dxa"/>
              <w:left w:w="90" w:type="dxa"/>
              <w:bottom w:w="70" w:type="dxa"/>
              <w:right w:w="90" w:type="dxa"/>
            </w:tcMar>
          </w:tcPr>
          <w:p w14:paraId="736AA76E" w14:textId="77777777" w:rsidR="00187E2C" w:rsidRDefault="00187E2C"/>
          <w:p w14:paraId="5DA61B79" w14:textId="77777777" w:rsidR="00187E2C" w:rsidRDefault="00000000">
            <w:pPr>
              <w:spacing w:after="100" w:line="245" w:lineRule="auto"/>
            </w:pPr>
            <w:r>
              <w:rPr>
                <w:color w:val="000000"/>
                <w:sz w:val="16"/>
              </w:rPr>
              <w:t>Odgovarja na podporna vprašanja ter se sklicuje na poslušano besedilo, sliko, govor, bralni list ali zapis.</w:t>
            </w:r>
          </w:p>
          <w:p w14:paraId="4878DC2E" w14:textId="77777777" w:rsidR="00187E2C" w:rsidRDefault="00000000">
            <w:pPr>
              <w:spacing w:after="100" w:line="245" w:lineRule="auto"/>
            </w:pPr>
            <w:r>
              <w:rPr>
                <w:color w:val="000000"/>
                <w:sz w:val="16"/>
              </w:rPr>
              <w:t>Primerja začetni odziv z novim dokazom in pojasni, kaj se je naučil/-a.</w:t>
            </w:r>
          </w:p>
          <w:p w14:paraId="5FA3A7C7" w14:textId="77777777" w:rsidR="00187E2C" w:rsidRDefault="00000000">
            <w:pPr>
              <w:spacing w:after="100" w:line="245" w:lineRule="auto"/>
            </w:pPr>
            <w:r>
              <w:rPr>
                <w:color w:val="000000"/>
                <w:sz w:val="16"/>
              </w:rPr>
              <w:t>Izbere raven samostojnosti in določi naslednji korak.</w:t>
            </w:r>
          </w:p>
          <w:p w14:paraId="246859AE" w14:textId="77777777" w:rsidR="00187E2C" w:rsidRDefault="00000000">
            <w:pPr>
              <w:spacing w:after="100" w:line="245" w:lineRule="auto"/>
            </w:pPr>
            <w:r>
              <w:rPr>
                <w:color w:val="000000"/>
                <w:sz w:val="16"/>
              </w:rPr>
              <w:t>Sošolcu poda prijazen in konkreten odziv, vezan na kriterij.</w:t>
            </w:r>
          </w:p>
          <w:p w14:paraId="524540A0" w14:textId="77777777" w:rsidR="00187E2C" w:rsidRDefault="00000000">
            <w:pPr>
              <w:spacing w:after="20" w:line="245" w:lineRule="auto"/>
            </w:pPr>
            <w:r>
              <w:rPr>
                <w:b/>
                <w:color w:val="D95BC6"/>
                <w:sz w:val="17"/>
              </w:rPr>
              <w:t>DOKAZ O UČENJU</w:t>
            </w:r>
          </w:p>
          <w:p w14:paraId="45CD20DA"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5B2EBA0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363AAFD1" w14:textId="77777777">
        <w:trPr>
          <w:cantSplit/>
          <w:jc w:val="center"/>
        </w:trPr>
        <w:tc>
          <w:tcPr>
            <w:tcW w:w="14060" w:type="dxa"/>
            <w:gridSpan w:val="6"/>
            <w:tcMar>
              <w:top w:w="70" w:type="dxa"/>
              <w:left w:w="90" w:type="dxa"/>
              <w:bottom w:w="70" w:type="dxa"/>
              <w:right w:w="90" w:type="dxa"/>
            </w:tcMar>
            <w:vAlign w:val="center"/>
          </w:tcPr>
          <w:p w14:paraId="2AA27A4D" w14:textId="77777777" w:rsidR="00187E2C" w:rsidRDefault="00000000">
            <w:pPr>
              <w:jc w:val="center"/>
            </w:pPr>
            <w:r>
              <w:rPr>
                <w:b/>
                <w:color w:val="000000"/>
                <w:sz w:val="24"/>
              </w:rPr>
              <w:lastRenderedPageBreak/>
              <w:t>UČNA PRIPRAVA 38/39</w:t>
            </w:r>
          </w:p>
        </w:tc>
      </w:tr>
      <w:tr w:rsidR="00187E2C" w14:paraId="6C673A0D" w14:textId="77777777">
        <w:trPr>
          <w:jc w:val="center"/>
        </w:trPr>
        <w:tc>
          <w:tcPr>
            <w:tcW w:w="2665" w:type="dxa"/>
            <w:tcMar>
              <w:top w:w="70" w:type="dxa"/>
              <w:left w:w="90" w:type="dxa"/>
              <w:bottom w:w="70" w:type="dxa"/>
              <w:right w:w="90" w:type="dxa"/>
            </w:tcMar>
            <w:vAlign w:val="center"/>
          </w:tcPr>
          <w:p w14:paraId="0477C896"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256C5F0"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55F43871"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5261FFF" w14:textId="77777777" w:rsidR="00187E2C" w:rsidRDefault="00000000">
            <w:r>
              <w:rPr>
                <w:b/>
                <w:color w:val="000000"/>
                <w:sz w:val="16"/>
              </w:rPr>
              <w:t xml:space="preserve">NAČRTOVANI TERMIN: </w:t>
            </w:r>
            <w:r>
              <w:rPr>
                <w:color w:val="000000"/>
                <w:sz w:val="16"/>
              </w:rPr>
              <w:t>38. teden • 14.–18. 6. 2027</w:t>
            </w:r>
          </w:p>
        </w:tc>
        <w:tc>
          <w:tcPr>
            <w:tcW w:w="2268" w:type="dxa"/>
            <w:tcMar>
              <w:top w:w="70" w:type="dxa"/>
              <w:left w:w="90" w:type="dxa"/>
              <w:bottom w:w="70" w:type="dxa"/>
              <w:right w:w="90" w:type="dxa"/>
            </w:tcMar>
            <w:vAlign w:val="center"/>
          </w:tcPr>
          <w:p w14:paraId="72A6350D"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D4E357F" w14:textId="77777777" w:rsidR="00187E2C" w:rsidRDefault="00000000">
            <w:r>
              <w:rPr>
                <w:b/>
                <w:color w:val="000000"/>
                <w:sz w:val="16"/>
              </w:rPr>
              <w:t xml:space="preserve">ŠTEVILO UR: </w:t>
            </w:r>
            <w:r>
              <w:rPr>
                <w:color w:val="000000"/>
                <w:sz w:val="16"/>
              </w:rPr>
              <w:t>6</w:t>
            </w:r>
          </w:p>
        </w:tc>
      </w:tr>
      <w:tr w:rsidR="00187E2C" w14:paraId="3EE1DB6F" w14:textId="77777777">
        <w:trPr>
          <w:jc w:val="center"/>
        </w:trPr>
        <w:tc>
          <w:tcPr>
            <w:tcW w:w="14061" w:type="dxa"/>
            <w:gridSpan w:val="6"/>
            <w:tcMar>
              <w:top w:w="70" w:type="dxa"/>
              <w:left w:w="90" w:type="dxa"/>
              <w:bottom w:w="70" w:type="dxa"/>
              <w:right w:w="90" w:type="dxa"/>
            </w:tcMar>
            <w:vAlign w:val="center"/>
          </w:tcPr>
          <w:p w14:paraId="4F2AFABC"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5B689547" w14:textId="77777777">
        <w:trPr>
          <w:cantSplit/>
          <w:jc w:val="center"/>
        </w:trPr>
        <w:tc>
          <w:tcPr>
            <w:tcW w:w="14060" w:type="dxa"/>
            <w:gridSpan w:val="6"/>
            <w:tcMar>
              <w:top w:w="70" w:type="dxa"/>
              <w:left w:w="90" w:type="dxa"/>
              <w:bottom w:w="70" w:type="dxa"/>
              <w:right w:w="90" w:type="dxa"/>
            </w:tcMar>
            <w:vAlign w:val="center"/>
          </w:tcPr>
          <w:p w14:paraId="79AC02B1" w14:textId="77777777" w:rsidR="00187E2C" w:rsidRDefault="00187E2C"/>
          <w:p w14:paraId="56F04A8B" w14:textId="77777777" w:rsidR="00187E2C" w:rsidRDefault="00000000">
            <w:pPr>
              <w:spacing w:line="245" w:lineRule="auto"/>
            </w:pPr>
            <w:r>
              <w:rPr>
                <w:b/>
                <w:color w:val="000000"/>
                <w:sz w:val="16"/>
              </w:rPr>
              <w:t xml:space="preserve">UČNI SKLOP: </w:t>
            </w:r>
            <w:r>
              <w:rPr>
                <w:color w:val="000000"/>
                <w:sz w:val="16"/>
              </w:rPr>
              <w:t>POLETJE, SKUPNOST IN ZAKLJUČEK</w:t>
            </w:r>
          </w:p>
        </w:tc>
      </w:tr>
      <w:tr w:rsidR="00187E2C" w14:paraId="2889EAAA" w14:textId="77777777">
        <w:trPr>
          <w:cantSplit/>
          <w:jc w:val="center"/>
        </w:trPr>
        <w:tc>
          <w:tcPr>
            <w:tcW w:w="14060" w:type="dxa"/>
            <w:gridSpan w:val="6"/>
            <w:tcMar>
              <w:top w:w="70" w:type="dxa"/>
              <w:left w:w="90" w:type="dxa"/>
              <w:bottom w:w="70" w:type="dxa"/>
              <w:right w:w="90" w:type="dxa"/>
            </w:tcMar>
            <w:vAlign w:val="center"/>
          </w:tcPr>
          <w:p w14:paraId="5633BC61" w14:textId="77777777" w:rsidR="00187E2C" w:rsidRDefault="00187E2C"/>
          <w:p w14:paraId="19CEAB2F" w14:textId="77777777" w:rsidR="00187E2C" w:rsidRDefault="00000000">
            <w:pPr>
              <w:spacing w:line="245" w:lineRule="auto"/>
            </w:pPr>
            <w:r>
              <w:rPr>
                <w:b/>
                <w:color w:val="000000"/>
                <w:sz w:val="16"/>
              </w:rPr>
              <w:t xml:space="preserve">UČNA TEMA: </w:t>
            </w:r>
            <w:r>
              <w:rPr>
                <w:color w:val="000000"/>
                <w:sz w:val="16"/>
              </w:rPr>
              <w:t>UTRJEVANJE BRALNEGA RAZUMEVANJA IN PISNEGA IZRAŽANJA • BRALNO-PISNI PORTFOLIJ</w:t>
            </w:r>
          </w:p>
        </w:tc>
      </w:tr>
      <w:tr w:rsidR="00187E2C" w14:paraId="4E568AD6" w14:textId="77777777">
        <w:trPr>
          <w:cantSplit/>
          <w:jc w:val="center"/>
        </w:trPr>
        <w:tc>
          <w:tcPr>
            <w:tcW w:w="14060" w:type="dxa"/>
            <w:gridSpan w:val="6"/>
            <w:tcMar>
              <w:top w:w="70" w:type="dxa"/>
              <w:left w:w="90" w:type="dxa"/>
              <w:bottom w:w="70" w:type="dxa"/>
              <w:right w:w="90" w:type="dxa"/>
            </w:tcMar>
            <w:vAlign w:val="center"/>
          </w:tcPr>
          <w:p w14:paraId="4DFC4543" w14:textId="77777777" w:rsidR="00187E2C" w:rsidRDefault="00187E2C"/>
          <w:p w14:paraId="61F9FC72" w14:textId="77777777" w:rsidR="00187E2C" w:rsidRDefault="00000000">
            <w:pPr>
              <w:spacing w:line="245" w:lineRule="auto"/>
            </w:pPr>
            <w:r>
              <w:rPr>
                <w:b/>
                <w:color w:val="000000"/>
                <w:sz w:val="16"/>
              </w:rPr>
              <w:t xml:space="preserve">KNJIŽEVNO IZHODIŠČE IN MOTIV: </w:t>
            </w:r>
            <w:r>
              <w:rPr>
                <w:color w:val="000000"/>
                <w:sz w:val="16"/>
              </w:rPr>
              <w:t>»Pedenjped« – Niko Grafenauer • NADALJEVANJE • osebni napredek, samovrednotenje in igrivost učenja</w:t>
            </w:r>
          </w:p>
        </w:tc>
      </w:tr>
      <w:tr w:rsidR="00187E2C" w14:paraId="3EBC960C" w14:textId="77777777">
        <w:trPr>
          <w:cantSplit/>
          <w:jc w:val="center"/>
        </w:trPr>
        <w:tc>
          <w:tcPr>
            <w:tcW w:w="14060" w:type="dxa"/>
            <w:gridSpan w:val="6"/>
            <w:tcMar>
              <w:top w:w="70" w:type="dxa"/>
              <w:left w:w="90" w:type="dxa"/>
              <w:bottom w:w="70" w:type="dxa"/>
              <w:right w:w="90" w:type="dxa"/>
            </w:tcMar>
            <w:vAlign w:val="center"/>
          </w:tcPr>
          <w:p w14:paraId="69192362" w14:textId="77777777" w:rsidR="00187E2C" w:rsidRDefault="00187E2C"/>
          <w:p w14:paraId="046F592C" w14:textId="77777777" w:rsidR="00187E2C" w:rsidRDefault="00000000">
            <w:pPr>
              <w:spacing w:line="245" w:lineRule="auto"/>
            </w:pPr>
            <w:r>
              <w:rPr>
                <w:b/>
                <w:color w:val="000000"/>
                <w:sz w:val="16"/>
              </w:rPr>
              <w:t xml:space="preserve">BRALNI LIST / ČRKA: </w:t>
            </w:r>
            <w:r>
              <w:rPr>
                <w:color w:val="000000"/>
                <w:sz w:val="16"/>
              </w:rPr>
              <w:t>BRALNI LIST 38 – BEREM TEKOČE IN SE POSLUŠAM: Kratko besedilo preberem, poiščem bistveni podatek in pokažem razumevanje.</w:t>
            </w:r>
          </w:p>
        </w:tc>
      </w:tr>
      <w:tr w:rsidR="00187E2C" w14:paraId="6C0B01B8" w14:textId="77777777">
        <w:trPr>
          <w:cantSplit/>
          <w:jc w:val="center"/>
        </w:trPr>
        <w:tc>
          <w:tcPr>
            <w:tcW w:w="14060" w:type="dxa"/>
            <w:gridSpan w:val="6"/>
            <w:tcMar>
              <w:top w:w="70" w:type="dxa"/>
              <w:left w:w="90" w:type="dxa"/>
              <w:bottom w:w="70" w:type="dxa"/>
              <w:right w:w="90" w:type="dxa"/>
            </w:tcMar>
            <w:vAlign w:val="center"/>
          </w:tcPr>
          <w:p w14:paraId="63D51283" w14:textId="77777777" w:rsidR="00187E2C" w:rsidRDefault="00187E2C"/>
          <w:p w14:paraId="003428B9" w14:textId="77777777" w:rsidR="00187E2C" w:rsidRDefault="00000000">
            <w:pPr>
              <w:spacing w:line="245" w:lineRule="auto"/>
            </w:pPr>
            <w:r>
              <w:rPr>
                <w:b/>
                <w:color w:val="000000"/>
                <w:sz w:val="16"/>
              </w:rPr>
              <w:t xml:space="preserve">UČNE ENOTE: </w:t>
            </w:r>
            <w:r>
              <w:rPr>
                <w:color w:val="000000"/>
                <w:sz w:val="16"/>
              </w:rPr>
              <w:t>1. ura – Berem tekoče in se poslušam • 2. ura – Moj bralni in pisni napredek – Govorim in pojasnjujem • 3. ura – Moj bralni in pisni napredek – Razčlenjujem jezik • 4. ura – Moj bralni in pisni napredek – Berem z oporo • 5. ura – Moj bralni in pisni napredek – Pišem in ustvarjam • 6. ura – Moj bralni in pisni napredek – Portfolio in samovrednotenje</w:t>
            </w:r>
          </w:p>
        </w:tc>
      </w:tr>
      <w:tr w:rsidR="00187E2C" w14:paraId="21D0258C" w14:textId="77777777">
        <w:trPr>
          <w:cantSplit/>
          <w:jc w:val="center"/>
        </w:trPr>
        <w:tc>
          <w:tcPr>
            <w:tcW w:w="14060" w:type="dxa"/>
            <w:gridSpan w:val="6"/>
            <w:tcMar>
              <w:top w:w="70" w:type="dxa"/>
              <w:left w:w="90" w:type="dxa"/>
              <w:bottom w:w="70" w:type="dxa"/>
              <w:right w:w="90" w:type="dxa"/>
            </w:tcMar>
            <w:vAlign w:val="center"/>
          </w:tcPr>
          <w:p w14:paraId="7D4DD8BE" w14:textId="77777777" w:rsidR="00187E2C" w:rsidRDefault="00187E2C"/>
          <w:p w14:paraId="2E80E4A4"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56A68F43" w14:textId="77777777">
        <w:trPr>
          <w:cantSplit/>
          <w:jc w:val="center"/>
        </w:trPr>
        <w:tc>
          <w:tcPr>
            <w:tcW w:w="14060" w:type="dxa"/>
            <w:gridSpan w:val="6"/>
            <w:tcMar>
              <w:top w:w="70" w:type="dxa"/>
              <w:left w:w="90" w:type="dxa"/>
              <w:bottom w:w="70" w:type="dxa"/>
              <w:right w:w="90" w:type="dxa"/>
            </w:tcMar>
            <w:vAlign w:val="center"/>
          </w:tcPr>
          <w:p w14:paraId="493D27A7" w14:textId="77777777" w:rsidR="00187E2C" w:rsidRDefault="00187E2C"/>
          <w:p w14:paraId="4A27098F"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14C0223D" w14:textId="77777777">
        <w:trPr>
          <w:cantSplit/>
          <w:jc w:val="center"/>
        </w:trPr>
        <w:tc>
          <w:tcPr>
            <w:tcW w:w="14060" w:type="dxa"/>
            <w:gridSpan w:val="6"/>
            <w:tcMar>
              <w:top w:w="70" w:type="dxa"/>
              <w:left w:w="90" w:type="dxa"/>
              <w:bottom w:w="70" w:type="dxa"/>
              <w:right w:w="90" w:type="dxa"/>
            </w:tcMar>
            <w:vAlign w:val="center"/>
          </w:tcPr>
          <w:p w14:paraId="4ED2CEC9" w14:textId="77777777" w:rsidR="00187E2C" w:rsidRDefault="00187E2C"/>
          <w:p w14:paraId="0853DFDF"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6F19AD11" w14:textId="77777777">
        <w:trPr>
          <w:cantSplit/>
          <w:jc w:val="center"/>
        </w:trPr>
        <w:tc>
          <w:tcPr>
            <w:tcW w:w="14060" w:type="dxa"/>
            <w:gridSpan w:val="6"/>
            <w:tcMar>
              <w:top w:w="70" w:type="dxa"/>
              <w:left w:w="90" w:type="dxa"/>
              <w:bottom w:w="70" w:type="dxa"/>
              <w:right w:w="90" w:type="dxa"/>
            </w:tcMar>
            <w:vAlign w:val="center"/>
          </w:tcPr>
          <w:p w14:paraId="29EE48CA" w14:textId="77777777" w:rsidR="00187E2C" w:rsidRDefault="00187E2C"/>
          <w:p w14:paraId="356B43ED" w14:textId="77777777" w:rsidR="00187E2C" w:rsidRDefault="00000000">
            <w:pPr>
              <w:spacing w:line="245" w:lineRule="auto"/>
            </w:pPr>
            <w:r>
              <w:rPr>
                <w:b/>
                <w:color w:val="000000"/>
                <w:sz w:val="16"/>
              </w:rPr>
              <w:t xml:space="preserve">MEDPREDMETNE POVEZAVE: </w:t>
            </w:r>
            <w:r>
              <w:rPr>
                <w:color w:val="000000"/>
                <w:sz w:val="16"/>
              </w:rPr>
              <w:t>SPO – osebni napredek, samovrednotenje in igrivost učenja; GUM – ritem, zvočnost in glas; LUM – ilustracija, črta in grafomotorika; ŠPO – gibalna pripoved, dramatizacija in postaje; MAT – smer, zaporedje in orientacija</w:t>
            </w:r>
          </w:p>
        </w:tc>
      </w:tr>
      <w:tr w:rsidR="00187E2C" w14:paraId="1E8F3EDF" w14:textId="77777777">
        <w:trPr>
          <w:cantSplit/>
          <w:jc w:val="center"/>
        </w:trPr>
        <w:tc>
          <w:tcPr>
            <w:tcW w:w="14060" w:type="dxa"/>
            <w:gridSpan w:val="6"/>
            <w:tcMar>
              <w:top w:w="70" w:type="dxa"/>
              <w:left w:w="90" w:type="dxa"/>
              <w:bottom w:w="70" w:type="dxa"/>
              <w:right w:w="90" w:type="dxa"/>
            </w:tcMar>
            <w:vAlign w:val="center"/>
          </w:tcPr>
          <w:p w14:paraId="47115A70" w14:textId="77777777" w:rsidR="00187E2C" w:rsidRDefault="00187E2C"/>
          <w:p w14:paraId="7FC75EDD" w14:textId="77777777" w:rsidR="00187E2C" w:rsidRDefault="00000000">
            <w:pPr>
              <w:spacing w:line="245" w:lineRule="auto"/>
            </w:pPr>
            <w:r>
              <w:rPr>
                <w:b/>
                <w:color w:val="000000"/>
                <w:sz w:val="16"/>
              </w:rPr>
              <w:t xml:space="preserve">UČNA SREDSTVA IN PRIPOMOČKI: </w:t>
            </w:r>
            <w:r>
              <w:rPr>
                <w:color w:val="000000"/>
                <w:sz w:val="16"/>
              </w:rPr>
              <w:t>BRALNI LIST 38, povečano besedilo oziroma kartice, slikanica ali odlomek, slikovno zaporedje, kartice besed in glasov, talne črke ali zlogi, ogledala, vrvice ali modelirna masa, mini tabla, zvezek oziroma jezikovna mapa</w:t>
            </w:r>
          </w:p>
        </w:tc>
      </w:tr>
      <w:tr w:rsidR="00187E2C" w14:paraId="3426BAFC" w14:textId="77777777">
        <w:trPr>
          <w:cantSplit/>
          <w:jc w:val="center"/>
        </w:trPr>
        <w:tc>
          <w:tcPr>
            <w:tcW w:w="14060" w:type="dxa"/>
            <w:gridSpan w:val="6"/>
            <w:tcMar>
              <w:top w:w="70" w:type="dxa"/>
              <w:left w:w="90" w:type="dxa"/>
              <w:bottom w:w="70" w:type="dxa"/>
              <w:right w:w="90" w:type="dxa"/>
            </w:tcMar>
            <w:vAlign w:val="center"/>
          </w:tcPr>
          <w:p w14:paraId="786BAAC7" w14:textId="77777777" w:rsidR="00187E2C" w:rsidRDefault="00187E2C"/>
          <w:p w14:paraId="55839638"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37EB9D46" w14:textId="77777777">
        <w:trPr>
          <w:cantSplit/>
          <w:jc w:val="center"/>
        </w:trPr>
        <w:tc>
          <w:tcPr>
            <w:tcW w:w="14060" w:type="dxa"/>
            <w:gridSpan w:val="6"/>
            <w:tcMar>
              <w:top w:w="70" w:type="dxa"/>
              <w:left w:w="90" w:type="dxa"/>
              <w:bottom w:w="70" w:type="dxa"/>
              <w:right w:w="90" w:type="dxa"/>
            </w:tcMar>
            <w:vAlign w:val="center"/>
          </w:tcPr>
          <w:p w14:paraId="4CE02AD1" w14:textId="77777777" w:rsidR="00187E2C" w:rsidRDefault="00187E2C"/>
          <w:p w14:paraId="4ED76286"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43A0965D" w14:textId="77777777">
        <w:trPr>
          <w:cantSplit/>
          <w:jc w:val="center"/>
        </w:trPr>
        <w:tc>
          <w:tcPr>
            <w:tcW w:w="14060" w:type="dxa"/>
            <w:gridSpan w:val="6"/>
            <w:tcMar>
              <w:top w:w="70" w:type="dxa"/>
              <w:left w:w="90" w:type="dxa"/>
              <w:bottom w:w="70" w:type="dxa"/>
              <w:right w:w="90" w:type="dxa"/>
            </w:tcMar>
            <w:vAlign w:val="center"/>
          </w:tcPr>
          <w:p w14:paraId="64FD642A" w14:textId="77777777" w:rsidR="00187E2C" w:rsidRDefault="00187E2C"/>
          <w:p w14:paraId="67F88203"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02B54F7F"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6D99E0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0B76939"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74C5806" w14:textId="77777777" w:rsidR="00187E2C" w:rsidRDefault="00000000">
            <w:pPr>
              <w:jc w:val="center"/>
            </w:pPr>
            <w:r>
              <w:rPr>
                <w:b/>
                <w:color w:val="000000"/>
                <w:sz w:val="20"/>
              </w:rPr>
              <w:t>UČNE DEJAVNOSTI, METODE IN FORMATIVNO SPREMLJANJE</w:t>
            </w:r>
          </w:p>
        </w:tc>
      </w:tr>
      <w:tr w:rsidR="00187E2C" w14:paraId="4953DBA3" w14:textId="77777777">
        <w:trPr>
          <w:tblHeader/>
          <w:jc w:val="center"/>
        </w:trPr>
        <w:tc>
          <w:tcPr>
            <w:tcW w:w="4422" w:type="dxa"/>
            <w:vMerge/>
            <w:tcMar>
              <w:top w:w="70" w:type="dxa"/>
              <w:left w:w="90" w:type="dxa"/>
              <w:bottom w:w="70" w:type="dxa"/>
              <w:right w:w="90" w:type="dxa"/>
            </w:tcMar>
            <w:vAlign w:val="center"/>
          </w:tcPr>
          <w:p w14:paraId="458FBCE0" w14:textId="77777777" w:rsidR="00187E2C" w:rsidRDefault="00187E2C"/>
        </w:tc>
        <w:tc>
          <w:tcPr>
            <w:tcW w:w="7087" w:type="dxa"/>
            <w:shd w:val="clear" w:color="auto" w:fill="FFFFFF"/>
            <w:tcMar>
              <w:top w:w="70" w:type="dxa"/>
              <w:left w:w="90" w:type="dxa"/>
              <w:bottom w:w="70" w:type="dxa"/>
              <w:right w:w="90" w:type="dxa"/>
            </w:tcMar>
            <w:vAlign w:val="center"/>
          </w:tcPr>
          <w:p w14:paraId="364DBCFC"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F57E0B1" w14:textId="77777777" w:rsidR="00187E2C" w:rsidRDefault="00000000">
            <w:pPr>
              <w:jc w:val="center"/>
            </w:pPr>
            <w:r>
              <w:rPr>
                <w:b/>
                <w:color w:val="000000"/>
              </w:rPr>
              <w:t>UČENEC</w:t>
            </w:r>
          </w:p>
        </w:tc>
      </w:tr>
      <w:tr w:rsidR="00187E2C" w14:paraId="37A184D7" w14:textId="77777777">
        <w:trPr>
          <w:jc w:val="center"/>
        </w:trPr>
        <w:tc>
          <w:tcPr>
            <w:tcW w:w="4422" w:type="dxa"/>
            <w:tcMar>
              <w:top w:w="70" w:type="dxa"/>
              <w:left w:w="90" w:type="dxa"/>
              <w:bottom w:w="70" w:type="dxa"/>
              <w:right w:w="90" w:type="dxa"/>
            </w:tcMar>
          </w:tcPr>
          <w:p w14:paraId="311DE74A" w14:textId="77777777" w:rsidR="00187E2C" w:rsidRDefault="00187E2C"/>
          <w:p w14:paraId="633ECB03" w14:textId="77777777" w:rsidR="00187E2C" w:rsidRDefault="00000000">
            <w:pPr>
              <w:spacing w:after="60" w:line="245" w:lineRule="auto"/>
            </w:pPr>
            <w:r>
              <w:rPr>
                <w:b/>
                <w:color w:val="000000"/>
              </w:rPr>
              <w:t>UČNI CILJI</w:t>
            </w:r>
          </w:p>
          <w:p w14:paraId="7AFF16B7" w14:textId="77777777" w:rsidR="00187E2C" w:rsidRDefault="00000000">
            <w:pPr>
              <w:spacing w:after="20" w:line="245" w:lineRule="auto"/>
            </w:pPr>
            <w:r>
              <w:rPr>
                <w:b/>
                <w:color w:val="000000"/>
                <w:sz w:val="17"/>
              </w:rPr>
              <w:t>SPLOŠNI</w:t>
            </w:r>
          </w:p>
          <w:p w14:paraId="27176883"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48113125" w14:textId="77777777" w:rsidR="00187E2C" w:rsidRDefault="00000000">
            <w:pPr>
              <w:pStyle w:val="Oznaenseznam"/>
              <w:spacing w:after="16"/>
            </w:pPr>
            <w:r>
              <w:rPr>
                <w:color w:val="000000"/>
                <w:sz w:val="16"/>
              </w:rPr>
              <w:t>doživlja književno besedilo ter se nanj odziva z govorom, gibanjem, dramatizacijo, risbo ali zapisom</w:t>
            </w:r>
          </w:p>
          <w:p w14:paraId="56974430" w14:textId="77777777" w:rsidR="00187E2C" w:rsidRDefault="00000000">
            <w:pPr>
              <w:pStyle w:val="Oznaenseznam"/>
              <w:spacing w:after="16"/>
            </w:pPr>
            <w:r>
              <w:rPr>
                <w:color w:val="000000"/>
                <w:sz w:val="16"/>
              </w:rPr>
              <w:t>razvija glasovno zavedanje, povezavo glas–črka in začetno branje ter pisanje po individualnem napredku</w:t>
            </w:r>
          </w:p>
          <w:p w14:paraId="041FC6EC" w14:textId="77777777" w:rsidR="00187E2C" w:rsidRDefault="00000000">
            <w:pPr>
              <w:pStyle w:val="Oznaenseznam"/>
              <w:spacing w:after="16"/>
            </w:pPr>
            <w:r>
              <w:rPr>
                <w:color w:val="000000"/>
                <w:sz w:val="16"/>
              </w:rPr>
              <w:t>ob namenih in kriterijih spremlja svoje učenje ter uporabi opisno povratno informacijo</w:t>
            </w:r>
          </w:p>
          <w:p w14:paraId="521F0B46" w14:textId="77777777" w:rsidR="00187E2C" w:rsidRDefault="00000000">
            <w:pPr>
              <w:spacing w:before="40" w:after="20" w:line="245" w:lineRule="auto"/>
            </w:pPr>
            <w:r>
              <w:rPr>
                <w:b/>
                <w:color w:val="000000"/>
                <w:sz w:val="17"/>
              </w:rPr>
              <w:t>OPERATIVNI</w:t>
            </w:r>
          </w:p>
          <w:p w14:paraId="0C005779" w14:textId="77777777" w:rsidR="00187E2C" w:rsidRDefault="00000000">
            <w:pPr>
              <w:pStyle w:val="Oznaenseznam"/>
              <w:spacing w:after="16"/>
            </w:pPr>
            <w:r>
              <w:rPr>
                <w:color w:val="000000"/>
                <w:sz w:val="16"/>
              </w:rPr>
              <w:t>prebere kratko besedilo in poišče očiten podatek</w:t>
            </w:r>
          </w:p>
          <w:p w14:paraId="042864AC" w14:textId="77777777" w:rsidR="00187E2C" w:rsidRDefault="00000000">
            <w:pPr>
              <w:pStyle w:val="Oznaenseznam"/>
              <w:spacing w:after="16"/>
            </w:pPr>
            <w:r>
              <w:rPr>
                <w:color w:val="000000"/>
                <w:sz w:val="16"/>
              </w:rPr>
              <w:t>zapiše eno ali več smiselnih povedi</w:t>
            </w:r>
          </w:p>
          <w:p w14:paraId="1CAAD84D" w14:textId="77777777" w:rsidR="00187E2C" w:rsidRDefault="00000000">
            <w:pPr>
              <w:pStyle w:val="Oznaenseznam"/>
              <w:spacing w:after="16"/>
            </w:pPr>
            <w:r>
              <w:rPr>
                <w:color w:val="000000"/>
                <w:sz w:val="16"/>
              </w:rPr>
              <w:t>uporabi veliko začetnico in ustrezno končno ločilo</w:t>
            </w:r>
          </w:p>
          <w:p w14:paraId="6138D631" w14:textId="77777777" w:rsidR="00187E2C" w:rsidRDefault="00000000">
            <w:pPr>
              <w:pStyle w:val="Oznaenseznam"/>
              <w:spacing w:after="16"/>
            </w:pPr>
            <w:r>
              <w:rPr>
                <w:color w:val="000000"/>
                <w:sz w:val="16"/>
              </w:rPr>
              <w:t>pregleda zapis in po navodilu popravi napako</w:t>
            </w:r>
          </w:p>
          <w:p w14:paraId="5C7DF5EF" w14:textId="77777777" w:rsidR="00187E2C" w:rsidRDefault="00000000">
            <w:pPr>
              <w:spacing w:before="40" w:after="20" w:line="245" w:lineRule="auto"/>
            </w:pPr>
            <w:r>
              <w:rPr>
                <w:b/>
                <w:color w:val="000000"/>
                <w:sz w:val="17"/>
              </w:rPr>
              <w:t>PRIČAKOVANI DOSEŽKI / MINIMALNI POUDARKI</w:t>
            </w:r>
          </w:p>
          <w:p w14:paraId="6750AD62" w14:textId="77777777" w:rsidR="00187E2C" w:rsidRDefault="00000000">
            <w:pPr>
              <w:pStyle w:val="Oznaenseznam"/>
              <w:spacing w:after="16"/>
            </w:pPr>
            <w:r>
              <w:rPr>
                <w:color w:val="000000"/>
                <w:sz w:val="15"/>
              </w:rPr>
              <w:t>samostojno oziroma z dogovorjeno oporo prebere kratko besedilo in poišče očiten podatek</w:t>
            </w:r>
          </w:p>
          <w:p w14:paraId="1D188775" w14:textId="77777777" w:rsidR="00187E2C" w:rsidRDefault="00000000">
            <w:pPr>
              <w:pStyle w:val="Oznaenseznam"/>
              <w:spacing w:after="16"/>
            </w:pPr>
            <w:r>
              <w:rPr>
                <w:color w:val="000000"/>
                <w:sz w:val="15"/>
              </w:rPr>
              <w:t>samostojno oziroma z dogovorjeno oporo zapiše eno ali več smiselnih povedi</w:t>
            </w:r>
          </w:p>
          <w:p w14:paraId="51115AD6" w14:textId="77777777" w:rsidR="00187E2C" w:rsidRDefault="00000000">
            <w:pPr>
              <w:pStyle w:val="Oznaenseznam"/>
              <w:spacing w:after="16"/>
            </w:pPr>
            <w:r>
              <w:rPr>
                <w:color w:val="000000"/>
                <w:sz w:val="15"/>
              </w:rPr>
              <w:t>samostojno oziroma z dogovorjeno oporo uporabi veliko začetnico in ustrezno končno ločilo</w:t>
            </w:r>
          </w:p>
          <w:p w14:paraId="21D69A96" w14:textId="77777777" w:rsidR="00187E2C" w:rsidRDefault="00000000">
            <w:pPr>
              <w:pStyle w:val="Oznaenseznam"/>
              <w:spacing w:after="16"/>
            </w:pPr>
            <w:r>
              <w:rPr>
                <w:color w:val="000000"/>
                <w:sz w:val="15"/>
              </w:rPr>
              <w:t>samostojno oziroma z dogovorjeno oporo pregleda zapis in po navodilu popravi napako</w:t>
            </w:r>
          </w:p>
        </w:tc>
        <w:tc>
          <w:tcPr>
            <w:tcW w:w="7087" w:type="dxa"/>
            <w:tcMar>
              <w:top w:w="70" w:type="dxa"/>
              <w:left w:w="90" w:type="dxa"/>
              <w:bottom w:w="70" w:type="dxa"/>
              <w:right w:w="90" w:type="dxa"/>
            </w:tcMar>
          </w:tcPr>
          <w:p w14:paraId="40F533F9"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045D2F67" w14:textId="77777777">
              <w:trPr>
                <w:jc w:val="center"/>
              </w:trPr>
              <w:tc>
                <w:tcPr>
                  <w:tcW w:w="7087" w:type="dxa"/>
                  <w:shd w:val="clear" w:color="auto" w:fill="C6E7F3"/>
                  <w:tcMar>
                    <w:top w:w="45" w:type="dxa"/>
                    <w:left w:w="70" w:type="dxa"/>
                    <w:bottom w:w="45" w:type="dxa"/>
                    <w:right w:w="70" w:type="dxa"/>
                  </w:tcMar>
                </w:tcPr>
                <w:p w14:paraId="19D7BC3D" w14:textId="77777777" w:rsidR="00187E2C" w:rsidRDefault="00000000">
                  <w:pPr>
                    <w:keepNext/>
                  </w:pPr>
                  <w:r>
                    <w:rPr>
                      <w:b/>
                      <w:color w:val="000000"/>
                    </w:rPr>
                    <w:t>UVODNI DEL – motivacija, aktivacija predznanja in namen učenja (15–20 min)</w:t>
                  </w:r>
                </w:p>
              </w:tc>
            </w:tr>
          </w:tbl>
          <w:p w14:paraId="05F04196" w14:textId="77777777" w:rsidR="00187E2C" w:rsidRDefault="00187E2C">
            <w:pPr>
              <w:spacing w:line="20" w:lineRule="exact"/>
            </w:pPr>
          </w:p>
          <w:p w14:paraId="6D10CFB0" w14:textId="77777777" w:rsidR="00187E2C" w:rsidRDefault="00000000">
            <w:pPr>
              <w:spacing w:before="40" w:after="60" w:line="245" w:lineRule="auto"/>
            </w:pPr>
            <w:r>
              <w:rPr>
                <w:color w:val="000000"/>
                <w:sz w:val="16"/>
              </w:rPr>
              <w:t>Učenci ob naslovnici, odlomku ali ilustraciji dela »Pedenjped« – Niko Grafenauer • NADALJEVANJE doživljajsko vstopijo v motiv osebni napredek, samovrednotenje in igrivost učenja. S kretnjo, predmetom, sliko, glasom ali kratko povedjo pokažejo predznanje in napoved. Izhodiščni odziv povežejo z dejavnostjo BRALNI LIST 38 – BEREM TEKOČE IN SE POSLUŠAM.</w:t>
            </w:r>
          </w:p>
          <w:tbl>
            <w:tblPr>
              <w:tblStyle w:val="Tabelamrea"/>
              <w:tblW w:w="0" w:type="auto"/>
              <w:jc w:val="center"/>
              <w:tblLayout w:type="fixed"/>
              <w:tblLook w:val="04A0" w:firstRow="1" w:lastRow="0" w:firstColumn="1" w:lastColumn="0" w:noHBand="0" w:noVBand="1"/>
            </w:tblPr>
            <w:tblGrid>
              <w:gridCol w:w="7087"/>
            </w:tblGrid>
            <w:tr w:rsidR="00187E2C" w14:paraId="483910C7" w14:textId="77777777">
              <w:trPr>
                <w:jc w:val="center"/>
              </w:trPr>
              <w:tc>
                <w:tcPr>
                  <w:tcW w:w="7087" w:type="dxa"/>
                  <w:shd w:val="clear" w:color="auto" w:fill="EDC9EA"/>
                  <w:tcMar>
                    <w:top w:w="45" w:type="dxa"/>
                    <w:left w:w="70" w:type="dxa"/>
                    <w:bottom w:w="45" w:type="dxa"/>
                    <w:right w:w="70" w:type="dxa"/>
                  </w:tcMar>
                </w:tcPr>
                <w:p w14:paraId="38FC759E" w14:textId="77777777" w:rsidR="00187E2C" w:rsidRDefault="00000000">
                  <w:pPr>
                    <w:keepNext/>
                  </w:pPr>
                  <w:r>
                    <w:rPr>
                      <w:b/>
                      <w:color w:val="000000"/>
                    </w:rPr>
                    <w:t>NAMENI UČENJA</w:t>
                  </w:r>
                </w:p>
              </w:tc>
            </w:tr>
          </w:tbl>
          <w:p w14:paraId="50458F17" w14:textId="77777777" w:rsidR="00187E2C" w:rsidRDefault="00187E2C">
            <w:pPr>
              <w:spacing w:line="20" w:lineRule="exact"/>
            </w:pPr>
          </w:p>
          <w:p w14:paraId="178F354F"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6BFCC3E8" w14:textId="77777777" w:rsidR="00187E2C" w:rsidRDefault="00000000">
            <w:pPr>
              <w:pStyle w:val="Oznaenseznam"/>
              <w:spacing w:after="16"/>
            </w:pPr>
            <w:r>
              <w:rPr>
                <w:color w:val="000000"/>
                <w:sz w:val="16"/>
              </w:rPr>
              <w:t>prebere kratko besedilo in poiščem očiten podatek</w:t>
            </w:r>
          </w:p>
          <w:p w14:paraId="5AF47B90" w14:textId="77777777" w:rsidR="00187E2C" w:rsidRDefault="00000000">
            <w:pPr>
              <w:pStyle w:val="Oznaenseznam"/>
              <w:spacing w:after="16"/>
            </w:pPr>
            <w:r>
              <w:rPr>
                <w:color w:val="000000"/>
                <w:sz w:val="16"/>
              </w:rPr>
              <w:t>zapišem eno ali več smiselnih povedi</w:t>
            </w:r>
          </w:p>
          <w:p w14:paraId="70352CE2" w14:textId="77777777" w:rsidR="00187E2C" w:rsidRDefault="00000000">
            <w:pPr>
              <w:pStyle w:val="Oznaenseznam"/>
              <w:spacing w:after="16"/>
            </w:pPr>
            <w:r>
              <w:rPr>
                <w:color w:val="000000"/>
                <w:sz w:val="16"/>
              </w:rPr>
              <w:t>uporabim veliko začetnico in ustrezno končno ločilo</w:t>
            </w:r>
          </w:p>
          <w:p w14:paraId="4307D7AE" w14:textId="77777777" w:rsidR="00187E2C" w:rsidRDefault="00000000">
            <w:pPr>
              <w:pStyle w:val="Oznaenseznam"/>
              <w:spacing w:after="16"/>
            </w:pPr>
            <w:r>
              <w:rPr>
                <w:color w:val="000000"/>
                <w:sz w:val="16"/>
              </w:rPr>
              <w:t>pregledam zapis in po navodilu popravim napako</w:t>
            </w:r>
          </w:p>
          <w:tbl>
            <w:tblPr>
              <w:tblStyle w:val="Tabelamrea"/>
              <w:tblW w:w="0" w:type="auto"/>
              <w:jc w:val="center"/>
              <w:tblLayout w:type="fixed"/>
              <w:tblLook w:val="04A0" w:firstRow="1" w:lastRow="0" w:firstColumn="1" w:lastColumn="0" w:noHBand="0" w:noVBand="1"/>
            </w:tblPr>
            <w:tblGrid>
              <w:gridCol w:w="7087"/>
            </w:tblGrid>
            <w:tr w:rsidR="00187E2C" w14:paraId="15BC0FF2" w14:textId="77777777">
              <w:trPr>
                <w:jc w:val="center"/>
              </w:trPr>
              <w:tc>
                <w:tcPr>
                  <w:tcW w:w="7087" w:type="dxa"/>
                  <w:shd w:val="clear" w:color="auto" w:fill="EDC9EA"/>
                  <w:tcMar>
                    <w:top w:w="45" w:type="dxa"/>
                    <w:left w:w="70" w:type="dxa"/>
                    <w:bottom w:w="45" w:type="dxa"/>
                    <w:right w:w="70" w:type="dxa"/>
                  </w:tcMar>
                </w:tcPr>
                <w:p w14:paraId="1EEA1889" w14:textId="77777777" w:rsidR="00187E2C" w:rsidRDefault="00000000">
                  <w:pPr>
                    <w:keepNext/>
                  </w:pPr>
                  <w:r>
                    <w:rPr>
                      <w:b/>
                      <w:color w:val="000000"/>
                    </w:rPr>
                    <w:t>PREVERJANJE PREDZNANJA</w:t>
                  </w:r>
                </w:p>
              </w:tc>
            </w:tr>
          </w:tbl>
          <w:p w14:paraId="6ABC7806" w14:textId="77777777" w:rsidR="00187E2C" w:rsidRDefault="00187E2C">
            <w:pPr>
              <w:spacing w:line="20" w:lineRule="exact"/>
            </w:pPr>
          </w:p>
          <w:p w14:paraId="5B557876" w14:textId="77777777" w:rsidR="00187E2C" w:rsidRDefault="00000000">
            <w:pPr>
              <w:pStyle w:val="Oznaenseznam"/>
              <w:spacing w:after="16"/>
            </w:pPr>
            <w:r>
              <w:rPr>
                <w:color w:val="000000"/>
                <w:sz w:val="16"/>
              </w:rPr>
              <w:t>Kaj mi naslovnica, ilustracija ali naslov pove o motivu osebni napredek, samovrednotenje in igrivost učenja?</w:t>
            </w:r>
          </w:p>
          <w:p w14:paraId="78FB317D" w14:textId="77777777" w:rsidR="00187E2C" w:rsidRDefault="00000000">
            <w:pPr>
              <w:pStyle w:val="Oznaenseznam"/>
              <w:spacing w:after="16"/>
            </w:pPr>
            <w:r>
              <w:rPr>
                <w:color w:val="000000"/>
                <w:sz w:val="16"/>
              </w:rPr>
              <w:t>Katero strategijo lahko uporabim pri dejavnosti »BEREM TEKOČE IN SE POSLUŠAM«?</w:t>
            </w:r>
          </w:p>
          <w:p w14:paraId="57A67475"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389D344C" w14:textId="77777777">
              <w:trPr>
                <w:jc w:val="center"/>
              </w:trPr>
              <w:tc>
                <w:tcPr>
                  <w:tcW w:w="7087" w:type="dxa"/>
                  <w:shd w:val="clear" w:color="auto" w:fill="EDC9EA"/>
                  <w:tcMar>
                    <w:top w:w="45" w:type="dxa"/>
                    <w:left w:w="70" w:type="dxa"/>
                    <w:bottom w:w="45" w:type="dxa"/>
                    <w:right w:w="70" w:type="dxa"/>
                  </w:tcMar>
                </w:tcPr>
                <w:p w14:paraId="27CE83A6" w14:textId="77777777" w:rsidR="00187E2C" w:rsidRDefault="00000000">
                  <w:pPr>
                    <w:keepNext/>
                  </w:pPr>
                  <w:r>
                    <w:rPr>
                      <w:b/>
                      <w:color w:val="000000"/>
                    </w:rPr>
                    <w:t>KRITERIJI USPEŠNOSTI</w:t>
                  </w:r>
                </w:p>
              </w:tc>
            </w:tr>
          </w:tbl>
          <w:p w14:paraId="01EC1BE8" w14:textId="77777777" w:rsidR="00187E2C" w:rsidRDefault="00187E2C"/>
          <w:p w14:paraId="59F75405" w14:textId="77777777" w:rsidR="00187E2C" w:rsidRDefault="00000000">
            <w:pPr>
              <w:spacing w:before="20" w:after="20" w:line="245" w:lineRule="auto"/>
            </w:pPr>
            <w:r>
              <w:rPr>
                <w:b/>
                <w:color w:val="000000"/>
                <w:sz w:val="16"/>
              </w:rPr>
              <w:t>Uspešen/-na bom, ko:</w:t>
            </w:r>
          </w:p>
          <w:p w14:paraId="005F1B44" w14:textId="77777777" w:rsidR="00187E2C" w:rsidRDefault="00000000">
            <w:pPr>
              <w:pStyle w:val="Oznaenseznam"/>
              <w:spacing w:after="16"/>
            </w:pPr>
            <w:r>
              <w:rPr>
                <w:color w:val="000000"/>
                <w:sz w:val="16"/>
              </w:rPr>
              <w:t>prebere kratko besedilo in poiščem očiten podatek</w:t>
            </w:r>
          </w:p>
          <w:p w14:paraId="5BA5A2D8" w14:textId="77777777" w:rsidR="00187E2C" w:rsidRDefault="00000000">
            <w:pPr>
              <w:pStyle w:val="Oznaenseznam"/>
              <w:spacing w:after="16"/>
            </w:pPr>
            <w:r>
              <w:rPr>
                <w:color w:val="000000"/>
                <w:sz w:val="16"/>
              </w:rPr>
              <w:t>zapišem eno ali več smiselnih povedi</w:t>
            </w:r>
          </w:p>
          <w:p w14:paraId="7C651993" w14:textId="77777777" w:rsidR="00187E2C" w:rsidRDefault="00000000">
            <w:pPr>
              <w:pStyle w:val="Oznaenseznam"/>
              <w:spacing w:after="16"/>
            </w:pPr>
            <w:r>
              <w:rPr>
                <w:color w:val="000000"/>
                <w:sz w:val="16"/>
              </w:rPr>
              <w:t>uporabim veliko začetnico in ustrezno končno ločilo</w:t>
            </w:r>
          </w:p>
          <w:p w14:paraId="4D931436" w14:textId="77777777" w:rsidR="00187E2C" w:rsidRDefault="00000000">
            <w:pPr>
              <w:pStyle w:val="Oznaenseznam"/>
              <w:spacing w:after="16"/>
            </w:pPr>
            <w:r>
              <w:rPr>
                <w:color w:val="000000"/>
                <w:sz w:val="16"/>
              </w:rPr>
              <w:t>pregledam zapis in po navodilu popravim napako</w:t>
            </w:r>
          </w:p>
          <w:p w14:paraId="1E7B468B"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7A4DFDB0" w14:textId="77777777" w:rsidR="00187E2C" w:rsidRDefault="00187E2C"/>
          <w:p w14:paraId="1D0A35D0"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2BBF1D31" w14:textId="77777777" w:rsidR="00187E2C" w:rsidRDefault="00000000">
            <w:pPr>
              <w:spacing w:after="80" w:line="245" w:lineRule="auto"/>
            </w:pPr>
            <w:r>
              <w:rPr>
                <w:color w:val="000000"/>
                <w:sz w:val="16"/>
              </w:rPr>
              <w:t>Pove, pokaže ali nariše, kaj že ve in katero strategijo bi uporabil.</w:t>
            </w:r>
          </w:p>
          <w:p w14:paraId="5DCFB638" w14:textId="77777777" w:rsidR="00187E2C" w:rsidRDefault="00000000">
            <w:pPr>
              <w:spacing w:after="100" w:line="245" w:lineRule="auto"/>
            </w:pPr>
            <w:r>
              <w:rPr>
                <w:color w:val="000000"/>
                <w:sz w:val="16"/>
              </w:rPr>
              <w:t>Sodeluje pri razumevanju namenov in kriterijev uspešnosti.</w:t>
            </w:r>
          </w:p>
          <w:p w14:paraId="048E5EE2" w14:textId="77777777" w:rsidR="00187E2C" w:rsidRDefault="00000000">
            <w:pPr>
              <w:spacing w:after="20" w:line="245" w:lineRule="auto"/>
            </w:pPr>
            <w:r>
              <w:rPr>
                <w:b/>
                <w:color w:val="D95BC6"/>
                <w:sz w:val="17"/>
              </w:rPr>
              <w:t>DOKAZ O UČENJU</w:t>
            </w:r>
          </w:p>
          <w:p w14:paraId="64DAC417"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4A7207D1"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6FF63E6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3A2C35B"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2D3925" w14:textId="77777777" w:rsidR="00187E2C" w:rsidRDefault="00000000">
            <w:pPr>
              <w:jc w:val="center"/>
            </w:pPr>
            <w:r>
              <w:rPr>
                <w:b/>
                <w:color w:val="000000"/>
                <w:sz w:val="20"/>
              </w:rPr>
              <w:t>UČNE DEJAVNOSTI, METODE IN FORMATIVNO SPREMLJANJE</w:t>
            </w:r>
          </w:p>
        </w:tc>
      </w:tr>
      <w:tr w:rsidR="00187E2C" w14:paraId="34A83B56" w14:textId="77777777">
        <w:trPr>
          <w:tblHeader/>
          <w:jc w:val="center"/>
        </w:trPr>
        <w:tc>
          <w:tcPr>
            <w:tcW w:w="4422" w:type="dxa"/>
            <w:vMerge/>
            <w:tcMar>
              <w:top w:w="70" w:type="dxa"/>
              <w:left w:w="90" w:type="dxa"/>
              <w:bottom w:w="70" w:type="dxa"/>
              <w:right w:w="90" w:type="dxa"/>
            </w:tcMar>
            <w:vAlign w:val="center"/>
          </w:tcPr>
          <w:p w14:paraId="54C48F7E" w14:textId="77777777" w:rsidR="00187E2C" w:rsidRDefault="00187E2C"/>
        </w:tc>
        <w:tc>
          <w:tcPr>
            <w:tcW w:w="7087" w:type="dxa"/>
            <w:shd w:val="clear" w:color="auto" w:fill="FFFFFF"/>
            <w:tcMar>
              <w:top w:w="70" w:type="dxa"/>
              <w:left w:w="90" w:type="dxa"/>
              <w:bottom w:w="70" w:type="dxa"/>
              <w:right w:w="90" w:type="dxa"/>
            </w:tcMar>
            <w:vAlign w:val="center"/>
          </w:tcPr>
          <w:p w14:paraId="13C1B6B5"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8B00BE" w14:textId="77777777" w:rsidR="00187E2C" w:rsidRDefault="00000000">
            <w:pPr>
              <w:jc w:val="center"/>
            </w:pPr>
            <w:r>
              <w:rPr>
                <w:b/>
                <w:color w:val="000000"/>
              </w:rPr>
              <w:t>UČENEC</w:t>
            </w:r>
          </w:p>
        </w:tc>
      </w:tr>
      <w:tr w:rsidR="00187E2C" w14:paraId="08301097" w14:textId="77777777">
        <w:trPr>
          <w:jc w:val="center"/>
        </w:trPr>
        <w:tc>
          <w:tcPr>
            <w:tcW w:w="4422" w:type="dxa"/>
            <w:tcMar>
              <w:top w:w="70" w:type="dxa"/>
              <w:left w:w="90" w:type="dxa"/>
              <w:bottom w:w="70" w:type="dxa"/>
              <w:right w:w="90" w:type="dxa"/>
            </w:tcMar>
          </w:tcPr>
          <w:p w14:paraId="34F92291" w14:textId="77777777" w:rsidR="00187E2C" w:rsidRDefault="00187E2C"/>
          <w:p w14:paraId="54AFE3B9" w14:textId="77777777" w:rsidR="00187E2C" w:rsidRDefault="00000000">
            <w:pPr>
              <w:spacing w:after="40" w:line="245" w:lineRule="auto"/>
            </w:pPr>
            <w:r>
              <w:rPr>
                <w:b/>
                <w:color w:val="000000"/>
              </w:rPr>
              <w:t>KLJUČNI POJMI</w:t>
            </w:r>
          </w:p>
          <w:p w14:paraId="7AC0223F"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37EEB643" w14:textId="77777777" w:rsidR="00187E2C" w:rsidRDefault="00000000">
            <w:pPr>
              <w:spacing w:after="20" w:line="245" w:lineRule="auto"/>
            </w:pPr>
            <w:r>
              <w:rPr>
                <w:b/>
                <w:color w:val="000000"/>
                <w:sz w:val="17"/>
              </w:rPr>
              <w:t>DOKAZI O UČENJU</w:t>
            </w:r>
          </w:p>
          <w:p w14:paraId="5BD2E70E" w14:textId="77777777" w:rsidR="00187E2C" w:rsidRDefault="00000000">
            <w:pPr>
              <w:pStyle w:val="Oznaenseznam"/>
              <w:spacing w:after="9"/>
            </w:pPr>
            <w:r>
              <w:rPr>
                <w:color w:val="000000"/>
                <w:sz w:val="15"/>
              </w:rPr>
              <w:t>glasno branje, dva odgovora in primerjava prvega ter tretjega branja.</w:t>
            </w:r>
          </w:p>
          <w:p w14:paraId="44F6DF33" w14:textId="77777777" w:rsidR="00187E2C" w:rsidRDefault="00000000">
            <w:pPr>
              <w:pStyle w:val="Oznaenseznam"/>
              <w:spacing w:after="9"/>
            </w:pPr>
            <w:r>
              <w:rPr>
                <w:color w:val="000000"/>
                <w:sz w:val="15"/>
              </w:rPr>
              <w:t>zvočni posnetek ali anekdotski zapis kratke izmenjave.</w:t>
            </w:r>
          </w:p>
          <w:p w14:paraId="4DDD7C92" w14:textId="77777777" w:rsidR="00187E2C" w:rsidRDefault="00000000">
            <w:pPr>
              <w:pStyle w:val="Oznaenseznam"/>
              <w:spacing w:after="9"/>
            </w:pPr>
            <w:r>
              <w:rPr>
                <w:color w:val="000000"/>
                <w:sz w:val="15"/>
              </w:rPr>
              <w:t>pravilno sestavljen primer in učenčeva ustna razlaga postopka.</w:t>
            </w:r>
          </w:p>
          <w:p w14:paraId="4500CD19" w14:textId="77777777" w:rsidR="00187E2C" w:rsidRDefault="00000000">
            <w:pPr>
              <w:pStyle w:val="Oznaenseznam"/>
              <w:spacing w:after="9"/>
            </w:pPr>
            <w:r>
              <w:rPr>
                <w:color w:val="000000"/>
                <w:sz w:val="15"/>
              </w:rPr>
              <w:t>individualni bralni zapis, označen podatek in učenčeva izbrana strategija.</w:t>
            </w:r>
          </w:p>
          <w:p w14:paraId="4AC90CAD" w14:textId="77777777" w:rsidR="00187E2C" w:rsidRDefault="00000000">
            <w:pPr>
              <w:pStyle w:val="Oznaenseznam"/>
              <w:spacing w:after="9"/>
            </w:pPr>
            <w:r>
              <w:rPr>
                <w:color w:val="000000"/>
                <w:sz w:val="15"/>
              </w:rPr>
              <w:t>datiran zapis v mapi in kratek komentar učenca o najuspešnejšem delu.</w:t>
            </w:r>
          </w:p>
          <w:p w14:paraId="1DF82576" w14:textId="77777777" w:rsidR="00187E2C" w:rsidRDefault="00000000">
            <w:pPr>
              <w:pStyle w:val="Oznaenseznam"/>
              <w:spacing w:after="9"/>
            </w:pPr>
            <w:r>
              <w:rPr>
                <w:color w:val="000000"/>
                <w:sz w:val="15"/>
              </w:rPr>
              <w:t>izbrani dokaz iz portfolija, primerjava napredka, samovrednotenje in naslednji korak</w:t>
            </w:r>
          </w:p>
          <w:p w14:paraId="53C1E6D3" w14:textId="77777777" w:rsidR="00187E2C" w:rsidRDefault="00000000">
            <w:pPr>
              <w:spacing w:before="40" w:after="20" w:line="245" w:lineRule="auto"/>
            </w:pPr>
            <w:r>
              <w:rPr>
                <w:b/>
                <w:color w:val="000000"/>
                <w:sz w:val="17"/>
              </w:rPr>
              <w:t>KNJIŽEVNO DOŽIVETJE IN IZKUŠENJSKI POUK</w:t>
            </w:r>
          </w:p>
          <w:p w14:paraId="50C10704"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1837008B" w14:textId="77777777" w:rsidR="00187E2C" w:rsidRDefault="00000000">
            <w:pPr>
              <w:spacing w:after="20" w:line="245" w:lineRule="auto"/>
            </w:pPr>
            <w:r>
              <w:rPr>
                <w:b/>
                <w:color w:val="000000"/>
                <w:sz w:val="17"/>
              </w:rPr>
              <w:t>POUČEVANJE V GIBANJU</w:t>
            </w:r>
          </w:p>
          <w:p w14:paraId="111C910B"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0FF4FD7C" w14:textId="77777777" w:rsidR="00187E2C" w:rsidRDefault="00000000">
            <w:pPr>
              <w:spacing w:after="20" w:line="245" w:lineRule="auto"/>
            </w:pPr>
            <w:r>
              <w:rPr>
                <w:b/>
                <w:color w:val="000000"/>
                <w:sz w:val="17"/>
              </w:rPr>
              <w:t>DELO PO POSTAJAH</w:t>
            </w:r>
          </w:p>
          <w:p w14:paraId="44AD3126"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38, modelirano, vodeno ali ponovljeno branje; 4. slikovno-pisna – urejam zaporedje, rišem, dopolnim ali zapišem odziv ter izbor dokaza, povratna informacija in naslednji korak.</w:t>
            </w:r>
          </w:p>
          <w:p w14:paraId="43435400" w14:textId="77777777" w:rsidR="00187E2C" w:rsidRDefault="00000000">
            <w:pPr>
              <w:spacing w:after="20" w:line="245" w:lineRule="auto"/>
            </w:pPr>
            <w:r>
              <w:rPr>
                <w:b/>
                <w:color w:val="000000"/>
                <w:sz w:val="17"/>
              </w:rPr>
              <w:t>DIFERENCIACIJA IN VKLJUČEVANJE</w:t>
            </w:r>
          </w:p>
          <w:p w14:paraId="08FA4BA3"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05345235" w14:textId="77777777" w:rsidR="00187E2C" w:rsidRDefault="00000000">
            <w:pPr>
              <w:spacing w:after="20" w:line="245" w:lineRule="auto"/>
            </w:pPr>
            <w:r>
              <w:rPr>
                <w:b/>
                <w:color w:val="000000"/>
                <w:sz w:val="17"/>
              </w:rPr>
              <w:t>SPREMLJANJE</w:t>
            </w:r>
          </w:p>
          <w:p w14:paraId="43427240"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6725E786"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301F36C9" w14:textId="77777777">
              <w:trPr>
                <w:jc w:val="center"/>
              </w:trPr>
              <w:tc>
                <w:tcPr>
                  <w:tcW w:w="7087" w:type="dxa"/>
                  <w:shd w:val="clear" w:color="auto" w:fill="C6E7F3"/>
                  <w:tcMar>
                    <w:top w:w="45" w:type="dxa"/>
                    <w:left w:w="70" w:type="dxa"/>
                    <w:bottom w:w="45" w:type="dxa"/>
                    <w:right w:w="70" w:type="dxa"/>
                  </w:tcMar>
                </w:tcPr>
                <w:p w14:paraId="342FFD8F" w14:textId="77777777" w:rsidR="00187E2C" w:rsidRDefault="00000000">
                  <w:pPr>
                    <w:keepNext/>
                  </w:pPr>
                  <w:r>
                    <w:rPr>
                      <w:b/>
                      <w:color w:val="000000"/>
                      <w:sz w:val="17"/>
                    </w:rPr>
                    <w:t>GLAVNI DEL – DOŽIVLJAJSKO, JEZIKOVNO IN OPISMENJEVALNO UČENJE (6 šolskih ur)</w:t>
                  </w:r>
                </w:p>
              </w:tc>
            </w:tr>
          </w:tbl>
          <w:p w14:paraId="38857CB6" w14:textId="77777777" w:rsidR="00187E2C" w:rsidRDefault="00187E2C">
            <w:pPr>
              <w:spacing w:line="20" w:lineRule="exact"/>
            </w:pPr>
          </w:p>
          <w:p w14:paraId="740E14BA" w14:textId="77777777" w:rsidR="00187E2C" w:rsidRDefault="00000000">
            <w:pPr>
              <w:keepNext/>
              <w:spacing w:before="22" w:after="6" w:line="245" w:lineRule="auto"/>
            </w:pPr>
            <w:r>
              <w:rPr>
                <w:b/>
                <w:color w:val="000000"/>
                <w:sz w:val="15"/>
              </w:rPr>
              <w:t>1. URA – Berem tekoče in se poslušam</w:t>
            </w:r>
          </w:p>
          <w:p w14:paraId="5B3E0FC4" w14:textId="77777777" w:rsidR="00187E2C" w:rsidRDefault="00000000">
            <w:pPr>
              <w:spacing w:after="7" w:line="245" w:lineRule="auto"/>
            </w:pPr>
            <w:r>
              <w:rPr>
                <w:b/>
                <w:color w:val="000000"/>
                <w:sz w:val="14"/>
              </w:rPr>
              <w:t xml:space="preserve">Dejavnost učiteljice: </w:t>
            </w:r>
            <w:r>
              <w:rPr>
                <w:color w:val="000000"/>
                <w:sz w:val="14"/>
              </w:rPr>
              <w:t>Vodi delo z Bralnim listom 38 (berem tekoče in se poslušam): prvo branje, vprašanji »Kaj že znam? Kaj naredim, če se ustavim?«, ponovno branje in povedi po prostoru. Individualno opazuje natančnost.</w:t>
            </w:r>
          </w:p>
          <w:p w14:paraId="76EFB721" w14:textId="77777777" w:rsidR="00187E2C" w:rsidRDefault="00000000">
            <w:pPr>
              <w:spacing w:after="7" w:line="245" w:lineRule="auto"/>
            </w:pPr>
            <w:r>
              <w:rPr>
                <w:b/>
                <w:color w:val="000000"/>
                <w:sz w:val="14"/>
              </w:rPr>
              <w:t xml:space="preserve">Dejavnost učencev: </w:t>
            </w:r>
            <w:r>
              <w:rPr>
                <w:color w:val="000000"/>
                <w:sz w:val="14"/>
              </w:rPr>
              <w:t>Besedilo na Bralnem listu 38 bere po delih ali povezano, odgovori na vprašanji, poišče povedi v prostoru in izbrano poved trikrat ponovi.</w:t>
            </w:r>
          </w:p>
          <w:p w14:paraId="65516087" w14:textId="77777777" w:rsidR="00187E2C" w:rsidRDefault="00000000">
            <w:pPr>
              <w:spacing w:after="15" w:line="245" w:lineRule="auto"/>
            </w:pPr>
            <w:r>
              <w:rPr>
                <w:i/>
                <w:color w:val="D95BC6"/>
                <w:sz w:val="14"/>
              </w:rPr>
              <w:t>Predvideni dokaz: glasno branje, dva odgovora in primerjava prvega ter tretjega branja..</w:t>
            </w:r>
          </w:p>
          <w:p w14:paraId="7DF0F87A" w14:textId="77777777" w:rsidR="00187E2C" w:rsidRDefault="00000000">
            <w:pPr>
              <w:keepNext/>
              <w:spacing w:before="22" w:after="6" w:line="245" w:lineRule="auto"/>
            </w:pPr>
            <w:r>
              <w:rPr>
                <w:b/>
                <w:color w:val="000000"/>
                <w:sz w:val="15"/>
              </w:rPr>
              <w:t>2. URA – Moj bralni in pisni napredek – Govorim in pojasnjujem</w:t>
            </w:r>
          </w:p>
          <w:p w14:paraId="20794D91" w14:textId="77777777" w:rsidR="00187E2C" w:rsidRDefault="00000000">
            <w:pPr>
              <w:spacing w:after="7" w:line="245" w:lineRule="auto"/>
            </w:pPr>
            <w:r>
              <w:rPr>
                <w:b/>
                <w:color w:val="000000"/>
                <w:sz w:val="14"/>
              </w:rPr>
              <w:t xml:space="preserve">Dejavnost učiteljice: </w:t>
            </w:r>
            <w:r>
              <w:rPr>
                <w:color w:val="000000"/>
                <w:sz w:val="14"/>
              </w:rPr>
              <w:t>Modelira pogovor ali pripoved ter ponudi slikovne opore in začetke povedi; sproti zbira individualne dokaze in prilagodi oporo.</w:t>
            </w:r>
          </w:p>
          <w:p w14:paraId="68A18738" w14:textId="77777777" w:rsidR="00187E2C" w:rsidRDefault="00000000">
            <w:pPr>
              <w:spacing w:after="7" w:line="245" w:lineRule="auto"/>
            </w:pPr>
            <w:r>
              <w:rPr>
                <w:b/>
                <w:color w:val="000000"/>
                <w:sz w:val="14"/>
              </w:rPr>
              <w:t xml:space="preserve">Dejavnost učencev: </w:t>
            </w:r>
            <w:r>
              <w:rPr>
                <w:color w:val="000000"/>
                <w:sz w:val="14"/>
              </w:rPr>
              <w:t>V paru govori in posluša, zamenja vlogo, postavi vprašanje ter uporabi besedo iz tedenske besedne banke; dejavnost poveže s ciljem »zapiše povedi«.</w:t>
            </w:r>
          </w:p>
          <w:p w14:paraId="17CD5D7E" w14:textId="77777777" w:rsidR="00187E2C" w:rsidRDefault="00000000">
            <w:pPr>
              <w:spacing w:after="15" w:line="245" w:lineRule="auto"/>
            </w:pPr>
            <w:r>
              <w:rPr>
                <w:i/>
                <w:color w:val="D95BC6"/>
                <w:sz w:val="14"/>
              </w:rPr>
              <w:t>Predvideni dokaz: zvočni posnetek ali anekdotski zapis kratke izmenjave..</w:t>
            </w:r>
          </w:p>
          <w:p w14:paraId="3C885EB3" w14:textId="77777777" w:rsidR="00187E2C" w:rsidRDefault="00000000">
            <w:pPr>
              <w:keepNext/>
              <w:spacing w:before="22" w:after="6" w:line="245" w:lineRule="auto"/>
            </w:pPr>
            <w:r>
              <w:rPr>
                <w:b/>
                <w:color w:val="000000"/>
                <w:sz w:val="15"/>
              </w:rPr>
              <w:t>3. URA – Moj bralni in pisni napredek – Razčlenjujem jezik</w:t>
            </w:r>
          </w:p>
          <w:p w14:paraId="56A5CE25" w14:textId="77777777" w:rsidR="00187E2C" w:rsidRDefault="00000000">
            <w:pPr>
              <w:spacing w:after="7" w:line="245" w:lineRule="auto"/>
            </w:pPr>
            <w:r>
              <w:rPr>
                <w:b/>
                <w:color w:val="000000"/>
                <w:sz w:val="14"/>
              </w:rPr>
              <w:t xml:space="preserve">Dejavnost učiteljice: </w:t>
            </w:r>
            <w:r>
              <w:rPr>
                <w:color w:val="000000"/>
                <w:sz w:val="14"/>
              </w:rPr>
              <w:t>Pripravi talne kartice glasov, zlogov, besed ali povedi in najprej modelira eno razčlenitev; sproti zbira individualne dokaze in prilagodi oporo.</w:t>
            </w:r>
          </w:p>
          <w:p w14:paraId="31E24878" w14:textId="77777777" w:rsidR="00187E2C" w:rsidRDefault="00000000">
            <w:pPr>
              <w:spacing w:after="7" w:line="245" w:lineRule="auto"/>
            </w:pPr>
            <w:r>
              <w:rPr>
                <w:b/>
                <w:color w:val="000000"/>
                <w:sz w:val="14"/>
              </w:rPr>
              <w:t xml:space="preserve">Dejavnost učencev: </w:t>
            </w:r>
            <w:r>
              <w:rPr>
                <w:color w:val="000000"/>
                <w:sz w:val="14"/>
              </w:rPr>
              <w:t>Ploska, stopa, razstavlja in sestavlja; primer razvrsti ter svojo rešitev preveri s sošolcem; dejavnost poveže s ciljem »samovrednoti strategije«.</w:t>
            </w:r>
          </w:p>
          <w:p w14:paraId="5102F411" w14:textId="77777777" w:rsidR="00187E2C" w:rsidRDefault="00000000">
            <w:pPr>
              <w:spacing w:after="15" w:line="245" w:lineRule="auto"/>
            </w:pPr>
            <w:r>
              <w:rPr>
                <w:i/>
                <w:color w:val="D95BC6"/>
                <w:sz w:val="14"/>
              </w:rPr>
              <w:t>Predvideni dokaz: pravilno sestavljen primer in učenčeva ustna razlaga postopka..</w:t>
            </w:r>
          </w:p>
          <w:p w14:paraId="795A0D29" w14:textId="77777777" w:rsidR="00187E2C" w:rsidRDefault="00000000">
            <w:pPr>
              <w:keepNext/>
              <w:spacing w:before="22" w:after="6" w:line="245" w:lineRule="auto"/>
            </w:pPr>
            <w:r>
              <w:rPr>
                <w:b/>
                <w:color w:val="000000"/>
                <w:sz w:val="15"/>
              </w:rPr>
              <w:t>4. URA – Moj bralni in pisni napredek – Berem z oporo</w:t>
            </w:r>
          </w:p>
          <w:p w14:paraId="0EB7C7B2" w14:textId="77777777" w:rsidR="00187E2C" w:rsidRDefault="00000000">
            <w:pPr>
              <w:spacing w:after="7" w:line="245" w:lineRule="auto"/>
            </w:pPr>
            <w:r>
              <w:rPr>
                <w:b/>
                <w:color w:val="000000"/>
                <w:sz w:val="14"/>
              </w:rPr>
              <w:t xml:space="preserve">Dejavnost učiteljice: </w:t>
            </w:r>
            <w:r>
              <w:rPr>
                <w:color w:val="000000"/>
                <w:sz w:val="14"/>
              </w:rPr>
              <w:t>Izvede modelirano branje: pogledam – povežem – preberem – preverim; ponudi tri zahtevnostne ravni; sproti zbira individualne dokaze in prilagodi oporo.</w:t>
            </w:r>
          </w:p>
          <w:p w14:paraId="3B74BD6C" w14:textId="77777777" w:rsidR="00187E2C" w:rsidRDefault="00000000">
            <w:pPr>
              <w:spacing w:after="7" w:line="245" w:lineRule="auto"/>
            </w:pPr>
            <w:r>
              <w:rPr>
                <w:b/>
                <w:color w:val="000000"/>
                <w:sz w:val="14"/>
              </w:rPr>
              <w:t xml:space="preserve">Dejavnost učencev: </w:t>
            </w:r>
            <w:r>
              <w:rPr>
                <w:color w:val="000000"/>
                <w:sz w:val="14"/>
              </w:rPr>
              <w:t>Bere sliko, znak, besedo ali kratko poved glede na napredek ter podčrta/pokaže očiten podatek; dejavnost poveže s ciljem »samostojno oziroma z dogovorjeno oporo prebere kratko besedilo.</w:t>
            </w:r>
          </w:p>
          <w:p w14:paraId="0893B633" w14:textId="77777777" w:rsidR="00187E2C" w:rsidRDefault="00000000">
            <w:pPr>
              <w:spacing w:after="15" w:line="245" w:lineRule="auto"/>
            </w:pPr>
            <w:r>
              <w:rPr>
                <w:i/>
                <w:color w:val="D95BC6"/>
                <w:sz w:val="14"/>
              </w:rPr>
              <w:t>Predvideni dokaz: individualni bralni zapis, označen podatek in učenčeva izbrana strategija..</w:t>
            </w:r>
          </w:p>
          <w:p w14:paraId="25C16D77" w14:textId="77777777" w:rsidR="00187E2C" w:rsidRDefault="00000000">
            <w:pPr>
              <w:keepNext/>
              <w:spacing w:before="22" w:after="6" w:line="245" w:lineRule="auto"/>
            </w:pPr>
            <w:r>
              <w:rPr>
                <w:b/>
                <w:color w:val="000000"/>
                <w:sz w:val="15"/>
              </w:rPr>
              <w:t>5. URA – Moj bralni in pisni napredek – Pišem in ustvarjam</w:t>
            </w:r>
          </w:p>
          <w:p w14:paraId="089124C8" w14:textId="77777777" w:rsidR="00187E2C" w:rsidRDefault="00000000">
            <w:pPr>
              <w:spacing w:after="7" w:line="245" w:lineRule="auto"/>
            </w:pPr>
            <w:r>
              <w:rPr>
                <w:b/>
                <w:color w:val="000000"/>
                <w:sz w:val="14"/>
              </w:rPr>
              <w:t xml:space="preserve">Dejavnost učiteljice: </w:t>
            </w:r>
            <w:r>
              <w:rPr>
                <w:color w:val="000000"/>
                <w:sz w:val="14"/>
              </w:rPr>
              <w:t>Pokaže grafomotorični ali pisni korak, nato umakne model in opazuje individualno izvedbo; sproti zbira individualne dokaze in prilagodi oporo.</w:t>
            </w:r>
          </w:p>
          <w:p w14:paraId="433CC920" w14:textId="77777777" w:rsidR="00187E2C" w:rsidRDefault="00000000">
            <w:pPr>
              <w:spacing w:after="7" w:line="245" w:lineRule="auto"/>
            </w:pPr>
            <w:r>
              <w:rPr>
                <w:b/>
                <w:color w:val="000000"/>
                <w:sz w:val="14"/>
              </w:rPr>
              <w:t xml:space="preserve">Dejavnost učencev: </w:t>
            </w:r>
            <w:r>
              <w:rPr>
                <w:color w:val="000000"/>
                <w:sz w:val="14"/>
              </w:rPr>
              <w:t>Najprej potezo izvede s celim telesom, nato v pesku/zraku in na listu; zapiše znak, besedo ali poved po svojih zmožnostih; dejavnost poveže s ciljem »bere izbrano besedilo«.</w:t>
            </w:r>
          </w:p>
          <w:p w14:paraId="0DFC9A82" w14:textId="77777777" w:rsidR="00187E2C" w:rsidRDefault="00000000">
            <w:pPr>
              <w:spacing w:after="15" w:line="245" w:lineRule="auto"/>
            </w:pPr>
            <w:r>
              <w:rPr>
                <w:i/>
                <w:color w:val="D95BC6"/>
                <w:sz w:val="14"/>
              </w:rPr>
              <w:t>Predvideni dokaz: datiran zapis v mapi in kratek komentar učenca o najuspešnejšem delu..</w:t>
            </w:r>
          </w:p>
          <w:p w14:paraId="2EC02473" w14:textId="77777777" w:rsidR="00187E2C" w:rsidRDefault="00000000">
            <w:pPr>
              <w:keepNext/>
              <w:spacing w:before="22" w:after="6" w:line="245" w:lineRule="auto"/>
            </w:pPr>
            <w:r>
              <w:rPr>
                <w:b/>
                <w:color w:val="000000"/>
                <w:sz w:val="15"/>
              </w:rPr>
              <w:t>6. URA – Moj bralni in pisni napredek – Portfolio in samovrednotenje</w:t>
            </w:r>
          </w:p>
          <w:p w14:paraId="1C432499" w14:textId="77777777" w:rsidR="00187E2C" w:rsidRDefault="00000000">
            <w:pPr>
              <w:spacing w:after="7" w:line="245" w:lineRule="auto"/>
            </w:pPr>
            <w:r>
              <w:rPr>
                <w:b/>
                <w:color w:val="000000"/>
                <w:sz w:val="14"/>
              </w:rPr>
              <w:t xml:space="preserve">Dejavnost učiteljice: </w:t>
            </w:r>
            <w:r>
              <w:rPr>
                <w:color w:val="000000"/>
                <w:sz w:val="14"/>
              </w:rPr>
              <w:t>Organizira bralno-pisni portfolij in zaključni pogovor o napredku. Modelira izbiro dokaza ter opisno samovrednotenje glede na dogovorjena merila; sproti ponudi povratno informacijo.</w:t>
            </w:r>
          </w:p>
          <w:p w14:paraId="56DFCCBC" w14:textId="77777777" w:rsidR="00187E2C" w:rsidRDefault="00000000">
            <w:pPr>
              <w:spacing w:after="7" w:line="245" w:lineRule="auto"/>
            </w:pPr>
            <w:r>
              <w:rPr>
                <w:b/>
                <w:color w:val="000000"/>
                <w:sz w:val="14"/>
              </w:rPr>
              <w:t xml:space="preserve">Dejavnost učencev: </w:t>
            </w:r>
            <w:r>
              <w:rPr>
                <w:color w:val="000000"/>
                <w:sz w:val="14"/>
              </w:rPr>
              <w:t>Izbere dokaz napredka, ga primerja s starejšim izdelkom, pojasni izboljšanje in pove oziroma zapiše naslednji korak.</w:t>
            </w:r>
          </w:p>
          <w:p w14:paraId="62BE2941" w14:textId="77777777" w:rsidR="00187E2C" w:rsidRDefault="00000000">
            <w:pPr>
              <w:spacing w:after="15" w:line="245" w:lineRule="auto"/>
            </w:pPr>
            <w:r>
              <w:rPr>
                <w:i/>
                <w:color w:val="D95BC6"/>
                <w:sz w:val="14"/>
              </w:rPr>
              <w:t>Predvideni dokaz: izbrani dokaz iz portfolija, primerjava napredka, samovrednotenje in naslednji korak.</w:t>
            </w:r>
          </w:p>
          <w:tbl>
            <w:tblPr>
              <w:tblStyle w:val="Tabelamrea"/>
              <w:tblW w:w="0" w:type="auto"/>
              <w:jc w:val="center"/>
              <w:tblLayout w:type="fixed"/>
              <w:tblLook w:val="04A0" w:firstRow="1" w:lastRow="0" w:firstColumn="1" w:lastColumn="0" w:noHBand="0" w:noVBand="1"/>
            </w:tblPr>
            <w:tblGrid>
              <w:gridCol w:w="7087"/>
            </w:tblGrid>
            <w:tr w:rsidR="00187E2C" w14:paraId="4F8F7CF7" w14:textId="77777777">
              <w:trPr>
                <w:jc w:val="center"/>
              </w:trPr>
              <w:tc>
                <w:tcPr>
                  <w:tcW w:w="7087" w:type="dxa"/>
                  <w:shd w:val="clear" w:color="auto" w:fill="EDC9EA"/>
                  <w:tcMar>
                    <w:top w:w="45" w:type="dxa"/>
                    <w:left w:w="70" w:type="dxa"/>
                    <w:bottom w:w="45" w:type="dxa"/>
                    <w:right w:w="70" w:type="dxa"/>
                  </w:tcMar>
                </w:tcPr>
                <w:p w14:paraId="34417E1A" w14:textId="77777777" w:rsidR="00187E2C" w:rsidRDefault="00000000">
                  <w:pPr>
                    <w:keepNext/>
                  </w:pPr>
                  <w:r>
                    <w:rPr>
                      <w:b/>
                      <w:color w:val="000000"/>
                      <w:sz w:val="17"/>
                    </w:rPr>
                    <w:t>POVRATNA INFORMACIJA UČITELJICE MED DELOM</w:t>
                  </w:r>
                </w:p>
              </w:tc>
            </w:tr>
          </w:tbl>
          <w:p w14:paraId="4EBA018C" w14:textId="77777777" w:rsidR="00187E2C" w:rsidRDefault="00187E2C"/>
          <w:p w14:paraId="50DA2E53"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5D301784" w14:textId="77777777" w:rsidR="00187E2C" w:rsidRDefault="00187E2C"/>
          <w:p w14:paraId="19031C57" w14:textId="77777777" w:rsidR="00187E2C" w:rsidRDefault="00000000">
            <w:pPr>
              <w:spacing w:after="4" w:line="245" w:lineRule="auto"/>
            </w:pPr>
            <w:r>
              <w:rPr>
                <w:b/>
                <w:color w:val="000000"/>
                <w:sz w:val="15"/>
              </w:rPr>
              <w:t>1. URA – Berem tekoče in se poslušam</w:t>
            </w:r>
          </w:p>
          <w:p w14:paraId="2762F2F9" w14:textId="77777777" w:rsidR="00187E2C" w:rsidRDefault="00000000">
            <w:pPr>
              <w:spacing w:after="7" w:line="245" w:lineRule="auto"/>
            </w:pPr>
            <w:r>
              <w:rPr>
                <w:color w:val="000000"/>
                <w:sz w:val="14"/>
              </w:rPr>
              <w:t>Besedilo na Bralnem listu 38 bere po delih ali povezano, odgovori na vprašanji.</w:t>
            </w:r>
          </w:p>
          <w:p w14:paraId="1A100B3B" w14:textId="77777777" w:rsidR="00187E2C" w:rsidRDefault="00000000">
            <w:pPr>
              <w:spacing w:after="15" w:line="245" w:lineRule="auto"/>
            </w:pPr>
            <w:r>
              <w:rPr>
                <w:color w:val="D95BC6"/>
                <w:sz w:val="13"/>
              </w:rPr>
              <w:t>Dokaz: glasno branje, dva odgovora in primerjava prvega ter tretjega branja.</w:t>
            </w:r>
          </w:p>
          <w:p w14:paraId="748BA8ED" w14:textId="77777777" w:rsidR="00187E2C" w:rsidRDefault="00000000">
            <w:pPr>
              <w:spacing w:after="4" w:line="245" w:lineRule="auto"/>
            </w:pPr>
            <w:r>
              <w:rPr>
                <w:b/>
                <w:color w:val="000000"/>
                <w:sz w:val="15"/>
              </w:rPr>
              <w:t>2. URA – Moj bralni in pisni napredek – Govorim in pojasnjujem</w:t>
            </w:r>
          </w:p>
          <w:p w14:paraId="2CDC8BC7" w14:textId="77777777" w:rsidR="00187E2C" w:rsidRDefault="00000000">
            <w:pPr>
              <w:spacing w:after="7" w:line="245" w:lineRule="auto"/>
            </w:pPr>
            <w:r>
              <w:rPr>
                <w:color w:val="000000"/>
                <w:sz w:val="14"/>
              </w:rPr>
              <w:t>V paru govori in posluša, zamenja vlogo, postavi vprašanje ter uporabi besedo iz tedenske besedne banke.</w:t>
            </w:r>
          </w:p>
          <w:p w14:paraId="23EB188D" w14:textId="77777777" w:rsidR="00187E2C" w:rsidRDefault="00000000">
            <w:pPr>
              <w:spacing w:after="15" w:line="245" w:lineRule="auto"/>
            </w:pPr>
            <w:r>
              <w:rPr>
                <w:color w:val="D95BC6"/>
                <w:sz w:val="13"/>
              </w:rPr>
              <w:t>Dokaz: zvočni posnetek ali anekdotski zapis kratke izmenjave.</w:t>
            </w:r>
          </w:p>
          <w:p w14:paraId="0D19A91A" w14:textId="77777777" w:rsidR="00187E2C" w:rsidRDefault="00000000">
            <w:pPr>
              <w:spacing w:after="4" w:line="245" w:lineRule="auto"/>
            </w:pPr>
            <w:r>
              <w:rPr>
                <w:b/>
                <w:color w:val="000000"/>
                <w:sz w:val="15"/>
              </w:rPr>
              <w:t>3. URA – Moj bralni in pisni napredek – Razčlenjujem jezik</w:t>
            </w:r>
          </w:p>
          <w:p w14:paraId="2C78EFB0" w14:textId="77777777" w:rsidR="00187E2C" w:rsidRDefault="00000000">
            <w:pPr>
              <w:spacing w:after="7" w:line="245" w:lineRule="auto"/>
            </w:pPr>
            <w:r>
              <w:rPr>
                <w:color w:val="000000"/>
                <w:sz w:val="14"/>
              </w:rPr>
              <w:t>Ploska, stopa, razstavlja in sestavlja; primer razvrsti ter svojo rešitev preveri s sošolcem.</w:t>
            </w:r>
          </w:p>
          <w:p w14:paraId="368FF0FB" w14:textId="77777777" w:rsidR="00187E2C" w:rsidRDefault="00000000">
            <w:pPr>
              <w:spacing w:after="15" w:line="245" w:lineRule="auto"/>
            </w:pPr>
            <w:r>
              <w:rPr>
                <w:color w:val="D95BC6"/>
                <w:sz w:val="13"/>
              </w:rPr>
              <w:t>Dokaz: pravilno sestavljen primer in učenčeva ustna razlaga postopka.</w:t>
            </w:r>
          </w:p>
          <w:p w14:paraId="4B1C8FF2" w14:textId="77777777" w:rsidR="00187E2C" w:rsidRDefault="00000000">
            <w:pPr>
              <w:spacing w:after="4" w:line="245" w:lineRule="auto"/>
            </w:pPr>
            <w:r>
              <w:rPr>
                <w:b/>
                <w:color w:val="000000"/>
                <w:sz w:val="15"/>
              </w:rPr>
              <w:t>4. URA – Moj bralni in pisni napredek – Berem z oporo</w:t>
            </w:r>
          </w:p>
          <w:p w14:paraId="21CB0AB0" w14:textId="77777777" w:rsidR="00187E2C" w:rsidRDefault="00000000">
            <w:pPr>
              <w:spacing w:after="7" w:line="245" w:lineRule="auto"/>
            </w:pPr>
            <w:r>
              <w:rPr>
                <w:color w:val="000000"/>
                <w:sz w:val="14"/>
              </w:rPr>
              <w:t>Bere sliko, znak, besedo ali kratko poved glede na napredek ter podčrta/pokaže očiten podatek.</w:t>
            </w:r>
          </w:p>
          <w:p w14:paraId="0565B844" w14:textId="77777777" w:rsidR="00187E2C" w:rsidRDefault="00000000">
            <w:pPr>
              <w:spacing w:after="15" w:line="245" w:lineRule="auto"/>
            </w:pPr>
            <w:r>
              <w:rPr>
                <w:color w:val="D95BC6"/>
                <w:sz w:val="13"/>
              </w:rPr>
              <w:t>Dokaz: individualni bralni zapis, označen podatek in učenčeva izbrana strategija.</w:t>
            </w:r>
          </w:p>
          <w:p w14:paraId="2A5AB044" w14:textId="77777777" w:rsidR="00187E2C" w:rsidRDefault="00000000">
            <w:pPr>
              <w:spacing w:after="4" w:line="245" w:lineRule="auto"/>
            </w:pPr>
            <w:r>
              <w:rPr>
                <w:b/>
                <w:color w:val="000000"/>
                <w:sz w:val="15"/>
              </w:rPr>
              <w:t>5. URA – Moj bralni in pisni napredek – Pišem in ustvarjam</w:t>
            </w:r>
          </w:p>
          <w:p w14:paraId="7428F6F1" w14:textId="77777777" w:rsidR="00187E2C" w:rsidRDefault="00000000">
            <w:pPr>
              <w:spacing w:after="7" w:line="245" w:lineRule="auto"/>
            </w:pPr>
            <w:r>
              <w:rPr>
                <w:color w:val="000000"/>
                <w:sz w:val="14"/>
              </w:rPr>
              <w:t>Najprej potezo izvede s celim telesom, nato v pesku/zraku in na listu; zapiše znak.</w:t>
            </w:r>
          </w:p>
          <w:p w14:paraId="62967E60" w14:textId="77777777" w:rsidR="00187E2C" w:rsidRDefault="00000000">
            <w:pPr>
              <w:spacing w:after="15" w:line="245" w:lineRule="auto"/>
            </w:pPr>
            <w:r>
              <w:rPr>
                <w:color w:val="D95BC6"/>
                <w:sz w:val="13"/>
              </w:rPr>
              <w:t>Dokaz: datiran zapis v mapi in kratek komentar učenca o najuspešnejšem delu.</w:t>
            </w:r>
          </w:p>
          <w:p w14:paraId="427B0869" w14:textId="77777777" w:rsidR="00187E2C" w:rsidRDefault="00000000">
            <w:pPr>
              <w:spacing w:after="4" w:line="245" w:lineRule="auto"/>
            </w:pPr>
            <w:r>
              <w:rPr>
                <w:b/>
                <w:color w:val="000000"/>
                <w:sz w:val="15"/>
              </w:rPr>
              <w:t>6. URA – Moj bralni in pisni napredek – Portfolio in.</w:t>
            </w:r>
          </w:p>
          <w:p w14:paraId="04FE6E54" w14:textId="77777777" w:rsidR="00187E2C" w:rsidRDefault="00000000">
            <w:pPr>
              <w:spacing w:after="7" w:line="245" w:lineRule="auto"/>
            </w:pPr>
            <w:r>
              <w:rPr>
                <w:color w:val="000000"/>
                <w:sz w:val="14"/>
              </w:rPr>
              <w:t>Izbere dokaz napredka, ga primerja s starejšim izdelkom, pojasni izboljšanje in pove oziroma zapiše naslednji.</w:t>
            </w:r>
          </w:p>
          <w:p w14:paraId="2FDB3940" w14:textId="77777777" w:rsidR="00187E2C" w:rsidRDefault="00000000">
            <w:pPr>
              <w:spacing w:after="15" w:line="245" w:lineRule="auto"/>
            </w:pPr>
            <w:r>
              <w:rPr>
                <w:color w:val="D95BC6"/>
                <w:sz w:val="13"/>
              </w:rPr>
              <w:t>Dokaz: izbrani dokaz iz portfolija, primerjava napredka.</w:t>
            </w:r>
          </w:p>
        </w:tc>
      </w:tr>
    </w:tbl>
    <w:p w14:paraId="36F9172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3705359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CF9B95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34707DB" w14:textId="77777777" w:rsidR="00187E2C" w:rsidRDefault="00000000">
            <w:pPr>
              <w:jc w:val="center"/>
            </w:pPr>
            <w:r>
              <w:rPr>
                <w:b/>
                <w:color w:val="000000"/>
                <w:sz w:val="20"/>
              </w:rPr>
              <w:t>UČNE DEJAVNOSTI, METODE IN FORMATIVNO SPREMLJANJE</w:t>
            </w:r>
          </w:p>
        </w:tc>
      </w:tr>
      <w:tr w:rsidR="00187E2C" w14:paraId="6B4F80E9" w14:textId="77777777">
        <w:trPr>
          <w:tblHeader/>
          <w:jc w:val="center"/>
        </w:trPr>
        <w:tc>
          <w:tcPr>
            <w:tcW w:w="4422" w:type="dxa"/>
            <w:vMerge/>
            <w:tcMar>
              <w:top w:w="70" w:type="dxa"/>
              <w:left w:w="90" w:type="dxa"/>
              <w:bottom w:w="70" w:type="dxa"/>
              <w:right w:w="90" w:type="dxa"/>
            </w:tcMar>
            <w:vAlign w:val="center"/>
          </w:tcPr>
          <w:p w14:paraId="5DE51A26" w14:textId="77777777" w:rsidR="00187E2C" w:rsidRDefault="00187E2C"/>
        </w:tc>
        <w:tc>
          <w:tcPr>
            <w:tcW w:w="7087" w:type="dxa"/>
            <w:shd w:val="clear" w:color="auto" w:fill="FFFFFF"/>
            <w:tcMar>
              <w:top w:w="70" w:type="dxa"/>
              <w:left w:w="90" w:type="dxa"/>
              <w:bottom w:w="70" w:type="dxa"/>
              <w:right w:w="90" w:type="dxa"/>
            </w:tcMar>
            <w:vAlign w:val="center"/>
          </w:tcPr>
          <w:p w14:paraId="3929042A"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591895C" w14:textId="77777777" w:rsidR="00187E2C" w:rsidRDefault="00000000">
            <w:pPr>
              <w:jc w:val="center"/>
            </w:pPr>
            <w:r>
              <w:rPr>
                <w:b/>
                <w:color w:val="000000"/>
              </w:rPr>
              <w:t>UČENEC</w:t>
            </w:r>
          </w:p>
        </w:tc>
      </w:tr>
      <w:tr w:rsidR="00187E2C" w14:paraId="19D90C2B" w14:textId="77777777">
        <w:trPr>
          <w:jc w:val="center"/>
        </w:trPr>
        <w:tc>
          <w:tcPr>
            <w:tcW w:w="4422" w:type="dxa"/>
            <w:tcMar>
              <w:top w:w="70" w:type="dxa"/>
              <w:left w:w="90" w:type="dxa"/>
              <w:bottom w:w="70" w:type="dxa"/>
              <w:right w:w="90" w:type="dxa"/>
            </w:tcMar>
          </w:tcPr>
          <w:p w14:paraId="64115976" w14:textId="77777777" w:rsidR="00187E2C" w:rsidRDefault="00187E2C"/>
          <w:p w14:paraId="08A1F696" w14:textId="77777777" w:rsidR="00187E2C" w:rsidRDefault="00000000">
            <w:pPr>
              <w:spacing w:after="40" w:line="245" w:lineRule="auto"/>
            </w:pPr>
            <w:r>
              <w:rPr>
                <w:b/>
                <w:color w:val="000000"/>
              </w:rPr>
              <w:t>FORMATIVNO SPREMLJANJE</w:t>
            </w:r>
          </w:p>
          <w:p w14:paraId="487D8F7D"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13F694B1"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75B2FB73"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E6570F9"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44ABE696" w14:textId="77777777" w:rsidR="00187E2C" w:rsidRDefault="00000000">
            <w:pPr>
              <w:spacing w:before="40" w:after="20" w:line="245" w:lineRule="auto"/>
            </w:pPr>
            <w:r>
              <w:rPr>
                <w:b/>
                <w:color w:val="000000"/>
                <w:sz w:val="17"/>
              </w:rPr>
              <w:t>VARNOST IN ODGOVORNOST</w:t>
            </w:r>
          </w:p>
          <w:p w14:paraId="11B9D226"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20BFC47D" w14:textId="77777777" w:rsidR="00187E2C" w:rsidRDefault="00000000">
            <w:pPr>
              <w:spacing w:after="20" w:line="245" w:lineRule="auto"/>
            </w:pPr>
            <w:r>
              <w:rPr>
                <w:b/>
                <w:color w:val="000000"/>
                <w:sz w:val="17"/>
              </w:rPr>
              <w:t>EVIDENCA PO IZVEDBI</w:t>
            </w:r>
          </w:p>
          <w:p w14:paraId="77E1AA3A"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274C6377"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1D2675E8" w14:textId="77777777">
              <w:trPr>
                <w:jc w:val="center"/>
              </w:trPr>
              <w:tc>
                <w:tcPr>
                  <w:tcW w:w="7087" w:type="dxa"/>
                  <w:shd w:val="clear" w:color="auto" w:fill="EDC9EA"/>
                  <w:tcMar>
                    <w:top w:w="45" w:type="dxa"/>
                    <w:left w:w="70" w:type="dxa"/>
                    <w:bottom w:w="45" w:type="dxa"/>
                    <w:right w:w="70" w:type="dxa"/>
                  </w:tcMar>
                </w:tcPr>
                <w:p w14:paraId="38909164" w14:textId="77777777" w:rsidR="00187E2C" w:rsidRDefault="00000000">
                  <w:pPr>
                    <w:keepNext/>
                  </w:pPr>
                  <w:r>
                    <w:rPr>
                      <w:b/>
                      <w:color w:val="000000"/>
                    </w:rPr>
                    <w:t>VPRAŠANJA V PODPORO JEZIKOVNEMU, BRALNEMU IN KNJIŽEVNEMU UČENJU</w:t>
                  </w:r>
                </w:p>
              </w:tc>
            </w:tr>
          </w:tbl>
          <w:p w14:paraId="6786112E" w14:textId="77777777" w:rsidR="00187E2C" w:rsidRDefault="00187E2C">
            <w:pPr>
              <w:spacing w:line="20" w:lineRule="exact"/>
            </w:pPr>
          </w:p>
          <w:p w14:paraId="1D4E11FE" w14:textId="77777777" w:rsidR="00187E2C" w:rsidRDefault="00000000">
            <w:pPr>
              <w:pStyle w:val="Oznaenseznam"/>
              <w:spacing w:after="16"/>
            </w:pPr>
            <w:r>
              <w:rPr>
                <w:color w:val="000000"/>
                <w:sz w:val="16"/>
              </w:rPr>
              <w:t>Kaj ti je naslovnica, slika, predmet, zvok ali gib pomagal razumeti?</w:t>
            </w:r>
          </w:p>
          <w:p w14:paraId="5714EF8D" w14:textId="77777777" w:rsidR="00187E2C" w:rsidRDefault="00000000">
            <w:pPr>
              <w:pStyle w:val="Oznaenseznam"/>
              <w:spacing w:after="16"/>
            </w:pPr>
            <w:r>
              <w:rPr>
                <w:color w:val="000000"/>
                <w:sz w:val="16"/>
              </w:rPr>
              <w:t>Kako si našel/-la glas, črko, zlog, besedo ali bistveni podatek?</w:t>
            </w:r>
          </w:p>
          <w:p w14:paraId="5936C97D" w14:textId="77777777" w:rsidR="00187E2C" w:rsidRDefault="00000000">
            <w:pPr>
              <w:pStyle w:val="Oznaenseznam"/>
              <w:spacing w:after="16"/>
            </w:pPr>
            <w:r>
              <w:rPr>
                <w:color w:val="000000"/>
                <w:sz w:val="16"/>
              </w:rPr>
              <w:t>Kako veš, da tvoja pripoved, branje ali zapis dosega dogovorjeni kriterij?</w:t>
            </w:r>
          </w:p>
          <w:p w14:paraId="25DCB560" w14:textId="77777777" w:rsidR="00187E2C" w:rsidRDefault="00000000">
            <w:pPr>
              <w:pStyle w:val="Oznaenseznam"/>
              <w:spacing w:after="16"/>
            </w:pPr>
            <w:r>
              <w:rPr>
                <w:color w:val="000000"/>
                <w:sz w:val="16"/>
              </w:rPr>
              <w:t>Ali lahko svoje razumevanje pokažeš še z drugim načinom – govorom, gibanjem, risbo, branjem ali zapisom?</w:t>
            </w:r>
          </w:p>
          <w:p w14:paraId="1F26EC1C"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38A7A841" w14:textId="77777777">
              <w:trPr>
                <w:jc w:val="center"/>
              </w:trPr>
              <w:tc>
                <w:tcPr>
                  <w:tcW w:w="7087" w:type="dxa"/>
                  <w:shd w:val="clear" w:color="auto" w:fill="C6E7F3"/>
                  <w:tcMar>
                    <w:top w:w="45" w:type="dxa"/>
                    <w:left w:w="70" w:type="dxa"/>
                    <w:bottom w:w="45" w:type="dxa"/>
                    <w:right w:w="70" w:type="dxa"/>
                  </w:tcMar>
                </w:tcPr>
                <w:p w14:paraId="333CA58C" w14:textId="77777777" w:rsidR="00187E2C" w:rsidRDefault="00000000">
                  <w:pPr>
                    <w:keepNext/>
                  </w:pPr>
                  <w:r>
                    <w:rPr>
                      <w:b/>
                      <w:color w:val="000000"/>
                    </w:rPr>
                    <w:t>ZAKLJUČNI DEL – UTRJEVANJE, BRALNI ODZIV IN REFLEKSIJA (10–15 min)</w:t>
                  </w:r>
                </w:p>
              </w:tc>
            </w:tr>
          </w:tbl>
          <w:p w14:paraId="12EE8887" w14:textId="77777777" w:rsidR="00187E2C" w:rsidRDefault="00187E2C">
            <w:pPr>
              <w:spacing w:line="20" w:lineRule="exact"/>
            </w:pPr>
          </w:p>
          <w:p w14:paraId="63F85E62"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0CCD1AD3" w14:textId="77777777">
              <w:trPr>
                <w:jc w:val="center"/>
              </w:trPr>
              <w:tc>
                <w:tcPr>
                  <w:tcW w:w="7087" w:type="dxa"/>
                  <w:shd w:val="clear" w:color="auto" w:fill="EDC9EA"/>
                  <w:tcMar>
                    <w:top w:w="45" w:type="dxa"/>
                    <w:left w:w="70" w:type="dxa"/>
                    <w:bottom w:w="45" w:type="dxa"/>
                    <w:right w:w="70" w:type="dxa"/>
                  </w:tcMar>
                </w:tcPr>
                <w:p w14:paraId="4A49D069" w14:textId="77777777" w:rsidR="00187E2C" w:rsidRDefault="00000000">
                  <w:pPr>
                    <w:keepNext/>
                  </w:pPr>
                  <w:r>
                    <w:rPr>
                      <w:b/>
                      <w:color w:val="000000"/>
                    </w:rPr>
                    <w:t>SAMOVREDNOTENJE</w:t>
                  </w:r>
                </w:p>
              </w:tc>
            </w:tr>
          </w:tbl>
          <w:p w14:paraId="338AB97D" w14:textId="77777777" w:rsidR="00187E2C" w:rsidRDefault="00187E2C">
            <w:pPr>
              <w:spacing w:line="20" w:lineRule="exact"/>
            </w:pPr>
          </w:p>
          <w:p w14:paraId="6BFACA06"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1FFB5B87" w14:textId="77777777">
              <w:trPr>
                <w:jc w:val="center"/>
              </w:trPr>
              <w:tc>
                <w:tcPr>
                  <w:tcW w:w="7087" w:type="dxa"/>
                  <w:shd w:val="clear" w:color="auto" w:fill="EDC9EA"/>
                  <w:tcMar>
                    <w:top w:w="45" w:type="dxa"/>
                    <w:left w:w="70" w:type="dxa"/>
                    <w:bottom w:w="45" w:type="dxa"/>
                    <w:right w:w="70" w:type="dxa"/>
                  </w:tcMar>
                </w:tcPr>
                <w:p w14:paraId="0F252B50" w14:textId="77777777" w:rsidR="00187E2C" w:rsidRDefault="00000000">
                  <w:pPr>
                    <w:keepNext/>
                  </w:pPr>
                  <w:r>
                    <w:rPr>
                      <w:b/>
                      <w:color w:val="000000"/>
                    </w:rPr>
                    <w:t>VRSTNIŠKO VREDNOTENJE</w:t>
                  </w:r>
                </w:p>
              </w:tc>
            </w:tr>
          </w:tbl>
          <w:p w14:paraId="08F31E1E" w14:textId="77777777" w:rsidR="00187E2C" w:rsidRDefault="00187E2C">
            <w:pPr>
              <w:spacing w:line="20" w:lineRule="exact"/>
            </w:pPr>
          </w:p>
          <w:p w14:paraId="71D710BB"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24475F67" w14:textId="77777777">
              <w:trPr>
                <w:jc w:val="center"/>
              </w:trPr>
              <w:tc>
                <w:tcPr>
                  <w:tcW w:w="7087" w:type="dxa"/>
                  <w:shd w:val="clear" w:color="auto" w:fill="EDC9EA"/>
                  <w:tcMar>
                    <w:top w:w="45" w:type="dxa"/>
                    <w:left w:w="70" w:type="dxa"/>
                    <w:bottom w:w="45" w:type="dxa"/>
                    <w:right w:w="70" w:type="dxa"/>
                  </w:tcMar>
                </w:tcPr>
                <w:p w14:paraId="62A9B9BC" w14:textId="77777777" w:rsidR="00187E2C" w:rsidRDefault="00000000">
                  <w:pPr>
                    <w:keepNext/>
                  </w:pPr>
                  <w:r>
                    <w:rPr>
                      <w:b/>
                      <w:color w:val="000000"/>
                    </w:rPr>
                    <w:t>SKUPNI POVZETEK</w:t>
                  </w:r>
                </w:p>
              </w:tc>
            </w:tr>
          </w:tbl>
          <w:p w14:paraId="6123C0CB" w14:textId="77777777" w:rsidR="00187E2C" w:rsidRDefault="00187E2C"/>
          <w:p w14:paraId="33A80570" w14:textId="77777777" w:rsidR="00187E2C" w:rsidRDefault="00000000">
            <w:pPr>
              <w:spacing w:before="20" w:after="40" w:line="245" w:lineRule="auto"/>
            </w:pPr>
            <w:r>
              <w:rPr>
                <w:b/>
                <w:color w:val="000000"/>
                <w:sz w:val="16"/>
              </w:rPr>
              <w:t>prebere kratko besedilo in poiščem očiten podatek; zapišem eno ali več smiselnih povedi; uporabim veliko začetnico in ustrezno končno ločilo. Svoj dokaz pojasnim in po povratni informaciji izboljšam.</w:t>
            </w:r>
          </w:p>
        </w:tc>
        <w:tc>
          <w:tcPr>
            <w:tcW w:w="2551" w:type="dxa"/>
            <w:tcMar>
              <w:top w:w="70" w:type="dxa"/>
              <w:left w:w="90" w:type="dxa"/>
              <w:bottom w:w="70" w:type="dxa"/>
              <w:right w:w="90" w:type="dxa"/>
            </w:tcMar>
          </w:tcPr>
          <w:p w14:paraId="4FE55D6C" w14:textId="77777777" w:rsidR="00187E2C" w:rsidRDefault="00187E2C"/>
          <w:p w14:paraId="2D3DD9DE" w14:textId="77777777" w:rsidR="00187E2C" w:rsidRDefault="00000000">
            <w:pPr>
              <w:spacing w:after="100" w:line="245" w:lineRule="auto"/>
            </w:pPr>
            <w:r>
              <w:rPr>
                <w:color w:val="000000"/>
                <w:sz w:val="16"/>
              </w:rPr>
              <w:t>Odgovarja na podporna vprašanja ter se sklicuje na poslušano besedilo, sliko, govor, bralni list ali zapis.</w:t>
            </w:r>
          </w:p>
          <w:p w14:paraId="38DBE720" w14:textId="77777777" w:rsidR="00187E2C" w:rsidRDefault="00000000">
            <w:pPr>
              <w:spacing w:after="100" w:line="245" w:lineRule="auto"/>
            </w:pPr>
            <w:r>
              <w:rPr>
                <w:color w:val="000000"/>
                <w:sz w:val="16"/>
              </w:rPr>
              <w:t>Primerja začetni odziv z novim dokazom in pojasni, kaj se je naučil/-a.</w:t>
            </w:r>
          </w:p>
          <w:p w14:paraId="673E896B" w14:textId="77777777" w:rsidR="00187E2C" w:rsidRDefault="00000000">
            <w:pPr>
              <w:spacing w:after="100" w:line="245" w:lineRule="auto"/>
            </w:pPr>
            <w:r>
              <w:rPr>
                <w:color w:val="000000"/>
                <w:sz w:val="16"/>
              </w:rPr>
              <w:t>Izbere raven samostojnosti in določi naslednji korak.</w:t>
            </w:r>
          </w:p>
          <w:p w14:paraId="652AC30F" w14:textId="77777777" w:rsidR="00187E2C" w:rsidRDefault="00000000">
            <w:pPr>
              <w:spacing w:after="100" w:line="245" w:lineRule="auto"/>
            </w:pPr>
            <w:r>
              <w:rPr>
                <w:color w:val="000000"/>
                <w:sz w:val="16"/>
              </w:rPr>
              <w:t>Sošolcu poda prijazen in konkreten odziv, vezan na kriterij.</w:t>
            </w:r>
          </w:p>
          <w:p w14:paraId="3489F396" w14:textId="77777777" w:rsidR="00187E2C" w:rsidRDefault="00000000">
            <w:pPr>
              <w:spacing w:after="20" w:line="245" w:lineRule="auto"/>
            </w:pPr>
            <w:r>
              <w:rPr>
                <w:b/>
                <w:color w:val="D95BC6"/>
                <w:sz w:val="17"/>
              </w:rPr>
              <w:t>DOKAZ O UČENJU</w:t>
            </w:r>
          </w:p>
          <w:p w14:paraId="2B5292DE"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36B485F8"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187E2C" w14:paraId="5B654165" w14:textId="77777777">
        <w:trPr>
          <w:cantSplit/>
          <w:jc w:val="center"/>
        </w:trPr>
        <w:tc>
          <w:tcPr>
            <w:tcW w:w="14060" w:type="dxa"/>
            <w:gridSpan w:val="6"/>
            <w:tcMar>
              <w:top w:w="70" w:type="dxa"/>
              <w:left w:w="90" w:type="dxa"/>
              <w:bottom w:w="70" w:type="dxa"/>
              <w:right w:w="90" w:type="dxa"/>
            </w:tcMar>
            <w:vAlign w:val="center"/>
          </w:tcPr>
          <w:p w14:paraId="46844559" w14:textId="77777777" w:rsidR="00187E2C" w:rsidRDefault="00000000">
            <w:pPr>
              <w:jc w:val="center"/>
            </w:pPr>
            <w:r>
              <w:rPr>
                <w:b/>
                <w:color w:val="000000"/>
                <w:sz w:val="24"/>
              </w:rPr>
              <w:lastRenderedPageBreak/>
              <w:t>UČNA PRIPRAVA 39/39</w:t>
            </w:r>
          </w:p>
        </w:tc>
      </w:tr>
      <w:tr w:rsidR="00187E2C" w14:paraId="1B8A20C9" w14:textId="77777777">
        <w:trPr>
          <w:jc w:val="center"/>
        </w:trPr>
        <w:tc>
          <w:tcPr>
            <w:tcW w:w="2665" w:type="dxa"/>
            <w:tcMar>
              <w:top w:w="70" w:type="dxa"/>
              <w:left w:w="90" w:type="dxa"/>
              <w:bottom w:w="70" w:type="dxa"/>
              <w:right w:w="90" w:type="dxa"/>
            </w:tcMar>
            <w:vAlign w:val="center"/>
          </w:tcPr>
          <w:p w14:paraId="568AA644" w14:textId="77777777" w:rsidR="00187E2C"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0197218" w14:textId="77777777" w:rsidR="00187E2C" w:rsidRDefault="00000000">
            <w:r>
              <w:rPr>
                <w:b/>
                <w:color w:val="000000"/>
                <w:sz w:val="16"/>
              </w:rPr>
              <w:t xml:space="preserve">PREDMET: </w:t>
            </w:r>
            <w:r>
              <w:rPr>
                <w:color w:val="000000"/>
                <w:sz w:val="16"/>
              </w:rPr>
              <w:t>Slovenščina</w:t>
            </w:r>
          </w:p>
        </w:tc>
        <w:tc>
          <w:tcPr>
            <w:tcW w:w="1701" w:type="dxa"/>
            <w:tcMar>
              <w:top w:w="70" w:type="dxa"/>
              <w:left w:w="90" w:type="dxa"/>
              <w:bottom w:w="70" w:type="dxa"/>
              <w:right w:w="90" w:type="dxa"/>
            </w:tcMar>
            <w:vAlign w:val="center"/>
          </w:tcPr>
          <w:p w14:paraId="0B3AD212" w14:textId="77777777" w:rsidR="00187E2C"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A99BDB9" w14:textId="77777777" w:rsidR="00187E2C" w:rsidRDefault="00000000">
            <w:r>
              <w:rPr>
                <w:b/>
                <w:color w:val="000000"/>
                <w:sz w:val="16"/>
              </w:rPr>
              <w:t xml:space="preserve">NAČRTOVANI TERMIN: </w:t>
            </w:r>
            <w:r>
              <w:rPr>
                <w:color w:val="000000"/>
                <w:sz w:val="16"/>
              </w:rPr>
              <w:t>39. teden • 21.–24. 6. 2027</w:t>
            </w:r>
          </w:p>
        </w:tc>
        <w:tc>
          <w:tcPr>
            <w:tcW w:w="2268" w:type="dxa"/>
            <w:tcMar>
              <w:top w:w="70" w:type="dxa"/>
              <w:left w:w="90" w:type="dxa"/>
              <w:bottom w:w="70" w:type="dxa"/>
              <w:right w:w="90" w:type="dxa"/>
            </w:tcMar>
            <w:vAlign w:val="center"/>
          </w:tcPr>
          <w:p w14:paraId="27106376" w14:textId="77777777" w:rsidR="00187E2C"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AC46602" w14:textId="77777777" w:rsidR="00187E2C" w:rsidRDefault="00000000">
            <w:r>
              <w:rPr>
                <w:b/>
                <w:color w:val="000000"/>
                <w:sz w:val="16"/>
              </w:rPr>
              <w:t xml:space="preserve">ŠTEVILO UR: </w:t>
            </w:r>
            <w:r>
              <w:rPr>
                <w:color w:val="000000"/>
                <w:sz w:val="16"/>
              </w:rPr>
              <w:t>5</w:t>
            </w:r>
          </w:p>
        </w:tc>
      </w:tr>
      <w:tr w:rsidR="00187E2C" w14:paraId="52B8AC96" w14:textId="77777777">
        <w:trPr>
          <w:jc w:val="center"/>
        </w:trPr>
        <w:tc>
          <w:tcPr>
            <w:tcW w:w="14061" w:type="dxa"/>
            <w:gridSpan w:val="6"/>
            <w:tcMar>
              <w:top w:w="70" w:type="dxa"/>
              <w:left w:w="90" w:type="dxa"/>
              <w:bottom w:w="70" w:type="dxa"/>
              <w:right w:w="90" w:type="dxa"/>
            </w:tcMar>
            <w:vAlign w:val="center"/>
          </w:tcPr>
          <w:p w14:paraId="1D18927E" w14:textId="77777777" w:rsidR="00187E2C" w:rsidRDefault="00000000">
            <w:r>
              <w:rPr>
                <w:b/>
                <w:color w:val="000000"/>
                <w:sz w:val="17"/>
              </w:rPr>
              <w:t xml:space="preserve">TIP UČNE URE: </w:t>
            </w:r>
            <w:r>
              <w:rPr>
                <w:color w:val="000000"/>
                <w:sz w:val="17"/>
              </w:rPr>
              <w:t>komunikacijski, književni in opismenjevalni pouk z izkušenjskim učenjem ter formativnim spremljanjem</w:t>
            </w:r>
          </w:p>
        </w:tc>
      </w:tr>
      <w:tr w:rsidR="00187E2C" w14:paraId="3D021BF1" w14:textId="77777777">
        <w:trPr>
          <w:cantSplit/>
          <w:jc w:val="center"/>
        </w:trPr>
        <w:tc>
          <w:tcPr>
            <w:tcW w:w="14060" w:type="dxa"/>
            <w:gridSpan w:val="6"/>
            <w:tcMar>
              <w:top w:w="70" w:type="dxa"/>
              <w:left w:w="90" w:type="dxa"/>
              <w:bottom w:w="70" w:type="dxa"/>
              <w:right w:w="90" w:type="dxa"/>
            </w:tcMar>
            <w:vAlign w:val="center"/>
          </w:tcPr>
          <w:p w14:paraId="11C1D4E8" w14:textId="77777777" w:rsidR="00187E2C" w:rsidRDefault="00187E2C"/>
          <w:p w14:paraId="541176A9" w14:textId="77777777" w:rsidR="00187E2C" w:rsidRDefault="00000000">
            <w:pPr>
              <w:spacing w:line="245" w:lineRule="auto"/>
            </w:pPr>
            <w:r>
              <w:rPr>
                <w:b/>
                <w:color w:val="000000"/>
                <w:sz w:val="16"/>
              </w:rPr>
              <w:t xml:space="preserve">UČNI SKLOP: </w:t>
            </w:r>
            <w:r>
              <w:rPr>
                <w:color w:val="000000"/>
                <w:sz w:val="16"/>
              </w:rPr>
              <w:t>POLETJE, SKUPNOST IN ZAKLJUČEK</w:t>
            </w:r>
          </w:p>
        </w:tc>
      </w:tr>
      <w:tr w:rsidR="00187E2C" w14:paraId="11EC30FE" w14:textId="77777777">
        <w:trPr>
          <w:cantSplit/>
          <w:jc w:val="center"/>
        </w:trPr>
        <w:tc>
          <w:tcPr>
            <w:tcW w:w="14060" w:type="dxa"/>
            <w:gridSpan w:val="6"/>
            <w:tcMar>
              <w:top w:w="70" w:type="dxa"/>
              <w:left w:w="90" w:type="dxa"/>
              <w:bottom w:w="70" w:type="dxa"/>
              <w:right w:w="90" w:type="dxa"/>
            </w:tcMar>
            <w:vAlign w:val="center"/>
          </w:tcPr>
          <w:p w14:paraId="14F6D1A2" w14:textId="77777777" w:rsidR="00187E2C" w:rsidRDefault="00187E2C"/>
          <w:p w14:paraId="5BD4E89A" w14:textId="77777777" w:rsidR="00187E2C" w:rsidRDefault="00000000">
            <w:pPr>
              <w:spacing w:line="245" w:lineRule="auto"/>
            </w:pPr>
            <w:r>
              <w:rPr>
                <w:b/>
                <w:color w:val="000000"/>
                <w:sz w:val="16"/>
              </w:rPr>
              <w:t xml:space="preserve">UČNA TEMA: </w:t>
            </w:r>
            <w:r>
              <w:rPr>
                <w:color w:val="000000"/>
                <w:sz w:val="16"/>
              </w:rPr>
              <w:t>ZAKLJUČNA PREDSTAVITEV</w:t>
            </w:r>
          </w:p>
        </w:tc>
      </w:tr>
      <w:tr w:rsidR="00187E2C" w14:paraId="2766438D" w14:textId="77777777">
        <w:trPr>
          <w:cantSplit/>
          <w:jc w:val="center"/>
        </w:trPr>
        <w:tc>
          <w:tcPr>
            <w:tcW w:w="14060" w:type="dxa"/>
            <w:gridSpan w:val="6"/>
            <w:tcMar>
              <w:top w:w="70" w:type="dxa"/>
              <w:left w:w="90" w:type="dxa"/>
              <w:bottom w:w="70" w:type="dxa"/>
              <w:right w:w="90" w:type="dxa"/>
            </w:tcMar>
            <w:vAlign w:val="center"/>
          </w:tcPr>
          <w:p w14:paraId="2D2039F8" w14:textId="77777777" w:rsidR="00187E2C" w:rsidRDefault="00187E2C"/>
          <w:p w14:paraId="485CB3B0" w14:textId="77777777" w:rsidR="00187E2C" w:rsidRDefault="00000000">
            <w:pPr>
              <w:spacing w:line="245" w:lineRule="auto"/>
            </w:pPr>
            <w:r>
              <w:rPr>
                <w:b/>
                <w:color w:val="000000"/>
                <w:sz w:val="16"/>
              </w:rPr>
              <w:t xml:space="preserve">KNJIŽEVNO IZHODIŠČE IN MOTIV: </w:t>
            </w:r>
            <w:r>
              <w:rPr>
                <w:color w:val="000000"/>
                <w:sz w:val="16"/>
              </w:rPr>
              <w:t>»Moj prijatelj Piki Jakob« – Kajetan Kovič • NADALJEVANJE • prijateljstvo, hvaležnost, skupnost in varne počitnice</w:t>
            </w:r>
          </w:p>
        </w:tc>
      </w:tr>
      <w:tr w:rsidR="00187E2C" w14:paraId="2FD48EFE" w14:textId="77777777">
        <w:trPr>
          <w:cantSplit/>
          <w:jc w:val="center"/>
        </w:trPr>
        <w:tc>
          <w:tcPr>
            <w:tcW w:w="14060" w:type="dxa"/>
            <w:gridSpan w:val="6"/>
            <w:tcMar>
              <w:top w:w="70" w:type="dxa"/>
              <w:left w:w="90" w:type="dxa"/>
              <w:bottom w:w="70" w:type="dxa"/>
              <w:right w:w="90" w:type="dxa"/>
            </w:tcMar>
            <w:vAlign w:val="center"/>
          </w:tcPr>
          <w:p w14:paraId="193A3F2F" w14:textId="77777777" w:rsidR="00187E2C" w:rsidRDefault="00187E2C"/>
          <w:p w14:paraId="6A96A212" w14:textId="77777777" w:rsidR="00187E2C" w:rsidRDefault="00000000">
            <w:pPr>
              <w:spacing w:line="245" w:lineRule="auto"/>
            </w:pPr>
            <w:r>
              <w:rPr>
                <w:b/>
                <w:color w:val="000000"/>
                <w:sz w:val="16"/>
              </w:rPr>
              <w:t xml:space="preserve">BRALNI LIST / ČRKA: </w:t>
            </w:r>
            <w:r>
              <w:rPr>
                <w:color w:val="000000"/>
                <w:sz w:val="16"/>
              </w:rPr>
              <w:t>BRALNI LIST 39 – MOJ ZAKLJUČNI BRALNI DOKAZ: Kratko besedilo preberem, poiščem bistveni podatek in pokažem razumevanje.</w:t>
            </w:r>
          </w:p>
        </w:tc>
      </w:tr>
      <w:tr w:rsidR="00187E2C" w14:paraId="1ED3D165" w14:textId="77777777">
        <w:trPr>
          <w:cantSplit/>
          <w:jc w:val="center"/>
        </w:trPr>
        <w:tc>
          <w:tcPr>
            <w:tcW w:w="14060" w:type="dxa"/>
            <w:gridSpan w:val="6"/>
            <w:tcMar>
              <w:top w:w="70" w:type="dxa"/>
              <w:left w:w="90" w:type="dxa"/>
              <w:bottom w:w="70" w:type="dxa"/>
              <w:right w:w="90" w:type="dxa"/>
            </w:tcMar>
            <w:vAlign w:val="center"/>
          </w:tcPr>
          <w:p w14:paraId="087E62D2" w14:textId="77777777" w:rsidR="00187E2C" w:rsidRDefault="00187E2C"/>
          <w:p w14:paraId="73A1BCC5" w14:textId="77777777" w:rsidR="00187E2C" w:rsidRDefault="00000000">
            <w:pPr>
              <w:spacing w:line="245" w:lineRule="auto"/>
            </w:pPr>
            <w:r>
              <w:rPr>
                <w:b/>
                <w:color w:val="000000"/>
                <w:sz w:val="16"/>
              </w:rPr>
              <w:t xml:space="preserve">UČNE ENOTE: </w:t>
            </w:r>
            <w:r>
              <w:rPr>
                <w:color w:val="000000"/>
                <w:sz w:val="16"/>
              </w:rPr>
              <w:t>1. ura – Moj zaključni bralni dokaz • 2. ura – Zaključna predstavitev – Govorim in pojasnjujem • 3. ura – Zaključna predstavitev – Razčlenjujem jezik • 4. ura – Zaključna predstavitev – Pišem in ustvarjam • 5. ura – Zaključna predstavitev – Predstavim in vrednotim</w:t>
            </w:r>
          </w:p>
        </w:tc>
      </w:tr>
      <w:tr w:rsidR="00187E2C" w14:paraId="59A07F37" w14:textId="77777777">
        <w:trPr>
          <w:cantSplit/>
          <w:jc w:val="center"/>
        </w:trPr>
        <w:tc>
          <w:tcPr>
            <w:tcW w:w="14060" w:type="dxa"/>
            <w:gridSpan w:val="6"/>
            <w:tcMar>
              <w:top w:w="70" w:type="dxa"/>
              <w:left w:w="90" w:type="dxa"/>
              <w:bottom w:w="70" w:type="dxa"/>
              <w:right w:w="90" w:type="dxa"/>
            </w:tcMar>
            <w:vAlign w:val="center"/>
          </w:tcPr>
          <w:p w14:paraId="3F14E509" w14:textId="77777777" w:rsidR="00187E2C" w:rsidRDefault="00187E2C"/>
          <w:p w14:paraId="1FA35FD7" w14:textId="77777777" w:rsidR="00187E2C" w:rsidRDefault="00000000">
            <w:pPr>
              <w:spacing w:line="245" w:lineRule="auto"/>
            </w:pPr>
            <w:r>
              <w:rPr>
                <w:b/>
                <w:color w:val="000000"/>
                <w:sz w:val="16"/>
              </w:rPr>
              <w:t xml:space="preserve">UČNE METODE: </w:t>
            </w:r>
            <w:r>
              <w:rPr>
                <w:color w:val="000000"/>
                <w:sz w:val="16"/>
              </w:rPr>
              <w:t>komunikacijski pouk in interpretativno branje; pogovor, pripovedovanje in dramatizacija; glasovne in zlogovne igre; modelirano, vodeno in ponovljeno branje; veččutno opismenjevanje; izkušenjsko učenje; učenje v gibanju; delo po postajah; formativno spremljanje</w:t>
            </w:r>
          </w:p>
        </w:tc>
      </w:tr>
      <w:tr w:rsidR="00187E2C" w14:paraId="69B05999" w14:textId="77777777">
        <w:trPr>
          <w:cantSplit/>
          <w:jc w:val="center"/>
        </w:trPr>
        <w:tc>
          <w:tcPr>
            <w:tcW w:w="14060" w:type="dxa"/>
            <w:gridSpan w:val="6"/>
            <w:tcMar>
              <w:top w:w="70" w:type="dxa"/>
              <w:left w:w="90" w:type="dxa"/>
              <w:bottom w:w="70" w:type="dxa"/>
              <w:right w:w="90" w:type="dxa"/>
            </w:tcMar>
            <w:vAlign w:val="center"/>
          </w:tcPr>
          <w:p w14:paraId="7D3D3F16" w14:textId="77777777" w:rsidR="00187E2C" w:rsidRDefault="00187E2C"/>
          <w:p w14:paraId="31AA3497" w14:textId="77777777" w:rsidR="00187E2C"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187E2C" w14:paraId="350AD74A" w14:textId="77777777">
        <w:trPr>
          <w:cantSplit/>
          <w:jc w:val="center"/>
        </w:trPr>
        <w:tc>
          <w:tcPr>
            <w:tcW w:w="14060" w:type="dxa"/>
            <w:gridSpan w:val="6"/>
            <w:tcMar>
              <w:top w:w="70" w:type="dxa"/>
              <w:left w:w="90" w:type="dxa"/>
              <w:bottom w:w="70" w:type="dxa"/>
              <w:right w:w="90" w:type="dxa"/>
            </w:tcMar>
            <w:vAlign w:val="center"/>
          </w:tcPr>
          <w:p w14:paraId="2D6A2D22" w14:textId="77777777" w:rsidR="00187E2C" w:rsidRDefault="00187E2C"/>
          <w:p w14:paraId="5D523011" w14:textId="77777777" w:rsidR="00187E2C" w:rsidRDefault="00000000">
            <w:pPr>
              <w:spacing w:line="245" w:lineRule="auto"/>
            </w:pPr>
            <w:r>
              <w:rPr>
                <w:b/>
                <w:color w:val="000000"/>
                <w:sz w:val="16"/>
              </w:rPr>
              <w:t xml:space="preserve">DIDAKTIČNI POUDARKI: </w:t>
            </w:r>
            <w:r>
              <w:rPr>
                <w:color w:val="000000"/>
                <w:sz w:val="16"/>
              </w:rPr>
              <w:t>doživljajska obravnava književnega dela; glasovno zavedanje in sistematično osvajanje črk; bralni listi od 2. tedna; povezava glas–črka–zlog–beseda–poved; poučevanje v gibanju; formativno spremljanje od predznanja in kriterijev do dokaza, povratne informacije, samovrednotenja in naslednjega koraka</w:t>
            </w:r>
          </w:p>
        </w:tc>
      </w:tr>
      <w:tr w:rsidR="00187E2C" w14:paraId="23F3DD47" w14:textId="77777777">
        <w:trPr>
          <w:cantSplit/>
          <w:jc w:val="center"/>
        </w:trPr>
        <w:tc>
          <w:tcPr>
            <w:tcW w:w="14060" w:type="dxa"/>
            <w:gridSpan w:val="6"/>
            <w:tcMar>
              <w:top w:w="70" w:type="dxa"/>
              <w:left w:w="90" w:type="dxa"/>
              <w:bottom w:w="70" w:type="dxa"/>
              <w:right w:w="90" w:type="dxa"/>
            </w:tcMar>
            <w:vAlign w:val="center"/>
          </w:tcPr>
          <w:p w14:paraId="7BF206EC" w14:textId="77777777" w:rsidR="00187E2C" w:rsidRDefault="00187E2C"/>
          <w:p w14:paraId="0F009229" w14:textId="77777777" w:rsidR="00187E2C" w:rsidRDefault="00000000">
            <w:pPr>
              <w:spacing w:line="245" w:lineRule="auto"/>
            </w:pPr>
            <w:r>
              <w:rPr>
                <w:b/>
                <w:color w:val="000000"/>
                <w:sz w:val="16"/>
              </w:rPr>
              <w:t xml:space="preserve">MEDPREDMETNE POVEZAVE: </w:t>
            </w:r>
            <w:r>
              <w:rPr>
                <w:color w:val="000000"/>
                <w:sz w:val="16"/>
              </w:rPr>
              <w:t>SPO – prijateljstvo, hvaležnost, skupnost in varne počitnice; GUM – ritem, zvočnost in glas; LUM – ilustracija, črta in grafomotorika; ŠPO – gibalna pripoved, dramatizacija in postaje; MAT – smer, zaporedje in orientacija</w:t>
            </w:r>
          </w:p>
        </w:tc>
      </w:tr>
      <w:tr w:rsidR="00187E2C" w14:paraId="3AD291AB" w14:textId="77777777">
        <w:trPr>
          <w:cantSplit/>
          <w:jc w:val="center"/>
        </w:trPr>
        <w:tc>
          <w:tcPr>
            <w:tcW w:w="14060" w:type="dxa"/>
            <w:gridSpan w:val="6"/>
            <w:tcMar>
              <w:top w:w="70" w:type="dxa"/>
              <w:left w:w="90" w:type="dxa"/>
              <w:bottom w:w="70" w:type="dxa"/>
              <w:right w:w="90" w:type="dxa"/>
            </w:tcMar>
            <w:vAlign w:val="center"/>
          </w:tcPr>
          <w:p w14:paraId="5D7CB0FA" w14:textId="77777777" w:rsidR="00187E2C" w:rsidRDefault="00187E2C"/>
          <w:p w14:paraId="139E4BE7" w14:textId="77777777" w:rsidR="00187E2C" w:rsidRDefault="00000000">
            <w:pPr>
              <w:spacing w:line="245" w:lineRule="auto"/>
            </w:pPr>
            <w:r>
              <w:rPr>
                <w:b/>
                <w:color w:val="000000"/>
                <w:sz w:val="16"/>
              </w:rPr>
              <w:t xml:space="preserve">UČNA SREDSTVA IN PRIPOMOČKI: </w:t>
            </w:r>
            <w:r>
              <w:rPr>
                <w:color w:val="000000"/>
                <w:sz w:val="16"/>
              </w:rPr>
              <w:t>BRALNI LIST 39, povečano besedilo oziroma kartice, slikanica ali odlomek, slikovno zaporedje, kartice besed in glasov, talne črke ali zlogi, ogledala, vrvice ali modelirna masa, mini tabla, zvezek oziroma jezikovna mapa</w:t>
            </w:r>
          </w:p>
        </w:tc>
      </w:tr>
      <w:tr w:rsidR="00187E2C" w14:paraId="74694904" w14:textId="77777777">
        <w:trPr>
          <w:cantSplit/>
          <w:jc w:val="center"/>
        </w:trPr>
        <w:tc>
          <w:tcPr>
            <w:tcW w:w="14060" w:type="dxa"/>
            <w:gridSpan w:val="6"/>
            <w:tcMar>
              <w:top w:w="70" w:type="dxa"/>
              <w:left w:w="90" w:type="dxa"/>
              <w:bottom w:w="70" w:type="dxa"/>
              <w:right w:w="90" w:type="dxa"/>
            </w:tcMar>
            <w:vAlign w:val="center"/>
          </w:tcPr>
          <w:p w14:paraId="3B2B222A" w14:textId="77777777" w:rsidR="00187E2C" w:rsidRDefault="00187E2C"/>
          <w:p w14:paraId="00CA8552" w14:textId="77777777" w:rsidR="00187E2C" w:rsidRDefault="00000000">
            <w:pPr>
              <w:spacing w:line="245" w:lineRule="auto"/>
            </w:pPr>
            <w:r>
              <w:rPr>
                <w:b/>
                <w:color w:val="000000"/>
                <w:sz w:val="16"/>
              </w:rPr>
              <w:t xml:space="preserve">LITERATURA IN VIRI: </w:t>
            </w:r>
            <w:r>
              <w:rPr>
                <w:color w:val="000000"/>
                <w:sz w:val="16"/>
              </w:rPr>
              <w:t>Učni načrt za prvo vzgojno-izobraževalno obdobje (MVI in ZRSŠ, 2025), področje Slovenščina; letna priprava 2026/27; navedeno književno delo; bralni oziroma veččutni učni list; učiteljičina zbirka jezikovnih, slikovnih in zvočnih virov.</w:t>
            </w:r>
          </w:p>
        </w:tc>
      </w:tr>
      <w:tr w:rsidR="00187E2C" w14:paraId="2E49A0D2" w14:textId="77777777">
        <w:trPr>
          <w:cantSplit/>
          <w:jc w:val="center"/>
        </w:trPr>
        <w:tc>
          <w:tcPr>
            <w:tcW w:w="14060" w:type="dxa"/>
            <w:gridSpan w:val="6"/>
            <w:tcMar>
              <w:top w:w="70" w:type="dxa"/>
              <w:left w:w="90" w:type="dxa"/>
              <w:bottom w:w="70" w:type="dxa"/>
              <w:right w:w="90" w:type="dxa"/>
            </w:tcMar>
            <w:vAlign w:val="center"/>
          </w:tcPr>
          <w:p w14:paraId="0623216F" w14:textId="77777777" w:rsidR="00187E2C" w:rsidRDefault="00187E2C"/>
          <w:p w14:paraId="0CC64B76" w14:textId="77777777" w:rsidR="00187E2C"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187E2C" w14:paraId="481BF0E6" w14:textId="77777777">
        <w:trPr>
          <w:cantSplit/>
          <w:jc w:val="center"/>
        </w:trPr>
        <w:tc>
          <w:tcPr>
            <w:tcW w:w="14060" w:type="dxa"/>
            <w:gridSpan w:val="6"/>
            <w:tcMar>
              <w:top w:w="70" w:type="dxa"/>
              <w:left w:w="90" w:type="dxa"/>
              <w:bottom w:w="70" w:type="dxa"/>
              <w:right w:w="90" w:type="dxa"/>
            </w:tcMar>
            <w:vAlign w:val="center"/>
          </w:tcPr>
          <w:p w14:paraId="59AB5F8B" w14:textId="77777777" w:rsidR="00187E2C" w:rsidRDefault="00187E2C"/>
          <w:p w14:paraId="1E7D4DBC" w14:textId="77777777" w:rsidR="00187E2C" w:rsidRDefault="00000000">
            <w:pPr>
              <w:spacing w:line="245" w:lineRule="auto"/>
            </w:pPr>
            <w:r>
              <w:rPr>
                <w:b/>
                <w:color w:val="000000"/>
                <w:sz w:val="16"/>
              </w:rPr>
              <w:t xml:space="preserve">VARNOST: </w:t>
            </w:r>
            <w:r>
              <w:rPr>
                <w:color w:val="000000"/>
                <w:sz w:val="16"/>
              </w:rPr>
              <w:t>Pri gibanju, dramatizaciji in prehajanju med postajami upošteva dogovorjene smeri, razdaljo in glasnost; drobne pripomočke uporablja namensko ter jih po dejavnosti pospravi.</w:t>
            </w:r>
          </w:p>
        </w:tc>
      </w:tr>
    </w:tbl>
    <w:p w14:paraId="72F58BF5"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559B70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1071F21"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94208D6" w14:textId="77777777" w:rsidR="00187E2C" w:rsidRDefault="00000000">
            <w:pPr>
              <w:jc w:val="center"/>
            </w:pPr>
            <w:r>
              <w:rPr>
                <w:b/>
                <w:color w:val="000000"/>
                <w:sz w:val="20"/>
              </w:rPr>
              <w:t>UČNE DEJAVNOSTI, METODE IN FORMATIVNO SPREMLJANJE</w:t>
            </w:r>
          </w:p>
        </w:tc>
      </w:tr>
      <w:tr w:rsidR="00187E2C" w14:paraId="0A8A76C2" w14:textId="77777777">
        <w:trPr>
          <w:tblHeader/>
          <w:jc w:val="center"/>
        </w:trPr>
        <w:tc>
          <w:tcPr>
            <w:tcW w:w="4422" w:type="dxa"/>
            <w:vMerge/>
            <w:tcMar>
              <w:top w:w="70" w:type="dxa"/>
              <w:left w:w="90" w:type="dxa"/>
              <w:bottom w:w="70" w:type="dxa"/>
              <w:right w:w="90" w:type="dxa"/>
            </w:tcMar>
            <w:vAlign w:val="center"/>
          </w:tcPr>
          <w:p w14:paraId="2DCF9E13" w14:textId="77777777" w:rsidR="00187E2C" w:rsidRDefault="00187E2C"/>
        </w:tc>
        <w:tc>
          <w:tcPr>
            <w:tcW w:w="7087" w:type="dxa"/>
            <w:shd w:val="clear" w:color="auto" w:fill="FFFFFF"/>
            <w:tcMar>
              <w:top w:w="70" w:type="dxa"/>
              <w:left w:w="90" w:type="dxa"/>
              <w:bottom w:w="70" w:type="dxa"/>
              <w:right w:w="90" w:type="dxa"/>
            </w:tcMar>
            <w:vAlign w:val="center"/>
          </w:tcPr>
          <w:p w14:paraId="10F01586"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5766841" w14:textId="77777777" w:rsidR="00187E2C" w:rsidRDefault="00000000">
            <w:pPr>
              <w:jc w:val="center"/>
            </w:pPr>
            <w:r>
              <w:rPr>
                <w:b/>
                <w:color w:val="000000"/>
              </w:rPr>
              <w:t>UČENEC</w:t>
            </w:r>
          </w:p>
        </w:tc>
      </w:tr>
      <w:tr w:rsidR="00187E2C" w14:paraId="1665A3FC" w14:textId="77777777">
        <w:trPr>
          <w:jc w:val="center"/>
        </w:trPr>
        <w:tc>
          <w:tcPr>
            <w:tcW w:w="4422" w:type="dxa"/>
            <w:tcMar>
              <w:top w:w="70" w:type="dxa"/>
              <w:left w:w="90" w:type="dxa"/>
              <w:bottom w:w="70" w:type="dxa"/>
              <w:right w:w="90" w:type="dxa"/>
            </w:tcMar>
          </w:tcPr>
          <w:p w14:paraId="7CFAAE97" w14:textId="77777777" w:rsidR="00187E2C" w:rsidRDefault="00187E2C"/>
          <w:p w14:paraId="3808C6F3" w14:textId="77777777" w:rsidR="00187E2C" w:rsidRDefault="00000000">
            <w:pPr>
              <w:spacing w:after="60" w:line="245" w:lineRule="auto"/>
            </w:pPr>
            <w:r>
              <w:rPr>
                <w:b/>
                <w:color w:val="000000"/>
              </w:rPr>
              <w:t>UČNI CILJI</w:t>
            </w:r>
          </w:p>
          <w:p w14:paraId="43C527ED" w14:textId="77777777" w:rsidR="00187E2C" w:rsidRDefault="00000000">
            <w:pPr>
              <w:spacing w:after="20" w:line="245" w:lineRule="auto"/>
            </w:pPr>
            <w:r>
              <w:rPr>
                <w:b/>
                <w:color w:val="000000"/>
                <w:sz w:val="17"/>
              </w:rPr>
              <w:t>SPLOŠNI</w:t>
            </w:r>
          </w:p>
          <w:p w14:paraId="7D998C28" w14:textId="77777777" w:rsidR="00187E2C" w:rsidRDefault="00000000">
            <w:pPr>
              <w:pStyle w:val="Oznaenseznam"/>
              <w:spacing w:after="16"/>
            </w:pPr>
            <w:r>
              <w:rPr>
                <w:color w:val="000000"/>
                <w:sz w:val="16"/>
              </w:rPr>
              <w:t>razvija zmožnost poslušanja, govorjenja, pogovarjanja, branja in pisanja v smiselnem sporazumevalnem položaju</w:t>
            </w:r>
          </w:p>
          <w:p w14:paraId="06A2CB4D" w14:textId="77777777" w:rsidR="00187E2C" w:rsidRDefault="00000000">
            <w:pPr>
              <w:pStyle w:val="Oznaenseznam"/>
              <w:spacing w:after="16"/>
            </w:pPr>
            <w:r>
              <w:rPr>
                <w:color w:val="000000"/>
                <w:sz w:val="16"/>
              </w:rPr>
              <w:t>doživlja književno besedilo ter se nanj odziva z govorom, gibanjem, dramatizacijo, risbo ali zapisom</w:t>
            </w:r>
          </w:p>
          <w:p w14:paraId="2E5E0AB0" w14:textId="77777777" w:rsidR="00187E2C" w:rsidRDefault="00000000">
            <w:pPr>
              <w:pStyle w:val="Oznaenseznam"/>
              <w:spacing w:after="16"/>
            </w:pPr>
            <w:r>
              <w:rPr>
                <w:color w:val="000000"/>
                <w:sz w:val="16"/>
              </w:rPr>
              <w:t>razvija glasovno zavedanje, povezavo glas–črka in začetno branje ter pisanje po individualnem napredku</w:t>
            </w:r>
          </w:p>
          <w:p w14:paraId="68CCC0E0" w14:textId="77777777" w:rsidR="00187E2C" w:rsidRDefault="00000000">
            <w:pPr>
              <w:pStyle w:val="Oznaenseznam"/>
              <w:spacing w:after="16"/>
            </w:pPr>
            <w:r>
              <w:rPr>
                <w:color w:val="000000"/>
                <w:sz w:val="16"/>
              </w:rPr>
              <w:t>ob namenih in kriterijih spremlja svoje učenje ter uporabi opisno povratno informacijo</w:t>
            </w:r>
          </w:p>
          <w:p w14:paraId="12104165" w14:textId="77777777" w:rsidR="00187E2C" w:rsidRDefault="00000000">
            <w:pPr>
              <w:spacing w:before="40" w:after="20" w:line="245" w:lineRule="auto"/>
            </w:pPr>
            <w:r>
              <w:rPr>
                <w:b/>
                <w:color w:val="000000"/>
                <w:sz w:val="17"/>
              </w:rPr>
              <w:t>OPERATIVNI</w:t>
            </w:r>
          </w:p>
          <w:p w14:paraId="14A98860" w14:textId="77777777" w:rsidR="00187E2C" w:rsidRDefault="00000000">
            <w:pPr>
              <w:pStyle w:val="Oznaenseznam"/>
              <w:spacing w:after="16"/>
            </w:pPr>
            <w:r>
              <w:rPr>
                <w:color w:val="000000"/>
                <w:sz w:val="16"/>
              </w:rPr>
              <w:t>govori razločno</w:t>
            </w:r>
          </w:p>
          <w:p w14:paraId="46E185B2" w14:textId="77777777" w:rsidR="00187E2C" w:rsidRDefault="00000000">
            <w:pPr>
              <w:pStyle w:val="Oznaenseznam"/>
              <w:spacing w:after="16"/>
            </w:pPr>
            <w:r>
              <w:rPr>
                <w:color w:val="000000"/>
                <w:sz w:val="16"/>
              </w:rPr>
              <w:t>posluša druge</w:t>
            </w:r>
          </w:p>
          <w:p w14:paraId="54D2C7B1" w14:textId="77777777" w:rsidR="00187E2C" w:rsidRDefault="00000000">
            <w:pPr>
              <w:pStyle w:val="Oznaenseznam"/>
              <w:spacing w:after="16"/>
            </w:pPr>
            <w:r>
              <w:rPr>
                <w:color w:val="000000"/>
                <w:sz w:val="16"/>
              </w:rPr>
              <w:t>uporabi branje ali zapis v predstavitvi</w:t>
            </w:r>
          </w:p>
          <w:p w14:paraId="3543BCD3" w14:textId="77777777" w:rsidR="00187E2C" w:rsidRDefault="00000000">
            <w:pPr>
              <w:spacing w:before="40" w:after="20" w:line="245" w:lineRule="auto"/>
            </w:pPr>
            <w:r>
              <w:rPr>
                <w:b/>
                <w:color w:val="000000"/>
                <w:sz w:val="17"/>
              </w:rPr>
              <w:t>PRIČAKOVANI DOSEŽKI / MINIMALNI POUDARKI</w:t>
            </w:r>
          </w:p>
          <w:p w14:paraId="02AFB73C" w14:textId="77777777" w:rsidR="00187E2C" w:rsidRDefault="00000000">
            <w:pPr>
              <w:pStyle w:val="Oznaenseznam"/>
              <w:spacing w:after="16"/>
            </w:pPr>
            <w:r>
              <w:rPr>
                <w:color w:val="000000"/>
                <w:sz w:val="15"/>
              </w:rPr>
              <w:t>samostojno oziroma z dogovorjeno oporo govori razločno</w:t>
            </w:r>
          </w:p>
          <w:p w14:paraId="2A151E56" w14:textId="77777777" w:rsidR="00187E2C" w:rsidRDefault="00000000">
            <w:pPr>
              <w:pStyle w:val="Oznaenseznam"/>
              <w:spacing w:after="16"/>
            </w:pPr>
            <w:r>
              <w:rPr>
                <w:color w:val="000000"/>
                <w:sz w:val="15"/>
              </w:rPr>
              <w:t>samostojno oziroma z dogovorjeno oporo posluša druge</w:t>
            </w:r>
          </w:p>
          <w:p w14:paraId="0739A32A" w14:textId="77777777" w:rsidR="00187E2C" w:rsidRDefault="00000000">
            <w:pPr>
              <w:pStyle w:val="Oznaenseznam"/>
              <w:spacing w:after="16"/>
            </w:pPr>
            <w:r>
              <w:rPr>
                <w:color w:val="000000"/>
                <w:sz w:val="15"/>
              </w:rPr>
              <w:t>samostojno oziroma z dogovorjeno oporo uporabi branje ali zapis v predstavitvi</w:t>
            </w:r>
          </w:p>
        </w:tc>
        <w:tc>
          <w:tcPr>
            <w:tcW w:w="7087" w:type="dxa"/>
            <w:tcMar>
              <w:top w:w="70" w:type="dxa"/>
              <w:left w:w="90" w:type="dxa"/>
              <w:bottom w:w="70" w:type="dxa"/>
              <w:right w:w="90" w:type="dxa"/>
            </w:tcMar>
          </w:tcPr>
          <w:p w14:paraId="4935252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29C21FA6" w14:textId="77777777">
              <w:trPr>
                <w:jc w:val="center"/>
              </w:trPr>
              <w:tc>
                <w:tcPr>
                  <w:tcW w:w="7087" w:type="dxa"/>
                  <w:shd w:val="clear" w:color="auto" w:fill="C6E7F3"/>
                  <w:tcMar>
                    <w:top w:w="45" w:type="dxa"/>
                    <w:left w:w="70" w:type="dxa"/>
                    <w:bottom w:w="45" w:type="dxa"/>
                    <w:right w:w="70" w:type="dxa"/>
                  </w:tcMar>
                </w:tcPr>
                <w:p w14:paraId="16DFFB8D" w14:textId="77777777" w:rsidR="00187E2C" w:rsidRDefault="00000000">
                  <w:pPr>
                    <w:keepNext/>
                  </w:pPr>
                  <w:r>
                    <w:rPr>
                      <w:b/>
                      <w:color w:val="000000"/>
                    </w:rPr>
                    <w:t>UVODNI DEL – motivacija, aktivacija predznanja in namen učenja (15–20 min)</w:t>
                  </w:r>
                </w:p>
              </w:tc>
            </w:tr>
          </w:tbl>
          <w:p w14:paraId="1744EB77" w14:textId="77777777" w:rsidR="00187E2C" w:rsidRDefault="00187E2C">
            <w:pPr>
              <w:spacing w:line="20" w:lineRule="exact"/>
            </w:pPr>
          </w:p>
          <w:p w14:paraId="4A09E4A2" w14:textId="77777777" w:rsidR="00187E2C" w:rsidRDefault="00000000">
            <w:pPr>
              <w:spacing w:before="40" w:after="60" w:line="245" w:lineRule="auto"/>
            </w:pPr>
            <w:r>
              <w:rPr>
                <w:color w:val="000000"/>
                <w:sz w:val="16"/>
              </w:rPr>
              <w:t>Učenci ob naslovnici, odlomku ali ilustraciji dela »Moj prijatelj Piki Jakob« – Kajetan Kovič • NADALJEVANJE doživljajsko vstopijo v motiv prijateljstvo, hvaležnost, skupnost in varne počitnice. S kretnjo, predmetom, sliko, glasom ali kratko povedjo pokažejo predznanje in napoved. Izhodiščni odziv povežejo z dejavnostjo BRALNI LIST 39 – MOJ ZAKLJUČNI BRALNI DOKAZ.</w:t>
            </w:r>
          </w:p>
          <w:tbl>
            <w:tblPr>
              <w:tblStyle w:val="Tabelamrea"/>
              <w:tblW w:w="0" w:type="auto"/>
              <w:jc w:val="center"/>
              <w:tblLayout w:type="fixed"/>
              <w:tblLook w:val="04A0" w:firstRow="1" w:lastRow="0" w:firstColumn="1" w:lastColumn="0" w:noHBand="0" w:noVBand="1"/>
            </w:tblPr>
            <w:tblGrid>
              <w:gridCol w:w="7087"/>
            </w:tblGrid>
            <w:tr w:rsidR="00187E2C" w14:paraId="07702579" w14:textId="77777777">
              <w:trPr>
                <w:jc w:val="center"/>
              </w:trPr>
              <w:tc>
                <w:tcPr>
                  <w:tcW w:w="7087" w:type="dxa"/>
                  <w:shd w:val="clear" w:color="auto" w:fill="EDC9EA"/>
                  <w:tcMar>
                    <w:top w:w="45" w:type="dxa"/>
                    <w:left w:w="70" w:type="dxa"/>
                    <w:bottom w:w="45" w:type="dxa"/>
                    <w:right w:w="70" w:type="dxa"/>
                  </w:tcMar>
                </w:tcPr>
                <w:p w14:paraId="789501BA" w14:textId="77777777" w:rsidR="00187E2C" w:rsidRDefault="00000000">
                  <w:pPr>
                    <w:keepNext/>
                  </w:pPr>
                  <w:r>
                    <w:rPr>
                      <w:b/>
                      <w:color w:val="000000"/>
                    </w:rPr>
                    <w:t>NAMENI UČENJA</w:t>
                  </w:r>
                </w:p>
              </w:tc>
            </w:tr>
          </w:tbl>
          <w:p w14:paraId="745A51D2" w14:textId="77777777" w:rsidR="00187E2C" w:rsidRDefault="00187E2C">
            <w:pPr>
              <w:spacing w:line="20" w:lineRule="exact"/>
            </w:pPr>
          </w:p>
          <w:p w14:paraId="4801CE57" w14:textId="77777777" w:rsidR="00187E2C" w:rsidRDefault="00000000">
            <w:pPr>
              <w:spacing w:before="20" w:after="20" w:line="245" w:lineRule="auto"/>
            </w:pPr>
            <w:r>
              <w:rPr>
                <w:color w:val="000000"/>
                <w:sz w:val="16"/>
              </w:rPr>
              <w:t>Učimo se zato, da bomo poslušano, govorjeno in prebrano razumeli, se jasno izrazili ter branje in pisanje uporabljali v smiselnih situacijah.</w:t>
            </w:r>
          </w:p>
          <w:p w14:paraId="0855AC90" w14:textId="77777777" w:rsidR="00187E2C" w:rsidRDefault="00000000">
            <w:pPr>
              <w:pStyle w:val="Oznaenseznam"/>
              <w:spacing w:after="16"/>
            </w:pPr>
            <w:r>
              <w:rPr>
                <w:color w:val="000000"/>
                <w:sz w:val="16"/>
              </w:rPr>
              <w:t>govorim razločno</w:t>
            </w:r>
          </w:p>
          <w:p w14:paraId="59C9B254" w14:textId="77777777" w:rsidR="00187E2C" w:rsidRDefault="00000000">
            <w:pPr>
              <w:pStyle w:val="Oznaenseznam"/>
              <w:spacing w:after="16"/>
            </w:pPr>
            <w:r>
              <w:rPr>
                <w:color w:val="000000"/>
                <w:sz w:val="16"/>
              </w:rPr>
              <w:t>poslušam druge</w:t>
            </w:r>
          </w:p>
          <w:p w14:paraId="29CB2C30" w14:textId="77777777" w:rsidR="00187E2C" w:rsidRDefault="00000000">
            <w:pPr>
              <w:pStyle w:val="Oznaenseznam"/>
              <w:spacing w:after="16"/>
            </w:pPr>
            <w:r>
              <w:rPr>
                <w:color w:val="000000"/>
                <w:sz w:val="16"/>
              </w:rPr>
              <w:t>uporabim branje ali zapis v predstavitvi</w:t>
            </w:r>
          </w:p>
          <w:tbl>
            <w:tblPr>
              <w:tblStyle w:val="Tabelamrea"/>
              <w:tblW w:w="0" w:type="auto"/>
              <w:jc w:val="center"/>
              <w:tblLayout w:type="fixed"/>
              <w:tblLook w:val="04A0" w:firstRow="1" w:lastRow="0" w:firstColumn="1" w:lastColumn="0" w:noHBand="0" w:noVBand="1"/>
            </w:tblPr>
            <w:tblGrid>
              <w:gridCol w:w="7087"/>
            </w:tblGrid>
            <w:tr w:rsidR="00187E2C" w14:paraId="0F1CDF4E" w14:textId="77777777">
              <w:trPr>
                <w:jc w:val="center"/>
              </w:trPr>
              <w:tc>
                <w:tcPr>
                  <w:tcW w:w="7087" w:type="dxa"/>
                  <w:shd w:val="clear" w:color="auto" w:fill="EDC9EA"/>
                  <w:tcMar>
                    <w:top w:w="45" w:type="dxa"/>
                    <w:left w:w="70" w:type="dxa"/>
                    <w:bottom w:w="45" w:type="dxa"/>
                    <w:right w:w="70" w:type="dxa"/>
                  </w:tcMar>
                </w:tcPr>
                <w:p w14:paraId="726B07F3" w14:textId="77777777" w:rsidR="00187E2C" w:rsidRDefault="00000000">
                  <w:pPr>
                    <w:keepNext/>
                  </w:pPr>
                  <w:r>
                    <w:rPr>
                      <w:b/>
                      <w:color w:val="000000"/>
                    </w:rPr>
                    <w:t>PREVERJANJE PREDZNANJA</w:t>
                  </w:r>
                </w:p>
              </w:tc>
            </w:tr>
          </w:tbl>
          <w:p w14:paraId="61AF67B6" w14:textId="77777777" w:rsidR="00187E2C" w:rsidRDefault="00187E2C">
            <w:pPr>
              <w:spacing w:line="20" w:lineRule="exact"/>
            </w:pPr>
          </w:p>
          <w:p w14:paraId="212A89AF" w14:textId="77777777" w:rsidR="00187E2C" w:rsidRDefault="00000000">
            <w:pPr>
              <w:pStyle w:val="Oznaenseznam"/>
              <w:spacing w:after="16"/>
            </w:pPr>
            <w:r>
              <w:rPr>
                <w:color w:val="000000"/>
                <w:sz w:val="16"/>
              </w:rPr>
              <w:t>Kaj mi naslovnica, ilustracija ali naslov pove o motivu prijateljstvo, hvaležnost, skupnost in varne počitnice?</w:t>
            </w:r>
          </w:p>
          <w:p w14:paraId="77F0CCDF" w14:textId="77777777" w:rsidR="00187E2C" w:rsidRDefault="00000000">
            <w:pPr>
              <w:pStyle w:val="Oznaenseznam"/>
              <w:spacing w:after="16"/>
            </w:pPr>
            <w:r>
              <w:rPr>
                <w:color w:val="000000"/>
                <w:sz w:val="16"/>
              </w:rPr>
              <w:t>Katero strategijo lahko uporabim pri dejavnosti »MOJ ZAKLJUČNI BRALNI DOKAZ«?</w:t>
            </w:r>
          </w:p>
          <w:p w14:paraId="6BF08018" w14:textId="77777777" w:rsidR="00187E2C" w:rsidRDefault="00000000">
            <w:pPr>
              <w:spacing w:after="40" w:line="245" w:lineRule="auto"/>
            </w:pPr>
            <w:r>
              <w:rPr>
                <w:i/>
                <w:color w:val="000000"/>
                <w:sz w:val="15"/>
              </w:rPr>
              <w:t>Učiteljica sprejme vse začetne odzive ter jih zbere z govorom, predmetom, sliko, gibanjem, glasovnim žetonom ali kratkim zapisom; med učenjem jih ponovno preverja.</w:t>
            </w:r>
          </w:p>
          <w:tbl>
            <w:tblPr>
              <w:tblStyle w:val="Tabelamrea"/>
              <w:tblW w:w="0" w:type="auto"/>
              <w:jc w:val="center"/>
              <w:tblLayout w:type="fixed"/>
              <w:tblLook w:val="04A0" w:firstRow="1" w:lastRow="0" w:firstColumn="1" w:lastColumn="0" w:noHBand="0" w:noVBand="1"/>
            </w:tblPr>
            <w:tblGrid>
              <w:gridCol w:w="7087"/>
            </w:tblGrid>
            <w:tr w:rsidR="00187E2C" w14:paraId="326A0685" w14:textId="77777777">
              <w:trPr>
                <w:jc w:val="center"/>
              </w:trPr>
              <w:tc>
                <w:tcPr>
                  <w:tcW w:w="7087" w:type="dxa"/>
                  <w:shd w:val="clear" w:color="auto" w:fill="EDC9EA"/>
                  <w:tcMar>
                    <w:top w:w="45" w:type="dxa"/>
                    <w:left w:w="70" w:type="dxa"/>
                    <w:bottom w:w="45" w:type="dxa"/>
                    <w:right w:w="70" w:type="dxa"/>
                  </w:tcMar>
                </w:tcPr>
                <w:p w14:paraId="046F06F1" w14:textId="77777777" w:rsidR="00187E2C" w:rsidRDefault="00000000">
                  <w:pPr>
                    <w:keepNext/>
                  </w:pPr>
                  <w:r>
                    <w:rPr>
                      <w:b/>
                      <w:color w:val="000000"/>
                    </w:rPr>
                    <w:t>KRITERIJI USPEŠNOSTI</w:t>
                  </w:r>
                </w:p>
              </w:tc>
            </w:tr>
          </w:tbl>
          <w:p w14:paraId="2888F449" w14:textId="77777777" w:rsidR="00187E2C" w:rsidRDefault="00187E2C"/>
          <w:p w14:paraId="29105170" w14:textId="77777777" w:rsidR="00187E2C" w:rsidRDefault="00000000">
            <w:pPr>
              <w:spacing w:before="20" w:after="20" w:line="245" w:lineRule="auto"/>
            </w:pPr>
            <w:r>
              <w:rPr>
                <w:b/>
                <w:color w:val="000000"/>
                <w:sz w:val="16"/>
              </w:rPr>
              <w:t>Uspešen/-na bom, ko:</w:t>
            </w:r>
          </w:p>
          <w:p w14:paraId="72110303" w14:textId="77777777" w:rsidR="00187E2C" w:rsidRDefault="00000000">
            <w:pPr>
              <w:pStyle w:val="Oznaenseznam"/>
              <w:spacing w:after="16"/>
            </w:pPr>
            <w:r>
              <w:rPr>
                <w:color w:val="000000"/>
                <w:sz w:val="16"/>
              </w:rPr>
              <w:t>govorim razločno</w:t>
            </w:r>
          </w:p>
          <w:p w14:paraId="11AD7551" w14:textId="77777777" w:rsidR="00187E2C" w:rsidRDefault="00000000">
            <w:pPr>
              <w:pStyle w:val="Oznaenseznam"/>
              <w:spacing w:after="16"/>
            </w:pPr>
            <w:r>
              <w:rPr>
                <w:color w:val="000000"/>
                <w:sz w:val="16"/>
              </w:rPr>
              <w:t>poslušam druge</w:t>
            </w:r>
          </w:p>
          <w:p w14:paraId="467A5534" w14:textId="77777777" w:rsidR="00187E2C" w:rsidRDefault="00000000">
            <w:pPr>
              <w:pStyle w:val="Oznaenseznam"/>
              <w:spacing w:after="16"/>
            </w:pPr>
            <w:r>
              <w:rPr>
                <w:color w:val="000000"/>
                <w:sz w:val="16"/>
              </w:rPr>
              <w:t>uporabim branje ali zapis v predstavitvi</w:t>
            </w:r>
          </w:p>
          <w:p w14:paraId="5E238F3E" w14:textId="77777777" w:rsidR="00187E2C" w:rsidRDefault="00000000">
            <w:pPr>
              <w:pStyle w:val="Oznaenseznam"/>
              <w:spacing w:after="16"/>
            </w:pPr>
            <w:r>
              <w:rPr>
                <w:color w:val="000000"/>
                <w:sz w:val="16"/>
              </w:rPr>
              <w:t>izberem ustrezen dokaz, ga povežem s kriterijem in po povratni informaciji odziv, branje ali zapis izboljšam</w:t>
            </w:r>
          </w:p>
        </w:tc>
        <w:tc>
          <w:tcPr>
            <w:tcW w:w="2551" w:type="dxa"/>
            <w:tcMar>
              <w:top w:w="70" w:type="dxa"/>
              <w:left w:w="90" w:type="dxa"/>
              <w:bottom w:w="70" w:type="dxa"/>
              <w:right w:w="90" w:type="dxa"/>
            </w:tcMar>
          </w:tcPr>
          <w:p w14:paraId="153B382F" w14:textId="77777777" w:rsidR="00187E2C" w:rsidRDefault="00187E2C"/>
          <w:p w14:paraId="1BE723D1" w14:textId="77777777" w:rsidR="00187E2C" w:rsidRDefault="00000000">
            <w:pPr>
              <w:spacing w:after="80" w:line="245" w:lineRule="auto"/>
            </w:pPr>
            <w:r>
              <w:rPr>
                <w:color w:val="000000"/>
                <w:sz w:val="16"/>
              </w:rPr>
              <w:t>Posluša oziroma opazuje književno ali življenjsko izhodišče ter se vključi z govorom, gibanjem, predmetom, risbo ali zapisom.</w:t>
            </w:r>
          </w:p>
          <w:p w14:paraId="0D55BA02" w14:textId="77777777" w:rsidR="00187E2C" w:rsidRDefault="00000000">
            <w:pPr>
              <w:spacing w:after="80" w:line="245" w:lineRule="auto"/>
            </w:pPr>
            <w:r>
              <w:rPr>
                <w:color w:val="000000"/>
                <w:sz w:val="16"/>
              </w:rPr>
              <w:t>Pove, pokaže ali nariše, kaj že ve in katero strategijo bi uporabil.</w:t>
            </w:r>
          </w:p>
          <w:p w14:paraId="2CCD913B" w14:textId="77777777" w:rsidR="00187E2C" w:rsidRDefault="00000000">
            <w:pPr>
              <w:spacing w:after="100" w:line="245" w:lineRule="auto"/>
            </w:pPr>
            <w:r>
              <w:rPr>
                <w:color w:val="000000"/>
                <w:sz w:val="16"/>
              </w:rPr>
              <w:t>Sodeluje pri razumevanju namenov in kriterijev uspešnosti.</w:t>
            </w:r>
          </w:p>
          <w:p w14:paraId="6549483E" w14:textId="77777777" w:rsidR="00187E2C" w:rsidRDefault="00000000">
            <w:pPr>
              <w:spacing w:after="20" w:line="245" w:lineRule="auto"/>
            </w:pPr>
            <w:r>
              <w:rPr>
                <w:b/>
                <w:color w:val="D95BC6"/>
                <w:sz w:val="17"/>
              </w:rPr>
              <w:t>DOKAZ O UČENJU</w:t>
            </w:r>
          </w:p>
          <w:p w14:paraId="47655B20" w14:textId="77777777" w:rsidR="00187E2C" w:rsidRDefault="00000000">
            <w:pPr>
              <w:spacing w:after="30" w:line="245" w:lineRule="auto"/>
            </w:pPr>
            <w:r>
              <w:rPr>
                <w:color w:val="D95BC6"/>
                <w:sz w:val="16"/>
              </w:rPr>
              <w:t>začetni govorni ali gibalni odziv, glasovna odločitev, napoved ob sliki, poskus branja ali začetni zapis</w:t>
            </w:r>
          </w:p>
        </w:tc>
      </w:tr>
    </w:tbl>
    <w:p w14:paraId="5450A75A"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151F6FA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531195D"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A6CD51" w14:textId="77777777" w:rsidR="00187E2C" w:rsidRDefault="00000000">
            <w:pPr>
              <w:jc w:val="center"/>
            </w:pPr>
            <w:r>
              <w:rPr>
                <w:b/>
                <w:color w:val="000000"/>
                <w:sz w:val="20"/>
              </w:rPr>
              <w:t>UČNE DEJAVNOSTI, METODE IN FORMATIVNO SPREMLJANJE</w:t>
            </w:r>
          </w:p>
        </w:tc>
      </w:tr>
      <w:tr w:rsidR="00187E2C" w14:paraId="0AD20F9E" w14:textId="77777777">
        <w:trPr>
          <w:tblHeader/>
          <w:jc w:val="center"/>
        </w:trPr>
        <w:tc>
          <w:tcPr>
            <w:tcW w:w="4422" w:type="dxa"/>
            <w:vMerge/>
            <w:tcMar>
              <w:top w:w="70" w:type="dxa"/>
              <w:left w:w="90" w:type="dxa"/>
              <w:bottom w:w="70" w:type="dxa"/>
              <w:right w:w="90" w:type="dxa"/>
            </w:tcMar>
            <w:vAlign w:val="center"/>
          </w:tcPr>
          <w:p w14:paraId="720BEBC1" w14:textId="77777777" w:rsidR="00187E2C" w:rsidRDefault="00187E2C"/>
        </w:tc>
        <w:tc>
          <w:tcPr>
            <w:tcW w:w="7087" w:type="dxa"/>
            <w:shd w:val="clear" w:color="auto" w:fill="FFFFFF"/>
            <w:tcMar>
              <w:top w:w="70" w:type="dxa"/>
              <w:left w:w="90" w:type="dxa"/>
              <w:bottom w:w="70" w:type="dxa"/>
              <w:right w:w="90" w:type="dxa"/>
            </w:tcMar>
            <w:vAlign w:val="center"/>
          </w:tcPr>
          <w:p w14:paraId="4E6035E3"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C001929" w14:textId="77777777" w:rsidR="00187E2C" w:rsidRDefault="00000000">
            <w:pPr>
              <w:jc w:val="center"/>
            </w:pPr>
            <w:r>
              <w:rPr>
                <w:b/>
                <w:color w:val="000000"/>
              </w:rPr>
              <w:t>UČENEC</w:t>
            </w:r>
          </w:p>
        </w:tc>
      </w:tr>
      <w:tr w:rsidR="00187E2C" w14:paraId="5CD18C2A" w14:textId="77777777">
        <w:trPr>
          <w:jc w:val="center"/>
        </w:trPr>
        <w:tc>
          <w:tcPr>
            <w:tcW w:w="4422" w:type="dxa"/>
            <w:tcMar>
              <w:top w:w="70" w:type="dxa"/>
              <w:left w:w="90" w:type="dxa"/>
              <w:bottom w:w="70" w:type="dxa"/>
              <w:right w:w="90" w:type="dxa"/>
            </w:tcMar>
          </w:tcPr>
          <w:p w14:paraId="37ADCC15" w14:textId="77777777" w:rsidR="00187E2C" w:rsidRDefault="00187E2C"/>
          <w:p w14:paraId="217B1780" w14:textId="77777777" w:rsidR="00187E2C" w:rsidRDefault="00000000">
            <w:pPr>
              <w:spacing w:after="40" w:line="245" w:lineRule="auto"/>
            </w:pPr>
            <w:r>
              <w:rPr>
                <w:b/>
                <w:color w:val="000000"/>
              </w:rPr>
              <w:t>KLJUČNI POJMI</w:t>
            </w:r>
          </w:p>
          <w:p w14:paraId="0A414320" w14:textId="77777777" w:rsidR="00187E2C" w:rsidRDefault="00000000">
            <w:pPr>
              <w:spacing w:after="60" w:line="245" w:lineRule="auto"/>
            </w:pPr>
            <w:r>
              <w:rPr>
                <w:color w:val="000000"/>
                <w:sz w:val="15"/>
              </w:rPr>
              <w:t>poslušanje, govor, pripoved, slika, simbol, glas, zlog, beseda, poved, bralna strategija, naslov, avtor, ilustrator, književna oseba</w:t>
            </w:r>
          </w:p>
          <w:p w14:paraId="04B8C9E4" w14:textId="77777777" w:rsidR="00187E2C" w:rsidRDefault="00000000">
            <w:pPr>
              <w:spacing w:after="20" w:line="245" w:lineRule="auto"/>
            </w:pPr>
            <w:r>
              <w:rPr>
                <w:b/>
                <w:color w:val="000000"/>
                <w:sz w:val="17"/>
              </w:rPr>
              <w:t>DOKAZI O UČENJU</w:t>
            </w:r>
          </w:p>
          <w:p w14:paraId="4025EA33" w14:textId="77777777" w:rsidR="00187E2C" w:rsidRDefault="00000000">
            <w:pPr>
              <w:pStyle w:val="Oznaenseznam"/>
              <w:spacing w:after="9"/>
            </w:pPr>
            <w:r>
              <w:rPr>
                <w:color w:val="000000"/>
                <w:sz w:val="15"/>
              </w:rPr>
              <w:t>glasno branje, dva odgovora in primerjava prvega ter tretjega branja.</w:t>
            </w:r>
          </w:p>
          <w:p w14:paraId="09966D1D" w14:textId="77777777" w:rsidR="00187E2C" w:rsidRDefault="00000000">
            <w:pPr>
              <w:pStyle w:val="Oznaenseznam"/>
              <w:spacing w:after="9"/>
            </w:pPr>
            <w:r>
              <w:rPr>
                <w:color w:val="000000"/>
                <w:sz w:val="15"/>
              </w:rPr>
              <w:t>zvočni posnetek ali anekdotski zapis kratke izmenjave.</w:t>
            </w:r>
          </w:p>
          <w:p w14:paraId="6AE4A90E" w14:textId="77777777" w:rsidR="00187E2C" w:rsidRDefault="00000000">
            <w:pPr>
              <w:pStyle w:val="Oznaenseznam"/>
              <w:spacing w:after="9"/>
            </w:pPr>
            <w:r>
              <w:rPr>
                <w:color w:val="000000"/>
                <w:sz w:val="15"/>
              </w:rPr>
              <w:t>pravilno sestavljen primer in učenčeva ustna razlaga postopka.</w:t>
            </w:r>
          </w:p>
          <w:p w14:paraId="61366EC7" w14:textId="77777777" w:rsidR="00187E2C" w:rsidRDefault="00000000">
            <w:pPr>
              <w:pStyle w:val="Oznaenseznam"/>
              <w:spacing w:after="9"/>
            </w:pPr>
            <w:r>
              <w:rPr>
                <w:color w:val="000000"/>
                <w:sz w:val="15"/>
              </w:rPr>
              <w:t>datiran zapis v mapi in kratek komentar učenca o najuspešnejšem delu.</w:t>
            </w:r>
          </w:p>
          <w:p w14:paraId="0044A954" w14:textId="77777777" w:rsidR="00187E2C" w:rsidRDefault="00000000">
            <w:pPr>
              <w:pStyle w:val="Oznaenseznam"/>
              <w:spacing w:after="9"/>
            </w:pPr>
            <w:r>
              <w:rPr>
                <w:color w:val="000000"/>
                <w:sz w:val="15"/>
              </w:rPr>
              <w:t>nastop/izdelek, vrstniška povratna informacija in samovrednotenje.</w:t>
            </w:r>
          </w:p>
          <w:p w14:paraId="6520B79B" w14:textId="77777777" w:rsidR="00187E2C" w:rsidRDefault="00000000">
            <w:pPr>
              <w:spacing w:before="40" w:after="20" w:line="245" w:lineRule="auto"/>
            </w:pPr>
            <w:r>
              <w:rPr>
                <w:b/>
                <w:color w:val="000000"/>
                <w:sz w:val="17"/>
              </w:rPr>
              <w:t>KNJIŽEVNO DOŽIVETJE IN IZKUŠENJSKI POUK</w:t>
            </w:r>
          </w:p>
          <w:p w14:paraId="3330A913" w14:textId="77777777" w:rsidR="00187E2C" w:rsidRDefault="00000000">
            <w:pPr>
              <w:spacing w:after="60" w:line="245" w:lineRule="auto"/>
            </w:pPr>
            <w:r>
              <w:rPr>
                <w:color w:val="000000"/>
                <w:sz w:val="15"/>
              </w:rPr>
              <w:t>Besedilo učenec poveže z lastnim doživetjem, resničnim predmetom, zvokom, sliko, igro vlog in lastnim sporočilnim namenom. Odziv poda z govorom, gibanjem, risbo, branjem ali zapisom.</w:t>
            </w:r>
          </w:p>
          <w:p w14:paraId="6CD3181D" w14:textId="77777777" w:rsidR="00187E2C" w:rsidRDefault="00000000">
            <w:pPr>
              <w:spacing w:after="20" w:line="245" w:lineRule="auto"/>
            </w:pPr>
            <w:r>
              <w:rPr>
                <w:b/>
                <w:color w:val="000000"/>
                <w:sz w:val="17"/>
              </w:rPr>
              <w:t>POUČEVANJE V GIBANJU</w:t>
            </w:r>
          </w:p>
          <w:p w14:paraId="7951050C" w14:textId="77777777" w:rsidR="00187E2C" w:rsidRDefault="00000000">
            <w:pPr>
              <w:spacing w:after="60" w:line="245" w:lineRule="auto"/>
            </w:pPr>
            <w:r>
              <w:rPr>
                <w:color w:val="000000"/>
                <w:sz w:val="15"/>
              </w:rPr>
              <w:t>Učenci glas, zlog, besedo, poved ali dogajalno zaporedje ponazorijo s telesom; hodijo po talni smeri branja in potezi črke, se premikajo med glasovnimi koti ter dramatizirajo književni prizor.</w:t>
            </w:r>
          </w:p>
          <w:p w14:paraId="343B8895" w14:textId="77777777" w:rsidR="00187E2C" w:rsidRDefault="00000000">
            <w:pPr>
              <w:spacing w:after="20" w:line="245" w:lineRule="auto"/>
            </w:pPr>
            <w:r>
              <w:rPr>
                <w:b/>
                <w:color w:val="000000"/>
                <w:sz w:val="17"/>
              </w:rPr>
              <w:t>DELO PO POSTAJAH</w:t>
            </w:r>
          </w:p>
          <w:p w14:paraId="6AF39345" w14:textId="77777777" w:rsidR="00187E2C" w:rsidRDefault="00000000">
            <w:pPr>
              <w:spacing w:after="60" w:line="245" w:lineRule="auto"/>
            </w:pPr>
            <w:r>
              <w:rPr>
                <w:color w:val="000000"/>
                <w:sz w:val="15"/>
              </w:rPr>
              <w:t>1. doživljajsko-književna – poslušanje, pogovor, igra vlog in predmetno/slikovno izhodišče; 2. glasovno-gibalna – ritem, glasovi, zlogi, talna pot ali dramatizacija; 3. bralna – BRALNI LIST 39, modelirano, vodeno ali ponovljeno branje; 4. slikovno-pisna – urejam zaporedje, rišem, dopolnim ali zapišem odziv ter izbor dokaza, povratna informacija in naslednji korak.</w:t>
            </w:r>
          </w:p>
          <w:p w14:paraId="1D65A16C" w14:textId="77777777" w:rsidR="00187E2C" w:rsidRDefault="00000000">
            <w:pPr>
              <w:spacing w:after="20" w:line="245" w:lineRule="auto"/>
            </w:pPr>
            <w:r>
              <w:rPr>
                <w:b/>
                <w:color w:val="000000"/>
                <w:sz w:val="17"/>
              </w:rPr>
              <w:t>DIFERENCIACIJA IN VKLJUČEVANJE</w:t>
            </w:r>
          </w:p>
          <w:p w14:paraId="5EEE80AD" w14:textId="77777777" w:rsidR="00187E2C" w:rsidRDefault="00000000">
            <w:pPr>
              <w:spacing w:after="60" w:line="245" w:lineRule="auto"/>
            </w:pPr>
            <w:r>
              <w:rPr>
                <w:color w:val="000000"/>
                <w:sz w:val="15"/>
              </w:rPr>
              <w:t>Učenec izbira med slušno, slikovno, gibalno, tipno in pisno oporo; navodilo je razčlenjeno na kratke korake, na voljo so večji tisk, branje v odmevu, dodatni čas in vrstniška opora. Naprednejši učenec samostojno bere daljši primer, oblikuje novo besedo ali poved, utemelji jezikovno odločitev oziroma vodi del postaje. Napredek se primerja z učenčevim prejšnjim dokazom.</w:t>
            </w:r>
          </w:p>
          <w:p w14:paraId="7ECB61E2" w14:textId="77777777" w:rsidR="00187E2C" w:rsidRDefault="00000000">
            <w:pPr>
              <w:spacing w:after="20" w:line="245" w:lineRule="auto"/>
            </w:pPr>
            <w:r>
              <w:rPr>
                <w:b/>
                <w:color w:val="000000"/>
                <w:sz w:val="17"/>
              </w:rPr>
              <w:t>SPREMLJANJE</w:t>
            </w:r>
          </w:p>
          <w:p w14:paraId="5B7710AA" w14:textId="77777777" w:rsidR="00187E2C" w:rsidRDefault="00000000">
            <w:pPr>
              <w:spacing w:after="30" w:line="245" w:lineRule="auto"/>
            </w:pPr>
            <w:r>
              <w:rPr>
                <w:color w:val="000000"/>
                <w:sz w:val="15"/>
              </w:rPr>
              <w:t>Učiteljica sproti zapiše razumevanje, bralno ali pisno strategijo, stopnjo samostojnosti, uporabljeno oporo, odziv na povratno informacijo in potreben naslednji korak.</w:t>
            </w:r>
          </w:p>
        </w:tc>
        <w:tc>
          <w:tcPr>
            <w:tcW w:w="7087" w:type="dxa"/>
            <w:tcMar>
              <w:top w:w="70" w:type="dxa"/>
              <w:left w:w="90" w:type="dxa"/>
              <w:bottom w:w="70" w:type="dxa"/>
              <w:right w:w="90" w:type="dxa"/>
            </w:tcMar>
          </w:tcPr>
          <w:p w14:paraId="01C72373"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7011A139" w14:textId="77777777">
              <w:trPr>
                <w:jc w:val="center"/>
              </w:trPr>
              <w:tc>
                <w:tcPr>
                  <w:tcW w:w="7087" w:type="dxa"/>
                  <w:shd w:val="clear" w:color="auto" w:fill="C6E7F3"/>
                  <w:tcMar>
                    <w:top w:w="45" w:type="dxa"/>
                    <w:left w:w="70" w:type="dxa"/>
                    <w:bottom w:w="45" w:type="dxa"/>
                    <w:right w:w="70" w:type="dxa"/>
                  </w:tcMar>
                </w:tcPr>
                <w:p w14:paraId="4FA7B683" w14:textId="77777777" w:rsidR="00187E2C" w:rsidRDefault="00000000">
                  <w:pPr>
                    <w:keepNext/>
                  </w:pPr>
                  <w:r>
                    <w:rPr>
                      <w:b/>
                      <w:color w:val="000000"/>
                      <w:sz w:val="17"/>
                    </w:rPr>
                    <w:t>GLAVNI DEL – DOŽIVLJAJSKO, JEZIKOVNO IN OPISMENJEVALNO UČENJE (5 šolskih ur)</w:t>
                  </w:r>
                </w:p>
              </w:tc>
            </w:tr>
          </w:tbl>
          <w:p w14:paraId="6F62EC2F" w14:textId="77777777" w:rsidR="00187E2C" w:rsidRDefault="00187E2C">
            <w:pPr>
              <w:spacing w:line="20" w:lineRule="exact"/>
            </w:pPr>
          </w:p>
          <w:p w14:paraId="410BB73E" w14:textId="77777777" w:rsidR="00187E2C" w:rsidRDefault="00000000">
            <w:pPr>
              <w:keepNext/>
              <w:spacing w:before="22" w:after="6" w:line="245" w:lineRule="auto"/>
            </w:pPr>
            <w:r>
              <w:rPr>
                <w:b/>
                <w:color w:val="000000"/>
                <w:sz w:val="16"/>
              </w:rPr>
              <w:t>1. URA – Moj zaključni bralni dokaz</w:t>
            </w:r>
          </w:p>
          <w:p w14:paraId="79819C36" w14:textId="77777777" w:rsidR="00187E2C" w:rsidRDefault="00000000">
            <w:pPr>
              <w:spacing w:after="7" w:line="245" w:lineRule="auto"/>
            </w:pPr>
            <w:r>
              <w:rPr>
                <w:b/>
                <w:color w:val="000000"/>
                <w:sz w:val="15"/>
              </w:rPr>
              <w:t xml:space="preserve">Dejavnost učiteljice: </w:t>
            </w:r>
            <w:r>
              <w:rPr>
                <w:color w:val="000000"/>
                <w:sz w:val="15"/>
              </w:rPr>
              <w:t>Vodi delo z Bralnim listom 39 (moj zaključni bralni dokaz): prvo branje, vprašanji »Kaj delajo prijatelji? Kateri lep trenutek si zapomnim?«, ponovno branje in povedi po prostoru.</w:t>
            </w:r>
          </w:p>
          <w:p w14:paraId="7C52C9E3" w14:textId="77777777" w:rsidR="00187E2C" w:rsidRDefault="00000000">
            <w:pPr>
              <w:spacing w:after="7" w:line="245" w:lineRule="auto"/>
            </w:pPr>
            <w:r>
              <w:rPr>
                <w:b/>
                <w:color w:val="000000"/>
                <w:sz w:val="15"/>
              </w:rPr>
              <w:t xml:space="preserve">Dejavnost učencev: </w:t>
            </w:r>
            <w:r>
              <w:rPr>
                <w:color w:val="000000"/>
                <w:sz w:val="15"/>
              </w:rPr>
              <w:t>Besedilo na Bralnem listu 39 bere po delih ali povezano, odgovori na vprašanji, poišče povedi v prostoru in izbrano poved trikrat ponovi.</w:t>
            </w:r>
          </w:p>
          <w:p w14:paraId="0F17F67D" w14:textId="77777777" w:rsidR="00187E2C" w:rsidRDefault="00000000">
            <w:pPr>
              <w:spacing w:after="15" w:line="245" w:lineRule="auto"/>
            </w:pPr>
            <w:r>
              <w:rPr>
                <w:i/>
                <w:color w:val="D95BC6"/>
                <w:sz w:val="14"/>
              </w:rPr>
              <w:t>Predvideni dokaz: glasno branje, dva odgovora in primerjava prvega ter tretjega branja..</w:t>
            </w:r>
          </w:p>
          <w:p w14:paraId="2557D7FA" w14:textId="77777777" w:rsidR="00187E2C" w:rsidRDefault="00000000">
            <w:pPr>
              <w:keepNext/>
              <w:spacing w:before="22" w:after="6" w:line="245" w:lineRule="auto"/>
            </w:pPr>
            <w:r>
              <w:rPr>
                <w:b/>
                <w:color w:val="000000"/>
                <w:sz w:val="16"/>
              </w:rPr>
              <w:t>2. URA – Zaključna predstavitev – Govorim in pojasnjujem</w:t>
            </w:r>
          </w:p>
          <w:p w14:paraId="36055EFF" w14:textId="77777777" w:rsidR="00187E2C" w:rsidRDefault="00000000">
            <w:pPr>
              <w:spacing w:after="7" w:line="245" w:lineRule="auto"/>
            </w:pPr>
            <w:r>
              <w:rPr>
                <w:b/>
                <w:color w:val="000000"/>
                <w:sz w:val="15"/>
              </w:rPr>
              <w:t xml:space="preserve">Dejavnost učiteljice: </w:t>
            </w:r>
            <w:r>
              <w:rPr>
                <w:color w:val="000000"/>
                <w:sz w:val="15"/>
              </w:rPr>
              <w:t>Modelira pogovor ali pripoved ter ponudi slikovne opore in začetke povedi; sproti zbira individualne dokaze in prilagodi oporo.</w:t>
            </w:r>
          </w:p>
          <w:p w14:paraId="071A39ED" w14:textId="77777777" w:rsidR="00187E2C" w:rsidRDefault="00000000">
            <w:pPr>
              <w:spacing w:after="7" w:line="245" w:lineRule="auto"/>
            </w:pPr>
            <w:r>
              <w:rPr>
                <w:b/>
                <w:color w:val="000000"/>
                <w:sz w:val="15"/>
              </w:rPr>
              <w:t xml:space="preserve">Dejavnost učencev: </w:t>
            </w:r>
            <w:r>
              <w:rPr>
                <w:color w:val="000000"/>
                <w:sz w:val="15"/>
              </w:rPr>
              <w:t>V paru govori in posluša, zamenja vlogo, postavi vprašanje ter uporabi besedo iz tedenske besedne banke; dejavnost poveže s ciljem »posluša druge«.</w:t>
            </w:r>
          </w:p>
          <w:p w14:paraId="142CF20C" w14:textId="77777777" w:rsidR="00187E2C" w:rsidRDefault="00000000">
            <w:pPr>
              <w:spacing w:after="15" w:line="245" w:lineRule="auto"/>
            </w:pPr>
            <w:r>
              <w:rPr>
                <w:i/>
                <w:color w:val="D95BC6"/>
                <w:sz w:val="14"/>
              </w:rPr>
              <w:t>Predvideni dokaz: zvočni posnetek ali anekdotski zapis kratke izmenjave..</w:t>
            </w:r>
          </w:p>
          <w:p w14:paraId="1B4E6BA3" w14:textId="77777777" w:rsidR="00187E2C" w:rsidRDefault="00000000">
            <w:pPr>
              <w:keepNext/>
              <w:spacing w:before="22" w:after="6" w:line="245" w:lineRule="auto"/>
            </w:pPr>
            <w:r>
              <w:rPr>
                <w:b/>
                <w:color w:val="000000"/>
                <w:sz w:val="16"/>
              </w:rPr>
              <w:t>3. URA – Zaključna predstavitev – Razčlenjujem jezik</w:t>
            </w:r>
          </w:p>
          <w:p w14:paraId="2A840550" w14:textId="77777777" w:rsidR="00187E2C" w:rsidRDefault="00000000">
            <w:pPr>
              <w:spacing w:after="7" w:line="245" w:lineRule="auto"/>
            </w:pPr>
            <w:r>
              <w:rPr>
                <w:b/>
                <w:color w:val="000000"/>
                <w:sz w:val="15"/>
              </w:rPr>
              <w:t xml:space="preserve">Dejavnost učiteljice: </w:t>
            </w:r>
            <w:r>
              <w:rPr>
                <w:color w:val="000000"/>
                <w:sz w:val="15"/>
              </w:rPr>
              <w:t>Pripravi talne kartice glasov, zlogov, besed ali povedi in najprej modelira eno razčlenitev; sproti zbira individualne dokaze in prilagodi oporo.</w:t>
            </w:r>
          </w:p>
          <w:p w14:paraId="25CC9146" w14:textId="77777777" w:rsidR="00187E2C" w:rsidRDefault="00000000">
            <w:pPr>
              <w:spacing w:after="7" w:line="245" w:lineRule="auto"/>
            </w:pPr>
            <w:r>
              <w:rPr>
                <w:b/>
                <w:color w:val="000000"/>
                <w:sz w:val="15"/>
              </w:rPr>
              <w:t xml:space="preserve">Dejavnost učencev: </w:t>
            </w:r>
            <w:r>
              <w:rPr>
                <w:color w:val="000000"/>
                <w:sz w:val="15"/>
              </w:rPr>
              <w:t>Ploska, stopa, razstavlja in sestavlja; primer razvrsti ter svojo rešitev preveri s sošolcem; dejavnost poveže s ciljem »uporabi branje ali zapis v predstavitvi«.</w:t>
            </w:r>
          </w:p>
          <w:p w14:paraId="33EE01A6" w14:textId="77777777" w:rsidR="00187E2C" w:rsidRDefault="00000000">
            <w:pPr>
              <w:spacing w:after="15" w:line="245" w:lineRule="auto"/>
            </w:pPr>
            <w:r>
              <w:rPr>
                <w:i/>
                <w:color w:val="D95BC6"/>
                <w:sz w:val="14"/>
              </w:rPr>
              <w:t>Predvideni dokaz: pravilno sestavljen primer in učenčeva ustna razlaga postopka..</w:t>
            </w:r>
          </w:p>
          <w:p w14:paraId="4CC20144" w14:textId="77777777" w:rsidR="00187E2C" w:rsidRDefault="00000000">
            <w:pPr>
              <w:keepNext/>
              <w:spacing w:before="22" w:after="6" w:line="245" w:lineRule="auto"/>
            </w:pPr>
            <w:r>
              <w:rPr>
                <w:b/>
                <w:color w:val="000000"/>
                <w:sz w:val="16"/>
              </w:rPr>
              <w:t>4. URA – Zaključna predstavitev – Pišem in ustvarjam</w:t>
            </w:r>
          </w:p>
          <w:p w14:paraId="49B75DE0" w14:textId="77777777" w:rsidR="00187E2C" w:rsidRDefault="00000000">
            <w:pPr>
              <w:spacing w:after="7" w:line="245" w:lineRule="auto"/>
            </w:pPr>
            <w:r>
              <w:rPr>
                <w:b/>
                <w:color w:val="000000"/>
                <w:sz w:val="15"/>
              </w:rPr>
              <w:t xml:space="preserve">Dejavnost učiteljice: </w:t>
            </w:r>
            <w:r>
              <w:rPr>
                <w:color w:val="000000"/>
                <w:sz w:val="15"/>
              </w:rPr>
              <w:t>Pokaže grafomotorični ali pisni korak, nato umakne model in opazuje individualno izvedbo; sproti zbira individualne dokaze in prilagodi oporo.</w:t>
            </w:r>
          </w:p>
          <w:p w14:paraId="1A9941DB" w14:textId="77777777" w:rsidR="00187E2C" w:rsidRDefault="00000000">
            <w:pPr>
              <w:spacing w:after="7" w:line="245" w:lineRule="auto"/>
            </w:pPr>
            <w:r>
              <w:rPr>
                <w:b/>
                <w:color w:val="000000"/>
                <w:sz w:val="15"/>
              </w:rPr>
              <w:t xml:space="preserve">Dejavnost učencev: </w:t>
            </w:r>
            <w:r>
              <w:rPr>
                <w:color w:val="000000"/>
                <w:sz w:val="15"/>
              </w:rPr>
              <w:t>Najprej potezo izvede s celim telesom, nato v pesku/zraku in na listu; zapiše znak, besedo ali poved po svojih zmožnostih.</w:t>
            </w:r>
          </w:p>
          <w:p w14:paraId="04801C1E" w14:textId="77777777" w:rsidR="00187E2C" w:rsidRDefault="00000000">
            <w:pPr>
              <w:spacing w:after="15" w:line="245" w:lineRule="auto"/>
            </w:pPr>
            <w:r>
              <w:rPr>
                <w:i/>
                <w:color w:val="D95BC6"/>
                <w:sz w:val="14"/>
              </w:rPr>
              <w:t>Predvideni dokaz: datiran zapis v mapi in kratek komentar učenca o najuspešnejšem delu..</w:t>
            </w:r>
          </w:p>
          <w:p w14:paraId="41C36F29" w14:textId="77777777" w:rsidR="00187E2C" w:rsidRDefault="00000000">
            <w:pPr>
              <w:keepNext/>
              <w:spacing w:before="22" w:after="6" w:line="245" w:lineRule="auto"/>
            </w:pPr>
            <w:r>
              <w:rPr>
                <w:b/>
                <w:color w:val="000000"/>
                <w:sz w:val="16"/>
              </w:rPr>
              <w:t>5. URA – Zaključna predstavitev – Predstavim in vrednotim</w:t>
            </w:r>
          </w:p>
          <w:p w14:paraId="018C3D95" w14:textId="77777777" w:rsidR="00187E2C" w:rsidRDefault="00000000">
            <w:pPr>
              <w:spacing w:after="7" w:line="245" w:lineRule="auto"/>
            </w:pPr>
            <w:r>
              <w:rPr>
                <w:b/>
                <w:color w:val="000000"/>
                <w:sz w:val="15"/>
              </w:rPr>
              <w:t xml:space="preserve">Dejavnost učiteljice: </w:t>
            </w:r>
            <w:r>
              <w:rPr>
                <w:color w:val="000000"/>
                <w:sz w:val="15"/>
              </w:rPr>
              <w:t>Organizira mini oder ali galerijo, ponovi kriterije razločnosti in poslušanja ter modelira opisno povratno informacijo; sproti zbira individualne dokaze in prilagodi oporo.</w:t>
            </w:r>
          </w:p>
          <w:p w14:paraId="7C232DC1" w14:textId="77777777" w:rsidR="00187E2C" w:rsidRDefault="00000000">
            <w:pPr>
              <w:spacing w:after="7" w:line="245" w:lineRule="auto"/>
            </w:pPr>
            <w:r>
              <w:rPr>
                <w:b/>
                <w:color w:val="000000"/>
                <w:sz w:val="15"/>
              </w:rPr>
              <w:t xml:space="preserve">Dejavnost učencev: </w:t>
            </w:r>
            <w:r>
              <w:rPr>
                <w:color w:val="000000"/>
                <w:sz w:val="15"/>
              </w:rPr>
              <w:t>Pripoveduje, bere, dramatizira ali predstavi zapis; vrstniku pove eno opaženo moč in eno vprašanje; dejavnost poveže s ciljem »govori razločno«.</w:t>
            </w:r>
          </w:p>
          <w:p w14:paraId="6C9F40E5" w14:textId="77777777" w:rsidR="00187E2C" w:rsidRDefault="00000000">
            <w:pPr>
              <w:spacing w:after="15" w:line="245" w:lineRule="auto"/>
            </w:pPr>
            <w:r>
              <w:rPr>
                <w:i/>
                <w:color w:val="D95BC6"/>
                <w:sz w:val="14"/>
              </w:rPr>
              <w:t>Predvideni dokaz: nastop/izdelek, vrstniška povratna informacija in samovrednotenje..</w:t>
            </w:r>
          </w:p>
          <w:tbl>
            <w:tblPr>
              <w:tblStyle w:val="Tabelamrea"/>
              <w:tblW w:w="0" w:type="auto"/>
              <w:jc w:val="center"/>
              <w:tblLayout w:type="fixed"/>
              <w:tblLook w:val="04A0" w:firstRow="1" w:lastRow="0" w:firstColumn="1" w:lastColumn="0" w:noHBand="0" w:noVBand="1"/>
            </w:tblPr>
            <w:tblGrid>
              <w:gridCol w:w="7087"/>
            </w:tblGrid>
            <w:tr w:rsidR="00187E2C" w14:paraId="18FE0B15" w14:textId="77777777">
              <w:trPr>
                <w:jc w:val="center"/>
              </w:trPr>
              <w:tc>
                <w:tcPr>
                  <w:tcW w:w="7087" w:type="dxa"/>
                  <w:shd w:val="clear" w:color="auto" w:fill="EDC9EA"/>
                  <w:tcMar>
                    <w:top w:w="45" w:type="dxa"/>
                    <w:left w:w="70" w:type="dxa"/>
                    <w:bottom w:w="45" w:type="dxa"/>
                    <w:right w:w="70" w:type="dxa"/>
                  </w:tcMar>
                </w:tcPr>
                <w:p w14:paraId="34897945" w14:textId="77777777" w:rsidR="00187E2C" w:rsidRDefault="00000000">
                  <w:pPr>
                    <w:keepNext/>
                  </w:pPr>
                  <w:r>
                    <w:rPr>
                      <w:b/>
                      <w:color w:val="000000"/>
                      <w:sz w:val="17"/>
                    </w:rPr>
                    <w:t>POVRATNA INFORMACIJA UČITELJICE MED DELOM</w:t>
                  </w:r>
                </w:p>
              </w:tc>
            </w:tr>
          </w:tbl>
          <w:p w14:paraId="64FBF540" w14:textId="77777777" w:rsidR="00187E2C" w:rsidRDefault="00187E2C"/>
          <w:p w14:paraId="30FC832D" w14:textId="77777777" w:rsidR="00187E2C" w:rsidRDefault="00000000">
            <w:pPr>
              <w:spacing w:before="20" w:after="30" w:line="245" w:lineRule="auto"/>
            </w:pPr>
            <w:r>
              <w:rPr>
                <w:color w:val="000000"/>
                <w:sz w:val="15"/>
              </w:rPr>
              <w:t>Učiteljica opiše opaženo strategijo, odziv veže na en kriterij in predlaga izvedljiv naslednji korak. Učenec povratno informacijo takoj uporabi pri ponovnem poslušanju, izgovoru, branju, izvedbi ali zapisu.</w:t>
            </w:r>
          </w:p>
        </w:tc>
        <w:tc>
          <w:tcPr>
            <w:tcW w:w="2551" w:type="dxa"/>
            <w:tcMar>
              <w:top w:w="70" w:type="dxa"/>
              <w:left w:w="90" w:type="dxa"/>
              <w:bottom w:w="70" w:type="dxa"/>
              <w:right w:w="90" w:type="dxa"/>
            </w:tcMar>
          </w:tcPr>
          <w:p w14:paraId="6241108A" w14:textId="77777777" w:rsidR="00187E2C" w:rsidRDefault="00187E2C"/>
          <w:p w14:paraId="75246B00" w14:textId="77777777" w:rsidR="00187E2C" w:rsidRDefault="00000000">
            <w:pPr>
              <w:spacing w:after="4" w:line="245" w:lineRule="auto"/>
            </w:pPr>
            <w:r>
              <w:rPr>
                <w:b/>
                <w:color w:val="000000"/>
                <w:sz w:val="15"/>
              </w:rPr>
              <w:t>1. URA – Moj zaključni bralni dokaz</w:t>
            </w:r>
          </w:p>
          <w:p w14:paraId="1129DC49" w14:textId="77777777" w:rsidR="00187E2C" w:rsidRDefault="00000000">
            <w:pPr>
              <w:spacing w:after="7" w:line="245" w:lineRule="auto"/>
            </w:pPr>
            <w:r>
              <w:rPr>
                <w:color w:val="000000"/>
                <w:sz w:val="14"/>
              </w:rPr>
              <w:t>Besedilo na Bralnem listu 39 bere po delih ali povezano, odgovori na vprašanji.</w:t>
            </w:r>
          </w:p>
          <w:p w14:paraId="0DF4849C" w14:textId="77777777" w:rsidR="00187E2C" w:rsidRDefault="00000000">
            <w:pPr>
              <w:spacing w:after="15" w:line="245" w:lineRule="auto"/>
            </w:pPr>
            <w:r>
              <w:rPr>
                <w:color w:val="D95BC6"/>
                <w:sz w:val="14"/>
              </w:rPr>
              <w:t>Dokaz: glasno branje, dva odgovora in primerjava prvega ter tretjega branja.</w:t>
            </w:r>
          </w:p>
          <w:p w14:paraId="78900EF7" w14:textId="77777777" w:rsidR="00187E2C" w:rsidRDefault="00000000">
            <w:pPr>
              <w:spacing w:after="4" w:line="245" w:lineRule="auto"/>
            </w:pPr>
            <w:r>
              <w:rPr>
                <w:b/>
                <w:color w:val="000000"/>
                <w:sz w:val="15"/>
              </w:rPr>
              <w:t>2. URA – Zaključna predstavitev – Govorim in pojasnjujem</w:t>
            </w:r>
          </w:p>
          <w:p w14:paraId="499AFFB5" w14:textId="77777777" w:rsidR="00187E2C" w:rsidRDefault="00000000">
            <w:pPr>
              <w:spacing w:after="7" w:line="245" w:lineRule="auto"/>
            </w:pPr>
            <w:r>
              <w:rPr>
                <w:color w:val="000000"/>
                <w:sz w:val="14"/>
              </w:rPr>
              <w:t>V paru govori in posluša, zamenja vlogo, postavi vprašanje ter uporabi besedo iz tedenske besedne banke.</w:t>
            </w:r>
          </w:p>
          <w:p w14:paraId="5A50A4D5" w14:textId="77777777" w:rsidR="00187E2C" w:rsidRDefault="00000000">
            <w:pPr>
              <w:spacing w:after="15" w:line="245" w:lineRule="auto"/>
            </w:pPr>
            <w:r>
              <w:rPr>
                <w:color w:val="D95BC6"/>
                <w:sz w:val="14"/>
              </w:rPr>
              <w:t>Dokaz: zvočni posnetek ali anekdotski zapis kratke izmenjave.</w:t>
            </w:r>
          </w:p>
          <w:p w14:paraId="62D076AA" w14:textId="77777777" w:rsidR="00187E2C" w:rsidRDefault="00000000">
            <w:pPr>
              <w:spacing w:after="4" w:line="245" w:lineRule="auto"/>
            </w:pPr>
            <w:r>
              <w:rPr>
                <w:b/>
                <w:color w:val="000000"/>
                <w:sz w:val="15"/>
              </w:rPr>
              <w:t>3. URA – Zaključna predstavitev – Razčlenjujem jezik</w:t>
            </w:r>
          </w:p>
          <w:p w14:paraId="72653830" w14:textId="77777777" w:rsidR="00187E2C" w:rsidRDefault="00000000">
            <w:pPr>
              <w:spacing w:after="7" w:line="245" w:lineRule="auto"/>
            </w:pPr>
            <w:r>
              <w:rPr>
                <w:color w:val="000000"/>
                <w:sz w:val="14"/>
              </w:rPr>
              <w:t>Ploska, stopa, razstavlja in sestavlja; primer razvrsti ter svojo rešitev preveri s sošolcem.</w:t>
            </w:r>
          </w:p>
          <w:p w14:paraId="302980E0" w14:textId="77777777" w:rsidR="00187E2C" w:rsidRDefault="00000000">
            <w:pPr>
              <w:spacing w:after="15" w:line="245" w:lineRule="auto"/>
            </w:pPr>
            <w:r>
              <w:rPr>
                <w:color w:val="D95BC6"/>
                <w:sz w:val="14"/>
              </w:rPr>
              <w:t>Dokaz: pravilno sestavljen primer in učenčeva ustna razlaga postopka.</w:t>
            </w:r>
          </w:p>
          <w:p w14:paraId="4341D988" w14:textId="77777777" w:rsidR="00187E2C" w:rsidRDefault="00000000">
            <w:pPr>
              <w:spacing w:after="4" w:line="245" w:lineRule="auto"/>
            </w:pPr>
            <w:r>
              <w:rPr>
                <w:b/>
                <w:color w:val="000000"/>
                <w:sz w:val="15"/>
              </w:rPr>
              <w:t>4. URA – Zaključna predstavitev – Pišem in ustvarjam</w:t>
            </w:r>
          </w:p>
          <w:p w14:paraId="50430D2C" w14:textId="77777777" w:rsidR="00187E2C" w:rsidRDefault="00000000">
            <w:pPr>
              <w:spacing w:after="7" w:line="245" w:lineRule="auto"/>
            </w:pPr>
            <w:r>
              <w:rPr>
                <w:color w:val="000000"/>
                <w:sz w:val="14"/>
              </w:rPr>
              <w:t>Najprej potezo izvede s celim telesom, nato v pesku/zraku in na listu; zapiše znak.</w:t>
            </w:r>
          </w:p>
          <w:p w14:paraId="375D37DD" w14:textId="77777777" w:rsidR="00187E2C" w:rsidRDefault="00000000">
            <w:pPr>
              <w:spacing w:after="15" w:line="245" w:lineRule="auto"/>
            </w:pPr>
            <w:r>
              <w:rPr>
                <w:color w:val="D95BC6"/>
                <w:sz w:val="14"/>
              </w:rPr>
              <w:t>Dokaz: datiran zapis v mapi in kratek komentar učenca o najuspešnejšem delu.</w:t>
            </w:r>
          </w:p>
          <w:p w14:paraId="0E34DBD3" w14:textId="77777777" w:rsidR="00187E2C" w:rsidRDefault="00000000">
            <w:pPr>
              <w:spacing w:after="4" w:line="245" w:lineRule="auto"/>
            </w:pPr>
            <w:r>
              <w:rPr>
                <w:b/>
                <w:color w:val="000000"/>
                <w:sz w:val="15"/>
              </w:rPr>
              <w:t>5. URA – Zaključna predstavitev – Predstavim in vrednotim</w:t>
            </w:r>
          </w:p>
          <w:p w14:paraId="1CE1EC85" w14:textId="77777777" w:rsidR="00187E2C" w:rsidRDefault="00000000">
            <w:pPr>
              <w:spacing w:after="7" w:line="245" w:lineRule="auto"/>
            </w:pPr>
            <w:r>
              <w:rPr>
                <w:color w:val="000000"/>
                <w:sz w:val="14"/>
              </w:rPr>
              <w:t>Pripoveduje, bere, dramatizira ali predstavi zapis; vrstniku pove eno opaženo moč in eno vprašanje.</w:t>
            </w:r>
          </w:p>
          <w:p w14:paraId="223B6D01" w14:textId="77777777" w:rsidR="00187E2C" w:rsidRDefault="00000000">
            <w:pPr>
              <w:spacing w:after="15" w:line="245" w:lineRule="auto"/>
            </w:pPr>
            <w:r>
              <w:rPr>
                <w:color w:val="D95BC6"/>
                <w:sz w:val="14"/>
              </w:rPr>
              <w:t>Dokaz: nastop/izdelek, vrstniška povratna informacija in samovrednotenje.</w:t>
            </w:r>
          </w:p>
        </w:tc>
      </w:tr>
    </w:tbl>
    <w:p w14:paraId="6DFB0810" w14:textId="77777777" w:rsidR="00187E2C"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187E2C" w14:paraId="5B46CBD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7141BA" w14:textId="77777777" w:rsidR="00187E2C"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DF35668" w14:textId="77777777" w:rsidR="00187E2C" w:rsidRDefault="00000000">
            <w:pPr>
              <w:jc w:val="center"/>
            </w:pPr>
            <w:r>
              <w:rPr>
                <w:b/>
                <w:color w:val="000000"/>
                <w:sz w:val="20"/>
              </w:rPr>
              <w:t>UČNE DEJAVNOSTI, METODE IN FORMATIVNO SPREMLJANJE</w:t>
            </w:r>
          </w:p>
        </w:tc>
      </w:tr>
      <w:tr w:rsidR="00187E2C" w14:paraId="6F761049" w14:textId="77777777">
        <w:trPr>
          <w:tblHeader/>
          <w:jc w:val="center"/>
        </w:trPr>
        <w:tc>
          <w:tcPr>
            <w:tcW w:w="4422" w:type="dxa"/>
            <w:vMerge/>
            <w:tcMar>
              <w:top w:w="70" w:type="dxa"/>
              <w:left w:w="90" w:type="dxa"/>
              <w:bottom w:w="70" w:type="dxa"/>
              <w:right w:w="90" w:type="dxa"/>
            </w:tcMar>
            <w:vAlign w:val="center"/>
          </w:tcPr>
          <w:p w14:paraId="4605EA51" w14:textId="77777777" w:rsidR="00187E2C" w:rsidRDefault="00187E2C"/>
        </w:tc>
        <w:tc>
          <w:tcPr>
            <w:tcW w:w="7087" w:type="dxa"/>
            <w:shd w:val="clear" w:color="auto" w:fill="FFFFFF"/>
            <w:tcMar>
              <w:top w:w="70" w:type="dxa"/>
              <w:left w:w="90" w:type="dxa"/>
              <w:bottom w:w="70" w:type="dxa"/>
              <w:right w:w="90" w:type="dxa"/>
            </w:tcMar>
            <w:vAlign w:val="center"/>
          </w:tcPr>
          <w:p w14:paraId="6BFAF3A6" w14:textId="77777777" w:rsidR="00187E2C"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562196C" w14:textId="77777777" w:rsidR="00187E2C" w:rsidRDefault="00000000">
            <w:pPr>
              <w:jc w:val="center"/>
            </w:pPr>
            <w:r>
              <w:rPr>
                <w:b/>
                <w:color w:val="000000"/>
              </w:rPr>
              <w:t>UČENEC</w:t>
            </w:r>
          </w:p>
        </w:tc>
      </w:tr>
      <w:tr w:rsidR="00187E2C" w14:paraId="67CE8A37" w14:textId="77777777">
        <w:trPr>
          <w:jc w:val="center"/>
        </w:trPr>
        <w:tc>
          <w:tcPr>
            <w:tcW w:w="4422" w:type="dxa"/>
            <w:tcMar>
              <w:top w:w="70" w:type="dxa"/>
              <w:left w:w="90" w:type="dxa"/>
              <w:bottom w:w="70" w:type="dxa"/>
              <w:right w:w="90" w:type="dxa"/>
            </w:tcMar>
          </w:tcPr>
          <w:p w14:paraId="1F5BA85F" w14:textId="77777777" w:rsidR="00187E2C" w:rsidRDefault="00187E2C"/>
          <w:p w14:paraId="1A571510" w14:textId="77777777" w:rsidR="00187E2C" w:rsidRDefault="00000000">
            <w:pPr>
              <w:spacing w:after="40" w:line="245" w:lineRule="auto"/>
            </w:pPr>
            <w:r>
              <w:rPr>
                <w:b/>
                <w:color w:val="000000"/>
              </w:rPr>
              <w:t>FORMATIVNO SPREMLJANJE</w:t>
            </w:r>
          </w:p>
          <w:p w14:paraId="19CFC468" w14:textId="77777777" w:rsidR="00187E2C" w:rsidRDefault="00000000">
            <w:pPr>
              <w:pStyle w:val="Oznaenseznam"/>
              <w:spacing w:after="16"/>
            </w:pPr>
            <w:r>
              <w:rPr>
                <w:color w:val="000000"/>
                <w:sz w:val="16"/>
              </w:rPr>
              <w:t>predznanje: napoved ob naslovnici, govorni ali gibalni odziv, glasovna odločitev, poskus branja ali začetni zapis</w:t>
            </w:r>
          </w:p>
          <w:p w14:paraId="52AE8918" w14:textId="77777777" w:rsidR="00187E2C" w:rsidRDefault="00000000">
            <w:pPr>
              <w:pStyle w:val="Oznaenseznam"/>
              <w:spacing w:after="16"/>
            </w:pPr>
            <w:r>
              <w:rPr>
                <w:color w:val="000000"/>
                <w:sz w:val="16"/>
              </w:rPr>
              <w:t>dokazi med učenjem: poslušalski odziv, pripoved, dramatizacija, glasovna razčlemba, bralni list, grafomotorični ali pisni izdelek</w:t>
            </w:r>
          </w:p>
          <w:p w14:paraId="0CCE4A38" w14:textId="77777777" w:rsidR="00187E2C" w:rsidRDefault="00000000">
            <w:pPr>
              <w:pStyle w:val="Oznaenseznam"/>
              <w:spacing w:after="16"/>
            </w:pPr>
            <w:r>
              <w:rPr>
                <w:color w:val="000000"/>
                <w:sz w:val="16"/>
              </w:rPr>
              <w:t>povratna informacija: konkretna, vezana na kriterij ter usmerjena v ponovno poslušanje, branje, izgovor ali izboljšan zapis</w:t>
            </w:r>
          </w:p>
          <w:p w14:paraId="6101FA6B" w14:textId="77777777" w:rsidR="00187E2C" w:rsidRDefault="00000000">
            <w:pPr>
              <w:pStyle w:val="Oznaenseznam"/>
              <w:spacing w:after="16"/>
            </w:pPr>
            <w:r>
              <w:rPr>
                <w:color w:val="000000"/>
                <w:sz w:val="16"/>
              </w:rPr>
              <w:t>samovrednotenje: semafor, lestvica samostojnosti, izbrani dokaz, bralna mapa ali kratka poved o naslednjem koraku</w:t>
            </w:r>
          </w:p>
          <w:p w14:paraId="23F0BDEE" w14:textId="77777777" w:rsidR="00187E2C" w:rsidRDefault="00000000">
            <w:pPr>
              <w:spacing w:before="40" w:after="20" w:line="245" w:lineRule="auto"/>
            </w:pPr>
            <w:r>
              <w:rPr>
                <w:b/>
                <w:color w:val="000000"/>
                <w:sz w:val="17"/>
              </w:rPr>
              <w:t>VARNOST IN ODGOVORNOST</w:t>
            </w:r>
          </w:p>
          <w:p w14:paraId="65B30BE1" w14:textId="77777777" w:rsidR="00187E2C" w:rsidRDefault="00000000">
            <w:pPr>
              <w:spacing w:after="60" w:line="245" w:lineRule="auto"/>
            </w:pPr>
            <w:r>
              <w:rPr>
                <w:color w:val="000000"/>
                <w:sz w:val="16"/>
              </w:rPr>
              <w:t>Pri gibanju, dramatizaciji in prehajanju med postajami upošteva dogovorjene smeri, razdaljo in glasnost; drobne pripomočke uporablja namensko ter jih po dejavnosti pospravi.</w:t>
            </w:r>
          </w:p>
          <w:p w14:paraId="20DBAE53" w14:textId="77777777" w:rsidR="00187E2C" w:rsidRDefault="00000000">
            <w:pPr>
              <w:spacing w:after="20" w:line="245" w:lineRule="auto"/>
            </w:pPr>
            <w:r>
              <w:rPr>
                <w:b/>
                <w:color w:val="000000"/>
                <w:sz w:val="17"/>
              </w:rPr>
              <w:t>EVIDENCA PO IZVEDBI</w:t>
            </w:r>
          </w:p>
          <w:p w14:paraId="26BB7C19" w14:textId="77777777" w:rsidR="00187E2C"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govoru, branju in pisanju: __________________</w:t>
            </w:r>
          </w:p>
        </w:tc>
        <w:tc>
          <w:tcPr>
            <w:tcW w:w="7087" w:type="dxa"/>
            <w:tcMar>
              <w:top w:w="70" w:type="dxa"/>
              <w:left w:w="90" w:type="dxa"/>
              <w:bottom w:w="70" w:type="dxa"/>
              <w:right w:w="90" w:type="dxa"/>
            </w:tcMar>
          </w:tcPr>
          <w:p w14:paraId="01948BAD" w14:textId="77777777" w:rsidR="00187E2C" w:rsidRDefault="00187E2C">
            <w:pPr>
              <w:spacing w:line="20" w:lineRule="exact"/>
            </w:pPr>
          </w:p>
          <w:tbl>
            <w:tblPr>
              <w:tblStyle w:val="Tabelamrea"/>
              <w:tblW w:w="0" w:type="auto"/>
              <w:jc w:val="center"/>
              <w:tblLayout w:type="fixed"/>
              <w:tblLook w:val="04A0" w:firstRow="1" w:lastRow="0" w:firstColumn="1" w:lastColumn="0" w:noHBand="0" w:noVBand="1"/>
            </w:tblPr>
            <w:tblGrid>
              <w:gridCol w:w="7087"/>
            </w:tblGrid>
            <w:tr w:rsidR="00187E2C" w14:paraId="4EAEE105" w14:textId="77777777">
              <w:trPr>
                <w:jc w:val="center"/>
              </w:trPr>
              <w:tc>
                <w:tcPr>
                  <w:tcW w:w="7087" w:type="dxa"/>
                  <w:shd w:val="clear" w:color="auto" w:fill="EDC9EA"/>
                  <w:tcMar>
                    <w:top w:w="45" w:type="dxa"/>
                    <w:left w:w="70" w:type="dxa"/>
                    <w:bottom w:w="45" w:type="dxa"/>
                    <w:right w:w="70" w:type="dxa"/>
                  </w:tcMar>
                </w:tcPr>
                <w:p w14:paraId="3ABF0EFD" w14:textId="77777777" w:rsidR="00187E2C" w:rsidRDefault="00000000">
                  <w:pPr>
                    <w:keepNext/>
                  </w:pPr>
                  <w:r>
                    <w:rPr>
                      <w:b/>
                      <w:color w:val="000000"/>
                    </w:rPr>
                    <w:t>VPRAŠANJA V PODPORO JEZIKOVNEMU, BRALNEMU IN KNJIŽEVNEMU UČENJU</w:t>
                  </w:r>
                </w:p>
              </w:tc>
            </w:tr>
          </w:tbl>
          <w:p w14:paraId="25FB4B58" w14:textId="77777777" w:rsidR="00187E2C" w:rsidRDefault="00187E2C">
            <w:pPr>
              <w:spacing w:line="20" w:lineRule="exact"/>
            </w:pPr>
          </w:p>
          <w:p w14:paraId="3486303B" w14:textId="77777777" w:rsidR="00187E2C" w:rsidRDefault="00000000">
            <w:pPr>
              <w:pStyle w:val="Oznaenseznam"/>
              <w:spacing w:after="16"/>
            </w:pPr>
            <w:r>
              <w:rPr>
                <w:color w:val="000000"/>
                <w:sz w:val="16"/>
              </w:rPr>
              <w:t>Kaj ti je naslovnica, slika, predmet, zvok ali gib pomagal razumeti?</w:t>
            </w:r>
          </w:p>
          <w:p w14:paraId="1AF5294B" w14:textId="77777777" w:rsidR="00187E2C" w:rsidRDefault="00000000">
            <w:pPr>
              <w:pStyle w:val="Oznaenseznam"/>
              <w:spacing w:after="16"/>
            </w:pPr>
            <w:r>
              <w:rPr>
                <w:color w:val="000000"/>
                <w:sz w:val="16"/>
              </w:rPr>
              <w:t>Kako si našel/-la glas, črko, zlog, besedo ali bistveni podatek?</w:t>
            </w:r>
          </w:p>
          <w:p w14:paraId="4A3DDE43" w14:textId="77777777" w:rsidR="00187E2C" w:rsidRDefault="00000000">
            <w:pPr>
              <w:pStyle w:val="Oznaenseznam"/>
              <w:spacing w:after="16"/>
            </w:pPr>
            <w:r>
              <w:rPr>
                <w:color w:val="000000"/>
                <w:sz w:val="16"/>
              </w:rPr>
              <w:t>Kako veš, da tvoja pripoved, branje ali zapis dosega dogovorjeni kriterij?</w:t>
            </w:r>
          </w:p>
          <w:p w14:paraId="42849D23" w14:textId="77777777" w:rsidR="00187E2C" w:rsidRDefault="00000000">
            <w:pPr>
              <w:pStyle w:val="Oznaenseznam"/>
              <w:spacing w:after="16"/>
            </w:pPr>
            <w:r>
              <w:rPr>
                <w:color w:val="000000"/>
                <w:sz w:val="16"/>
              </w:rPr>
              <w:t>Ali lahko svoje razumevanje pokažeš še z drugim načinom – govorom, gibanjem, risbo, branjem ali zapisom?</w:t>
            </w:r>
          </w:p>
          <w:p w14:paraId="748D17A9" w14:textId="77777777" w:rsidR="00187E2C"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187E2C" w14:paraId="7D0D21F2" w14:textId="77777777">
              <w:trPr>
                <w:jc w:val="center"/>
              </w:trPr>
              <w:tc>
                <w:tcPr>
                  <w:tcW w:w="7087" w:type="dxa"/>
                  <w:shd w:val="clear" w:color="auto" w:fill="C6E7F3"/>
                  <w:tcMar>
                    <w:top w:w="45" w:type="dxa"/>
                    <w:left w:w="70" w:type="dxa"/>
                    <w:bottom w:w="45" w:type="dxa"/>
                    <w:right w:w="70" w:type="dxa"/>
                  </w:tcMar>
                </w:tcPr>
                <w:p w14:paraId="63D1A754" w14:textId="77777777" w:rsidR="00187E2C" w:rsidRDefault="00000000">
                  <w:pPr>
                    <w:keepNext/>
                  </w:pPr>
                  <w:r>
                    <w:rPr>
                      <w:b/>
                      <w:color w:val="000000"/>
                    </w:rPr>
                    <w:t>ZAKLJUČNI DEL – UTRJEVANJE, BRALNI ODZIV IN REFLEKSIJA (10–15 min)</w:t>
                  </w:r>
                </w:p>
              </w:tc>
            </w:tr>
          </w:tbl>
          <w:p w14:paraId="7BDC3859" w14:textId="77777777" w:rsidR="00187E2C" w:rsidRDefault="00187E2C">
            <w:pPr>
              <w:spacing w:line="20" w:lineRule="exact"/>
            </w:pPr>
          </w:p>
          <w:p w14:paraId="4A6A9CDA" w14:textId="77777777" w:rsidR="00187E2C" w:rsidRDefault="00000000">
            <w:pPr>
              <w:spacing w:before="20" w:after="40" w:line="245" w:lineRule="auto"/>
            </w:pPr>
            <w:r>
              <w:rPr>
                <w:color w:val="000000"/>
                <w:sz w:val="16"/>
              </w:rPr>
              <w:t>Učenci se vrnejo k začetnim napovedim in jih primerjajo z novimi dokazi. Učiteljica omogoči več načinov odgovora: pripoved, dramatizacijo, glasovno odločitev, branje, risbo, črkovni ali pisni zapis ter razlago v paru.</w:t>
            </w:r>
          </w:p>
          <w:tbl>
            <w:tblPr>
              <w:tblStyle w:val="Tabelamrea"/>
              <w:tblW w:w="0" w:type="auto"/>
              <w:jc w:val="center"/>
              <w:tblLayout w:type="fixed"/>
              <w:tblLook w:val="04A0" w:firstRow="1" w:lastRow="0" w:firstColumn="1" w:lastColumn="0" w:noHBand="0" w:noVBand="1"/>
            </w:tblPr>
            <w:tblGrid>
              <w:gridCol w:w="7087"/>
            </w:tblGrid>
            <w:tr w:rsidR="00187E2C" w14:paraId="42C2FD1D" w14:textId="77777777">
              <w:trPr>
                <w:jc w:val="center"/>
              </w:trPr>
              <w:tc>
                <w:tcPr>
                  <w:tcW w:w="7087" w:type="dxa"/>
                  <w:shd w:val="clear" w:color="auto" w:fill="EDC9EA"/>
                  <w:tcMar>
                    <w:top w:w="45" w:type="dxa"/>
                    <w:left w:w="70" w:type="dxa"/>
                    <w:bottom w:w="45" w:type="dxa"/>
                    <w:right w:w="70" w:type="dxa"/>
                  </w:tcMar>
                </w:tcPr>
                <w:p w14:paraId="77102E09" w14:textId="77777777" w:rsidR="00187E2C" w:rsidRDefault="00000000">
                  <w:pPr>
                    <w:keepNext/>
                  </w:pPr>
                  <w:r>
                    <w:rPr>
                      <w:b/>
                      <w:color w:val="000000"/>
                    </w:rPr>
                    <w:t>SAMOVREDNOTENJE</w:t>
                  </w:r>
                </w:p>
              </w:tc>
            </w:tr>
          </w:tbl>
          <w:p w14:paraId="4D752677" w14:textId="77777777" w:rsidR="00187E2C" w:rsidRDefault="00187E2C">
            <w:pPr>
              <w:spacing w:line="20" w:lineRule="exact"/>
            </w:pPr>
          </w:p>
          <w:p w14:paraId="22517069" w14:textId="77777777" w:rsidR="00187E2C" w:rsidRDefault="00000000">
            <w:pPr>
              <w:spacing w:before="20" w:after="40" w:line="245" w:lineRule="auto"/>
            </w:pPr>
            <w:r>
              <w:rPr>
                <w:color w:val="000000"/>
                <w:sz w:val="16"/>
              </w:rPr>
              <w:t>Vsak učenec izbere kriterij, ki ga že dosega, in en naslednji korak. Uporabi semafor: zeleno – pokažem in pojasnim samostojno, rumeno – pokažem ob opori, modro – potrebujem nov model, skupno branje ali dodatno veččutno vajo.</w:t>
            </w:r>
          </w:p>
          <w:tbl>
            <w:tblPr>
              <w:tblStyle w:val="Tabelamrea"/>
              <w:tblW w:w="0" w:type="auto"/>
              <w:jc w:val="center"/>
              <w:tblLayout w:type="fixed"/>
              <w:tblLook w:val="04A0" w:firstRow="1" w:lastRow="0" w:firstColumn="1" w:lastColumn="0" w:noHBand="0" w:noVBand="1"/>
            </w:tblPr>
            <w:tblGrid>
              <w:gridCol w:w="7087"/>
            </w:tblGrid>
            <w:tr w:rsidR="00187E2C" w14:paraId="4F18227C" w14:textId="77777777">
              <w:trPr>
                <w:jc w:val="center"/>
              </w:trPr>
              <w:tc>
                <w:tcPr>
                  <w:tcW w:w="7087" w:type="dxa"/>
                  <w:shd w:val="clear" w:color="auto" w:fill="EDC9EA"/>
                  <w:tcMar>
                    <w:top w:w="45" w:type="dxa"/>
                    <w:left w:w="70" w:type="dxa"/>
                    <w:bottom w:w="45" w:type="dxa"/>
                    <w:right w:w="70" w:type="dxa"/>
                  </w:tcMar>
                </w:tcPr>
                <w:p w14:paraId="29522312" w14:textId="77777777" w:rsidR="00187E2C" w:rsidRDefault="00000000">
                  <w:pPr>
                    <w:keepNext/>
                  </w:pPr>
                  <w:r>
                    <w:rPr>
                      <w:b/>
                      <w:color w:val="000000"/>
                    </w:rPr>
                    <w:t>VRSTNIŠKO VREDNOTENJE</w:t>
                  </w:r>
                </w:p>
              </w:tc>
            </w:tr>
          </w:tbl>
          <w:p w14:paraId="6BEFCAAF" w14:textId="77777777" w:rsidR="00187E2C" w:rsidRDefault="00187E2C">
            <w:pPr>
              <w:spacing w:line="20" w:lineRule="exact"/>
            </w:pPr>
          </w:p>
          <w:p w14:paraId="693F7B08" w14:textId="77777777" w:rsidR="00187E2C" w:rsidRDefault="00000000">
            <w:pPr>
              <w:spacing w:before="20" w:after="40" w:line="245" w:lineRule="auto"/>
            </w:pPr>
            <w:r>
              <w:rPr>
                <w:color w:val="000000"/>
                <w:sz w:val="16"/>
              </w:rPr>
              <w:t>V paru: »Slišal/-a oziroma videl/-a sem, da si ...« in »Tvoj dokaz bo še jasnejši, če ...«. Odziv se nanaša na dogovorjeni kriterij, razumljivost, bralno strategijo ali zapis,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187E2C" w14:paraId="4D13C4A4" w14:textId="77777777">
              <w:trPr>
                <w:jc w:val="center"/>
              </w:trPr>
              <w:tc>
                <w:tcPr>
                  <w:tcW w:w="7087" w:type="dxa"/>
                  <w:shd w:val="clear" w:color="auto" w:fill="EDC9EA"/>
                  <w:tcMar>
                    <w:top w:w="45" w:type="dxa"/>
                    <w:left w:w="70" w:type="dxa"/>
                    <w:bottom w:w="45" w:type="dxa"/>
                    <w:right w:w="70" w:type="dxa"/>
                  </w:tcMar>
                </w:tcPr>
                <w:p w14:paraId="435FCBA1" w14:textId="77777777" w:rsidR="00187E2C" w:rsidRDefault="00000000">
                  <w:pPr>
                    <w:keepNext/>
                  </w:pPr>
                  <w:r>
                    <w:rPr>
                      <w:b/>
                      <w:color w:val="000000"/>
                    </w:rPr>
                    <w:t>SKUPNI POVZETEK</w:t>
                  </w:r>
                </w:p>
              </w:tc>
            </w:tr>
          </w:tbl>
          <w:p w14:paraId="0A6BA9AA" w14:textId="77777777" w:rsidR="00187E2C" w:rsidRDefault="00187E2C"/>
          <w:p w14:paraId="5F588951" w14:textId="77777777" w:rsidR="00187E2C" w:rsidRDefault="00000000">
            <w:pPr>
              <w:spacing w:before="20" w:after="40" w:line="245" w:lineRule="auto"/>
            </w:pPr>
            <w:r>
              <w:rPr>
                <w:b/>
                <w:color w:val="000000"/>
                <w:sz w:val="16"/>
              </w:rPr>
              <w:t>govorim razločno; poslušam druge; uporabim branje ali zapis v predstavitvi. Svoj dokaz pojasnim in po povratni informaciji izboljšam.</w:t>
            </w:r>
          </w:p>
        </w:tc>
        <w:tc>
          <w:tcPr>
            <w:tcW w:w="2551" w:type="dxa"/>
            <w:tcMar>
              <w:top w:w="70" w:type="dxa"/>
              <w:left w:w="90" w:type="dxa"/>
              <w:bottom w:w="70" w:type="dxa"/>
              <w:right w:w="90" w:type="dxa"/>
            </w:tcMar>
          </w:tcPr>
          <w:p w14:paraId="6298C8DB" w14:textId="77777777" w:rsidR="00187E2C" w:rsidRDefault="00187E2C"/>
          <w:p w14:paraId="1A5E70FF" w14:textId="77777777" w:rsidR="00187E2C" w:rsidRDefault="00000000">
            <w:pPr>
              <w:spacing w:after="100" w:line="245" w:lineRule="auto"/>
            </w:pPr>
            <w:r>
              <w:rPr>
                <w:color w:val="000000"/>
                <w:sz w:val="16"/>
              </w:rPr>
              <w:t>Odgovarja na podporna vprašanja ter se sklicuje na poslušano besedilo, sliko, govor, bralni list ali zapis.</w:t>
            </w:r>
          </w:p>
          <w:p w14:paraId="3421AEA5" w14:textId="77777777" w:rsidR="00187E2C" w:rsidRDefault="00000000">
            <w:pPr>
              <w:spacing w:after="100" w:line="245" w:lineRule="auto"/>
            </w:pPr>
            <w:r>
              <w:rPr>
                <w:color w:val="000000"/>
                <w:sz w:val="16"/>
              </w:rPr>
              <w:t>Primerja začetni odziv z novim dokazom in pojasni, kaj se je naučil/-a.</w:t>
            </w:r>
          </w:p>
          <w:p w14:paraId="0B35B8C6" w14:textId="77777777" w:rsidR="00187E2C" w:rsidRDefault="00000000">
            <w:pPr>
              <w:spacing w:after="100" w:line="245" w:lineRule="auto"/>
            </w:pPr>
            <w:r>
              <w:rPr>
                <w:color w:val="000000"/>
                <w:sz w:val="16"/>
              </w:rPr>
              <w:t>Izbere raven samostojnosti in določi naslednji korak.</w:t>
            </w:r>
          </w:p>
          <w:p w14:paraId="26FE4CB0" w14:textId="77777777" w:rsidR="00187E2C" w:rsidRDefault="00000000">
            <w:pPr>
              <w:spacing w:after="100" w:line="245" w:lineRule="auto"/>
            </w:pPr>
            <w:r>
              <w:rPr>
                <w:color w:val="000000"/>
                <w:sz w:val="16"/>
              </w:rPr>
              <w:t>Sošolcu poda prijazen in konkreten odziv, vezan na kriterij.</w:t>
            </w:r>
          </w:p>
          <w:p w14:paraId="04D0BDBA" w14:textId="77777777" w:rsidR="00187E2C" w:rsidRDefault="00000000">
            <w:pPr>
              <w:spacing w:after="20" w:line="245" w:lineRule="auto"/>
            </w:pPr>
            <w:r>
              <w:rPr>
                <w:b/>
                <w:color w:val="D95BC6"/>
                <w:sz w:val="17"/>
              </w:rPr>
              <w:t>DOKAZ O UČENJU</w:t>
            </w:r>
          </w:p>
          <w:p w14:paraId="570B4E7A" w14:textId="77777777" w:rsidR="00187E2C" w:rsidRDefault="00000000">
            <w:pPr>
              <w:spacing w:after="30" w:line="245" w:lineRule="auto"/>
            </w:pPr>
            <w:r>
              <w:rPr>
                <w:color w:val="D95BC6"/>
                <w:sz w:val="15"/>
              </w:rPr>
              <w:t>govorni ali gibalni odziv, glasovna odločitev, bralni list, pripoved, dramatizacija, grafomotorični oziroma pisni izdelek, samovrednotenje in odziv na povratno informacijo</w:t>
            </w:r>
          </w:p>
        </w:tc>
      </w:tr>
    </w:tbl>
    <w:p w14:paraId="79994F65" w14:textId="77777777" w:rsidR="00801631" w:rsidRDefault="00801631"/>
    <w:sectPr w:rsidR="00801631" w:rsidSect="00034616">
      <w:pgSz w:w="16838" w:h="11906" w:orient="landscape"/>
      <w:pgMar w:top="709" w:right="1389" w:bottom="709" w:left="138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F00A8" w14:textId="77777777" w:rsidR="00801631" w:rsidRDefault="00801631">
      <w:r>
        <w:separator/>
      </w:r>
    </w:p>
  </w:endnote>
  <w:endnote w:type="continuationSeparator" w:id="0">
    <w:p w14:paraId="06094394" w14:textId="77777777" w:rsidR="00801631" w:rsidRDefault="00801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038BA" w14:textId="77777777" w:rsidR="00801631" w:rsidRDefault="00801631">
      <w:r>
        <w:separator/>
      </w:r>
    </w:p>
  </w:footnote>
  <w:footnote w:type="continuationSeparator" w:id="0">
    <w:p w14:paraId="6F3F48AB" w14:textId="77777777" w:rsidR="00801631" w:rsidRDefault="00801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987051954">
    <w:abstractNumId w:val="8"/>
  </w:num>
  <w:num w:numId="2" w16cid:durableId="1855920171">
    <w:abstractNumId w:val="6"/>
  </w:num>
  <w:num w:numId="3" w16cid:durableId="991104565">
    <w:abstractNumId w:val="5"/>
  </w:num>
  <w:num w:numId="4" w16cid:durableId="886917988">
    <w:abstractNumId w:val="4"/>
  </w:num>
  <w:num w:numId="5" w16cid:durableId="1007638723">
    <w:abstractNumId w:val="7"/>
  </w:num>
  <w:num w:numId="6" w16cid:durableId="1510635675">
    <w:abstractNumId w:val="3"/>
  </w:num>
  <w:num w:numId="7" w16cid:durableId="1186479445">
    <w:abstractNumId w:val="2"/>
  </w:num>
  <w:num w:numId="8" w16cid:durableId="4210262">
    <w:abstractNumId w:val="1"/>
  </w:num>
  <w:num w:numId="9" w16cid:durableId="238682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E2C"/>
    <w:rsid w:val="0029639D"/>
    <w:rsid w:val="00326F90"/>
    <w:rsid w:val="00801631"/>
    <w:rsid w:val="009501A2"/>
    <w:rsid w:val="00AA1D8D"/>
    <w:rsid w:val="00AF0801"/>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22159"/>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0" w:line="240" w:lineRule="auto"/>
    </w:pPr>
    <w:rPr>
      <w:rFonts w:ascii="Arial" w:hAnsi="Arial"/>
      <w:sz w:val="18"/>
    </w:rPr>
  </w:style>
  <w:style w:type="paragraph" w:styleId="Naslov1">
    <w:name w:val="heading 1"/>
    <w:basedOn w:val="Navaden"/>
    <w:next w:val="Navaden"/>
    <w:link w:val="Naslov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rPr>
      <w:sz w:val="17"/>
    </w:rPr>
  </w:style>
  <w:style w:type="paragraph" w:styleId="Oznaenseznam2">
    <w:name w:val="List Bullet 2"/>
    <w:basedOn w:val="Navaden"/>
    <w:uiPriority w:val="99"/>
    <w:unhideWhenUsed/>
    <w:rsid w:val="00326F90"/>
    <w:pPr>
      <w:numPr>
        <w:numId w:val="2"/>
      </w:numPr>
      <w:contextualSpacing/>
    </w:pPr>
    <w:rPr>
      <w:sz w:val="17"/>
    </w:r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157</Pages>
  <Words>85979</Words>
  <Characters>490083</Characters>
  <Application>Microsoft Office Word</Application>
  <DocSecurity>0</DocSecurity>
  <Lines>4084</Lines>
  <Paragraphs>1149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Dnevne učne priprave – Slovenščina, 1. razred, 2026/2027</dc:title>
  <dc:subject>39 priprav, ki skupaj pokrivajo 210 ur</dc:subject>
  <dc:creator>Narrayani Premal</dc:creator>
  <cp:keywords>Slovenščina, 1. razred, književnost, začetno opismenjevanje, bralni listi, izkušenjski pouk, poučevanje v gibanju, delo po postajah, formativno spremljanje, dnevne priprave</cp:keywords>
  <dc:description>generated by python-docx</dc:description>
  <cp:lastModifiedBy>Narrayani Premal</cp:lastModifiedBy>
  <cp:revision>2</cp:revision>
  <dcterms:created xsi:type="dcterms:W3CDTF">2013-12-23T23:15:00Z</dcterms:created>
  <dcterms:modified xsi:type="dcterms:W3CDTF">2026-08-17T07:13:00Z</dcterms:modified>
  <cp:category/>
</cp:coreProperties>
</file>